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Extinction</w:t>
      </w:r>
      <w:r>
        <w:rPr>
          <w:b/>
          <w:i w:val="0"/>
          <w:smallCaps w:val="0"/>
          <w:strike w:val="0"/>
          <w:u w:val="none"/>
        </w:rPr>
        <w:t>.</w:t>
      </w:r>
    </w:p>
    <w:p>
      <w:pPr>
        <w:spacing w:after="80"/>
      </w:pPr>
      <w:r>
        <w:rPr>
          <w:b/>
          <w:i w:val="0"/>
          <w:smallCaps w:val="0"/>
          <w:strike w:val="0"/>
          <w:sz w:val="22"/>
          <w:u w:val="none"/>
        </w:rPr>
        <w:t>Beres</w:t>
      </w:r>
      <w:r>
        <w:rPr>
          <w:b/>
          <w:i w:val="0"/>
          <w:smallCaps w:val="0"/>
          <w:strike w:val="0"/>
          <w:sz w:val="22"/>
          <w:u w:val="none"/>
        </w:rPr>
        <w:t xml:space="preserve"> ’</w:t>
      </w:r>
      <w:r>
        <w:rPr>
          <w:b/>
          <w:i w:val="0"/>
          <w:smallCaps w:val="0"/>
          <w:strike w:val="0"/>
          <w:sz w:val="22"/>
          <w:u w:val="none"/>
        </w:rPr>
        <w:t>23</w:t>
      </w:r>
      <w:r>
        <w:rPr>
          <w:b w:val="0"/>
          <w:i w:val="0"/>
          <w:smallCaps w:val="0"/>
          <w:strike w:val="0"/>
          <w:u w:val="none"/>
        </w:rPr>
        <w:t xml:space="preserve"> </w:t>
      </w:r>
      <w:r>
        <w:rPr>
          <w:b w:val="0"/>
          <w:i w:val="0"/>
          <w:smallCaps w:val="0"/>
          <w:strike w:val="0"/>
          <w:u w:val="none"/>
        </w:rPr>
        <w:t>(Prof. Louis René Beres, Emeritus Professor of International Law at Purdue. PhD from Princeton. 3-3-2023, accessed 9-18-2023, Modern Diplomacy, "If Trump Returns as President: An Existential Threat to the United States", https://moderndiplomacy.eu/2023/03/03/if-trump-returns-as-president-an-existential-threat-to-the-united-states/)//Babcii</w:t>
      </w:r>
    </w:p>
    <w:p>
      <w:pPr>
        <w:spacing w:after="60"/>
      </w:pPr>
      <w:r>
        <w:rPr>
          <w:b w:val="0"/>
          <w:i w:val="0"/>
          <w:smallCaps w:val="0"/>
          <w:strike w:val="0"/>
          <w:sz w:val="16"/>
          <w:u w:val="none"/>
        </w:rPr>
        <w:t xml:space="preserve">There are </w:t>
      </w:r>
      <w:r>
        <w:rPr>
          <w:b w:val="0"/>
          <w:i w:val="0"/>
          <w:smallCaps w:val="0"/>
          <w:strike w:val="0"/>
          <w:u w:val="single"/>
        </w:rPr>
        <w:t>many reasons to fear</w:t>
      </w:r>
      <w:r>
        <w:rPr>
          <w:b w:val="0"/>
          <w:i w:val="0"/>
          <w:smallCaps w:val="0"/>
          <w:strike w:val="0"/>
          <w:sz w:val="16"/>
          <w:u w:val="none"/>
        </w:rPr>
        <w:t xml:space="preserve"> Donald J. </w:t>
      </w:r>
      <w:r>
        <w:rPr>
          <w:b/>
          <w:i w:val="0"/>
          <w:smallCaps w:val="0"/>
          <w:strike w:val="0"/>
          <w:highlight w:val="cyan"/>
          <w:u w:val="single"/>
        </w:rPr>
        <w:t>Trump’s</w:t>
      </w:r>
      <w:r>
        <w:rPr>
          <w:b/>
          <w:i w:val="0"/>
          <w:smallCaps w:val="0"/>
          <w:strike w:val="0"/>
          <w:u w:val="single"/>
        </w:rPr>
        <w:t xml:space="preserve"> return</w:t>
      </w:r>
      <w:r>
        <w:rPr>
          <w:b w:val="0"/>
          <w:i w:val="0"/>
          <w:smallCaps w:val="0"/>
          <w:strike w:val="0"/>
          <w:sz w:val="16"/>
          <w:u w:val="none"/>
        </w:rPr>
        <w:t xml:space="preserve"> to the White House, but </w:t>
      </w:r>
      <w:r>
        <w:rPr>
          <w:b/>
          <w:i w:val="0"/>
          <w:smallCaps w:val="0"/>
          <w:strike w:val="0"/>
          <w:u w:val="single"/>
        </w:rPr>
        <w:t>one remains especially worrisome</w:t>
      </w:r>
      <w:r>
        <w:rPr>
          <w:b w:val="0"/>
          <w:i w:val="0"/>
          <w:smallCaps w:val="0"/>
          <w:strike w:val="0"/>
          <w:sz w:val="16"/>
          <w:u w:val="none"/>
        </w:rPr>
        <w:t xml:space="preserve">. It stems from the former president’s conspicuous </w:t>
      </w:r>
      <w:r>
        <w:rPr>
          <w:b w:val="0"/>
          <w:i w:val="0"/>
          <w:smallCaps w:val="0"/>
          <w:strike w:val="0"/>
          <w:highlight w:val="cyan"/>
          <w:u w:val="single"/>
        </w:rPr>
        <w:t>ignorance of</w:t>
      </w:r>
      <w:r>
        <w:rPr>
          <w:b w:val="0"/>
          <w:i w:val="0"/>
          <w:smallCaps w:val="0"/>
          <w:strike w:val="0"/>
          <w:sz w:val="16"/>
          <w:u w:val="none"/>
        </w:rPr>
        <w:t xml:space="preserve"> international law and US </w:t>
      </w:r>
      <w:r>
        <w:rPr>
          <w:b/>
          <w:i w:val="0"/>
          <w:smallCaps w:val="0"/>
          <w:strike w:val="0"/>
          <w:highlight w:val="cyan"/>
          <w:u w:val="single"/>
        </w:rPr>
        <w:t>foreign policy</w:t>
      </w:r>
      <w:r>
        <w:rPr>
          <w:b w:val="0"/>
          <w:i w:val="0"/>
          <w:smallCaps w:val="0"/>
          <w:strike w:val="0"/>
          <w:sz w:val="16"/>
          <w:u w:val="none"/>
        </w:rPr>
        <w:t xml:space="preserve">. Among assorted particulars of this debility, a previously failed Trump posture – “America First”  – would likely prove </w:t>
      </w:r>
      <w:r>
        <w:rPr>
          <w:b/>
          <w:i w:val="0"/>
          <w:smallCaps w:val="0"/>
          <w:strike w:val="0"/>
          <w:highlight w:val="cyan"/>
          <w:u w:val="single"/>
        </w:rPr>
        <w:t>more injurious</w:t>
      </w:r>
      <w:r>
        <w:rPr>
          <w:b/>
          <w:i w:val="0"/>
          <w:smallCaps w:val="0"/>
          <w:strike w:val="0"/>
          <w:u w:val="single"/>
        </w:rPr>
        <w:t xml:space="preserve"> the </w:t>
      </w:r>
      <w:r>
        <w:rPr>
          <w:b/>
          <w:i w:val="0"/>
          <w:smallCaps w:val="0"/>
          <w:strike w:val="0"/>
          <w:highlight w:val="cyan"/>
          <w:u w:val="single"/>
        </w:rPr>
        <w:t>second-time around</w:t>
      </w:r>
      <w:r>
        <w:rPr>
          <w:b/>
          <w:i w:val="0"/>
          <w:smallCaps w:val="0"/>
          <w:strike w:val="0"/>
          <w:u w:val="single"/>
        </w:rPr>
        <w:t>.[1]</w:t>
      </w:r>
    </w:p>
    <w:p>
      <w:pPr>
        <w:spacing w:after="60"/>
      </w:pPr>
      <w:r>
        <w:rPr>
          <w:b w:val="0"/>
          <w:i w:val="0"/>
          <w:smallCaps w:val="0"/>
          <w:strike w:val="0"/>
          <w:sz w:val="16"/>
          <w:u w:val="none"/>
        </w:rPr>
        <w:t>Prima facie, its restoration, thoughtless in the most literal sense, would dignify a numbingly vacant US president’s indifference to science, logic, history and law.[2]</w:t>
      </w:r>
    </w:p>
    <w:p>
      <w:pPr>
        <w:spacing w:after="60"/>
      </w:pPr>
      <w:r>
        <w:rPr>
          <w:b w:val="0"/>
          <w:i w:val="0"/>
          <w:smallCaps w:val="0"/>
          <w:strike w:val="0"/>
          <w:sz w:val="16"/>
          <w:u w:val="none"/>
        </w:rPr>
        <w:t>Could it get any worse?</w:t>
      </w:r>
    </w:p>
    <w:p>
      <w:pPr>
        <w:spacing w:after="60"/>
      </w:pPr>
      <w:r>
        <w:rPr>
          <w:b w:val="0"/>
          <w:i w:val="0"/>
          <w:smallCaps w:val="0"/>
          <w:strike w:val="0"/>
          <w:sz w:val="16"/>
          <w:u w:val="none"/>
        </w:rPr>
        <w:t>Could anything be more absurd?</w:t>
      </w:r>
    </w:p>
    <w:p>
      <w:pPr>
        <w:spacing w:after="60"/>
      </w:pPr>
      <w:r>
        <w:rPr>
          <w:b w:val="0"/>
          <w:i w:val="0"/>
          <w:smallCaps w:val="0"/>
          <w:strike w:val="0"/>
          <w:sz w:val="16"/>
          <w:u w:val="none"/>
        </w:rPr>
        <w:t>Here is a basic answer: Following escalating aggressions by</w:t>
      </w:r>
      <w:r>
        <w:rPr>
          <w:b w:val="0"/>
          <w:i w:val="0"/>
          <w:smallCaps w:val="0"/>
          <w:strike w:val="0"/>
          <w:u w:val="single"/>
        </w:rPr>
        <w:t xml:space="preserve"> </w:t>
      </w:r>
      <w:r>
        <w:rPr>
          <w:b/>
          <w:i w:val="0"/>
          <w:smallCaps w:val="0"/>
          <w:strike w:val="0"/>
          <w:highlight w:val="cyan"/>
          <w:u w:val="single"/>
        </w:rPr>
        <w:t>Russia</w:t>
      </w:r>
      <w:r>
        <w:rPr>
          <w:b w:val="0"/>
          <w:i w:val="0"/>
          <w:smallCaps w:val="0"/>
          <w:strike w:val="0"/>
          <w:u w:val="single"/>
        </w:rPr>
        <w:t xml:space="preserve"> </w:t>
      </w:r>
      <w:r>
        <w:rPr>
          <w:b w:val="0"/>
          <w:i w:val="0"/>
          <w:smallCaps w:val="0"/>
          <w:strike w:val="0"/>
          <w:sz w:val="16"/>
          <w:u w:val="none"/>
        </w:rPr>
        <w:t>in Ukraine and potentially destabilizing aggressions by</w:t>
      </w:r>
      <w:r>
        <w:rPr>
          <w:b w:val="0"/>
          <w:i w:val="0"/>
          <w:smallCaps w:val="0"/>
          <w:strike w:val="0"/>
          <w:u w:val="single"/>
        </w:rPr>
        <w:t xml:space="preserve"> </w:t>
      </w:r>
      <w:r>
        <w:rPr>
          <w:b/>
          <w:i w:val="0"/>
          <w:smallCaps w:val="0"/>
          <w:strike w:val="0"/>
          <w:highlight w:val="cyan"/>
          <w:u w:val="single"/>
        </w:rPr>
        <w:t>China</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w:t>
      </w:r>
      <w:r>
        <w:rPr>
          <w:b/>
          <w:i w:val="0"/>
          <w:smallCaps w:val="0"/>
          <w:strike w:val="0"/>
          <w:highlight w:val="cyan"/>
          <w:u w:val="single"/>
        </w:rPr>
        <w:t>No</w:t>
      </w:r>
      <w:r>
        <w:rPr>
          <w:b/>
          <w:i w:val="0"/>
          <w:smallCaps w:val="0"/>
          <w:strike w:val="0"/>
          <w:u w:val="single"/>
        </w:rPr>
        <w:t xml:space="preserve">rth </w:t>
      </w:r>
      <w:r>
        <w:rPr>
          <w:b/>
          <w:i w:val="0"/>
          <w:smallCaps w:val="0"/>
          <w:strike w:val="0"/>
          <w:highlight w:val="cyan"/>
          <w:u w:val="single"/>
        </w:rPr>
        <w:t>Ko</w:t>
      </w:r>
      <w:r>
        <w:rPr>
          <w:b/>
          <w:i w:val="0"/>
          <w:smallCaps w:val="0"/>
          <w:strike w:val="0"/>
          <w:u w:val="single"/>
        </w:rPr>
        <w:t>rea</w:t>
      </w:r>
      <w:r>
        <w:rPr>
          <w:b w:val="0"/>
          <w:i w:val="0"/>
          <w:smallCaps w:val="0"/>
          <w:strike w:val="0"/>
          <w:sz w:val="16"/>
          <w:u w:val="none"/>
        </w:rPr>
        <w:t xml:space="preserve"> in Asia,[3] </w:t>
      </w:r>
      <w:r>
        <w:rPr>
          <w:b w:val="0"/>
          <w:i w:val="0"/>
          <w:smallCaps w:val="0"/>
          <w:strike w:val="0"/>
          <w:highlight w:val="cyan"/>
          <w:u w:val="single"/>
        </w:rPr>
        <w:t>America needs a leader who can</w:t>
      </w:r>
      <w:r>
        <w:rPr>
          <w:b w:val="0"/>
          <w:i w:val="0"/>
          <w:smallCaps w:val="0"/>
          <w:strike w:val="0"/>
          <w:u w:val="single"/>
        </w:rPr>
        <w:t xml:space="preserve"> </w:t>
      </w:r>
      <w:r>
        <w:rPr>
          <w:b/>
          <w:i w:val="0"/>
          <w:smallCaps w:val="0"/>
          <w:strike w:val="0"/>
          <w:u w:val="single"/>
        </w:rPr>
        <w:t xml:space="preserve">read and </w:t>
      </w:r>
      <w:r>
        <w:rPr>
          <w:b/>
          <w:i w:val="0"/>
          <w:smallCaps w:val="0"/>
          <w:strike w:val="0"/>
          <w:highlight w:val="cyan"/>
          <w:u w:val="single"/>
        </w:rPr>
        <w:t>think meaningfully</w:t>
      </w:r>
      <w:r>
        <w:rPr>
          <w:b w:val="0"/>
          <w:i w:val="0"/>
          <w:smallCaps w:val="0"/>
          <w:strike w:val="0"/>
          <w:sz w:val="16"/>
          <w:u w:val="none"/>
        </w:rPr>
        <w:t xml:space="preserve">. The American </w:t>
      </w:r>
      <w:r>
        <w:rPr>
          <w:b w:val="0"/>
          <w:i w:val="0"/>
          <w:smallCaps w:val="0"/>
          <w:strike w:val="0"/>
          <w:u w:val="single"/>
        </w:rPr>
        <w:t>White House is not a proper place for foreign policy pretenders</w:t>
      </w:r>
      <w:r>
        <w:rPr>
          <w:b w:val="0"/>
          <w:i w:val="0"/>
          <w:smallCaps w:val="0"/>
          <w:strike w:val="0"/>
          <w:sz w:val="16"/>
          <w:u w:val="none"/>
        </w:rPr>
        <w:t>, especially a former president who already displayed a pernicious fusion of historical indifference and intellectual incompetence.</w:t>
      </w:r>
    </w:p>
    <w:p>
      <w:pPr>
        <w:spacing w:after="60"/>
      </w:pPr>
      <w:r>
        <w:rPr>
          <w:b w:val="0"/>
          <w:i w:val="0"/>
          <w:smallCaps w:val="0"/>
          <w:strike w:val="0"/>
          <w:sz w:val="16"/>
          <w:u w:val="none"/>
        </w:rPr>
        <w:t xml:space="preserve"> There are also relevant specifics. Any future presidential retrogressions to “America First” would stem from misapplied US cultural underpinnings. These backward steps, absurd steps, would reflect variously intersecting declensions of “mass-man.”[4]  Though Donald Trump remains a celebrated leader  of  the American “mass,” not just a member, he has never actually risen above the capacities of his chorus.  Rather, amid the constant rancor and noisy defilement, he has remained one of mass man’s most fervid exponents.</w:t>
      </w:r>
    </w:p>
    <w:p>
      <w:pPr>
        <w:spacing w:after="60"/>
      </w:pPr>
      <w:r>
        <w:rPr>
          <w:b w:val="0"/>
          <w:i w:val="0"/>
          <w:smallCaps w:val="0"/>
          <w:strike w:val="0"/>
          <w:sz w:val="16"/>
          <w:u w:val="none"/>
        </w:rPr>
        <w:t xml:space="preserve">                From time immemorial, international relations have been rooted in Realpolitik[5] or power politics.[6] Though such traditional patterns of thinking are normally accepted as “realistic,” they actually undermine world law and global order. It follows that any sitting US president should finally acknowledge the lethal limitations of our planet’s global threat system,[7] and recognize, as inevitable corollary, that US power ought never be founded upon delusions of national primacy. </w:t>
      </w:r>
    </w:p>
    <w:p>
      <w:pPr>
        <w:spacing w:after="60"/>
      </w:pPr>
      <w:r>
        <w:rPr>
          <w:b w:val="0"/>
          <w:i w:val="0"/>
          <w:smallCaps w:val="0"/>
          <w:strike w:val="0"/>
          <w:sz w:val="16"/>
          <w:u w:val="none"/>
        </w:rPr>
        <w:t xml:space="preserve">               “America First” has a pleasing resonance with the Many, with those who like to chant in crowds. But this narrow political resonance does not extend to the Few, to those who would prefer to think as conscious individuals.[8] About the “Few,” German-Swiss philosopher Thomas Mann attributes the downfall of civilizations to gradual absorptions of the educated classes by the Mass, to the “simplification of all functions of political, social, economic and spiritual life.”[9] If nothing else, America’s Trump era was a humiliating period of deliberate and falsifying simplifications. Is it anything less than preposterous to actually seek its return?</w:t>
      </w:r>
    </w:p>
    <w:p>
      <w:pPr>
        <w:spacing w:after="60"/>
      </w:pPr>
      <w:r>
        <w:rPr>
          <w:b w:val="0"/>
          <w:i w:val="0"/>
          <w:smallCaps w:val="0"/>
          <w:strike w:val="0"/>
          <w:sz w:val="16"/>
          <w:u w:val="none"/>
        </w:rPr>
        <w:t xml:space="preserve"> Americans require intellect-based answers, not an endless barrage of silly clichés and partisan rancor. In turn, such answers will call for dialectical (mind challenging) thinking.[10] Analytically, in these calculations, the United States should always be considered as one significant part of the larger world system, the world  system configuration created by the Peace of Westphalia in 1648.[11]</w:t>
      </w:r>
    </w:p>
    <w:p>
      <w:pPr>
        <w:spacing w:after="60"/>
      </w:pPr>
      <w:r>
        <w:rPr>
          <w:b w:val="0"/>
          <w:i w:val="0"/>
          <w:smallCaps w:val="0"/>
          <w:strike w:val="0"/>
          <w:sz w:val="16"/>
          <w:u w:val="none"/>
        </w:rPr>
        <w:t>Though more or less ignored by global leaders, the “Westphalian” system of international law[12] (</w:t>
      </w:r>
      <w:r>
        <w:rPr>
          <w:b w:val="0"/>
          <w:i w:val="0"/>
          <w:smallCaps w:val="0"/>
          <w:strike w:val="0"/>
          <w:u w:val="single"/>
        </w:rPr>
        <w:t>a system of institutionalized global anarchy) is destined to fail</w:t>
      </w:r>
      <w:r>
        <w:rPr>
          <w:b w:val="0"/>
          <w:i w:val="0"/>
          <w:smallCaps w:val="0"/>
          <w:strike w:val="0"/>
          <w:sz w:val="16"/>
          <w:u w:val="none"/>
        </w:rPr>
        <w:t xml:space="preserve">. Moreover, together </w:t>
      </w:r>
      <w:r>
        <w:rPr>
          <w:b w:val="0"/>
          <w:i w:val="0"/>
          <w:smallCaps w:val="0"/>
          <w:strike w:val="0"/>
          <w:u w:val="single"/>
        </w:rPr>
        <w:t xml:space="preserve">with the accelerating spread of </w:t>
      </w:r>
      <w:r>
        <w:rPr>
          <w:b/>
          <w:i w:val="0"/>
          <w:smallCaps w:val="0"/>
          <w:strike w:val="0"/>
          <w:u w:val="single"/>
        </w:rPr>
        <w:t>nuclear weapons</w:t>
      </w:r>
      <w:r>
        <w:rPr>
          <w:b w:val="0"/>
          <w:i w:val="0"/>
          <w:smallCaps w:val="0"/>
          <w:strike w:val="0"/>
          <w:u w:val="single"/>
        </w:rPr>
        <w:t xml:space="preserve"> </w:t>
      </w:r>
      <w:r>
        <w:rPr>
          <w:b/>
          <w:i w:val="0"/>
          <w:smallCaps w:val="0"/>
          <w:strike w:val="0"/>
          <w:u w:val="single"/>
        </w:rPr>
        <w:t>tech</w:t>
      </w:r>
      <w:r>
        <w:rPr>
          <w:b w:val="0"/>
          <w:i w:val="0"/>
          <w:smallCaps w:val="0"/>
          <w:strike w:val="0"/>
          <w:u w:val="single"/>
        </w:rPr>
        <w:t>nologies and infrastructures</w:t>
      </w:r>
      <w:r>
        <w:rPr>
          <w:b w:val="0"/>
          <w:i w:val="0"/>
          <w:smallCaps w:val="0"/>
          <w:strike w:val="0"/>
          <w:sz w:val="16"/>
          <w:u w:val="none"/>
        </w:rPr>
        <w:t xml:space="preserve">, any such </w:t>
      </w:r>
      <w:r>
        <w:rPr>
          <w:b/>
          <w:i w:val="0"/>
          <w:smallCaps w:val="0"/>
          <w:strike w:val="0"/>
          <w:highlight w:val="cyan"/>
          <w:u w:val="single"/>
        </w:rPr>
        <w:t>failure</w:t>
      </w:r>
      <w:r>
        <w:rPr>
          <w:b/>
          <w:i w:val="0"/>
          <w:smallCaps w:val="0"/>
          <w:strike w:val="0"/>
          <w:u w:val="single"/>
        </w:rPr>
        <w:t xml:space="preserve"> would </w:t>
      </w:r>
      <w:r>
        <w:rPr>
          <w:b/>
          <w:i w:val="0"/>
          <w:smallCaps w:val="0"/>
          <w:strike w:val="0"/>
          <w:highlight w:val="cyan"/>
          <w:u w:val="single"/>
        </w:rPr>
        <w:t>prove</w:t>
      </w:r>
      <w:r>
        <w:rPr>
          <w:b/>
          <w:i w:val="0"/>
          <w:smallCaps w:val="0"/>
          <w:strike w:val="0"/>
          <w:u w:val="single"/>
        </w:rPr>
        <w:t xml:space="preserve"> remorseless</w:t>
      </w:r>
      <w:r>
        <w:rPr>
          <w:b w:val="0"/>
          <w:i w:val="0"/>
          <w:smallCaps w:val="0"/>
          <w:strike w:val="0"/>
          <w:sz w:val="16"/>
          <w:u w:val="none"/>
        </w:rPr>
        <w:t xml:space="preserve">, </w:t>
      </w:r>
      <w:r>
        <w:rPr>
          <w:b/>
          <w:i w:val="0"/>
          <w:smallCaps w:val="0"/>
          <w:strike w:val="0"/>
          <w:u w:val="single"/>
        </w:rPr>
        <w:t>unprecedented</w:t>
      </w:r>
      <w:r>
        <w:rPr>
          <w:b w:val="0"/>
          <w:i w:val="0"/>
          <w:smallCaps w:val="0"/>
          <w:strike w:val="0"/>
          <w:sz w:val="16"/>
          <w:u w:val="none"/>
        </w:rPr>
        <w:t xml:space="preserve"> (sui generis would say the logicians) </w:t>
      </w:r>
      <w:r>
        <w:rPr>
          <w:b w:val="0"/>
          <w:i w:val="0"/>
          <w:smallCaps w:val="0"/>
          <w:strike w:val="0"/>
          <w:u w:val="single"/>
        </w:rPr>
        <w:t xml:space="preserve">and </w:t>
      </w:r>
      <w:r>
        <w:rPr>
          <w:b/>
          <w:i w:val="0"/>
          <w:smallCaps w:val="0"/>
          <w:strike w:val="0"/>
          <w:highlight w:val="cyan"/>
          <w:u w:val="single"/>
        </w:rPr>
        <w:t>irremediable</w:t>
      </w:r>
      <w:r>
        <w:rPr>
          <w:b w:val="0"/>
          <w:i w:val="0"/>
          <w:smallCaps w:val="0"/>
          <w:strike w:val="0"/>
          <w:sz w:val="16"/>
          <w:u w:val="none"/>
        </w:rPr>
        <w:t>.[13] At another level, it would signal the potentially insufferable triumph of anti-reason.[14]</w:t>
      </w:r>
    </w:p>
    <w:p>
      <w:pPr>
        <w:spacing w:after="60"/>
      </w:pPr>
      <w:r>
        <w:rPr>
          <w:b w:val="0"/>
          <w:i w:val="0"/>
          <w:smallCaps w:val="0"/>
          <w:strike w:val="0"/>
          <w:sz w:val="16"/>
          <w:u w:val="none"/>
        </w:rPr>
        <w:t xml:space="preserve">There are also relevant nuances. Grievous world system </w:t>
      </w:r>
      <w:r>
        <w:rPr>
          <w:b w:val="0"/>
          <w:i w:val="0"/>
          <w:smallCaps w:val="0"/>
          <w:strike w:val="0"/>
          <w:highlight w:val="cyan"/>
          <w:u w:val="single"/>
        </w:rPr>
        <w:t>failure</w:t>
      </w:r>
      <w:r>
        <w:rPr>
          <w:b w:val="0"/>
          <w:i w:val="0"/>
          <w:smallCaps w:val="0"/>
          <w:strike w:val="0"/>
          <w:u w:val="single"/>
        </w:rPr>
        <w:t xml:space="preserve"> </w:t>
      </w:r>
      <w:r>
        <w:rPr>
          <w:b w:val="0"/>
          <w:i w:val="0"/>
          <w:smallCaps w:val="0"/>
          <w:strike w:val="0"/>
          <w:highlight w:val="cyan"/>
          <w:u w:val="single"/>
        </w:rPr>
        <w:t>could take place</w:t>
      </w:r>
      <w:r>
        <w:rPr>
          <w:b w:val="0"/>
          <w:i w:val="0"/>
          <w:smallCaps w:val="0"/>
          <w:strike w:val="0"/>
          <w:sz w:val="16"/>
          <w:u w:val="none"/>
        </w:rPr>
        <w:t xml:space="preserve"> </w:t>
      </w:r>
      <w:r>
        <w:rPr>
          <w:b w:val="0"/>
          <w:i w:val="0"/>
          <w:smallCaps w:val="0"/>
          <w:strike w:val="0"/>
          <w:highlight w:val="cyan"/>
          <w:u w:val="single"/>
        </w:rPr>
        <w:t>in</w:t>
      </w:r>
      <w:r>
        <w:rPr>
          <w:b w:val="0"/>
          <w:i w:val="0"/>
          <w:smallCaps w:val="0"/>
          <w:strike w:val="0"/>
          <w:sz w:val="16"/>
          <w:u w:val="none"/>
        </w:rPr>
        <w:t xml:space="preserve"> hard to fathom </w:t>
      </w:r>
      <w:r>
        <w:rPr>
          <w:b/>
          <w:i w:val="0"/>
          <w:smallCaps w:val="0"/>
          <w:strike w:val="0"/>
          <w:highlight w:val="cyan"/>
          <w:u w:val="single"/>
        </w:rPr>
        <w:t>increments</w:t>
      </w:r>
      <w:r>
        <w:rPr>
          <w:b w:val="0"/>
          <w:i w:val="0"/>
          <w:smallCaps w:val="0"/>
          <w:strike w:val="0"/>
          <w:u w:val="single"/>
        </w:rPr>
        <w:t xml:space="preserve">, </w:t>
      </w:r>
      <w:r>
        <w:rPr>
          <w:b w:val="0"/>
          <w:i w:val="0"/>
          <w:smallCaps w:val="0"/>
          <w:strike w:val="0"/>
          <w:highlight w:val="cyan"/>
          <w:u w:val="single"/>
        </w:rPr>
        <w:t>or</w:t>
      </w:r>
      <w:r>
        <w:rPr>
          <w:b w:val="0"/>
          <w:i w:val="0"/>
          <w:smallCaps w:val="0"/>
          <w:strike w:val="0"/>
          <w:u w:val="single"/>
        </w:rPr>
        <w:t xml:space="preserve"> with great </w:t>
      </w:r>
      <w:r>
        <w:rPr>
          <w:b/>
          <w:i w:val="0"/>
          <w:smallCaps w:val="0"/>
          <w:strike w:val="0"/>
          <w:highlight w:val="cyan"/>
          <w:u w:val="single"/>
        </w:rPr>
        <w:t>suddenness</w:t>
      </w:r>
      <w:r>
        <w:rPr>
          <w:b w:val="0"/>
          <w:i w:val="0"/>
          <w:smallCaps w:val="0"/>
          <w:strike w:val="0"/>
          <w:sz w:val="16"/>
          <w:u w:val="none"/>
        </w:rPr>
        <w:t xml:space="preserve">, as an unanticipated </w:t>
      </w:r>
      <w:r>
        <w:rPr>
          <w:b w:val="0"/>
          <w:i w:val="0"/>
          <w:smallCaps w:val="0"/>
          <w:strike w:val="0"/>
          <w:u w:val="single"/>
        </w:rPr>
        <w:t>nuclear “</w:t>
      </w:r>
      <w:r>
        <w:rPr>
          <w:b/>
          <w:i w:val="0"/>
          <w:smallCaps w:val="0"/>
          <w:strike w:val="0"/>
          <w:u w:val="single"/>
        </w:rPr>
        <w:t>bolt from the blue.</w:t>
      </w:r>
      <w:r>
        <w:rPr>
          <w:b w:val="0"/>
          <w:i w:val="0"/>
          <w:smallCaps w:val="0"/>
          <w:strike w:val="0"/>
          <w:u w:val="single"/>
        </w:rPr>
        <w:t xml:space="preserve">” </w:t>
      </w:r>
      <w:r>
        <w:rPr>
          <w:b w:val="0"/>
          <w:i w:val="0"/>
          <w:smallCaps w:val="0"/>
          <w:strike w:val="0"/>
          <w:sz w:val="16"/>
          <w:u w:val="none"/>
        </w:rPr>
        <w:t xml:space="preserve">On such bewilderingly </w:t>
      </w:r>
      <w:r>
        <w:rPr>
          <w:b/>
          <w:i w:val="0"/>
          <w:smallCaps w:val="0"/>
          <w:strike w:val="0"/>
          <w:u w:val="single"/>
        </w:rPr>
        <w:t>unpredictable matters</w:t>
      </w:r>
      <w:r>
        <w:rPr>
          <w:b w:val="0"/>
          <w:i w:val="0"/>
          <w:smallCaps w:val="0"/>
          <w:strike w:val="0"/>
          <w:sz w:val="16"/>
          <w:u w:val="none"/>
        </w:rPr>
        <w:t>, any US policy resurrection of Donald Trump’s “America First” would prove starkly injurious.</w:t>
      </w:r>
    </w:p>
    <w:p>
      <w:pPr>
        <w:spacing w:after="60"/>
      </w:pPr>
      <w:r>
        <w:rPr>
          <w:b w:val="0"/>
          <w:i w:val="0"/>
          <w:smallCaps w:val="0"/>
          <w:strike w:val="0"/>
          <w:sz w:val="16"/>
          <w:u w:val="none"/>
        </w:rPr>
        <w:t>Conceptually, it’s not complicated. In these indispensable calculations, history deserves a much more manifest pride of place. False bravado and belligerent nationalism have never succeeded in any decipherable ways or for longer than brief intervals. Indeed, from an historical standpoint, no observation could be more obvious.</w:t>
      </w:r>
    </w:p>
    <w:p>
      <w:pPr>
        <w:spacing w:after="60"/>
      </w:pPr>
      <w:r>
        <w:rPr>
          <w:b w:val="0"/>
          <w:i w:val="0"/>
          <w:smallCaps w:val="0"/>
          <w:strike w:val="0"/>
          <w:sz w:val="16"/>
          <w:u w:val="none"/>
        </w:rPr>
        <w:t xml:space="preserve">Plausibly, in a Trump-resurrected future, </w:t>
      </w:r>
      <w:r>
        <w:rPr>
          <w:b w:val="0"/>
          <w:i w:val="0"/>
          <w:smallCaps w:val="0"/>
          <w:strike w:val="0"/>
          <w:highlight w:val="cyan"/>
          <w:u w:val="single"/>
        </w:rPr>
        <w:t>unsteady</w:t>
      </w:r>
      <w:r>
        <w:rPr>
          <w:b w:val="0"/>
          <w:i w:val="0"/>
          <w:smallCaps w:val="0"/>
          <w:strike w:val="0"/>
          <w:sz w:val="16"/>
          <w:u w:val="none"/>
        </w:rPr>
        <w:t xml:space="preserve"> expressions of </w:t>
      </w:r>
      <w:r>
        <w:rPr>
          <w:b w:val="0"/>
          <w:i w:val="0"/>
          <w:smallCaps w:val="0"/>
          <w:strike w:val="0"/>
          <w:highlight w:val="cyan"/>
          <w:u w:val="single"/>
        </w:rPr>
        <w:t>national security</w:t>
      </w:r>
      <w:r>
        <w:rPr>
          <w:b w:val="0"/>
          <w:i w:val="0"/>
          <w:smallCaps w:val="0"/>
          <w:strike w:val="0"/>
          <w:sz w:val="16"/>
          <w:u w:val="none"/>
        </w:rPr>
        <w:t xml:space="preserve"> policy </w:t>
      </w:r>
      <w:r>
        <w:rPr>
          <w:b w:val="0"/>
          <w:i w:val="0"/>
          <w:smallCaps w:val="0"/>
          <w:strike w:val="0"/>
          <w:u w:val="single"/>
        </w:rPr>
        <w:t xml:space="preserve">would be </w:t>
      </w:r>
      <w:r>
        <w:rPr>
          <w:b/>
          <w:i w:val="0"/>
          <w:smallCaps w:val="0"/>
          <w:strike w:val="0"/>
          <w:highlight w:val="cyan"/>
          <w:u w:val="single"/>
        </w:rPr>
        <w:t>exacerbated</w:t>
      </w:r>
      <w:r>
        <w:rPr>
          <w:b/>
          <w:i w:val="0"/>
          <w:smallCaps w:val="0"/>
          <w:strike w:val="0"/>
          <w:u w:val="single"/>
        </w:rPr>
        <w:t xml:space="preserve"> </w:t>
      </w:r>
      <w:r>
        <w:rPr>
          <w:b/>
          <w:i w:val="0"/>
          <w:smallCaps w:val="0"/>
          <w:strike w:val="0"/>
          <w:highlight w:val="cyan"/>
          <w:u w:val="single"/>
        </w:rPr>
        <w:t>by</w:t>
      </w:r>
      <w:r>
        <w:rPr>
          <w:b/>
          <w:i w:val="0"/>
          <w:smallCaps w:val="0"/>
          <w:strike w:val="0"/>
          <w:u w:val="single"/>
        </w:rPr>
        <w:t xml:space="preserve"> multiple </w:t>
      </w:r>
      <w:r>
        <w:rPr>
          <w:b/>
          <w:i w:val="0"/>
          <w:smallCaps w:val="0"/>
          <w:strike w:val="0"/>
          <w:highlight w:val="cyan"/>
          <w:u w:val="single"/>
        </w:rPr>
        <w:t>system failures</w:t>
      </w:r>
      <w:r>
        <w:rPr>
          <w:b w:val="0"/>
          <w:i w:val="0"/>
          <w:smallCaps w:val="0"/>
          <w:strike w:val="0"/>
          <w:sz w:val="16"/>
          <w:u w:val="none"/>
        </w:rPr>
        <w:t xml:space="preserve">. At times, these </w:t>
      </w:r>
      <w:r>
        <w:rPr>
          <w:b w:val="0"/>
          <w:i w:val="0"/>
          <w:smallCaps w:val="0"/>
          <w:strike w:val="0"/>
          <w:u w:val="single"/>
        </w:rPr>
        <w:t xml:space="preserve">failures could be </w:t>
      </w:r>
      <w:r>
        <w:rPr>
          <w:b/>
          <w:i w:val="0"/>
          <w:smallCaps w:val="0"/>
          <w:strike w:val="0"/>
          <w:highlight w:val="cyan"/>
          <w:u w:val="single"/>
        </w:rPr>
        <w:t>mutually</w:t>
      </w:r>
      <w:r>
        <w:rPr>
          <w:b w:val="0"/>
          <w:i w:val="0"/>
          <w:smallCaps w:val="0"/>
          <w:strike w:val="0"/>
          <w:highlight w:val="cyan"/>
          <w:u w:val="single"/>
        </w:rPr>
        <w:t xml:space="preserve"> </w:t>
      </w:r>
      <w:r>
        <w:rPr>
          <w:b/>
          <w:i w:val="0"/>
          <w:smallCaps w:val="0"/>
          <w:strike w:val="0"/>
          <w:highlight w:val="cyan"/>
          <w:u w:val="single"/>
        </w:rPr>
        <w:t>reinforcing</w:t>
      </w:r>
      <w:r>
        <w:rPr>
          <w:b w:val="0"/>
          <w:i w:val="0"/>
          <w:smallCaps w:val="0"/>
          <w:strike w:val="0"/>
          <w:u w:val="single"/>
        </w:rPr>
        <w:t xml:space="preserve"> or “synergistic.”</w:t>
      </w:r>
      <w:r>
        <w:rPr>
          <w:b w:val="0"/>
          <w:i w:val="0"/>
          <w:smallCaps w:val="0"/>
          <w:strike w:val="0"/>
          <w:sz w:val="16"/>
          <w:u w:val="none"/>
        </w:rPr>
        <w:t xml:space="preserve">[15] At other times, they could </w:t>
      </w:r>
      <w:r>
        <w:rPr>
          <w:b w:val="0"/>
          <w:i w:val="0"/>
          <w:smallCaps w:val="0"/>
          <w:strike w:val="0"/>
          <w:u w:val="single"/>
        </w:rPr>
        <w:t>involve “</w:t>
      </w:r>
      <w:r>
        <w:rPr>
          <w:b/>
          <w:i w:val="0"/>
          <w:smallCaps w:val="0"/>
          <w:strike w:val="0"/>
          <w:u w:val="single"/>
        </w:rPr>
        <w:t>force-multiplying</w:t>
      </w:r>
      <w:r>
        <w:rPr>
          <w:b w:val="0"/>
          <w:i w:val="0"/>
          <w:smallCaps w:val="0"/>
          <w:strike w:val="0"/>
          <w:u w:val="single"/>
        </w:rPr>
        <w:t xml:space="preserve">” </w:t>
      </w:r>
      <w:r>
        <w:rPr>
          <w:b/>
          <w:i w:val="0"/>
          <w:smallCaps w:val="0"/>
          <w:strike w:val="0"/>
          <w:u w:val="single"/>
        </w:rPr>
        <w:t>weapons of mass destruction</w:t>
      </w:r>
      <w:r>
        <w:rPr>
          <w:b w:val="0"/>
          <w:i w:val="0"/>
          <w:smallCaps w:val="0"/>
          <w:strike w:val="0"/>
          <w:sz w:val="16"/>
          <w:u w:val="none"/>
        </w:rPr>
        <w:t>. In any case, they could be brought about by the defiling restoration of an absurd presidency.</w:t>
      </w:r>
    </w:p>
    <w:p>
      <w:pPr>
        <w:spacing w:after="60"/>
      </w:pPr>
      <w:r>
        <w:rPr>
          <w:b w:val="0"/>
          <w:i w:val="0"/>
          <w:smallCaps w:val="0"/>
          <w:strike w:val="0"/>
          <w:sz w:val="16"/>
          <w:u w:val="none"/>
        </w:rPr>
        <w:t xml:space="preserve"> Rejecting the banalities of “America First” and its derivative foreign policy deformations, a capable US president should think along clarifying lines of subject-matter interrelatedness. It is preposterous to deny that “America First” would fail US national security obligations. Moreover, any such failure, even one that did not produce catastrophic war or terror, would be degrading to United States.</w:t>
      </w:r>
    </w:p>
    <w:p>
      <w:pPr>
        <w:spacing w:after="60"/>
      </w:pPr>
      <w:r>
        <w:rPr>
          <w:b w:val="0"/>
          <w:i w:val="0"/>
          <w:smallCaps w:val="0"/>
          <w:strike w:val="0"/>
          <w:sz w:val="16"/>
          <w:u w:val="none"/>
        </w:rPr>
        <w:t xml:space="preserve">               “The visionary,” teases Italian film director Federico Fellini, “is the only realist.” But there can be nothing “visionary” about “America First.” Whether in its previous Trump-defined iteration or in a future modified version, this stitched together amalgam of a former president’s clichés would be absurd. Should such a lack of vision find its way back into the American White House in </w:t>
      </w:r>
      <w:r>
        <w:rPr>
          <w:b w:val="0"/>
          <w:i w:val="0"/>
          <w:smallCaps w:val="0"/>
          <w:strike w:val="0"/>
          <w:u w:val="single"/>
        </w:rPr>
        <w:t>20</w:t>
      </w:r>
      <w:r>
        <w:rPr>
          <w:b/>
          <w:i w:val="0"/>
          <w:smallCaps w:val="0"/>
          <w:strike w:val="0"/>
          <w:highlight w:val="cyan"/>
          <w:u w:val="single"/>
        </w:rPr>
        <w:t>24</w:t>
      </w:r>
      <w:r>
        <w:rPr>
          <w:b w:val="0"/>
          <w:i w:val="0"/>
          <w:smallCaps w:val="0"/>
          <w:strike w:val="0"/>
          <w:u w:val="single"/>
        </w:rPr>
        <w:t xml:space="preserve">, its multiple and recycled harms </w:t>
      </w:r>
      <w:r>
        <w:rPr>
          <w:b w:val="0"/>
          <w:i w:val="0"/>
          <w:smallCaps w:val="0"/>
          <w:strike w:val="0"/>
          <w:highlight w:val="cyan"/>
          <w:u w:val="single"/>
        </w:rPr>
        <w:t>could</w:t>
      </w:r>
      <w:r>
        <w:rPr>
          <w:b w:val="0"/>
          <w:i w:val="0"/>
          <w:smallCaps w:val="0"/>
          <w:strike w:val="0"/>
          <w:u w:val="single"/>
        </w:rPr>
        <w:t xml:space="preserve"> </w:t>
      </w:r>
      <w:r>
        <w:rPr>
          <w:b/>
          <w:i w:val="0"/>
          <w:smallCaps w:val="0"/>
          <w:strike w:val="0"/>
          <w:highlight w:val="cyan"/>
          <w:u w:val="single"/>
        </w:rPr>
        <w:t>fatally</w:t>
      </w:r>
      <w:r>
        <w:rPr>
          <w:b w:val="0"/>
          <w:i w:val="0"/>
          <w:smallCaps w:val="0"/>
          <w:strike w:val="0"/>
          <w:u w:val="single"/>
        </w:rPr>
        <w:t xml:space="preserve"> </w:t>
      </w:r>
      <w:r>
        <w:rPr>
          <w:b w:val="0"/>
          <w:i w:val="0"/>
          <w:smallCaps w:val="0"/>
          <w:strike w:val="0"/>
          <w:highlight w:val="cyan"/>
          <w:u w:val="single"/>
        </w:rPr>
        <w:t>undermine</w:t>
      </w:r>
      <w:r>
        <w:rPr>
          <w:b w:val="0"/>
          <w:i w:val="0"/>
          <w:smallCaps w:val="0"/>
          <w:strike w:val="0"/>
          <w:sz w:val="16"/>
          <w:u w:val="none"/>
        </w:rPr>
        <w:t xml:space="preserve"> whatever might still remain of </w:t>
      </w:r>
      <w:r>
        <w:rPr>
          <w:b/>
          <w:i w:val="0"/>
          <w:smallCaps w:val="0"/>
          <w:strike w:val="0"/>
          <w:u w:val="single"/>
        </w:rPr>
        <w:t xml:space="preserve">American </w:t>
      </w:r>
      <w:r>
        <w:rPr>
          <w:b/>
          <w:i w:val="0"/>
          <w:smallCaps w:val="0"/>
          <w:strike w:val="0"/>
          <w:highlight w:val="cyan"/>
          <w:u w:val="single"/>
        </w:rPr>
        <w:t>Reason</w:t>
      </w:r>
      <w:r>
        <w:rPr>
          <w:b w:val="0"/>
          <w:i w:val="0"/>
          <w:smallCaps w:val="0"/>
          <w:strike w:val="0"/>
          <w:sz w:val="16"/>
          <w:u w:val="none"/>
        </w:rPr>
        <w:t>.[16]</w:t>
      </w:r>
    </w:p>
    <w:p>
      <w:pPr>
        <w:spacing w:after="60"/>
      </w:pPr>
      <w:r>
        <w:rPr>
          <w:b w:val="0"/>
          <w:i w:val="0"/>
          <w:smallCaps w:val="0"/>
          <w:strike w:val="0"/>
          <w:sz w:val="16"/>
          <w:u w:val="none"/>
        </w:rPr>
        <w:t xml:space="preserve">               At some point, especially if strengthened and expanded by manipulative resurrections of “America First,” world </w:t>
      </w:r>
      <w:r>
        <w:rPr>
          <w:b w:val="0"/>
          <w:i w:val="0"/>
          <w:smallCaps w:val="0"/>
          <w:strike w:val="0"/>
          <w:u w:val="single"/>
        </w:rPr>
        <w:t xml:space="preserve">system </w:t>
      </w:r>
      <w:r>
        <w:rPr>
          <w:b/>
          <w:i w:val="0"/>
          <w:smallCaps w:val="0"/>
          <w:strike w:val="0"/>
          <w:highlight w:val="cyan"/>
          <w:u w:val="single"/>
        </w:rPr>
        <w:t>failures</w:t>
      </w:r>
      <w:r>
        <w:rPr>
          <w:b w:val="0"/>
          <w:i w:val="0"/>
          <w:smallCaps w:val="0"/>
          <w:strike w:val="0"/>
          <w:highlight w:val="cyan"/>
          <w:u w:val="single"/>
        </w:rPr>
        <w:t xml:space="preserve"> could become</w:t>
      </w:r>
      <w:r>
        <w:rPr>
          <w:b w:val="0"/>
          <w:i w:val="0"/>
          <w:smallCaps w:val="0"/>
          <w:strike w:val="0"/>
          <w:u w:val="single"/>
        </w:rPr>
        <w:t xml:space="preserve"> both tangibly </w:t>
      </w:r>
      <w:r>
        <w:rPr>
          <w:b/>
          <w:i w:val="0"/>
          <w:smallCaps w:val="0"/>
          <w:strike w:val="0"/>
          <w:highlight w:val="cyan"/>
          <w:u w:val="single"/>
        </w:rPr>
        <w:t>dire and irreversible</w:t>
      </w:r>
      <w:r>
        <w:rPr>
          <w:b w:val="0"/>
          <w:i w:val="0"/>
          <w:smallCaps w:val="0"/>
          <w:strike w:val="0"/>
          <w:u w:val="single"/>
        </w:rPr>
        <w:t>.</w:t>
      </w:r>
      <w:r>
        <w:rPr>
          <w:b w:val="0"/>
          <w:i w:val="0"/>
          <w:smallCaps w:val="0"/>
          <w:strike w:val="0"/>
          <w:sz w:val="16"/>
          <w:u w:val="none"/>
        </w:rPr>
        <w:t xml:space="preserve"> In the final analysis, it will not help the United States or any other country to tinker “thoughtlessly”[17] at the ragged edges of our “Westphalian” world legal order. At that decisive turning point, any US presidential reaffirmations of “America First” could </w:t>
      </w:r>
      <w:r>
        <w:rPr>
          <w:b w:val="0"/>
          <w:i w:val="0"/>
          <w:smallCaps w:val="0"/>
          <w:strike w:val="0"/>
          <w:u w:val="single"/>
        </w:rPr>
        <w:t xml:space="preserve">significantly </w:t>
      </w:r>
      <w:r>
        <w:rPr>
          <w:b w:val="0"/>
          <w:i w:val="0"/>
          <w:smallCaps w:val="0"/>
          <w:strike w:val="0"/>
          <w:highlight w:val="cyan"/>
          <w:u w:val="single"/>
        </w:rPr>
        <w:t>hasten the onset of</w:t>
      </w:r>
      <w:r>
        <w:rPr>
          <w:b w:val="0"/>
          <w:i w:val="0"/>
          <w:smallCaps w:val="0"/>
          <w:strike w:val="0"/>
          <w:u w:val="single"/>
        </w:rPr>
        <w:t xml:space="preserve"> </w:t>
      </w:r>
      <w:r>
        <w:rPr>
          <w:b w:val="0"/>
          <w:i w:val="0"/>
          <w:smallCaps w:val="0"/>
          <w:strike w:val="0"/>
          <w:sz w:val="16"/>
          <w:u w:val="none"/>
        </w:rPr>
        <w:t xml:space="preserve">a regional or </w:t>
      </w:r>
      <w:r>
        <w:rPr>
          <w:b/>
          <w:i w:val="0"/>
          <w:smallCaps w:val="0"/>
          <w:strike w:val="0"/>
          <w:highlight w:val="cyan"/>
          <w:u w:val="single"/>
        </w:rPr>
        <w:t>worldwide nuclear war</w:t>
      </w:r>
      <w:r>
        <w:rPr>
          <w:b w:val="0"/>
          <w:i w:val="0"/>
          <w:smallCaps w:val="0"/>
          <w:strike w:val="0"/>
          <w:sz w:val="16"/>
          <w:highlight w:val="cyan"/>
          <w:u w:val="none"/>
        </w:rPr>
        <w:t>.</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