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Trump causes </w:t>
      </w:r>
      <w:r>
        <w:rPr>
          <w:b/>
          <w:i w:val="0"/>
          <w:smallCaps w:val="0"/>
          <w:strike w:val="0"/>
          <w:u w:val="single"/>
        </w:rPr>
        <w:t>extinction</w:t>
      </w:r>
      <w:r>
        <w:rPr>
          <w:b/>
          <w:i w:val="0"/>
          <w:smallCaps w:val="0"/>
          <w:strike w:val="0"/>
          <w:u w:val="none"/>
        </w:rPr>
        <w:t xml:space="preserve"> and </w:t>
      </w:r>
      <w:r>
        <w:rPr>
          <w:b/>
          <w:i w:val="0"/>
          <w:smallCaps w:val="0"/>
          <w:strike w:val="0"/>
          <w:u w:val="single"/>
        </w:rPr>
        <w:t>turns case</w:t>
      </w:r>
      <w:r>
        <w:rPr>
          <w:b/>
          <w:i w:val="0"/>
          <w:smallCaps w:val="0"/>
          <w:strike w:val="0"/>
          <w:u w:val="none"/>
        </w:rPr>
        <w:t>.</w:t>
      </w:r>
    </w:p>
    <w:p>
      <w:pPr>
        <w:spacing w:after="80"/>
      </w:pPr>
      <w:r>
        <w:rPr>
          <w:b/>
          <w:i w:val="0"/>
          <w:smallCaps w:val="0"/>
          <w:strike w:val="0"/>
          <w:sz w:val="22"/>
          <w:u w:val="none"/>
        </w:rPr>
        <w:t xml:space="preserve">Bishara ’23 </w:t>
      </w:r>
      <w:r>
        <w:rPr>
          <w:b w:val="0"/>
          <w:i w:val="0"/>
          <w:smallCaps w:val="0"/>
          <w:strike w:val="0"/>
          <w:u w:val="none"/>
        </w:rPr>
        <w:t xml:space="preserve">[Marwan; </w:t>
      </w:r>
      <w:r>
        <w:rPr>
          <w:b w:val="0"/>
          <w:i w:val="0"/>
          <w:smallCaps w:val="0"/>
          <w:strike w:val="0"/>
          <w:u w:val="none"/>
        </w:rPr>
        <w:t>August 22; F</w:t>
      </w:r>
      <w:r>
        <w:rPr>
          <w:b w:val="0"/>
          <w:i w:val="0"/>
          <w:smallCaps w:val="0"/>
          <w:strike w:val="0"/>
          <w:u w:val="none"/>
        </w:rPr>
        <w:t>ormer professor of International Relations at the American University of Paris, senior political analyst</w:t>
      </w:r>
      <w:r>
        <w:rPr>
          <w:b w:val="0"/>
          <w:i w:val="0"/>
          <w:smallCaps w:val="0"/>
          <w:strike w:val="0"/>
          <w:u w:val="none"/>
        </w:rPr>
        <w:t xml:space="preserve">; </w:t>
      </w:r>
      <w:r>
        <w:rPr>
          <w:b w:val="0"/>
          <w:i w:val="0"/>
          <w:smallCaps w:val="0"/>
          <w:strike w:val="0"/>
          <w:u w:val="none"/>
        </w:rPr>
        <w:t>Al Jazeera</w:t>
      </w:r>
      <w:r>
        <w:rPr>
          <w:b w:val="0"/>
          <w:i w:val="0"/>
          <w:smallCaps w:val="0"/>
          <w:strike w:val="0"/>
          <w:u w:val="none"/>
        </w:rPr>
        <w:t>,</w:t>
      </w:r>
      <w:r>
        <w:rPr>
          <w:b w:val="0"/>
          <w:i w:val="0"/>
          <w:smallCaps w:val="0"/>
          <w:strike w:val="0"/>
          <w:u w:val="none"/>
        </w:rPr>
        <w:t xml:space="preserve"> “Deja Vu: The dark prospect of Trump 2.0; Once again the world is in the grips of a heated US election season that could have global repercussions</w:t>
      </w:r>
      <w:r>
        <w:rPr>
          <w:b w:val="0"/>
          <w:i w:val="0"/>
          <w:smallCaps w:val="0"/>
          <w:strike w:val="0"/>
          <w:u w:val="none"/>
        </w:rPr>
        <w:t>,</w:t>
      </w:r>
      <w:r>
        <w:rPr>
          <w:b w:val="0"/>
          <w:i w:val="0"/>
          <w:smallCaps w:val="0"/>
          <w:strike w:val="0"/>
          <w:u w:val="none"/>
        </w:rPr>
        <w:t>” https://www.aljazeera.com/opinions/2023/8/22/deja-vu-the-dark-prospect-of-trump-2-0]</w:t>
      </w:r>
    </w:p>
    <w:p>
      <w:pPr>
        <w:spacing w:after="60"/>
      </w:pPr>
      <w:r>
        <w:rPr>
          <w:b w:val="0"/>
          <w:i w:val="0"/>
          <w:smallCaps w:val="0"/>
          <w:strike w:val="0"/>
          <w:sz w:val="22"/>
          <w:highlight w:val="cyan"/>
          <w:u w:val="single"/>
        </w:rPr>
        <w:t>Trump</w:t>
      </w:r>
      <w:r>
        <w:rPr>
          <w:b w:val="0"/>
          <w:i w:val="0"/>
          <w:smallCaps w:val="0"/>
          <w:strike w:val="0"/>
          <w:sz w:val="22"/>
          <w:u w:val="single"/>
        </w:rPr>
        <w:t xml:space="preserve"> </w:t>
      </w:r>
      <w:r>
        <w:rPr>
          <w:b w:val="0"/>
          <w:i w:val="0"/>
          <w:smallCaps w:val="0"/>
          <w:strike w:val="0"/>
          <w:sz w:val="16"/>
          <w:u w:val="none"/>
        </w:rPr>
        <w:t xml:space="preserve">is surely watching what Israeli Prime Minister Benjamin Netanyahu is doing since his return to the premiership in Israel, in terms of “judicial reforms” that grant him greater authority to do away with his own indictment by an Israeli court. In fact, various media outlets are reporting that the former president </w:t>
      </w:r>
      <w:r>
        <w:rPr>
          <w:b w:val="0"/>
          <w:i w:val="0"/>
          <w:smallCaps w:val="0"/>
          <w:strike w:val="0"/>
          <w:sz w:val="22"/>
          <w:u w:val="single"/>
        </w:rPr>
        <w:t xml:space="preserve">is </w:t>
      </w:r>
      <w:r>
        <w:rPr>
          <w:b/>
          <w:i w:val="0"/>
          <w:smallCaps w:val="0"/>
          <w:strike w:val="0"/>
          <w:sz w:val="22"/>
          <w:highlight w:val="cyan"/>
          <w:u w:val="single"/>
        </w:rPr>
        <w:t>planning</w:t>
      </w:r>
      <w:r>
        <w:rPr>
          <w:b w:val="0"/>
          <w:i w:val="0"/>
          <w:smallCaps w:val="0"/>
          <w:strike w:val="0"/>
          <w:sz w:val="22"/>
          <w:highlight w:val="cyan"/>
          <w:u w:val="single"/>
        </w:rPr>
        <w:t xml:space="preserve"> to</w:t>
      </w:r>
      <w:r>
        <w:rPr>
          <w:b w:val="0"/>
          <w:i w:val="0"/>
          <w:smallCaps w:val="0"/>
          <w:strike w:val="0"/>
          <w:sz w:val="22"/>
          <w:u w:val="single"/>
        </w:rPr>
        <w:t xml:space="preserve"> do what it takes to </w:t>
      </w:r>
      <w:r>
        <w:rPr>
          <w:b/>
          <w:i w:val="0"/>
          <w:smallCaps w:val="0"/>
          <w:strike w:val="0"/>
          <w:sz w:val="22"/>
          <w:u w:val="single"/>
        </w:rPr>
        <w:t>solidify</w:t>
      </w:r>
      <w:r>
        <w:rPr>
          <w:b w:val="0"/>
          <w:i w:val="0"/>
          <w:smallCaps w:val="0"/>
          <w:strike w:val="0"/>
          <w:sz w:val="22"/>
          <w:u w:val="single"/>
        </w:rPr>
        <w:t xml:space="preserve"> his power once he is back in the </w:t>
      </w:r>
      <w:r>
        <w:rPr>
          <w:b/>
          <w:i w:val="0"/>
          <w:smallCaps w:val="0"/>
          <w:strike w:val="0"/>
          <w:sz w:val="22"/>
          <w:u w:val="single"/>
        </w:rPr>
        <w:t>White House</w:t>
      </w:r>
      <w:r>
        <w:rPr>
          <w:b w:val="0"/>
          <w:i w:val="0"/>
          <w:smallCaps w:val="0"/>
          <w:strike w:val="0"/>
          <w:sz w:val="22"/>
          <w:u w:val="single"/>
        </w:rPr>
        <w:t xml:space="preserve">, including </w:t>
      </w:r>
      <w:r>
        <w:rPr>
          <w:b/>
          <w:i w:val="0"/>
          <w:smallCaps w:val="0"/>
          <w:strike w:val="0"/>
          <w:sz w:val="22"/>
          <w:highlight w:val="cyan"/>
          <w:u w:val="single"/>
        </w:rPr>
        <w:t>limit</w:t>
      </w:r>
      <w:r>
        <w:rPr>
          <w:b w:val="0"/>
          <w:i w:val="0"/>
          <w:smallCaps w:val="0"/>
          <w:strike w:val="0"/>
          <w:sz w:val="22"/>
          <w:u w:val="single"/>
        </w:rPr>
        <w:t xml:space="preserve">ing the </w:t>
      </w:r>
      <w:r>
        <w:rPr>
          <w:b/>
          <w:i w:val="0"/>
          <w:smallCaps w:val="0"/>
          <w:strike w:val="0"/>
          <w:sz w:val="22"/>
          <w:highlight w:val="cyan"/>
          <w:u w:val="single"/>
        </w:rPr>
        <w:t>independence of federal agencies</w:t>
      </w:r>
      <w:r>
        <w:rPr>
          <w:b w:val="0"/>
          <w:i w:val="0"/>
          <w:smallCaps w:val="0"/>
          <w:strike w:val="0"/>
          <w:sz w:val="22"/>
          <w:u w:val="single"/>
        </w:rPr>
        <w:t>, d</w:t>
      </w:r>
      <w:r>
        <w:rPr>
          <w:b w:val="0"/>
          <w:i w:val="0"/>
          <w:smallCaps w:val="0"/>
          <w:strike w:val="0"/>
          <w:sz w:val="22"/>
          <w:u w:val="single"/>
        </w:rPr>
        <w:t>eploying</w:t>
      </w:r>
      <w:r>
        <w:rPr>
          <w:b w:val="0"/>
          <w:i w:val="0"/>
          <w:smallCaps w:val="0"/>
          <w:strike w:val="0"/>
          <w:sz w:val="22"/>
          <w:u w:val="single"/>
        </w:rPr>
        <w:t xml:space="preserve"> the </w:t>
      </w:r>
      <w:r>
        <w:rPr>
          <w:b/>
          <w:i w:val="0"/>
          <w:smallCaps w:val="0"/>
          <w:strike w:val="0"/>
          <w:sz w:val="22"/>
          <w:u w:val="single"/>
        </w:rPr>
        <w:t>military domestically</w:t>
      </w:r>
      <w:r>
        <w:rPr>
          <w:b w:val="0"/>
          <w:i w:val="0"/>
          <w:smallCaps w:val="0"/>
          <w:strike w:val="0"/>
          <w:sz w:val="22"/>
          <w:u w:val="single"/>
        </w:rPr>
        <w:t xml:space="preserve">, and </w:t>
      </w:r>
      <w:r>
        <w:rPr>
          <w:b/>
          <w:i w:val="0"/>
          <w:smallCaps w:val="0"/>
          <w:strike w:val="0"/>
          <w:sz w:val="22"/>
          <w:highlight w:val="cyan"/>
          <w:u w:val="single"/>
        </w:rPr>
        <w:t>cracking down</w:t>
      </w:r>
      <w:r>
        <w:rPr>
          <w:b w:val="0"/>
          <w:i w:val="0"/>
          <w:smallCaps w:val="0"/>
          <w:strike w:val="0"/>
          <w:sz w:val="22"/>
          <w:highlight w:val="cyan"/>
          <w:u w:val="single"/>
        </w:rPr>
        <w:t xml:space="preserve"> on </w:t>
      </w:r>
      <w:r>
        <w:rPr>
          <w:b w:val="0"/>
          <w:i w:val="0"/>
          <w:smallCaps w:val="0"/>
          <w:strike w:val="0"/>
          <w:sz w:val="22"/>
          <w:u w:val="single"/>
        </w:rPr>
        <w:t xml:space="preserve">his </w:t>
      </w:r>
      <w:r>
        <w:rPr>
          <w:b/>
          <w:i w:val="0"/>
          <w:smallCaps w:val="0"/>
          <w:strike w:val="0"/>
          <w:sz w:val="22"/>
          <w:highlight w:val="cyan"/>
          <w:u w:val="single"/>
        </w:rPr>
        <w:t>detractors</w:t>
      </w:r>
      <w:r>
        <w:rPr>
          <w:b w:val="0"/>
          <w:i w:val="0"/>
          <w:smallCaps w:val="0"/>
          <w:strike w:val="0"/>
          <w:sz w:val="16"/>
          <w:u w:val="none"/>
        </w:rPr>
        <w:t xml:space="preserve">. </w:t>
      </w:r>
    </w:p>
    <w:p>
      <w:pPr>
        <w:spacing w:after="60"/>
      </w:pPr>
      <w:r>
        <w:rPr>
          <w:b w:val="0"/>
          <w:i w:val="0"/>
          <w:smallCaps w:val="0"/>
          <w:strike w:val="0"/>
          <w:sz w:val="22"/>
          <w:u w:val="single"/>
        </w:rPr>
        <w:t xml:space="preserve">Trump </w:t>
      </w:r>
      <w:r>
        <w:rPr>
          <w:b/>
          <w:i w:val="0"/>
          <w:smallCaps w:val="0"/>
          <w:strike w:val="0"/>
          <w:sz w:val="22"/>
          <w:u w:val="single"/>
        </w:rPr>
        <w:t>appears</w:t>
      </w:r>
      <w:r>
        <w:rPr>
          <w:b w:val="0"/>
          <w:i w:val="0"/>
          <w:smallCaps w:val="0"/>
          <w:strike w:val="0"/>
          <w:sz w:val="22"/>
          <w:u w:val="single"/>
        </w:rPr>
        <w:t xml:space="preserve"> </w:t>
      </w:r>
      <w:r>
        <w:rPr>
          <w:b/>
          <w:i w:val="0"/>
          <w:smallCaps w:val="0"/>
          <w:strike w:val="0"/>
          <w:sz w:val="22"/>
          <w:highlight w:val="cyan"/>
          <w:u w:val="single"/>
        </w:rPr>
        <w:t>ready</w:t>
      </w:r>
      <w:r>
        <w:rPr>
          <w:b w:val="0"/>
          <w:i w:val="0"/>
          <w:smallCaps w:val="0"/>
          <w:strike w:val="0"/>
          <w:sz w:val="22"/>
          <w:highlight w:val="cyan"/>
          <w:u w:val="single"/>
        </w:rPr>
        <w:t xml:space="preserve"> to </w:t>
      </w:r>
      <w:r>
        <w:rPr>
          <w:b/>
          <w:i w:val="0"/>
          <w:smallCaps w:val="0"/>
          <w:strike w:val="0"/>
          <w:sz w:val="22"/>
          <w:highlight w:val="cyan"/>
          <w:u w:val="single"/>
        </w:rPr>
        <w:t>render</w:t>
      </w:r>
      <w:r>
        <w:rPr>
          <w:b w:val="0"/>
          <w:i w:val="0"/>
          <w:smallCaps w:val="0"/>
          <w:strike w:val="0"/>
          <w:sz w:val="22"/>
          <w:highlight w:val="cyan"/>
          <w:u w:val="single"/>
        </w:rPr>
        <w:t xml:space="preserve"> the</w:t>
      </w:r>
      <w:r>
        <w:rPr>
          <w:b w:val="0"/>
          <w:i w:val="0"/>
          <w:smallCaps w:val="0"/>
          <w:strike w:val="0"/>
          <w:sz w:val="16"/>
          <w:highlight w:val="cyan"/>
          <w:u w:val="none"/>
        </w:rPr>
        <w:t xml:space="preserv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 xml:space="preserve">less </w:t>
      </w:r>
      <w:r>
        <w:rPr>
          <w:b/>
          <w:i w:val="0"/>
          <w:smallCaps w:val="0"/>
          <w:strike w:val="0"/>
          <w:sz w:val="22"/>
          <w:highlight w:val="cyan"/>
          <w:u w:val="single"/>
        </w:rPr>
        <w:t>liberal</w:t>
      </w:r>
      <w:r>
        <w:rPr>
          <w:b w:val="0"/>
          <w:i w:val="0"/>
          <w:smallCaps w:val="0"/>
          <w:strike w:val="0"/>
          <w:sz w:val="22"/>
          <w:u w:val="single"/>
        </w:rPr>
        <w:t xml:space="preserve"> and </w:t>
      </w:r>
      <w:r>
        <w:rPr>
          <w:b/>
          <w:i w:val="0"/>
          <w:smallCaps w:val="0"/>
          <w:strike w:val="0"/>
          <w:sz w:val="22"/>
          <w:highlight w:val="cyan"/>
          <w:u w:val="single"/>
        </w:rPr>
        <w:t>more autocratic</w:t>
      </w:r>
      <w:r>
        <w:rPr>
          <w:b w:val="0"/>
          <w:i w:val="0"/>
          <w:smallCaps w:val="0"/>
          <w:strike w:val="0"/>
          <w:sz w:val="16"/>
          <w:u w:val="none"/>
        </w:rPr>
        <w:t xml:space="preserve">, as Netanyahu is doing now with Israel. </w:t>
      </w:r>
      <w:r>
        <w:rPr>
          <w:b w:val="0"/>
          <w:i w:val="0"/>
          <w:smallCaps w:val="0"/>
          <w:strike w:val="0"/>
          <w:sz w:val="22"/>
          <w:u w:val="single"/>
        </w:rPr>
        <w:t xml:space="preserve">The strong </w:t>
      </w:r>
      <w:r>
        <w:rPr>
          <w:b/>
          <w:i w:val="0"/>
          <w:smallCaps w:val="0"/>
          <w:strike w:val="0"/>
          <w:sz w:val="22"/>
          <w:u w:val="single"/>
        </w:rPr>
        <w:t>checks</w:t>
      </w:r>
      <w:r>
        <w:rPr>
          <w:b w:val="0"/>
          <w:i w:val="0"/>
          <w:smallCaps w:val="0"/>
          <w:strike w:val="0"/>
          <w:sz w:val="22"/>
          <w:u w:val="single"/>
        </w:rPr>
        <w:t xml:space="preserve"> and </w:t>
      </w:r>
      <w:r>
        <w:rPr>
          <w:b/>
          <w:i w:val="0"/>
          <w:smallCaps w:val="0"/>
          <w:strike w:val="0"/>
          <w:sz w:val="22"/>
          <w:u w:val="single"/>
        </w:rPr>
        <w:t>balances</w:t>
      </w:r>
      <w:r>
        <w:rPr>
          <w:b w:val="0"/>
          <w:i w:val="0"/>
          <w:smallCaps w:val="0"/>
          <w:strike w:val="0"/>
          <w:sz w:val="22"/>
          <w:u w:val="single"/>
        </w:rPr>
        <w:t xml:space="preserve"> of the American </w:t>
      </w:r>
      <w:r>
        <w:rPr>
          <w:b/>
          <w:i w:val="0"/>
          <w:smallCaps w:val="0"/>
          <w:strike w:val="0"/>
          <w:sz w:val="22"/>
          <w:u w:val="single"/>
        </w:rPr>
        <w:t>constitutional</w:t>
      </w:r>
      <w:r>
        <w:rPr>
          <w:b w:val="0"/>
          <w:i w:val="0"/>
          <w:smallCaps w:val="0"/>
          <w:strike w:val="0"/>
          <w:sz w:val="22"/>
          <w:u w:val="single"/>
        </w:rPr>
        <w:t xml:space="preserve"> </w:t>
      </w:r>
      <w:r>
        <w:rPr>
          <w:b/>
          <w:i w:val="0"/>
          <w:smallCaps w:val="0"/>
          <w:strike w:val="0"/>
          <w:sz w:val="22"/>
          <w:u w:val="single"/>
        </w:rPr>
        <w:t>democracy</w:t>
      </w:r>
      <w:r>
        <w:rPr>
          <w:b w:val="0"/>
          <w:i w:val="0"/>
          <w:smallCaps w:val="0"/>
          <w:strike w:val="0"/>
          <w:sz w:val="22"/>
          <w:u w:val="single"/>
        </w:rPr>
        <w:t xml:space="preserve"> may not withstand the </w:t>
      </w:r>
      <w:r>
        <w:rPr>
          <w:b/>
          <w:i w:val="0"/>
          <w:smallCaps w:val="0"/>
          <w:strike w:val="0"/>
          <w:sz w:val="22"/>
          <w:u w:val="single"/>
        </w:rPr>
        <w:t>vicious assault</w:t>
      </w:r>
      <w:r>
        <w:rPr>
          <w:b w:val="0"/>
          <w:i w:val="0"/>
          <w:smallCaps w:val="0"/>
          <w:strike w:val="0"/>
          <w:sz w:val="16"/>
          <w:u w:val="none"/>
        </w:rPr>
        <w:t xml:space="preserve"> by Trump and his white nationalist and evangelical conservative allies. </w:t>
      </w:r>
      <w:r>
        <w:rPr>
          <w:b w:val="0"/>
          <w:i w:val="0"/>
          <w:smallCaps w:val="0"/>
          <w:strike w:val="0"/>
          <w:sz w:val="22"/>
          <w:u w:val="single"/>
        </w:rPr>
        <w:t xml:space="preserve">He would also find </w:t>
      </w:r>
      <w:r>
        <w:rPr>
          <w:b/>
          <w:i w:val="0"/>
          <w:smallCaps w:val="0"/>
          <w:strike w:val="0"/>
          <w:sz w:val="22"/>
          <w:u w:val="single"/>
        </w:rPr>
        <w:t>sympathetic</w:t>
      </w:r>
      <w:r>
        <w:rPr>
          <w:b w:val="0"/>
          <w:i w:val="0"/>
          <w:smallCaps w:val="0"/>
          <w:strike w:val="0"/>
          <w:sz w:val="22"/>
          <w:u w:val="single"/>
        </w:rPr>
        <w:t xml:space="preserve"> ears in the</w:t>
      </w:r>
      <w:r>
        <w:rPr>
          <w:b w:val="0"/>
          <w:i w:val="0"/>
          <w:smallCaps w:val="0"/>
          <w:strike w:val="0"/>
          <w:sz w:val="16"/>
          <w:u w:val="none"/>
        </w:rPr>
        <w:t xml:space="preserve"> US Supreme </w:t>
      </w:r>
      <w:r>
        <w:rPr>
          <w:b/>
          <w:i w:val="0"/>
          <w:smallCaps w:val="0"/>
          <w:strike w:val="0"/>
          <w:sz w:val="22"/>
          <w:u w:val="single"/>
        </w:rPr>
        <w:t>Court</w:t>
      </w:r>
      <w:r>
        <w:rPr>
          <w:b w:val="0"/>
          <w:i w:val="0"/>
          <w:smallCaps w:val="0"/>
          <w:strike w:val="0"/>
          <w:sz w:val="22"/>
          <w:u w:val="single"/>
        </w:rPr>
        <w:t xml:space="preserve"> that has been dominated by </w:t>
      </w:r>
      <w:r>
        <w:rPr>
          <w:b/>
          <w:i w:val="0"/>
          <w:smallCaps w:val="0"/>
          <w:strike w:val="0"/>
          <w:sz w:val="22"/>
          <w:u w:val="single"/>
        </w:rPr>
        <w:t>conservatives</w:t>
      </w:r>
      <w:r>
        <w:rPr>
          <w:b w:val="0"/>
          <w:i w:val="0"/>
          <w:smallCaps w:val="0"/>
          <w:strike w:val="0"/>
          <w:sz w:val="16"/>
          <w:u w:val="none"/>
        </w:rPr>
        <w:t xml:space="preserve">, three of whom were appointed by him. </w:t>
      </w:r>
    </w:p>
    <w:p>
      <w:pPr>
        <w:spacing w:after="60"/>
      </w:pPr>
      <w:r>
        <w:rPr>
          <w:b w:val="0"/>
          <w:i w:val="0"/>
          <w:smallCaps w:val="0"/>
          <w:strike w:val="0"/>
          <w:sz w:val="16"/>
          <w:u w:val="none"/>
        </w:rPr>
        <w:t xml:space="preserve">That being said, </w:t>
      </w:r>
      <w:r>
        <w:rPr>
          <w:b w:val="0"/>
          <w:i w:val="0"/>
          <w:smallCaps w:val="0"/>
          <w:strike w:val="0"/>
          <w:sz w:val="22"/>
          <w:u w:val="single"/>
        </w:rPr>
        <w:t xml:space="preserve">the </w:t>
      </w:r>
      <w:r>
        <w:rPr>
          <w:b/>
          <w:i w:val="0"/>
          <w:smallCaps w:val="0"/>
          <w:strike w:val="0"/>
          <w:sz w:val="22"/>
          <w:u w:val="single"/>
        </w:rPr>
        <w:t>international ramification</w:t>
      </w:r>
      <w:r>
        <w:rPr>
          <w:b w:val="0"/>
          <w:i w:val="0"/>
          <w:smallCaps w:val="0"/>
          <w:strike w:val="0"/>
          <w:sz w:val="22"/>
          <w:u w:val="single"/>
        </w:rPr>
        <w:t xml:space="preserve"> of a Trump 2.0 may be more dramatic than the </w:t>
      </w:r>
      <w:r>
        <w:rPr>
          <w:b/>
          <w:i w:val="0"/>
          <w:smallCaps w:val="0"/>
          <w:strike w:val="0"/>
          <w:sz w:val="22"/>
          <w:u w:val="single"/>
        </w:rPr>
        <w:t>domestic</w:t>
      </w:r>
      <w:r>
        <w:rPr>
          <w:b w:val="0"/>
          <w:i w:val="0"/>
          <w:smallCaps w:val="0"/>
          <w:strike w:val="0"/>
          <w:sz w:val="22"/>
          <w:u w:val="single"/>
        </w:rPr>
        <w:t xml:space="preserve"> ones</w:t>
      </w:r>
      <w:r>
        <w:rPr>
          <w:b w:val="0"/>
          <w:i w:val="0"/>
          <w:smallCaps w:val="0"/>
          <w:strike w:val="0"/>
          <w:sz w:val="16"/>
          <w:u w:val="none"/>
        </w:rPr>
        <w:t xml:space="preserve">. If he returns to the White House, </w:t>
      </w:r>
      <w:r>
        <w:rPr>
          <w:b w:val="0"/>
          <w:i w:val="0"/>
          <w:smallCaps w:val="0"/>
          <w:strike w:val="0"/>
          <w:sz w:val="22"/>
          <w:u w:val="single"/>
        </w:rPr>
        <w:t xml:space="preserve">he would find it </w:t>
      </w:r>
      <w:r>
        <w:rPr>
          <w:b/>
          <w:i w:val="0"/>
          <w:smallCaps w:val="0"/>
          <w:strike w:val="0"/>
          <w:sz w:val="22"/>
          <w:highlight w:val="cyan"/>
          <w:u w:val="single"/>
        </w:rPr>
        <w:t>less constraining</w:t>
      </w:r>
      <w:r>
        <w:rPr>
          <w:b w:val="0"/>
          <w:i w:val="0"/>
          <w:smallCaps w:val="0"/>
          <w:strike w:val="0"/>
          <w:sz w:val="22"/>
          <w:highlight w:val="cyan"/>
          <w:u w:val="single"/>
        </w:rPr>
        <w:t xml:space="preserve"> to effect</w:t>
      </w:r>
      <w:r>
        <w:rPr>
          <w:b w:val="0"/>
          <w:i w:val="0"/>
          <w:smallCaps w:val="0"/>
          <w:strike w:val="0"/>
          <w:sz w:val="22"/>
          <w:u w:val="single"/>
        </w:rPr>
        <w:t xml:space="preserve"> change in </w:t>
      </w:r>
      <w:r>
        <w:rPr>
          <w:b w:val="0"/>
          <w:i w:val="0"/>
          <w:smallCaps w:val="0"/>
          <w:strike w:val="0"/>
          <w:sz w:val="22"/>
          <w:highlight w:val="cyan"/>
          <w:u w:val="single"/>
        </w:rPr>
        <w:t>foreign policy</w:t>
      </w:r>
      <w:r>
        <w:rPr>
          <w:b w:val="0"/>
          <w:i w:val="0"/>
          <w:smallCaps w:val="0"/>
          <w:strike w:val="0"/>
          <w:sz w:val="16"/>
          <w:u w:val="none"/>
        </w:rPr>
        <w:t xml:space="preserve"> than domestic policy. Indeed, he would have greater authority as the leader of a superpower to change the world for the worse, than he would have to change America to his liking.</w:t>
      </w:r>
    </w:p>
    <w:p>
      <w:pPr>
        <w:spacing w:after="60"/>
      </w:pPr>
      <w:r>
        <w:rPr>
          <w:b w:val="0"/>
          <w:i w:val="0"/>
          <w:smallCaps w:val="0"/>
          <w:strike w:val="0"/>
          <w:sz w:val="22"/>
          <w:u w:val="single"/>
        </w:rPr>
        <w:t>Just as he reversed much of what</w:t>
      </w:r>
      <w:r>
        <w:rPr>
          <w:b w:val="0"/>
          <w:i w:val="0"/>
          <w:smallCaps w:val="0"/>
          <w:strike w:val="0"/>
          <w:sz w:val="16"/>
          <w:u w:val="none"/>
        </w:rPr>
        <w:t xml:space="preserve"> his predecessor, President Barack </w:t>
      </w:r>
      <w:r>
        <w:rPr>
          <w:b w:val="0"/>
          <w:i w:val="0"/>
          <w:smallCaps w:val="0"/>
          <w:strike w:val="0"/>
          <w:sz w:val="22"/>
          <w:u w:val="single"/>
        </w:rPr>
        <w:t xml:space="preserve">Obama, achieved </w:t>
      </w:r>
      <w:r>
        <w:rPr>
          <w:b/>
          <w:i w:val="0"/>
          <w:smallCaps w:val="0"/>
          <w:strike w:val="0"/>
          <w:sz w:val="22"/>
          <w:u w:val="single"/>
        </w:rPr>
        <w:t>globally</w:t>
      </w:r>
      <w:r>
        <w:rPr>
          <w:b w:val="0"/>
          <w:i w:val="0"/>
          <w:smallCaps w:val="0"/>
          <w:strike w:val="0"/>
          <w:sz w:val="16"/>
          <w:u w:val="none"/>
        </w:rPr>
        <w:t xml:space="preserve">, whether </w:t>
      </w:r>
      <w:r>
        <w:rPr>
          <w:b w:val="0"/>
          <w:i w:val="0"/>
          <w:smallCaps w:val="0"/>
          <w:strike w:val="0"/>
          <w:sz w:val="22"/>
          <w:u w:val="single"/>
        </w:rPr>
        <w:t xml:space="preserve">on </w:t>
      </w:r>
      <w:r>
        <w:rPr>
          <w:b/>
          <w:i w:val="0"/>
          <w:smallCaps w:val="0"/>
          <w:strike w:val="0"/>
          <w:sz w:val="22"/>
          <w:u w:val="single"/>
        </w:rPr>
        <w:t>climate</w:t>
      </w:r>
      <w:r>
        <w:rPr>
          <w:b w:val="0"/>
          <w:i w:val="0"/>
          <w:smallCaps w:val="0"/>
          <w:strike w:val="0"/>
          <w:sz w:val="16"/>
          <w:u w:val="none"/>
        </w:rPr>
        <w:t xml:space="preserve"> change, </w:t>
      </w:r>
      <w:r>
        <w:rPr>
          <w:b w:val="0"/>
          <w:i w:val="0"/>
          <w:smallCaps w:val="0"/>
          <w:strike w:val="0"/>
          <w:sz w:val="22"/>
          <w:u w:val="single"/>
        </w:rPr>
        <w:t xml:space="preserve">trade, </w:t>
      </w:r>
      <w:r>
        <w:rPr>
          <w:b/>
          <w:i w:val="0"/>
          <w:smallCaps w:val="0"/>
          <w:strike w:val="0"/>
          <w:sz w:val="22"/>
          <w:u w:val="single"/>
        </w:rPr>
        <w:t>nuclear proliferation</w:t>
      </w:r>
      <w:r>
        <w:rPr>
          <w:b w:val="0"/>
          <w:i w:val="0"/>
          <w:smallCaps w:val="0"/>
          <w:strike w:val="0"/>
          <w:sz w:val="22"/>
          <w:u w:val="single"/>
        </w:rPr>
        <w:t xml:space="preserve">, </w:t>
      </w:r>
      <w:r>
        <w:rPr>
          <w:b/>
          <w:i w:val="0"/>
          <w:smallCaps w:val="0"/>
          <w:strike w:val="0"/>
          <w:sz w:val="22"/>
          <w:u w:val="single"/>
        </w:rPr>
        <w:t>Russia</w:t>
      </w:r>
      <w:r>
        <w:rPr>
          <w:b w:val="0"/>
          <w:i w:val="0"/>
          <w:smallCaps w:val="0"/>
          <w:strike w:val="0"/>
          <w:sz w:val="22"/>
          <w:u w:val="single"/>
        </w:rPr>
        <w:t xml:space="preserve">, </w:t>
      </w:r>
      <w:r>
        <w:rPr>
          <w:b/>
          <w:i w:val="0"/>
          <w:smallCaps w:val="0"/>
          <w:strike w:val="0"/>
          <w:sz w:val="22"/>
          <w:u w:val="single"/>
        </w:rPr>
        <w:t>Europe</w:t>
      </w:r>
      <w:r>
        <w:rPr>
          <w:b w:val="0"/>
          <w:i w:val="0"/>
          <w:smallCaps w:val="0"/>
          <w:strike w:val="0"/>
          <w:sz w:val="22"/>
          <w:u w:val="single"/>
        </w:rPr>
        <w:t xml:space="preserve"> or the </w:t>
      </w:r>
      <w:r>
        <w:rPr>
          <w:b/>
          <w:i w:val="0"/>
          <w:smallCaps w:val="0"/>
          <w:strike w:val="0"/>
          <w:sz w:val="22"/>
          <w:u w:val="single"/>
        </w:rPr>
        <w:t>Middle East</w:t>
      </w:r>
      <w:r>
        <w:rPr>
          <w:b w:val="0"/>
          <w:i w:val="0"/>
          <w:smallCaps w:val="0"/>
          <w:strike w:val="0"/>
          <w:sz w:val="22"/>
          <w:u w:val="single"/>
        </w:rPr>
        <w:t xml:space="preserve">, </w:t>
      </w:r>
      <w:r>
        <w:rPr>
          <w:b w:val="0"/>
          <w:i w:val="0"/>
          <w:smallCaps w:val="0"/>
          <w:strike w:val="0"/>
          <w:sz w:val="22"/>
          <w:highlight w:val="cyan"/>
          <w:u w:val="single"/>
        </w:rPr>
        <w:t>Trump would</w:t>
      </w:r>
      <w:r>
        <w:rPr>
          <w:b w:val="0"/>
          <w:i w:val="0"/>
          <w:smallCaps w:val="0"/>
          <w:strike w:val="0"/>
          <w:sz w:val="22"/>
          <w:u w:val="single"/>
        </w:rPr>
        <w:t xml:space="preserve"> also seek to </w:t>
      </w:r>
      <w:r>
        <w:rPr>
          <w:b/>
          <w:i w:val="0"/>
          <w:smallCaps w:val="0"/>
          <w:strike w:val="0"/>
          <w:sz w:val="22"/>
          <w:highlight w:val="cyan"/>
          <w:u w:val="single"/>
        </w:rPr>
        <w:t>erase Biden’s progress</w:t>
      </w:r>
      <w:r>
        <w:rPr>
          <w:b w:val="0"/>
          <w:i w:val="0"/>
          <w:smallCaps w:val="0"/>
          <w:strike w:val="0"/>
          <w:sz w:val="22"/>
          <w:u w:val="single"/>
        </w:rPr>
        <w:t xml:space="preserve"> on these and other policies. </w:t>
      </w:r>
    </w:p>
    <w:p>
      <w:pPr>
        <w:spacing w:after="60"/>
      </w:pPr>
      <w:r>
        <w:rPr>
          <w:b w:val="0"/>
          <w:i w:val="0"/>
          <w:smallCaps w:val="0"/>
          <w:strike w:val="0"/>
          <w:sz w:val="22"/>
          <w:u w:val="single"/>
        </w:rPr>
        <w:t>Under a second Trump</w:t>
      </w:r>
      <w:r>
        <w:rPr>
          <w:b w:val="0"/>
          <w:i w:val="0"/>
          <w:smallCaps w:val="0"/>
          <w:strike w:val="0"/>
          <w:sz w:val="16"/>
          <w:u w:val="none"/>
        </w:rPr>
        <w:t xml:space="preserve"> presidency</w:t>
      </w:r>
      <w:r>
        <w:rPr>
          <w:b w:val="0"/>
          <w:i w:val="0"/>
          <w:smallCaps w:val="0"/>
          <w:strike w:val="0"/>
          <w:sz w:val="16"/>
          <w:u w:val="none"/>
        </w:rPr>
        <w:t xml:space="preserve">, </w:t>
      </w:r>
      <w:r>
        <w:rPr>
          <w:b w:val="0"/>
          <w:i w:val="0"/>
          <w:smallCaps w:val="0"/>
          <w:strike w:val="0"/>
          <w:sz w:val="22"/>
          <w:u w:val="single"/>
        </w:rPr>
        <w:t xml:space="preserve">it would be </w:t>
      </w:r>
      <w:r>
        <w:rPr>
          <w:b/>
          <w:i w:val="0"/>
          <w:smallCaps w:val="0"/>
          <w:strike w:val="0"/>
          <w:sz w:val="22"/>
          <w:highlight w:val="cyan"/>
          <w:u w:val="single"/>
        </w:rPr>
        <w:t>impossible</w:t>
      </w:r>
      <w:r>
        <w:rPr>
          <w:b w:val="0"/>
          <w:i w:val="0"/>
          <w:smallCaps w:val="0"/>
          <w:strike w:val="0"/>
          <w:sz w:val="22"/>
          <w:highlight w:val="cyan"/>
          <w:u w:val="single"/>
        </w:rPr>
        <w:t xml:space="preserve"> to reach another </w:t>
      </w:r>
      <w:r>
        <w:rPr>
          <w:b/>
          <w:i w:val="0"/>
          <w:smallCaps w:val="0"/>
          <w:strike w:val="0"/>
          <w:sz w:val="22"/>
          <w:highlight w:val="cyan"/>
          <w:u w:val="single"/>
        </w:rPr>
        <w:t>nuclear deal</w:t>
      </w:r>
      <w:r>
        <w:rPr>
          <w:b w:val="0"/>
          <w:i w:val="0"/>
          <w:smallCaps w:val="0"/>
          <w:strike w:val="0"/>
          <w:sz w:val="22"/>
          <w:u w:val="single"/>
        </w:rPr>
        <w:t xml:space="preserve"> with Iran</w:t>
      </w:r>
      <w:r>
        <w:rPr>
          <w:b w:val="0"/>
          <w:i w:val="0"/>
          <w:smallCaps w:val="0"/>
          <w:strike w:val="0"/>
          <w:sz w:val="22"/>
          <w:u w:val="single"/>
        </w:rPr>
        <w:t xml:space="preserve">, or a more </w:t>
      </w:r>
      <w:r>
        <w:rPr>
          <w:b/>
          <w:i w:val="0"/>
          <w:smallCaps w:val="0"/>
          <w:strike w:val="0"/>
          <w:sz w:val="22"/>
          <w:u w:val="single"/>
        </w:rPr>
        <w:t>urgent accord</w:t>
      </w:r>
      <w:r>
        <w:rPr>
          <w:b w:val="0"/>
          <w:i w:val="0"/>
          <w:smallCaps w:val="0"/>
          <w:strike w:val="0"/>
          <w:sz w:val="22"/>
          <w:u w:val="single"/>
        </w:rPr>
        <w:t xml:space="preserve"> on </w:t>
      </w:r>
      <w:r>
        <w:rPr>
          <w:b/>
          <w:i w:val="0"/>
          <w:smallCaps w:val="0"/>
          <w:strike w:val="0"/>
          <w:sz w:val="22"/>
          <w:u w:val="single"/>
        </w:rPr>
        <w:t>climate</w:t>
      </w:r>
      <w:r>
        <w:rPr>
          <w:b w:val="0"/>
          <w:i w:val="0"/>
          <w:smallCaps w:val="0"/>
          <w:strike w:val="0"/>
          <w:sz w:val="16"/>
          <w:u w:val="none"/>
        </w:rPr>
        <w:t xml:space="preserve"> change. </w:t>
      </w:r>
      <w:r>
        <w:rPr>
          <w:b w:val="0"/>
          <w:i w:val="0"/>
          <w:smallCaps w:val="0"/>
          <w:strike w:val="0"/>
          <w:sz w:val="22"/>
          <w:u w:val="single"/>
        </w:rPr>
        <w:t xml:space="preserve">There would also likely be </w:t>
      </w:r>
      <w:r>
        <w:rPr>
          <w:b/>
          <w:i w:val="0"/>
          <w:smallCaps w:val="0"/>
          <w:strike w:val="0"/>
          <w:sz w:val="22"/>
          <w:highlight w:val="cyan"/>
          <w:u w:val="single"/>
        </w:rPr>
        <w:t>major cuts in</w:t>
      </w:r>
      <w:r>
        <w:rPr>
          <w:b w:val="0"/>
          <w:i w:val="0"/>
          <w:smallCaps w:val="0"/>
          <w:strike w:val="0"/>
          <w:sz w:val="16"/>
          <w:u w:val="none"/>
        </w:rPr>
        <w:t xml:space="preserve"> public </w:t>
      </w:r>
      <w:r>
        <w:rPr>
          <w:b/>
          <w:i w:val="0"/>
          <w:smallCaps w:val="0"/>
          <w:strike w:val="0"/>
          <w:sz w:val="22"/>
          <w:highlight w:val="cyan"/>
          <w:u w:val="single"/>
        </w:rPr>
        <w:t>spending</w:t>
      </w:r>
      <w:r>
        <w:rPr>
          <w:b/>
          <w:i w:val="0"/>
          <w:smallCaps w:val="0"/>
          <w:strike w:val="0"/>
          <w:sz w:val="22"/>
          <w:u w:val="single"/>
        </w:rPr>
        <w:t xml:space="preserve"> on social protections</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renewable energy</w:t>
      </w:r>
      <w:r>
        <w:rPr>
          <w:b w:val="0"/>
          <w:i w:val="0"/>
          <w:smallCaps w:val="0"/>
          <w:strike w:val="0"/>
          <w:sz w:val="16"/>
          <w:u w:val="none"/>
        </w:rPr>
        <w:t xml:space="preserve"> expansion. </w:t>
      </w:r>
    </w:p>
    <w:p>
      <w:pPr>
        <w:spacing w:after="60"/>
      </w:pPr>
      <w:r>
        <w:rPr>
          <w:b w:val="0"/>
          <w:i w:val="0"/>
          <w:smallCaps w:val="0"/>
          <w:strike w:val="0"/>
          <w:sz w:val="16"/>
          <w:u w:val="none"/>
        </w:rPr>
        <w:t xml:space="preserve">As president, Trump would also act swiftly on the Russia-Ukraine war. He has already claimed that he can resolve the conflict in “24 hours”. Some have speculated that this means he would cut US military aid to Ukraine in order to facilitate a quick end of war in Russia’s favour. </w:t>
      </w:r>
    </w:p>
    <w:p>
      <w:pPr>
        <w:spacing w:after="60"/>
      </w:pPr>
      <w:r>
        <w:rPr>
          <w:b w:val="0"/>
          <w:i w:val="0"/>
          <w:smallCaps w:val="0"/>
          <w:strike w:val="0"/>
          <w:sz w:val="16"/>
          <w:u w:val="none"/>
        </w:rPr>
        <w:t xml:space="preserve">The prospect of this scenario has irked Washington’s </w:t>
      </w:r>
      <w:r>
        <w:rPr>
          <w:b/>
          <w:i w:val="0"/>
          <w:smallCaps w:val="0"/>
          <w:strike w:val="0"/>
          <w:sz w:val="22"/>
          <w:u w:val="single"/>
        </w:rPr>
        <w:t>European</w:t>
      </w:r>
      <w:r>
        <w:rPr>
          <w:b w:val="0"/>
          <w:i w:val="0"/>
          <w:smallCaps w:val="0"/>
          <w:strike w:val="0"/>
          <w:sz w:val="22"/>
          <w:u w:val="single"/>
        </w:rPr>
        <w:t xml:space="preserve"> allies</w:t>
      </w:r>
      <w:r>
        <w:rPr>
          <w:b w:val="0"/>
          <w:i w:val="0"/>
          <w:smallCaps w:val="0"/>
          <w:strike w:val="0"/>
          <w:sz w:val="16"/>
          <w:u w:val="none"/>
        </w:rPr>
        <w:t xml:space="preserve">, who have been highly supportive of the US efforts against the Russian invasion of Ukraine. They </w:t>
      </w:r>
      <w:r>
        <w:rPr>
          <w:b w:val="0"/>
          <w:i w:val="0"/>
          <w:smallCaps w:val="0"/>
          <w:strike w:val="0"/>
          <w:sz w:val="22"/>
          <w:u w:val="single"/>
        </w:rPr>
        <w:t xml:space="preserve">fear that </w:t>
      </w:r>
      <w:r>
        <w:rPr>
          <w:b w:val="0"/>
          <w:i w:val="0"/>
          <w:smallCaps w:val="0"/>
          <w:strike w:val="0"/>
          <w:sz w:val="22"/>
          <w:highlight w:val="cyan"/>
          <w:u w:val="single"/>
        </w:rPr>
        <w:t xml:space="preserve">appeasing </w:t>
      </w:r>
      <w:r>
        <w:rPr>
          <w:b/>
          <w:i w:val="0"/>
          <w:smallCaps w:val="0"/>
          <w:strike w:val="0"/>
          <w:sz w:val="22"/>
          <w:highlight w:val="cyan"/>
          <w:u w:val="single"/>
        </w:rPr>
        <w:t>Russia</w:t>
      </w:r>
      <w:r>
        <w:rPr>
          <w:b w:val="0"/>
          <w:i w:val="0"/>
          <w:smallCaps w:val="0"/>
          <w:strike w:val="0"/>
          <w:sz w:val="22"/>
          <w:highlight w:val="cyan"/>
          <w:u w:val="single"/>
        </w:rPr>
        <w:t xml:space="preserve"> </w:t>
      </w:r>
      <w:r>
        <w:rPr>
          <w:b w:val="0"/>
          <w:i w:val="0"/>
          <w:smallCaps w:val="0"/>
          <w:strike w:val="0"/>
          <w:sz w:val="22"/>
          <w:u w:val="single"/>
        </w:rPr>
        <w:t xml:space="preserve">would </w:t>
      </w:r>
      <w:r>
        <w:rPr>
          <w:b/>
          <w:i w:val="0"/>
          <w:smallCaps w:val="0"/>
          <w:strike w:val="0"/>
          <w:sz w:val="22"/>
          <w:highlight w:val="cyan"/>
          <w:u w:val="single"/>
        </w:rPr>
        <w:t>weaken NATO</w:t>
      </w:r>
      <w:r>
        <w:rPr>
          <w:b w:val="0"/>
          <w:i w:val="0"/>
          <w:smallCaps w:val="0"/>
          <w:strike w:val="0"/>
          <w:sz w:val="22"/>
          <w:highlight w:val="cyan"/>
          <w:u w:val="single"/>
        </w:rPr>
        <w:t xml:space="preserve">, </w:t>
      </w:r>
      <w:r>
        <w:rPr>
          <w:b/>
          <w:i w:val="0"/>
          <w:smallCaps w:val="0"/>
          <w:strike w:val="0"/>
          <w:sz w:val="22"/>
          <w:highlight w:val="cyan"/>
          <w:u w:val="single"/>
        </w:rPr>
        <w:t>embolden</w:t>
      </w:r>
      <w:r>
        <w:rPr>
          <w:b w:val="0"/>
          <w:i w:val="0"/>
          <w:smallCaps w:val="0"/>
          <w:strike w:val="0"/>
          <w:sz w:val="16"/>
          <w:u w:val="none"/>
        </w:rPr>
        <w:t xml:space="preserve"> Russian President Vladimir </w:t>
      </w:r>
      <w:r>
        <w:rPr>
          <w:b/>
          <w:i w:val="0"/>
          <w:smallCaps w:val="0"/>
          <w:strike w:val="0"/>
          <w:sz w:val="22"/>
          <w:highlight w:val="cyan"/>
          <w:u w:val="single"/>
        </w:rPr>
        <w:t>Putin</w:t>
      </w:r>
      <w:r>
        <w:rPr>
          <w:b w:val="0"/>
          <w:i w:val="0"/>
          <w:smallCaps w:val="0"/>
          <w:strike w:val="0"/>
          <w:sz w:val="22"/>
          <w:u w:val="single"/>
        </w:rPr>
        <w:t xml:space="preserve">, and force them to search for </w:t>
      </w:r>
      <w:r>
        <w:rPr>
          <w:b/>
          <w:i w:val="0"/>
          <w:smallCaps w:val="0"/>
          <w:strike w:val="0"/>
          <w:sz w:val="22"/>
          <w:u w:val="single"/>
        </w:rPr>
        <w:t>immediate, radical and costly European alternative to America’s strategic umbrella</w:t>
      </w:r>
      <w:r>
        <w:rPr>
          <w:b w:val="0"/>
          <w:i w:val="0"/>
          <w:smallCaps w:val="0"/>
          <w:strike w:val="0"/>
          <w:sz w:val="16"/>
          <w:u w:val="none"/>
        </w:rPr>
        <w:t xml:space="preserve">. </w:t>
      </w:r>
    </w:p>
    <w:p>
      <w:pPr>
        <w:spacing w:after="60"/>
      </w:pPr>
      <w:r>
        <w:rPr>
          <w:b w:val="0"/>
          <w:i w:val="0"/>
          <w:smallCaps w:val="0"/>
          <w:strike w:val="0"/>
          <w:sz w:val="16"/>
          <w:u w:val="none"/>
        </w:rPr>
        <w:t xml:space="preserve">European centrists and liberals are also worried that </w:t>
      </w:r>
      <w:r>
        <w:rPr>
          <w:b w:val="0"/>
          <w:i w:val="0"/>
          <w:smallCaps w:val="0"/>
          <w:strike w:val="0"/>
          <w:sz w:val="22"/>
          <w:u w:val="single"/>
        </w:rPr>
        <w:t xml:space="preserve">a Trump </w:t>
      </w:r>
      <w:r>
        <w:rPr>
          <w:b/>
          <w:i w:val="0"/>
          <w:smallCaps w:val="0"/>
          <w:strike w:val="0"/>
          <w:sz w:val="22"/>
          <w:u w:val="single"/>
        </w:rPr>
        <w:t>victory</w:t>
      </w:r>
      <w:r>
        <w:rPr>
          <w:b w:val="0"/>
          <w:i w:val="0"/>
          <w:smallCaps w:val="0"/>
          <w:strike w:val="0"/>
          <w:sz w:val="22"/>
          <w:u w:val="single"/>
        </w:rPr>
        <w:t xml:space="preserve"> in 2024 would create a </w:t>
      </w:r>
      <w:r>
        <w:rPr>
          <w:b/>
          <w:i w:val="0"/>
          <w:smallCaps w:val="0"/>
          <w:strike w:val="0"/>
          <w:sz w:val="22"/>
          <w:u w:val="single"/>
        </w:rPr>
        <w:t>domino effect</w:t>
      </w:r>
      <w:r>
        <w:rPr>
          <w:b w:val="0"/>
          <w:i w:val="0"/>
          <w:smallCaps w:val="0"/>
          <w:strike w:val="0"/>
          <w:sz w:val="22"/>
          <w:u w:val="single"/>
        </w:rPr>
        <w:t xml:space="preserve"> across the West, </w:t>
      </w:r>
      <w:r>
        <w:rPr>
          <w:b/>
          <w:i w:val="0"/>
          <w:smallCaps w:val="0"/>
          <w:strike w:val="0"/>
          <w:sz w:val="22"/>
          <w:highlight w:val="cyan"/>
          <w:u w:val="single"/>
        </w:rPr>
        <w:t xml:space="preserve">strengthening populist </w:t>
      </w:r>
      <w:r>
        <w:rPr>
          <w:b w:val="0"/>
          <w:i w:val="0"/>
          <w:smallCaps w:val="0"/>
          <w:strike w:val="0"/>
          <w:sz w:val="22"/>
          <w:u w:val="single"/>
        </w:rPr>
        <w:t>right-wing</w:t>
      </w:r>
      <w:r>
        <w:rPr>
          <w:b/>
          <w:i w:val="0"/>
          <w:smallCaps w:val="0"/>
          <w:strike w:val="0"/>
          <w:sz w:val="22"/>
          <w:highlight w:val="cyan"/>
          <w:u w:val="single"/>
        </w:rPr>
        <w:t xml:space="preserve"> leaders</w:t>
      </w:r>
      <w:r>
        <w:rPr>
          <w:b w:val="0"/>
          <w:i w:val="0"/>
          <w:smallCaps w:val="0"/>
          <w:strike w:val="0"/>
          <w:sz w:val="22"/>
          <w:highlight w:val="cyan"/>
          <w:u w:val="single"/>
        </w:rPr>
        <w:t xml:space="preserve"> in </w:t>
      </w:r>
      <w:r>
        <w:rPr>
          <w:b/>
          <w:i w:val="0"/>
          <w:smallCaps w:val="0"/>
          <w:strike w:val="0"/>
          <w:sz w:val="22"/>
          <w:highlight w:val="cyan"/>
          <w:u w:val="single"/>
        </w:rPr>
        <w:t>Hungry</w:t>
      </w:r>
      <w:r>
        <w:rPr>
          <w:b w:val="0"/>
          <w:i w:val="0"/>
          <w:smallCaps w:val="0"/>
          <w:strike w:val="0"/>
          <w:sz w:val="22"/>
          <w:u w:val="single"/>
        </w:rPr>
        <w:t xml:space="preserve">, </w:t>
      </w:r>
      <w:r>
        <w:rPr>
          <w:b/>
          <w:i w:val="0"/>
          <w:smallCaps w:val="0"/>
          <w:strike w:val="0"/>
          <w:sz w:val="22"/>
          <w:highlight w:val="cyan"/>
          <w:u w:val="single"/>
        </w:rPr>
        <w:t>Poland</w:t>
      </w:r>
      <w:r>
        <w:rPr>
          <w:b w:val="0"/>
          <w:i w:val="0"/>
          <w:smallCaps w:val="0"/>
          <w:strike w:val="0"/>
          <w:sz w:val="22"/>
          <w:u w:val="single"/>
        </w:rPr>
        <w:t xml:space="preserve"> and </w:t>
      </w:r>
      <w:r>
        <w:rPr>
          <w:b/>
          <w:i w:val="0"/>
          <w:smallCaps w:val="0"/>
          <w:strike w:val="0"/>
          <w:sz w:val="22"/>
          <w:highlight w:val="cyan"/>
          <w:u w:val="single"/>
        </w:rPr>
        <w:t>Italy</w:t>
      </w:r>
      <w:r>
        <w:rPr>
          <w:b w:val="0"/>
          <w:i w:val="0"/>
          <w:smallCaps w:val="0"/>
          <w:strike w:val="0"/>
          <w:sz w:val="22"/>
          <w:u w:val="single"/>
        </w:rPr>
        <w:t xml:space="preserve">, and </w:t>
      </w:r>
      <w:r>
        <w:rPr>
          <w:b/>
          <w:i w:val="0"/>
          <w:smallCaps w:val="0"/>
          <w:strike w:val="0"/>
          <w:sz w:val="22"/>
          <w:highlight w:val="cyan"/>
          <w:u w:val="single"/>
        </w:rPr>
        <w:t>encouraging</w:t>
      </w:r>
      <w:r>
        <w:rPr>
          <w:b w:val="0"/>
          <w:i w:val="0"/>
          <w:smallCaps w:val="0"/>
          <w:strike w:val="0"/>
          <w:sz w:val="22"/>
          <w:highlight w:val="cyan"/>
          <w:u w:val="single"/>
        </w:rPr>
        <w:t xml:space="preserve"> more </w:t>
      </w:r>
      <w:r>
        <w:rPr>
          <w:b/>
          <w:i w:val="0"/>
          <w:smallCaps w:val="0"/>
          <w:strike w:val="0"/>
          <w:sz w:val="22"/>
          <w:highlight w:val="cyan"/>
          <w:u w:val="single"/>
        </w:rPr>
        <w:t>far-right</w:t>
      </w:r>
      <w:r>
        <w:rPr>
          <w:b w:val="0"/>
          <w:i w:val="0"/>
          <w:smallCaps w:val="0"/>
          <w:strike w:val="0"/>
          <w:sz w:val="22"/>
          <w:highlight w:val="cyan"/>
          <w:u w:val="single"/>
        </w:rPr>
        <w:t xml:space="preserve"> electoral </w:t>
      </w:r>
      <w:r>
        <w:rPr>
          <w:b/>
          <w:i w:val="0"/>
          <w:smallCaps w:val="0"/>
          <w:strike w:val="0"/>
          <w:sz w:val="22"/>
          <w:highlight w:val="cyan"/>
          <w:u w:val="single"/>
        </w:rPr>
        <w:t>victories</w:t>
      </w:r>
      <w:r>
        <w:rPr>
          <w:b w:val="0"/>
          <w:i w:val="0"/>
          <w:smallCaps w:val="0"/>
          <w:strike w:val="0"/>
          <w:sz w:val="22"/>
          <w:u w:val="single"/>
        </w:rPr>
        <w:t xml:space="preserve"> in </w:t>
      </w:r>
      <w:r>
        <w:rPr>
          <w:b/>
          <w:i w:val="0"/>
          <w:smallCaps w:val="0"/>
          <w:strike w:val="0"/>
          <w:sz w:val="22"/>
          <w:u w:val="single"/>
        </w:rPr>
        <w:t>France</w:t>
      </w:r>
      <w:r>
        <w:rPr>
          <w:b w:val="0"/>
          <w:i w:val="0"/>
          <w:smallCaps w:val="0"/>
          <w:strike w:val="0"/>
          <w:sz w:val="22"/>
          <w:u w:val="single"/>
        </w:rPr>
        <w:t xml:space="preserve"> and </w:t>
      </w:r>
      <w:r>
        <w:rPr>
          <w:b/>
          <w:i w:val="0"/>
          <w:smallCaps w:val="0"/>
          <w:strike w:val="0"/>
          <w:sz w:val="22"/>
          <w:u w:val="single"/>
        </w:rPr>
        <w:t>Germany</w:t>
      </w:r>
      <w:r>
        <w:rPr>
          <w:b w:val="0"/>
          <w:i w:val="0"/>
          <w:smallCaps w:val="0"/>
          <w:strike w:val="0"/>
          <w:sz w:val="16"/>
          <w:u w:val="none"/>
        </w:rPr>
        <w:t xml:space="preserve">. </w:t>
      </w:r>
    </w:p>
    <w:p>
      <w:pPr>
        <w:spacing w:after="60"/>
      </w:pPr>
      <w:r>
        <w:rPr>
          <w:b w:val="0"/>
          <w:i w:val="0"/>
          <w:smallCaps w:val="0"/>
          <w:strike w:val="0"/>
          <w:sz w:val="16"/>
          <w:u w:val="none"/>
        </w:rPr>
        <w:t xml:space="preserve">If all of this were to happen, it would weaken America’s own foreign policy push, especially its response to rising China, which is perhaps the only major foreign policy issue – aside from Israel – on which Trump and Biden agree. An emboldened Russia, a weakened NATO, and a divided West, would not help Trump’s haughty attempts at curbing Chinese economic and strategic influence. </w:t>
      </w:r>
    </w:p>
    <w:p>
      <w:pPr>
        <w:spacing w:after="60"/>
      </w:pPr>
      <w:r>
        <w:rPr>
          <w:b w:val="0"/>
          <w:i w:val="0"/>
          <w:smallCaps w:val="0"/>
          <w:strike w:val="0"/>
          <w:sz w:val="22"/>
          <w:u w:val="single"/>
        </w:rPr>
        <w:t xml:space="preserve">Beijing likely does not mind seeing </w:t>
      </w:r>
      <w:r>
        <w:rPr>
          <w:b/>
          <w:i w:val="0"/>
          <w:smallCaps w:val="0"/>
          <w:strike w:val="0"/>
          <w:sz w:val="22"/>
          <w:u w:val="single"/>
        </w:rPr>
        <w:t>Trump</w:t>
      </w:r>
      <w:r>
        <w:rPr>
          <w:b w:val="0"/>
          <w:i w:val="0"/>
          <w:smallCaps w:val="0"/>
          <w:strike w:val="0"/>
          <w:sz w:val="22"/>
          <w:u w:val="single"/>
        </w:rPr>
        <w:t xml:space="preserve"> return to the </w:t>
      </w:r>
      <w:r>
        <w:rPr>
          <w:b/>
          <w:i w:val="0"/>
          <w:smallCaps w:val="0"/>
          <w:strike w:val="0"/>
          <w:sz w:val="22"/>
          <w:u w:val="single"/>
        </w:rPr>
        <w:t>White House</w:t>
      </w:r>
      <w:r>
        <w:rPr>
          <w:b w:val="0"/>
          <w:i w:val="0"/>
          <w:smallCaps w:val="0"/>
          <w:strike w:val="0"/>
          <w:sz w:val="16"/>
          <w:u w:val="none"/>
        </w:rPr>
        <w:t xml:space="preserve">, not only </w:t>
      </w:r>
      <w:r>
        <w:rPr>
          <w:b w:val="0"/>
          <w:i w:val="0"/>
          <w:smallCaps w:val="0"/>
          <w:strike w:val="0"/>
          <w:sz w:val="22"/>
          <w:u w:val="single"/>
        </w:rPr>
        <w:t xml:space="preserve">because he is a </w:t>
      </w:r>
      <w:r>
        <w:rPr>
          <w:b/>
          <w:i w:val="0"/>
          <w:smallCaps w:val="0"/>
          <w:strike w:val="0"/>
          <w:sz w:val="22"/>
          <w:highlight w:val="cyan"/>
          <w:u w:val="single"/>
        </w:rPr>
        <w:t>divisive</w:t>
      </w:r>
      <w:r>
        <w:rPr>
          <w:b/>
          <w:i w:val="0"/>
          <w:smallCaps w:val="0"/>
          <w:strike w:val="0"/>
          <w:sz w:val="22"/>
          <w:u w:val="single"/>
        </w:rPr>
        <w:t xml:space="preserve"> illiberal populist </w:t>
      </w:r>
      <w:r>
        <w:rPr>
          <w:b/>
          <w:i w:val="0"/>
          <w:smallCaps w:val="0"/>
          <w:strike w:val="0"/>
          <w:sz w:val="22"/>
          <w:highlight w:val="cyan"/>
          <w:u w:val="single"/>
        </w:rPr>
        <w:t>leader</w:t>
      </w:r>
      <w:r>
        <w:rPr>
          <w:b w:val="0"/>
          <w:i w:val="0"/>
          <w:smallCaps w:val="0"/>
          <w:strike w:val="0"/>
          <w:sz w:val="16"/>
          <w:u w:val="none"/>
        </w:rPr>
        <w:t>, who is</w:t>
      </w:r>
      <w:r>
        <w:rPr>
          <w:b w:val="0"/>
          <w:i w:val="0"/>
          <w:smallCaps w:val="0"/>
          <w:strike w:val="0"/>
          <w:sz w:val="22"/>
          <w:u w:val="single"/>
        </w:rPr>
        <w:t xml:space="preserve"> </w:t>
      </w:r>
      <w:r>
        <w:rPr>
          <w:b w:val="0"/>
          <w:i w:val="0"/>
          <w:smallCaps w:val="0"/>
          <w:strike w:val="0"/>
          <w:sz w:val="22"/>
          <w:highlight w:val="cyan"/>
          <w:u w:val="single"/>
        </w:rPr>
        <w:t xml:space="preserve">ready to </w:t>
      </w:r>
      <w:r>
        <w:rPr>
          <w:b/>
          <w:i w:val="0"/>
          <w:smallCaps w:val="0"/>
          <w:strike w:val="0"/>
          <w:sz w:val="22"/>
          <w:highlight w:val="cyan"/>
          <w:u w:val="single"/>
        </w:rPr>
        <w:t>abandon US</w:t>
      </w:r>
      <w:r>
        <w:rPr>
          <w:b/>
          <w:i w:val="0"/>
          <w:smallCaps w:val="0"/>
          <w:strike w:val="0"/>
          <w:sz w:val="22"/>
          <w:u w:val="single"/>
        </w:rPr>
        <w:t xml:space="preserve"> global </w:t>
      </w:r>
      <w:r>
        <w:rPr>
          <w:b/>
          <w:i w:val="0"/>
          <w:smallCaps w:val="0"/>
          <w:strike w:val="0"/>
          <w:sz w:val="22"/>
          <w:highlight w:val="cyan"/>
          <w:u w:val="single"/>
        </w:rPr>
        <w:t>responsibilities</w:t>
      </w:r>
      <w:r>
        <w:rPr>
          <w:b w:val="0"/>
          <w:i w:val="0"/>
          <w:smallCaps w:val="0"/>
          <w:strike w:val="0"/>
          <w:sz w:val="16"/>
          <w:u w:val="none"/>
        </w:rPr>
        <w:t xml:space="preserve"> and replace its assertive leadership with pompous bombast, but also because he wouldn’t or couldn’t use the democratic pretext to advance US interests over other more autocratic nations. </w:t>
      </w:r>
    </w:p>
    <w:p>
      <w:pPr>
        <w:spacing w:after="60"/>
      </w:pPr>
      <w:r>
        <w:rPr>
          <w:b w:val="0"/>
          <w:i w:val="0"/>
          <w:smallCaps w:val="0"/>
          <w:strike w:val="0"/>
          <w:sz w:val="16"/>
          <w:u w:val="none"/>
        </w:rPr>
        <w:t xml:space="preserve">Trump has threatened that if he were to become president again, he would give the Chinese government “48 hours” to abandon its “spy base” in Cuba or face severe economic sanctions. But such bombast has not worked in the past, neither against China, which has grown more powerful militarily and strategically during the Trump years, nor against smaller powers like North Korea or Iran, both of which have expanded their nuclear programmes during his tenure. If anything, Trump’s bravado has failed even against Bashar al-Assad’s Syria. </w:t>
      </w:r>
    </w:p>
    <w:p>
      <w:pPr>
        <w:spacing w:after="60"/>
      </w:pPr>
      <w:r>
        <w:rPr>
          <w:b w:val="0"/>
          <w:i w:val="0"/>
          <w:smallCaps w:val="0"/>
          <w:strike w:val="0"/>
          <w:sz w:val="16"/>
          <w:u w:val="none"/>
        </w:rPr>
        <w:t xml:space="preserve">Biden’s foreign policy hasn’t been exactly successful or responsible either; his foreign policy has been imperialist, interventionist and hypocritical. But </w:t>
      </w:r>
      <w:r>
        <w:rPr>
          <w:b w:val="0"/>
          <w:i w:val="0"/>
          <w:smallCaps w:val="0"/>
          <w:strike w:val="0"/>
          <w:sz w:val="22"/>
          <w:u w:val="single"/>
        </w:rPr>
        <w:t xml:space="preserve">Trump’s </w:t>
      </w:r>
      <w:r>
        <w:rPr>
          <w:b/>
          <w:i w:val="0"/>
          <w:smallCaps w:val="0"/>
          <w:strike w:val="0"/>
          <w:sz w:val="22"/>
          <w:u w:val="single"/>
        </w:rPr>
        <w:t>alternatives</w:t>
      </w:r>
      <w:r>
        <w:rPr>
          <w:b w:val="0"/>
          <w:i w:val="0"/>
          <w:smallCaps w:val="0"/>
          <w:strike w:val="0"/>
          <w:sz w:val="22"/>
          <w:u w:val="single"/>
        </w:rPr>
        <w:t xml:space="preserve"> are worse than </w:t>
      </w:r>
      <w:r>
        <w:rPr>
          <w:b/>
          <w:i w:val="0"/>
          <w:smallCaps w:val="0"/>
          <w:strike w:val="0"/>
          <w:sz w:val="22"/>
          <w:u w:val="single"/>
        </w:rPr>
        <w:t>Biden’s</w:t>
      </w:r>
      <w:r>
        <w:rPr>
          <w:b w:val="0"/>
          <w:i w:val="0"/>
          <w:smallCaps w:val="0"/>
          <w:strike w:val="0"/>
          <w:sz w:val="22"/>
          <w:u w:val="single"/>
        </w:rPr>
        <w:t xml:space="preserve"> globalist </w:t>
      </w:r>
      <w:r>
        <w:rPr>
          <w:b/>
          <w:i w:val="0"/>
          <w:smallCaps w:val="0"/>
          <w:strike w:val="0"/>
          <w:sz w:val="22"/>
          <w:u w:val="single"/>
        </w:rPr>
        <w:t>prerogatives</w:t>
      </w:r>
      <w:r>
        <w:rPr>
          <w:b w:val="0"/>
          <w:i w:val="0"/>
          <w:smallCaps w:val="0"/>
          <w:strike w:val="0"/>
          <w:sz w:val="16"/>
          <w:u w:val="none"/>
        </w:rPr>
        <w:t xml:space="preserve">. They come in the form of </w:t>
      </w:r>
      <w:r>
        <w:rPr>
          <w:b w:val="0"/>
          <w:i w:val="0"/>
          <w:smallCaps w:val="0"/>
          <w:strike w:val="0"/>
          <w:sz w:val="22"/>
          <w:u w:val="single"/>
        </w:rPr>
        <w:t xml:space="preserve">reckless America-first hypernationalism, vulgar racism, </w:t>
      </w:r>
      <w:r>
        <w:rPr>
          <w:b/>
          <w:i w:val="0"/>
          <w:smallCaps w:val="0"/>
          <w:strike w:val="0"/>
          <w:sz w:val="22"/>
          <w:u w:val="single"/>
        </w:rPr>
        <w:t>apathy towards</w:t>
      </w:r>
      <w:r>
        <w:rPr>
          <w:b w:val="0"/>
          <w:i w:val="0"/>
          <w:smallCaps w:val="0"/>
          <w:strike w:val="0"/>
          <w:sz w:val="16"/>
          <w:u w:val="none"/>
        </w:rPr>
        <w:t xml:space="preserve"> the environment and the </w:t>
      </w:r>
      <w:r>
        <w:rPr>
          <w:b/>
          <w:i w:val="0"/>
          <w:smallCaps w:val="0"/>
          <w:strike w:val="0"/>
          <w:sz w:val="22"/>
          <w:u w:val="single"/>
        </w:rPr>
        <w:t>climate</w:t>
      </w:r>
      <w:r>
        <w:rPr>
          <w:b w:val="0"/>
          <w:i w:val="0"/>
          <w:smallCaps w:val="0"/>
          <w:strike w:val="0"/>
          <w:sz w:val="22"/>
          <w:u w:val="single"/>
        </w:rPr>
        <w:t xml:space="preserve"> crisis, </w:t>
      </w:r>
      <w:r>
        <w:rPr>
          <w:b/>
          <w:i w:val="0"/>
          <w:smallCaps w:val="0"/>
          <w:strike w:val="0"/>
          <w:sz w:val="22"/>
          <w:highlight w:val="cyan"/>
          <w:u w:val="single"/>
        </w:rPr>
        <w:t>total disregard for multilateralism</w:t>
      </w:r>
      <w:r>
        <w:rPr>
          <w:b w:val="0"/>
          <w:i w:val="0"/>
          <w:smallCaps w:val="0"/>
          <w:strike w:val="0"/>
          <w:sz w:val="16"/>
          <w:u w:val="none"/>
        </w:rPr>
        <w:t xml:space="preserve"> and universal values, and overall, a dark vision of the world. </w:t>
      </w:r>
    </w:p>
    <w:p>
      <w:pPr>
        <w:spacing w:after="60"/>
      </w:pPr>
      <w:r>
        <w:rPr>
          <w:b w:val="0"/>
          <w:i w:val="0"/>
          <w:smallCaps w:val="0"/>
          <w:strike w:val="0"/>
          <w:sz w:val="16"/>
          <w:u w:val="none"/>
        </w:rPr>
        <w:t xml:space="preserve">A Trumpian world, </w:t>
      </w:r>
      <w:r>
        <w:rPr>
          <w:b w:val="0"/>
          <w:i w:val="0"/>
          <w:smallCaps w:val="0"/>
          <w:strike w:val="0"/>
          <w:sz w:val="22"/>
          <w:u w:val="single"/>
        </w:rPr>
        <w:t xml:space="preserve">in which no </w:t>
      </w:r>
      <w:r>
        <w:rPr>
          <w:b/>
          <w:i w:val="0"/>
          <w:smallCaps w:val="0"/>
          <w:strike w:val="0"/>
          <w:sz w:val="22"/>
          <w:u w:val="single"/>
        </w:rPr>
        <w:t>sane person</w:t>
      </w:r>
      <w:r>
        <w:rPr>
          <w:b w:val="0"/>
          <w:i w:val="0"/>
          <w:smallCaps w:val="0"/>
          <w:strike w:val="0"/>
          <w:sz w:val="22"/>
          <w:u w:val="single"/>
        </w:rPr>
        <w:t xml:space="preserve"> should want to live in.</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