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Kamala’s </w:t>
      </w:r>
      <w:r>
        <w:rPr>
          <w:b/>
          <w:i w:val="0"/>
          <w:smallCaps w:val="0"/>
          <w:strike w:val="0"/>
          <w:u w:val="single"/>
        </w:rPr>
        <w:t>winning or tied</w:t>
      </w:r>
      <w:r>
        <w:rPr>
          <w:b/>
          <w:i w:val="0"/>
          <w:smallCaps w:val="0"/>
          <w:strike w:val="0"/>
          <w:u w:val="none"/>
        </w:rPr>
        <w:t xml:space="preserve"> in all polls. </w:t>
      </w:r>
    </w:p>
    <w:p>
      <w:pPr>
        <w:spacing w:after="80"/>
      </w:pPr>
      <w:r>
        <w:rPr>
          <w:b/>
          <w:i w:val="0"/>
          <w:smallCaps w:val="0"/>
          <w:strike w:val="0"/>
          <w:sz w:val="22"/>
          <w:u w:val="none"/>
        </w:rPr>
        <w:t>Slisco ’7-28</w:t>
      </w:r>
      <w:r>
        <w:rPr>
          <w:b w:val="0"/>
          <w:i w:val="0"/>
          <w:smallCaps w:val="0"/>
          <w:strike w:val="0"/>
          <w:u w:val="none"/>
        </w:rPr>
        <w:t xml:space="preserve"> [Aila; July 28; Newsweek night reporter based in New York; Newsweek, “Kamala Harris Lands Fifth Polling Win in 24 Hours,” https://www.newsweek.com/kamala-harris-lands-fifth-polling-win-24-hours-1931015] bert</w:t>
      </w:r>
    </w:p>
    <w:p>
      <w:pPr>
        <w:spacing w:after="60"/>
      </w:pPr>
      <w:r>
        <w:rPr>
          <w:b w:val="0"/>
          <w:i w:val="0"/>
          <w:smallCaps w:val="0"/>
          <w:strike w:val="0"/>
          <w:sz w:val="16"/>
          <w:u w:val="none"/>
        </w:rPr>
        <w:t xml:space="preserve">Vice President </w:t>
      </w:r>
      <w:r>
        <w:rPr>
          <w:b w:val="0"/>
          <w:i w:val="0"/>
          <w:smallCaps w:val="0"/>
          <w:strike w:val="0"/>
          <w:sz w:val="22"/>
          <w:highlight w:val="cyan"/>
          <w:u w:val="single"/>
        </w:rPr>
        <w:t>Kamala</w:t>
      </w:r>
      <w:r>
        <w:rPr>
          <w:b w:val="0"/>
          <w:i w:val="0"/>
          <w:smallCaps w:val="0"/>
          <w:strike w:val="0"/>
          <w:sz w:val="22"/>
          <w:u w:val="single"/>
        </w:rPr>
        <w:t xml:space="preserve"> Harris has </w:t>
      </w:r>
      <w:r>
        <w:rPr>
          <w:b/>
          <w:i w:val="0"/>
          <w:smallCaps w:val="0"/>
          <w:strike w:val="0"/>
          <w:sz w:val="22"/>
          <w:highlight w:val="cyan"/>
          <w:u w:val="single"/>
        </w:rPr>
        <w:t>scored her fifth polling win</w:t>
      </w:r>
      <w:r>
        <w:rPr>
          <w:b w:val="0"/>
          <w:i w:val="0"/>
          <w:smallCaps w:val="0"/>
          <w:strike w:val="0"/>
          <w:sz w:val="22"/>
          <w:u w:val="single"/>
        </w:rPr>
        <w:t xml:space="preserve"> in 24 hours</w:t>
      </w:r>
      <w:r>
        <w:rPr>
          <w:b w:val="0"/>
          <w:i w:val="0"/>
          <w:smallCaps w:val="0"/>
          <w:strike w:val="0"/>
          <w:sz w:val="16"/>
          <w:u w:val="none"/>
        </w:rPr>
        <w:t>, narrowing former President Donald Trump's lead with just over 100 days left until Election Day.</w:t>
      </w:r>
    </w:p>
    <w:p>
      <w:pPr>
        <w:spacing w:after="60"/>
      </w:pPr>
      <w:r>
        <w:rPr>
          <w:b w:val="0"/>
          <w:i w:val="0"/>
          <w:smallCaps w:val="0"/>
          <w:strike w:val="0"/>
          <w:sz w:val="16"/>
          <w:u w:val="none"/>
        </w:rPr>
        <w:t xml:space="preserve">A poll released on Friday by The Wall Street Journal found that </w:t>
      </w:r>
      <w:r>
        <w:rPr>
          <w:b w:val="0"/>
          <w:i w:val="0"/>
          <w:smallCaps w:val="0"/>
          <w:strike w:val="0"/>
          <w:sz w:val="22"/>
          <w:u w:val="single"/>
        </w:rPr>
        <w:t xml:space="preserve">Harris had </w:t>
      </w:r>
      <w:r>
        <w:rPr>
          <w:b w:val="0"/>
          <w:i w:val="0"/>
          <w:smallCaps w:val="0"/>
          <w:strike w:val="0"/>
          <w:sz w:val="22"/>
          <w:highlight w:val="cyan"/>
          <w:u w:val="single"/>
        </w:rPr>
        <w:t>all but eliminated Trump's lead</w:t>
      </w:r>
      <w:r>
        <w:rPr>
          <w:b w:val="0"/>
          <w:i w:val="0"/>
          <w:smallCaps w:val="0"/>
          <w:strike w:val="0"/>
          <w:sz w:val="16"/>
          <w:u w:val="none"/>
        </w:rPr>
        <w:t xml:space="preserve">, with the vice president trailing the former president by a </w:t>
      </w:r>
      <w:r>
        <w:rPr>
          <w:b w:val="0"/>
          <w:i w:val="0"/>
          <w:smallCaps w:val="0"/>
          <w:strike w:val="0"/>
          <w:sz w:val="22"/>
          <w:u w:val="single"/>
        </w:rPr>
        <w:t>49 percent to 47 percent margin</w:t>
      </w:r>
      <w:r>
        <w:rPr>
          <w:b w:val="0"/>
          <w:i w:val="0"/>
          <w:smallCaps w:val="0"/>
          <w:strike w:val="0"/>
          <w:sz w:val="16"/>
          <w:u w:val="none"/>
        </w:rPr>
        <w:t xml:space="preserve"> in a head-to-head matchup. The poll has a 3.1 percent margin of error.</w:t>
      </w:r>
    </w:p>
    <w:p>
      <w:pPr>
        <w:spacing w:after="60"/>
      </w:pPr>
      <w:r>
        <w:rPr>
          <w:b w:val="0"/>
          <w:i w:val="0"/>
          <w:smallCaps w:val="0"/>
          <w:strike w:val="0"/>
          <w:sz w:val="22"/>
          <w:highlight w:val="cyan"/>
          <w:u w:val="single"/>
        </w:rPr>
        <w:t>When</w:t>
      </w:r>
      <w:r>
        <w:rPr>
          <w:b w:val="0"/>
          <w:i w:val="0"/>
          <w:smallCaps w:val="0"/>
          <w:strike w:val="0"/>
          <w:sz w:val="16"/>
          <w:u w:val="none"/>
        </w:rPr>
        <w:t xml:space="preserve"> independent candidate </w:t>
      </w:r>
      <w:r>
        <w:rPr>
          <w:b w:val="0"/>
          <w:i w:val="0"/>
          <w:smallCaps w:val="0"/>
          <w:strike w:val="0"/>
          <w:sz w:val="22"/>
          <w:highlight w:val="cyan"/>
          <w:u w:val="single"/>
        </w:rPr>
        <w:t>R</w:t>
      </w:r>
      <w:r>
        <w:rPr>
          <w:b w:val="0"/>
          <w:i w:val="0"/>
          <w:smallCaps w:val="0"/>
          <w:strike w:val="0"/>
          <w:sz w:val="22"/>
          <w:u w:val="single"/>
        </w:rPr>
        <w:t xml:space="preserve">obert </w:t>
      </w:r>
      <w:r>
        <w:rPr>
          <w:b w:val="0"/>
          <w:i w:val="0"/>
          <w:smallCaps w:val="0"/>
          <w:strike w:val="0"/>
          <w:sz w:val="22"/>
          <w:highlight w:val="cyan"/>
          <w:u w:val="single"/>
        </w:rPr>
        <w:t>F</w:t>
      </w:r>
      <w:r>
        <w:rPr>
          <w:b w:val="0"/>
          <w:i w:val="0"/>
          <w:smallCaps w:val="0"/>
          <w:strike w:val="0"/>
          <w:sz w:val="22"/>
          <w:u w:val="single"/>
        </w:rPr>
        <w:t xml:space="preserve">. </w:t>
      </w:r>
      <w:r>
        <w:rPr>
          <w:b w:val="0"/>
          <w:i w:val="0"/>
          <w:smallCaps w:val="0"/>
          <w:strike w:val="0"/>
          <w:sz w:val="22"/>
          <w:highlight w:val="cyan"/>
          <w:u w:val="single"/>
        </w:rPr>
        <w:t>K</w:t>
      </w:r>
      <w:r>
        <w:rPr>
          <w:b w:val="0"/>
          <w:i w:val="0"/>
          <w:smallCaps w:val="0"/>
          <w:strike w:val="0"/>
          <w:sz w:val="22"/>
          <w:u w:val="single"/>
        </w:rPr>
        <w:t xml:space="preserve">ennedy </w:t>
      </w:r>
      <w:r>
        <w:rPr>
          <w:b w:val="0"/>
          <w:i w:val="0"/>
          <w:smallCaps w:val="0"/>
          <w:strike w:val="0"/>
          <w:sz w:val="22"/>
          <w:highlight w:val="cyan"/>
          <w:u w:val="single"/>
        </w:rPr>
        <w:t>is included</w:t>
      </w:r>
      <w:r>
        <w:rPr>
          <w:b w:val="0"/>
          <w:i w:val="0"/>
          <w:smallCaps w:val="0"/>
          <w:strike w:val="0"/>
          <w:sz w:val="16"/>
          <w:u w:val="none"/>
        </w:rPr>
        <w:t xml:space="preserve">, the poll found that </w:t>
      </w:r>
      <w:r>
        <w:rPr>
          <w:b/>
          <w:i w:val="0"/>
          <w:smallCaps w:val="0"/>
          <w:strike w:val="0"/>
          <w:sz w:val="22"/>
          <w:highlight w:val="cyan"/>
          <w:u w:val="single"/>
        </w:rPr>
        <w:t>Harris overtakes Trump</w:t>
      </w:r>
      <w:r>
        <w:rPr>
          <w:b w:val="0"/>
          <w:i w:val="0"/>
          <w:smallCaps w:val="0"/>
          <w:strike w:val="0"/>
          <w:sz w:val="22"/>
          <w:u w:val="single"/>
        </w:rPr>
        <w:t xml:space="preserve"> and has a slight lead</w:t>
      </w:r>
      <w:r>
        <w:rPr>
          <w:b w:val="0"/>
          <w:i w:val="0"/>
          <w:smallCaps w:val="0"/>
          <w:strike w:val="0"/>
          <w:sz w:val="16"/>
          <w:u w:val="none"/>
        </w:rPr>
        <w:t>, 45 percent to 44 percent. Kennedy was the choice of only 4 percent of respondents, while 5 percent were undecided.</w:t>
      </w:r>
    </w:p>
    <w:p>
      <w:pPr>
        <w:spacing w:after="60"/>
      </w:pPr>
      <w:r>
        <w:rPr>
          <w:b w:val="0"/>
          <w:i w:val="0"/>
          <w:smallCaps w:val="0"/>
          <w:strike w:val="0"/>
          <w:sz w:val="16"/>
          <w:u w:val="none"/>
        </w:rPr>
        <w:t>President Joe Biden, who dropped out of the race and endorsed Harris on July 21, was losing to Trump by 6-point margins in both head-to-head and multi-candidate versions of the Wall Street Journal poll taken earlier this month.</w:t>
      </w:r>
    </w:p>
    <w:p>
      <w:pPr>
        <w:spacing w:after="60"/>
      </w:pPr>
      <w:r>
        <w:rPr>
          <w:b w:val="0"/>
          <w:i w:val="0"/>
          <w:smallCaps w:val="0"/>
          <w:strike w:val="0"/>
          <w:sz w:val="16"/>
          <w:u w:val="none"/>
        </w:rPr>
        <w:t xml:space="preserve">While early polling suggests that a Trump-Harris contest will likely be close, </w:t>
      </w:r>
      <w:r>
        <w:rPr>
          <w:b w:val="0"/>
          <w:i w:val="0"/>
          <w:smallCaps w:val="0"/>
          <w:strike w:val="0"/>
          <w:sz w:val="22"/>
          <w:highlight w:val="cyan"/>
          <w:u w:val="single"/>
        </w:rPr>
        <w:t>the momentum</w:t>
      </w:r>
      <w:r>
        <w:rPr>
          <w:b w:val="0"/>
          <w:i w:val="0"/>
          <w:smallCaps w:val="0"/>
          <w:strike w:val="0"/>
          <w:sz w:val="22"/>
          <w:u w:val="single"/>
        </w:rPr>
        <w:t xml:space="preserve"> seems to have </w:t>
      </w:r>
      <w:r>
        <w:rPr>
          <w:b/>
          <w:i w:val="0"/>
          <w:smallCaps w:val="0"/>
          <w:strike w:val="0"/>
          <w:sz w:val="22"/>
          <w:highlight w:val="cyan"/>
          <w:u w:val="single"/>
        </w:rPr>
        <w:t>quickly shifted to Harris</w:t>
      </w:r>
      <w:r>
        <w:rPr>
          <w:b w:val="0"/>
          <w:i w:val="0"/>
          <w:smallCaps w:val="0"/>
          <w:strike w:val="0"/>
          <w:sz w:val="16"/>
          <w:u w:val="none"/>
        </w:rPr>
        <w:t xml:space="preserve">. The vice president has amassed mostly </w:t>
      </w:r>
      <w:r>
        <w:rPr>
          <w:b/>
          <w:i w:val="0"/>
          <w:smallCaps w:val="0"/>
          <w:strike w:val="0"/>
          <w:sz w:val="22"/>
          <w:u w:val="single"/>
        </w:rPr>
        <w:t>small but significant gains</w:t>
      </w:r>
      <w:r>
        <w:rPr>
          <w:b w:val="0"/>
          <w:i w:val="0"/>
          <w:smallCaps w:val="0"/>
          <w:strike w:val="0"/>
          <w:sz w:val="16"/>
          <w:u w:val="none"/>
        </w:rPr>
        <w:t xml:space="preserve"> in at least four other polls of battleground states and young voters on Thursday and Friday.</w:t>
      </w:r>
    </w:p>
    <w:p>
      <w:pPr>
        <w:spacing w:after="60"/>
      </w:pPr>
      <w:r>
        <w:rPr>
          <w:b w:val="0"/>
          <w:i w:val="0"/>
          <w:smallCaps w:val="0"/>
          <w:strike w:val="0"/>
          <w:sz w:val="22"/>
          <w:u w:val="single"/>
        </w:rPr>
        <w:t xml:space="preserve">Dan Lamb, </w:t>
      </w:r>
      <w:r>
        <w:rPr>
          <w:b w:val="0"/>
          <w:i w:val="0"/>
          <w:smallCaps w:val="0"/>
          <w:strike w:val="0"/>
          <w:sz w:val="22"/>
          <w:highlight w:val="cyan"/>
          <w:u w:val="single"/>
        </w:rPr>
        <w:t>a senior lecturer at</w:t>
      </w:r>
      <w:r>
        <w:rPr>
          <w:b w:val="0"/>
          <w:i w:val="0"/>
          <w:smallCaps w:val="0"/>
          <w:strike w:val="0"/>
          <w:sz w:val="16"/>
          <w:u w:val="none"/>
        </w:rPr>
        <w:t xml:space="preserve"> the Brooks School of Public Policy at </w:t>
      </w:r>
      <w:r>
        <w:rPr>
          <w:b w:val="0"/>
          <w:i w:val="0"/>
          <w:smallCaps w:val="0"/>
          <w:strike w:val="0"/>
          <w:sz w:val="22"/>
          <w:highlight w:val="cyan"/>
          <w:u w:val="single"/>
        </w:rPr>
        <w:t>Cornell</w:t>
      </w:r>
      <w:r>
        <w:rPr>
          <w:b w:val="0"/>
          <w:i w:val="0"/>
          <w:smallCaps w:val="0"/>
          <w:strike w:val="0"/>
          <w:sz w:val="22"/>
          <w:u w:val="single"/>
        </w:rPr>
        <w:t xml:space="preserve"> University</w:t>
      </w:r>
      <w:r>
        <w:rPr>
          <w:b w:val="0"/>
          <w:i w:val="0"/>
          <w:smallCaps w:val="0"/>
          <w:strike w:val="0"/>
          <w:sz w:val="16"/>
          <w:u w:val="none"/>
        </w:rPr>
        <w:t xml:space="preserve">, told Newsweek, "Harris won the week with strong speeches, viral social media" and important endorsements, </w:t>
      </w:r>
      <w:r>
        <w:rPr>
          <w:b w:val="0"/>
          <w:i w:val="0"/>
          <w:smallCaps w:val="0"/>
          <w:strike w:val="0"/>
          <w:sz w:val="22"/>
          <w:highlight w:val="cyan"/>
          <w:u w:val="single"/>
        </w:rPr>
        <w:t>predict</w:t>
      </w:r>
      <w:r>
        <w:rPr>
          <w:b w:val="0"/>
          <w:i w:val="0"/>
          <w:smallCaps w:val="0"/>
          <w:strike w:val="0"/>
          <w:sz w:val="22"/>
          <w:u w:val="single"/>
        </w:rPr>
        <w:t xml:space="preserve">ing that </w:t>
      </w:r>
      <w:r>
        <w:rPr>
          <w:b w:val="0"/>
          <w:i w:val="0"/>
          <w:smallCaps w:val="0"/>
          <w:strike w:val="0"/>
          <w:sz w:val="22"/>
          <w:highlight w:val="cyan"/>
          <w:u w:val="single"/>
        </w:rPr>
        <w:t>her</w:t>
      </w:r>
      <w:r>
        <w:rPr>
          <w:b w:val="0"/>
          <w:i w:val="0"/>
          <w:smallCaps w:val="0"/>
          <w:strike w:val="0"/>
          <w:sz w:val="22"/>
          <w:u w:val="single"/>
        </w:rPr>
        <w:t xml:space="preserve"> polling </w:t>
      </w:r>
      <w:r>
        <w:rPr>
          <w:b w:val="0"/>
          <w:i w:val="0"/>
          <w:smallCaps w:val="0"/>
          <w:strike w:val="0"/>
          <w:sz w:val="22"/>
          <w:highlight w:val="cyan"/>
          <w:u w:val="single"/>
        </w:rPr>
        <w:t xml:space="preserve">position may </w:t>
      </w:r>
      <w:r>
        <w:rPr>
          <w:b/>
          <w:i w:val="0"/>
          <w:smallCaps w:val="0"/>
          <w:strike w:val="0"/>
          <w:sz w:val="22"/>
          <w:highlight w:val="cyan"/>
          <w:u w:val="single"/>
        </w:rPr>
        <w:t>improve</w:t>
      </w:r>
      <w:r>
        <w:rPr>
          <w:b w:val="0"/>
          <w:i w:val="0"/>
          <w:smallCaps w:val="0"/>
          <w:strike w:val="0"/>
          <w:sz w:val="22"/>
          <w:u w:val="single"/>
        </w:rPr>
        <w:t xml:space="preserve"> further in the near future</w:t>
      </w:r>
      <w:r>
        <w:rPr>
          <w:b w:val="0"/>
          <w:i w:val="0"/>
          <w:smallCaps w:val="0"/>
          <w:strike w:val="0"/>
          <w:sz w:val="16"/>
          <w:u w:val="none"/>
        </w:rPr>
        <w:t>.</w:t>
      </w:r>
    </w:p>
    <w:p>
      <w:pPr>
        <w:spacing w:after="60"/>
      </w:pPr>
      <w:r>
        <w:rPr>
          <w:b w:val="0"/>
          <w:i w:val="0"/>
          <w:smallCaps w:val="0"/>
          <w:strike w:val="0"/>
          <w:sz w:val="16"/>
          <w:u w:val="none"/>
        </w:rPr>
        <w:t>"It's hard to see the buzz letting up, with attention turning to her VP pick and the DNC's delegate voting starting in early August," Lamb added. "After that comes the DNC convention. The next several weeks could be very favorable for her polling."</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