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Other countries </w:t>
      </w:r>
      <w:r>
        <w:rPr>
          <w:b/>
          <w:i w:val="0"/>
          <w:smallCaps w:val="0"/>
          <w:strike w:val="0"/>
          <w:u w:val="single"/>
        </w:rPr>
        <w:t>model</w:t>
      </w:r>
      <w:r>
        <w:rPr>
          <w:b/>
          <w:i w:val="0"/>
          <w:smallCaps w:val="0"/>
          <w:strike w:val="0"/>
          <w:u w:val="none"/>
        </w:rPr>
        <w:t xml:space="preserve"> this behavior – escalates every other conflict and causes extinction. </w:t>
      </w:r>
    </w:p>
    <w:p>
      <w:pPr>
        <w:spacing w:after="80"/>
      </w:pPr>
      <w:r>
        <w:rPr>
          <w:b/>
          <w:i w:val="0"/>
          <w:smallCaps w:val="0"/>
          <w:strike w:val="0"/>
          <w:sz w:val="22"/>
          <w:u w:val="none"/>
        </w:rPr>
        <w:t xml:space="preserve">Shalom ’22 </w:t>
      </w:r>
      <w:r>
        <w:rPr>
          <w:b w:val="0"/>
          <w:i w:val="0"/>
          <w:smallCaps w:val="0"/>
          <w:strike w:val="0"/>
          <w:u w:val="none"/>
        </w:rPr>
        <w:t>[</w:t>
      </w:r>
      <w:r>
        <w:rPr>
          <w:b w:val="0"/>
          <w:i w:val="0"/>
          <w:smallCaps w:val="0"/>
          <w:strike w:val="0"/>
          <w:u w:val="none"/>
        </w:rPr>
        <w:t xml:space="preserve">Stephen; </w:t>
      </w:r>
      <w:r>
        <w:rPr>
          <w:b w:val="0"/>
          <w:i w:val="0"/>
          <w:smallCaps w:val="0"/>
          <w:strike w:val="0"/>
          <w:u w:val="none"/>
        </w:rPr>
        <w:t xml:space="preserve">August 23; </w:t>
      </w:r>
      <w:r>
        <w:rPr>
          <w:b w:val="0"/>
          <w:i w:val="0"/>
          <w:smallCaps w:val="0"/>
          <w:strike w:val="0"/>
          <w:u w:val="none"/>
        </w:rPr>
        <w:t>Professor of political science at William Paterson University</w:t>
      </w:r>
      <w:r>
        <w:rPr>
          <w:b w:val="0"/>
          <w:i w:val="0"/>
          <w:smallCaps w:val="0"/>
          <w:strike w:val="0"/>
          <w:u w:val="none"/>
        </w:rPr>
        <w:t xml:space="preserve">; New Politics, </w:t>
      </w:r>
      <w:r>
        <w:rPr>
          <w:b w:val="0"/>
          <w:i w:val="0"/>
          <w:smallCaps w:val="0"/>
          <w:strike w:val="0"/>
          <w:u w:val="none"/>
        </w:rPr>
        <w:t>“Ukraine and the Dangers of Nuclear War</w:t>
      </w:r>
      <w:r>
        <w:rPr>
          <w:b w:val="0"/>
          <w:i w:val="0"/>
          <w:smallCaps w:val="0"/>
          <w:strike w:val="0"/>
          <w:u w:val="none"/>
        </w:rPr>
        <w:t>,</w:t>
      </w:r>
      <w:r>
        <w:rPr>
          <w:b w:val="0"/>
          <w:i w:val="0"/>
          <w:smallCaps w:val="0"/>
          <w:strike w:val="0"/>
          <w:u w:val="none"/>
        </w:rPr>
        <w:t>”; https://newpol.org/ukraine-and-the-dangers-of-nuclear-war/</w:t>
      </w:r>
      <w:r>
        <w:rPr>
          <w:b w:val="0"/>
          <w:i w:val="0"/>
          <w:smallCaps w:val="0"/>
          <w:strike w:val="0"/>
          <w:u w:val="none"/>
        </w:rPr>
        <w:t>]</w:t>
      </w:r>
      <w:r>
        <w:rPr>
          <w:b w:val="0"/>
          <w:i w:val="0"/>
          <w:smallCaps w:val="0"/>
          <w:strike w:val="0"/>
          <w:u w:val="none"/>
        </w:rPr>
        <w:t>//CYang</w:t>
      </w:r>
    </w:p>
    <w:p>
      <w:pPr>
        <w:spacing w:after="60"/>
      </w:pPr>
      <w:r>
        <w:rPr>
          <w:b w:val="0"/>
          <w:i w:val="0"/>
          <w:smallCaps w:val="0"/>
          <w:strike w:val="0"/>
          <w:sz w:val="22"/>
          <w:u w:val="single"/>
        </w:rPr>
        <w:t xml:space="preserve">The problem with </w:t>
      </w:r>
      <w:r>
        <w:rPr>
          <w:b w:val="0"/>
          <w:i w:val="0"/>
          <w:smallCaps w:val="0"/>
          <w:strike w:val="0"/>
          <w:sz w:val="22"/>
          <w:highlight w:val="cyan"/>
          <w:u w:val="single"/>
        </w:rPr>
        <w:t>succumbing to Putin’s demands is</w:t>
      </w:r>
      <w:r>
        <w:rPr>
          <w:b w:val="0"/>
          <w:i w:val="0"/>
          <w:smallCaps w:val="0"/>
          <w:strike w:val="0"/>
          <w:sz w:val="22"/>
          <w:u w:val="single"/>
        </w:rPr>
        <w:t xml:space="preserve"> that </w:t>
      </w:r>
      <w:r>
        <w:rPr>
          <w:b/>
          <w:i w:val="0"/>
          <w:smallCaps w:val="0"/>
          <w:strike w:val="0"/>
          <w:sz w:val="22"/>
          <w:u w:val="single"/>
        </w:rPr>
        <w:t>doing so</w:t>
      </w:r>
      <w:r>
        <w:rPr>
          <w:b w:val="0"/>
          <w:i w:val="0"/>
          <w:smallCaps w:val="0"/>
          <w:strike w:val="0"/>
          <w:sz w:val="22"/>
          <w:u w:val="single"/>
        </w:rPr>
        <w:t xml:space="preserve"> is </w:t>
      </w:r>
      <w:r>
        <w:rPr>
          <w:b/>
          <w:i w:val="0"/>
          <w:smallCaps w:val="0"/>
          <w:strike w:val="0"/>
          <w:sz w:val="22"/>
          <w:highlight w:val="cyan"/>
          <w:u w:val="single"/>
        </w:rPr>
        <w:t>not</w:t>
      </w:r>
      <w:r>
        <w:rPr>
          <w:b w:val="0"/>
          <w:i w:val="0"/>
          <w:smallCaps w:val="0"/>
          <w:strike w:val="0"/>
          <w:sz w:val="22"/>
          <w:u w:val="single"/>
        </w:rPr>
        <w:t xml:space="preserve"> necessarily </w:t>
      </w:r>
      <w:r>
        <w:rPr>
          <w:b w:val="0"/>
          <w:i w:val="0"/>
          <w:smallCaps w:val="0"/>
          <w:strike w:val="0"/>
          <w:sz w:val="22"/>
          <w:highlight w:val="cyan"/>
          <w:u w:val="single"/>
        </w:rPr>
        <w:t xml:space="preserve">the best way to </w:t>
      </w:r>
      <w:r>
        <w:rPr>
          <w:b/>
          <w:i w:val="0"/>
          <w:smallCaps w:val="0"/>
          <w:strike w:val="0"/>
          <w:sz w:val="22"/>
          <w:highlight w:val="cyan"/>
          <w:u w:val="single"/>
        </w:rPr>
        <w:t>minimize</w:t>
      </w:r>
      <w:r>
        <w:rPr>
          <w:b w:val="0"/>
          <w:i w:val="0"/>
          <w:smallCaps w:val="0"/>
          <w:strike w:val="0"/>
          <w:sz w:val="22"/>
          <w:u w:val="single"/>
        </w:rPr>
        <w:t xml:space="preserve"> the </w:t>
      </w:r>
      <w:r>
        <w:rPr>
          <w:b/>
          <w:i w:val="0"/>
          <w:smallCaps w:val="0"/>
          <w:strike w:val="0"/>
          <w:sz w:val="22"/>
          <w:u w:val="single"/>
        </w:rPr>
        <w:t xml:space="preserve">dangers of </w:t>
      </w:r>
      <w:r>
        <w:rPr>
          <w:b/>
          <w:i w:val="0"/>
          <w:smallCaps w:val="0"/>
          <w:strike w:val="0"/>
          <w:sz w:val="22"/>
          <w:highlight w:val="cyan"/>
          <w:u w:val="single"/>
        </w:rPr>
        <w:t>nuclear war</w:t>
      </w:r>
      <w:r>
        <w:rPr>
          <w:b w:val="0"/>
          <w:i w:val="0"/>
          <w:smallCaps w:val="0"/>
          <w:strike w:val="0"/>
          <w:sz w:val="16"/>
          <w:u w:val="none"/>
        </w:rPr>
        <w:t xml:space="preserve">. Because a rational </w:t>
      </w:r>
      <w:r>
        <w:rPr>
          <w:b w:val="0"/>
          <w:i w:val="0"/>
          <w:smallCaps w:val="0"/>
          <w:strike w:val="0"/>
          <w:sz w:val="22"/>
          <w:u w:val="single"/>
        </w:rPr>
        <w:t>leader</w:t>
      </w:r>
      <w:r>
        <w:rPr>
          <w:b w:val="0"/>
          <w:i w:val="0"/>
          <w:smallCaps w:val="0"/>
          <w:strike w:val="0"/>
          <w:sz w:val="16"/>
          <w:u w:val="none"/>
        </w:rPr>
        <w:t xml:space="preserve"> would </w:t>
      </w:r>
      <w:r>
        <w:rPr>
          <w:b w:val="0"/>
          <w:i w:val="0"/>
          <w:smallCaps w:val="0"/>
          <w:strike w:val="0"/>
          <w:sz w:val="22"/>
          <w:u w:val="single"/>
        </w:rPr>
        <w:t xml:space="preserve">not undertake a policy whose </w:t>
      </w:r>
      <w:r>
        <w:rPr>
          <w:b/>
          <w:i w:val="0"/>
          <w:smallCaps w:val="0"/>
          <w:strike w:val="0"/>
          <w:sz w:val="22"/>
          <w:u w:val="single"/>
        </w:rPr>
        <w:t>costs outweighed</w:t>
      </w:r>
      <w:r>
        <w:rPr>
          <w:b w:val="0"/>
          <w:i w:val="0"/>
          <w:smallCaps w:val="0"/>
          <w:strike w:val="0"/>
          <w:sz w:val="22"/>
          <w:u w:val="single"/>
        </w:rPr>
        <w:t xml:space="preserve"> the benefits</w:t>
      </w:r>
      <w:r>
        <w:rPr>
          <w:b w:val="0"/>
          <w:i w:val="0"/>
          <w:smallCaps w:val="0"/>
          <w:strike w:val="0"/>
          <w:sz w:val="16"/>
          <w:u w:val="none"/>
        </w:rPr>
        <w:t xml:space="preserve">, </w:t>
      </w:r>
      <w:r>
        <w:rPr>
          <w:b w:val="0"/>
          <w:i w:val="0"/>
          <w:smallCaps w:val="0"/>
          <w:strike w:val="0"/>
          <w:sz w:val="22"/>
          <w:u w:val="single"/>
        </w:rPr>
        <w:t xml:space="preserve">sometimes </w:t>
      </w:r>
      <w:r>
        <w:rPr>
          <w:b/>
          <w:i w:val="0"/>
          <w:smallCaps w:val="0"/>
          <w:strike w:val="0"/>
          <w:sz w:val="22"/>
          <w:u w:val="single"/>
        </w:rPr>
        <w:t xml:space="preserve">leaders </w:t>
      </w:r>
      <w:r>
        <w:rPr>
          <w:b/>
          <w:i w:val="0"/>
          <w:smallCaps w:val="0"/>
          <w:strike w:val="0"/>
          <w:sz w:val="22"/>
          <w:highlight w:val="cyan"/>
          <w:u w:val="single"/>
        </w:rPr>
        <w:t>bluff</w:t>
      </w:r>
      <w:r>
        <w:rPr>
          <w:b w:val="0"/>
          <w:i w:val="0"/>
          <w:smallCaps w:val="0"/>
          <w:strike w:val="0"/>
          <w:sz w:val="16"/>
          <w:u w:val="none"/>
        </w:rPr>
        <w:t xml:space="preserve">, </w:t>
      </w:r>
      <w:r>
        <w:rPr>
          <w:b w:val="0"/>
          <w:i w:val="0"/>
          <w:smallCaps w:val="0"/>
          <w:strike w:val="0"/>
          <w:sz w:val="22"/>
          <w:highlight w:val="cyan"/>
          <w:u w:val="single"/>
        </w:rPr>
        <w:t>feigning</w:t>
      </w:r>
      <w:r>
        <w:rPr>
          <w:b w:val="0"/>
          <w:i w:val="0"/>
          <w:smallCaps w:val="0"/>
          <w:strike w:val="0"/>
          <w:sz w:val="16"/>
          <w:u w:val="none"/>
        </w:rPr>
        <w:t xml:space="preserve"> that </w:t>
      </w:r>
      <w:r>
        <w:rPr>
          <w:b w:val="0"/>
          <w:i w:val="0"/>
          <w:smallCaps w:val="0"/>
          <w:strike w:val="0"/>
          <w:sz w:val="22"/>
          <w:highlight w:val="cyan"/>
          <w:u w:val="single"/>
        </w:rPr>
        <w:t>they are willing to face costs far greater</w:t>
      </w:r>
      <w:r>
        <w:rPr>
          <w:b w:val="0"/>
          <w:i w:val="0"/>
          <w:smallCaps w:val="0"/>
          <w:strike w:val="0"/>
          <w:sz w:val="22"/>
          <w:u w:val="single"/>
        </w:rPr>
        <w:t xml:space="preserve"> than warranted</w:t>
      </w:r>
      <w:r>
        <w:rPr>
          <w:b w:val="0"/>
          <w:i w:val="0"/>
          <w:smallCaps w:val="0"/>
          <w:strike w:val="0"/>
          <w:sz w:val="16"/>
          <w:u w:val="none"/>
        </w:rPr>
        <w:t xml:space="preserve"> in order </w:t>
      </w:r>
      <w:r>
        <w:rPr>
          <w:b w:val="0"/>
          <w:i w:val="0"/>
          <w:smallCaps w:val="0"/>
          <w:strike w:val="0"/>
          <w:sz w:val="22"/>
          <w:highlight w:val="cyan"/>
          <w:u w:val="single"/>
        </w:rPr>
        <w:t xml:space="preserve">to </w:t>
      </w:r>
      <w:r>
        <w:rPr>
          <w:b/>
          <w:i w:val="0"/>
          <w:smallCaps w:val="0"/>
          <w:strike w:val="0"/>
          <w:sz w:val="22"/>
          <w:highlight w:val="cyan"/>
          <w:u w:val="single"/>
        </w:rPr>
        <w:t>intimidate</w:t>
      </w:r>
      <w:r>
        <w:rPr>
          <w:b w:val="0"/>
          <w:i w:val="0"/>
          <w:smallCaps w:val="0"/>
          <w:strike w:val="0"/>
          <w:sz w:val="16"/>
          <w:u w:val="none"/>
        </w:rPr>
        <w:t xml:space="preserve"> their </w:t>
      </w:r>
      <w:r>
        <w:rPr>
          <w:b w:val="0"/>
          <w:i w:val="0"/>
          <w:smallCaps w:val="0"/>
          <w:strike w:val="0"/>
          <w:sz w:val="22"/>
          <w:highlight w:val="cyan"/>
          <w:u w:val="single"/>
        </w:rPr>
        <w:t>adversaries</w:t>
      </w:r>
      <w:r>
        <w:rPr>
          <w:b w:val="0"/>
          <w:i w:val="0"/>
          <w:smallCaps w:val="0"/>
          <w:strike w:val="0"/>
          <w:sz w:val="22"/>
          <w:u w:val="single"/>
        </w:rPr>
        <w:t xml:space="preserve"> into surrender</w:t>
      </w:r>
      <w:r>
        <w:rPr>
          <w:b w:val="0"/>
          <w:i w:val="0"/>
          <w:smallCaps w:val="0"/>
          <w:strike w:val="0"/>
          <w:sz w:val="16"/>
          <w:u w:val="none"/>
        </w:rPr>
        <w:t xml:space="preserve">. </w:t>
      </w:r>
      <w:r>
        <w:rPr>
          <w:b/>
          <w:i w:val="0"/>
          <w:smallCaps w:val="0"/>
          <w:strike w:val="0"/>
          <w:sz w:val="22"/>
          <w:highlight w:val="cyan"/>
          <w:u w:val="single"/>
        </w:rPr>
        <w:t>Surrender</w:t>
      </w:r>
      <w:r>
        <w:rPr>
          <w:b/>
          <w:i w:val="0"/>
          <w:smallCaps w:val="0"/>
          <w:strike w:val="0"/>
          <w:sz w:val="22"/>
          <w:u w:val="single"/>
        </w:rPr>
        <w:t xml:space="preserve"> here</w:t>
      </w:r>
      <w:r>
        <w:rPr>
          <w:b w:val="0"/>
          <w:i w:val="0"/>
          <w:smallCaps w:val="0"/>
          <w:strike w:val="0"/>
          <w:sz w:val="16"/>
          <w:u w:val="none"/>
        </w:rPr>
        <w:t xml:space="preserve">, however, </w:t>
      </w:r>
      <w:r>
        <w:rPr>
          <w:b w:val="0"/>
          <w:i w:val="0"/>
          <w:smallCaps w:val="0"/>
          <w:strike w:val="0"/>
          <w:sz w:val="22"/>
          <w:u w:val="single"/>
        </w:rPr>
        <w:t xml:space="preserve">can </w:t>
      </w:r>
      <w:r>
        <w:rPr>
          <w:b/>
          <w:i w:val="0"/>
          <w:smallCaps w:val="0"/>
          <w:strike w:val="0"/>
          <w:sz w:val="22"/>
          <w:highlight w:val="cyan"/>
          <w:u w:val="single"/>
        </w:rPr>
        <w:t>increase</w:t>
      </w:r>
      <w:r>
        <w:rPr>
          <w:b w:val="0"/>
          <w:i w:val="0"/>
          <w:smallCaps w:val="0"/>
          <w:strike w:val="0"/>
          <w:sz w:val="22"/>
          <w:u w:val="single"/>
        </w:rPr>
        <w:t xml:space="preserve"> the </w:t>
      </w:r>
      <w:r>
        <w:rPr>
          <w:b/>
          <w:i w:val="0"/>
          <w:smallCaps w:val="0"/>
          <w:strike w:val="0"/>
          <w:sz w:val="22"/>
          <w:highlight w:val="cyan"/>
          <w:u w:val="single"/>
        </w:rPr>
        <w:t>prospects</w:t>
      </w:r>
      <w:r>
        <w:rPr>
          <w:b w:val="0"/>
          <w:i w:val="0"/>
          <w:smallCaps w:val="0"/>
          <w:strike w:val="0"/>
          <w:sz w:val="22"/>
          <w:highlight w:val="cyan"/>
          <w:u w:val="single"/>
        </w:rPr>
        <w:t xml:space="preserve"> of </w:t>
      </w:r>
      <w:r>
        <w:rPr>
          <w:b/>
          <w:i w:val="0"/>
          <w:smallCaps w:val="0"/>
          <w:strike w:val="0"/>
          <w:sz w:val="22"/>
          <w:highlight w:val="cyan"/>
          <w:u w:val="single"/>
        </w:rPr>
        <w:t>nuclear war going forward</w:t>
      </w:r>
      <w:r>
        <w:rPr>
          <w:b w:val="0"/>
          <w:i w:val="0"/>
          <w:smallCaps w:val="0"/>
          <w:strike w:val="0"/>
          <w:sz w:val="16"/>
          <w:u w:val="none"/>
        </w:rPr>
        <w:t>.</w:t>
      </w:r>
      <w:r>
        <w:rPr>
          <w:b/>
          <w:i w:val="0"/>
          <w:smallCaps w:val="0"/>
          <w:strike w:val="0"/>
          <w:sz w:val="16"/>
          <w:u w:val="single"/>
        </w:rPr>
        <w:t xml:space="preserve"> </w:t>
      </w:r>
    </w:p>
    <w:p>
      <w:pPr>
        <w:spacing w:after="60"/>
      </w:pPr>
      <w:r>
        <w:rPr>
          <w:b w:val="0"/>
          <w:i w:val="0"/>
          <w:smallCaps w:val="0"/>
          <w:strike w:val="0"/>
          <w:sz w:val="16"/>
          <w:u w:val="none"/>
        </w:rPr>
        <w:t xml:space="preserve">One of the foremost advocates of this nuclear bluffing strategy was Richard Nixon. As he explained his approach to his White House chief of staff H. R. Haldeman, I call it the Madman Theory, Bob. I want the North Vietnamese to believe I’ve reached the point where I might do anything to stop the war. We’ll just slip the word to them that, ‘for God’s sake, you know Nixon is obsessed about Communism. We can’t restrain him when he’s angry — and he has his hand on the nuclear button’ and Ho Chi Minh himself will be in Paris in two days begging for peace. </w:t>
      </w:r>
    </w:p>
    <w:p>
      <w:pPr>
        <w:spacing w:after="60"/>
      </w:pPr>
      <w:r>
        <w:rPr>
          <w:b w:val="0"/>
          <w:i w:val="0"/>
          <w:smallCaps w:val="0"/>
          <w:strike w:val="0"/>
          <w:sz w:val="16"/>
          <w:u w:val="none"/>
        </w:rPr>
        <w:t xml:space="preserve">Nixon and his national security adviser Henry Kissinger tried to carry out this strategy in October 1969, hoping to frighten the Soviet Union into pressing North Vietnam to accept American terms. On October 6, Kissinger ordered the secretary of defense to conduct a “series of increased alert measures designed to convey to the Soviets an increasing readiness by U.S. strategic forces.” The next week, the Strategic Air Command put on alert 176 bombers and 189 refueling tankers. Nixon met with the Soviet ambassador, displaying, according to an impressed Kissinger, the “guts of a riverboat gambler.” On October 26, the Strategic Air Command flew six armed B-52 bombers over Alaska. But, despite the intimidation, Moscow did not compel Hanoi to surrender – and (fortunately) nor did Soviet leaders panic and launch a preemptive strike on the United States. </w:t>
      </w:r>
    </w:p>
    <w:p>
      <w:pPr>
        <w:spacing w:after="60"/>
      </w:pPr>
      <w:r>
        <w:rPr>
          <w:b w:val="0"/>
          <w:i w:val="0"/>
          <w:smallCaps w:val="0"/>
          <w:strike w:val="0"/>
          <w:sz w:val="16"/>
          <w:u w:val="none"/>
        </w:rPr>
        <w:t xml:space="preserve">The political science literature shows that the madman strategy generally doesn’t work. The biggest problem with the strategy is, in the words of Stephen Walt, an advocate of realism in international relations: </w:t>
      </w:r>
    </w:p>
    <w:p>
      <w:pPr>
        <w:spacing w:after="60"/>
      </w:pPr>
      <w:r>
        <w:rPr>
          <w:b w:val="0"/>
          <w:i w:val="0"/>
          <w:smallCaps w:val="0"/>
          <w:strike w:val="0"/>
          <w:sz w:val="16"/>
          <w:u w:val="none"/>
        </w:rPr>
        <w:t xml:space="preserve">When other states deal with a powerful but unpredictable leader, they may tread carefully but they aren’t going to make big concessions. After all, if a madman is dangerous now, doing anything that makes them more powerful just makes them more dangerous later. Appeasement is sometimes a smart diplomatic strategy, but only if one believes that making concessions will remove grievances, reduce suspicions, make the other side more benign, and allow mutually beneficial relations to emerge. </w:t>
      </w:r>
    </w:p>
    <w:p>
      <w:pPr>
        <w:spacing w:after="60"/>
      </w:pPr>
      <w:r>
        <w:rPr>
          <w:b w:val="0"/>
          <w:i w:val="0"/>
          <w:smallCaps w:val="0"/>
          <w:strike w:val="0"/>
          <w:sz w:val="22"/>
          <w:highlight w:val="cyan"/>
          <w:u w:val="single"/>
        </w:rPr>
        <w:t>Imagine what</w:t>
      </w:r>
      <w:r>
        <w:rPr>
          <w:b w:val="0"/>
          <w:i w:val="0"/>
          <w:smallCaps w:val="0"/>
          <w:strike w:val="0"/>
          <w:sz w:val="16"/>
          <w:u w:val="none"/>
        </w:rPr>
        <w:t xml:space="preserve"> would </w:t>
      </w:r>
      <w:r>
        <w:rPr>
          <w:b w:val="0"/>
          <w:i w:val="0"/>
          <w:smallCaps w:val="0"/>
          <w:strike w:val="0"/>
          <w:sz w:val="22"/>
          <w:highlight w:val="cyan"/>
          <w:u w:val="single"/>
        </w:rPr>
        <w:t>happen if Washington responded to Putin’s</w:t>
      </w:r>
      <w:r>
        <w:rPr>
          <w:b w:val="0"/>
          <w:i w:val="0"/>
          <w:smallCaps w:val="0"/>
          <w:strike w:val="0"/>
          <w:sz w:val="22"/>
          <w:u w:val="single"/>
        </w:rPr>
        <w:t xml:space="preserve"> </w:t>
      </w:r>
      <w:r>
        <w:rPr>
          <w:b/>
          <w:i w:val="0"/>
          <w:smallCaps w:val="0"/>
          <w:strike w:val="0"/>
          <w:sz w:val="22"/>
          <w:u w:val="single"/>
        </w:rPr>
        <w:t xml:space="preserve">nuclear </w:t>
      </w:r>
      <w:r>
        <w:rPr>
          <w:b/>
          <w:i w:val="0"/>
          <w:smallCaps w:val="0"/>
          <w:strike w:val="0"/>
          <w:sz w:val="22"/>
          <w:highlight w:val="cyan"/>
          <w:u w:val="single"/>
        </w:rPr>
        <w:t>bluster</w:t>
      </w:r>
      <w:r>
        <w:rPr>
          <w:b w:val="0"/>
          <w:i w:val="0"/>
          <w:smallCaps w:val="0"/>
          <w:strike w:val="0"/>
          <w:sz w:val="22"/>
          <w:highlight w:val="cyan"/>
          <w:u w:val="single"/>
        </w:rPr>
        <w:t xml:space="preserve"> by </w:t>
      </w:r>
      <w:r>
        <w:rPr>
          <w:b/>
          <w:i w:val="0"/>
          <w:smallCaps w:val="0"/>
          <w:strike w:val="0"/>
          <w:sz w:val="22"/>
          <w:highlight w:val="cyan"/>
          <w:u w:val="single"/>
        </w:rPr>
        <w:t>stopping</w:t>
      </w:r>
      <w:r>
        <w:rPr>
          <w:b w:val="0"/>
          <w:i w:val="0"/>
          <w:smallCaps w:val="0"/>
          <w:strike w:val="0"/>
          <w:sz w:val="16"/>
          <w:u w:val="none"/>
        </w:rPr>
        <w:t xml:space="preserve"> its weapons supplies to Ukraine or lifting its sanctions. </w:t>
      </w:r>
    </w:p>
    <w:p>
      <w:pPr>
        <w:spacing w:after="60"/>
      </w:pPr>
      <w:r>
        <w:rPr>
          <w:b w:val="0"/>
          <w:i w:val="0"/>
          <w:smallCaps w:val="0"/>
          <w:strike w:val="0"/>
          <w:sz w:val="16"/>
          <w:u w:val="none"/>
        </w:rPr>
        <w:t xml:space="preserve">The </w:t>
      </w:r>
      <w:r>
        <w:rPr>
          <w:b w:val="0"/>
          <w:i w:val="0"/>
          <w:smallCaps w:val="0"/>
          <w:strike w:val="0"/>
          <w:sz w:val="22"/>
          <w:highlight w:val="cyan"/>
          <w:u w:val="single"/>
        </w:rPr>
        <w:t>Kremlin</w:t>
      </w:r>
      <w:r>
        <w:rPr>
          <w:b w:val="0"/>
          <w:i w:val="0"/>
          <w:smallCaps w:val="0"/>
          <w:strike w:val="0"/>
          <w:sz w:val="16"/>
          <w:u w:val="none"/>
        </w:rPr>
        <w:t xml:space="preserve">, </w:t>
      </w:r>
      <w:r>
        <w:rPr>
          <w:b w:val="0"/>
          <w:i w:val="0"/>
          <w:smallCaps w:val="0"/>
          <w:strike w:val="0"/>
          <w:sz w:val="22"/>
          <w:u w:val="single"/>
        </w:rPr>
        <w:t xml:space="preserve">now </w:t>
      </w:r>
      <w:r>
        <w:rPr>
          <w:b w:val="0"/>
          <w:i w:val="0"/>
          <w:smallCaps w:val="0"/>
          <w:strike w:val="0"/>
          <w:sz w:val="22"/>
          <w:highlight w:val="cyan"/>
          <w:u w:val="single"/>
        </w:rPr>
        <w:t>with</w:t>
      </w:r>
      <w:r>
        <w:rPr>
          <w:b w:val="0"/>
          <w:i w:val="0"/>
          <w:smallCaps w:val="0"/>
          <w:strike w:val="0"/>
          <w:sz w:val="16"/>
          <w:u w:val="none"/>
        </w:rPr>
        <w:t xml:space="preserve"> a </w:t>
      </w:r>
      <w:r>
        <w:rPr>
          <w:b/>
          <w:i w:val="0"/>
          <w:smallCaps w:val="0"/>
          <w:strike w:val="0"/>
          <w:sz w:val="22"/>
          <w:highlight w:val="cyan"/>
          <w:u w:val="single"/>
        </w:rPr>
        <w:t>proven method</w:t>
      </w:r>
      <w:r>
        <w:rPr>
          <w:b w:val="0"/>
          <w:i w:val="0"/>
          <w:smallCaps w:val="0"/>
          <w:strike w:val="0"/>
          <w:sz w:val="22"/>
          <w:highlight w:val="cyan"/>
          <w:u w:val="single"/>
        </w:rPr>
        <w:t xml:space="preserve"> of getting its way</w:t>
      </w:r>
      <w:r>
        <w:rPr>
          <w:b w:val="0"/>
          <w:i w:val="0"/>
          <w:smallCaps w:val="0"/>
          <w:strike w:val="0"/>
          <w:sz w:val="16"/>
          <w:u w:val="none"/>
        </w:rPr>
        <w:t xml:space="preserve">, could then </w:t>
      </w:r>
      <w:r>
        <w:rPr>
          <w:b/>
          <w:i w:val="0"/>
          <w:smallCaps w:val="0"/>
          <w:strike w:val="0"/>
          <w:sz w:val="22"/>
          <w:highlight w:val="cyan"/>
          <w:u w:val="single"/>
        </w:rPr>
        <w:t>demand surrender</w:t>
      </w:r>
      <w:r>
        <w:rPr>
          <w:b w:val="0"/>
          <w:i w:val="0"/>
          <w:smallCaps w:val="0"/>
          <w:strike w:val="0"/>
          <w:sz w:val="22"/>
          <w:highlight w:val="cyan"/>
          <w:u w:val="single"/>
        </w:rPr>
        <w:t xml:space="preserve"> from</w:t>
      </w:r>
      <w:r>
        <w:rPr>
          <w:b w:val="0"/>
          <w:i w:val="0"/>
          <w:smallCaps w:val="0"/>
          <w:strike w:val="0"/>
          <w:sz w:val="22"/>
          <w:u w:val="single"/>
        </w:rPr>
        <w:t xml:space="preserve"> </w:t>
      </w:r>
      <w:r>
        <w:rPr>
          <w:b/>
          <w:i w:val="0"/>
          <w:smallCaps w:val="0"/>
          <w:strike w:val="0"/>
          <w:sz w:val="22"/>
          <w:highlight w:val="cyan"/>
          <w:u w:val="single"/>
        </w:rPr>
        <w:t>Georgia</w:t>
      </w:r>
      <w:r>
        <w:rPr>
          <w:b w:val="0"/>
          <w:i w:val="0"/>
          <w:smallCaps w:val="0"/>
          <w:strike w:val="0"/>
          <w:sz w:val="22"/>
          <w:u w:val="single"/>
        </w:rPr>
        <w:t xml:space="preserve"> and </w:t>
      </w:r>
      <w:r>
        <w:rPr>
          <w:b/>
          <w:i w:val="0"/>
          <w:smallCaps w:val="0"/>
          <w:strike w:val="0"/>
          <w:sz w:val="22"/>
          <w:highlight w:val="cyan"/>
          <w:u w:val="single"/>
        </w:rPr>
        <w:t>Moldova</w:t>
      </w:r>
      <w:r>
        <w:rPr>
          <w:b w:val="0"/>
          <w:i w:val="0"/>
          <w:smallCaps w:val="0"/>
          <w:strike w:val="0"/>
          <w:sz w:val="16"/>
          <w:u w:val="none"/>
        </w:rPr>
        <w:t xml:space="preserve">, two former Soviet republics where Russian troops currently hold contested territory. And </w:t>
      </w:r>
      <w:r>
        <w:rPr>
          <w:b w:val="0"/>
          <w:i w:val="0"/>
          <w:smallCaps w:val="0"/>
          <w:strike w:val="0"/>
          <w:sz w:val="22"/>
          <w:u w:val="single"/>
        </w:rPr>
        <w:t>when</w:t>
      </w:r>
      <w:r>
        <w:rPr>
          <w:b w:val="0"/>
          <w:i w:val="0"/>
          <w:smallCaps w:val="0"/>
          <w:strike w:val="0"/>
          <w:sz w:val="16"/>
          <w:u w:val="none"/>
        </w:rPr>
        <w:t xml:space="preserve"> 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 and NATO refused</w:t>
      </w:r>
      <w:r>
        <w:rPr>
          <w:b w:val="0"/>
          <w:i w:val="0"/>
          <w:smallCaps w:val="0"/>
          <w:strike w:val="0"/>
          <w:sz w:val="16"/>
          <w:u w:val="none"/>
        </w:rPr>
        <w:t xml:space="preserve"> to provide arms to these governments (</w:t>
      </w:r>
      <w:r>
        <w:rPr>
          <w:b w:val="0"/>
          <w:i w:val="0"/>
          <w:smallCaps w:val="0"/>
          <w:strike w:val="0"/>
          <w:sz w:val="22"/>
          <w:u w:val="single"/>
        </w:rPr>
        <w:t>because</w:t>
      </w:r>
      <w:r>
        <w:rPr>
          <w:b w:val="0"/>
          <w:i w:val="0"/>
          <w:smallCaps w:val="0"/>
          <w:strike w:val="0"/>
          <w:sz w:val="16"/>
          <w:u w:val="none"/>
        </w:rPr>
        <w:t xml:space="preserve">, after all, one </w:t>
      </w:r>
      <w:r>
        <w:rPr>
          <w:b w:val="0"/>
          <w:i w:val="0"/>
          <w:smallCaps w:val="0"/>
          <w:strike w:val="0"/>
          <w:sz w:val="22"/>
          <w:u w:val="single"/>
        </w:rPr>
        <w:t xml:space="preserve">doesn’t want to </w:t>
      </w:r>
      <w:r>
        <w:rPr>
          <w:b/>
          <w:i w:val="0"/>
          <w:smallCaps w:val="0"/>
          <w:strike w:val="0"/>
          <w:sz w:val="22"/>
          <w:u w:val="single"/>
        </w:rPr>
        <w:t>risk nuclear war</w:t>
      </w:r>
      <w:r>
        <w:rPr>
          <w:b w:val="0"/>
          <w:i w:val="0"/>
          <w:smallCaps w:val="0"/>
          <w:strike w:val="0"/>
          <w:sz w:val="16"/>
          <w:u w:val="none"/>
        </w:rPr>
        <w:t xml:space="preserve">), the two </w:t>
      </w:r>
      <w:r>
        <w:rPr>
          <w:b w:val="0"/>
          <w:i w:val="0"/>
          <w:smallCaps w:val="0"/>
          <w:strike w:val="0"/>
          <w:sz w:val="22"/>
          <w:u w:val="single"/>
        </w:rPr>
        <w:t>countries</w:t>
      </w:r>
      <w:r>
        <w:rPr>
          <w:b w:val="0"/>
          <w:i w:val="0"/>
          <w:smallCaps w:val="0"/>
          <w:strike w:val="0"/>
          <w:sz w:val="16"/>
          <w:u w:val="none"/>
        </w:rPr>
        <w:t xml:space="preserve"> would </w:t>
      </w:r>
      <w:r>
        <w:rPr>
          <w:b w:val="0"/>
          <w:i w:val="0"/>
          <w:smallCaps w:val="0"/>
          <w:strike w:val="0"/>
          <w:sz w:val="22"/>
          <w:u w:val="single"/>
        </w:rPr>
        <w:t xml:space="preserve">have </w:t>
      </w:r>
      <w:r>
        <w:rPr>
          <w:b/>
          <w:i w:val="0"/>
          <w:smallCaps w:val="0"/>
          <w:strike w:val="0"/>
          <w:sz w:val="22"/>
          <w:u w:val="single"/>
        </w:rPr>
        <w:t>little option</w:t>
      </w:r>
      <w:r>
        <w:rPr>
          <w:b w:val="0"/>
          <w:i w:val="0"/>
          <w:smallCaps w:val="0"/>
          <w:strike w:val="0"/>
          <w:sz w:val="22"/>
          <w:u w:val="single"/>
        </w:rPr>
        <w:t xml:space="preserve"> but to submit</w:t>
      </w:r>
      <w:r>
        <w:rPr>
          <w:b w:val="0"/>
          <w:i w:val="0"/>
          <w:smallCaps w:val="0"/>
          <w:strike w:val="0"/>
          <w:sz w:val="16"/>
          <w:u w:val="none"/>
        </w:rPr>
        <w:t xml:space="preserve">. But </w:t>
      </w:r>
      <w:r>
        <w:rPr>
          <w:b w:val="0"/>
          <w:i w:val="0"/>
          <w:smallCaps w:val="0"/>
          <w:strike w:val="0"/>
          <w:sz w:val="22"/>
          <w:u w:val="single"/>
        </w:rPr>
        <w:t>why stop there</w:t>
      </w:r>
      <w:r>
        <w:rPr>
          <w:b w:val="0"/>
          <w:i w:val="0"/>
          <w:smallCaps w:val="0"/>
          <w:strike w:val="0"/>
          <w:sz w:val="16"/>
          <w:u w:val="none"/>
        </w:rPr>
        <w:t xml:space="preserve">? If </w:t>
      </w:r>
      <w:r>
        <w:rPr>
          <w:b w:val="0"/>
          <w:i w:val="0"/>
          <w:smallCaps w:val="0"/>
          <w:strike w:val="0"/>
          <w:sz w:val="22"/>
          <w:u w:val="single"/>
        </w:rPr>
        <w:t>Russia</w:t>
      </w:r>
      <w:r>
        <w:rPr>
          <w:b w:val="0"/>
          <w:i w:val="0"/>
          <w:smallCaps w:val="0"/>
          <w:strike w:val="0"/>
          <w:sz w:val="16"/>
          <w:u w:val="none"/>
        </w:rPr>
        <w:t xml:space="preserve"> then </w:t>
      </w:r>
      <w:r>
        <w:rPr>
          <w:b w:val="0"/>
          <w:i w:val="0"/>
          <w:smallCaps w:val="0"/>
          <w:strike w:val="0"/>
          <w:sz w:val="22"/>
          <w:u w:val="single"/>
        </w:rPr>
        <w:t>demanded</w:t>
      </w:r>
      <w:r>
        <w:rPr>
          <w:b w:val="0"/>
          <w:i w:val="0"/>
          <w:smallCaps w:val="0"/>
          <w:strike w:val="0"/>
          <w:sz w:val="16"/>
          <w:u w:val="none"/>
        </w:rPr>
        <w:t xml:space="preserve"> (with appropriate rhetoric and missile tests) that </w:t>
      </w:r>
      <w:r>
        <w:rPr>
          <w:b w:val="0"/>
          <w:i w:val="0"/>
          <w:smallCaps w:val="0"/>
          <w:strike w:val="0"/>
          <w:sz w:val="22"/>
          <w:u w:val="single"/>
        </w:rPr>
        <w:t>NATO</w:t>
      </w:r>
      <w:r>
        <w:rPr>
          <w:b w:val="0"/>
          <w:i w:val="0"/>
          <w:smallCaps w:val="0"/>
          <w:strike w:val="0"/>
          <w:sz w:val="16"/>
          <w:u w:val="none"/>
        </w:rPr>
        <w:t xml:space="preserve"> troops </w:t>
      </w:r>
      <w:r>
        <w:rPr>
          <w:b w:val="0"/>
          <w:i w:val="0"/>
          <w:smallCaps w:val="0"/>
          <w:strike w:val="0"/>
          <w:sz w:val="22"/>
          <w:u w:val="single"/>
        </w:rPr>
        <w:t xml:space="preserve">be removed from the </w:t>
      </w:r>
      <w:r>
        <w:rPr>
          <w:b/>
          <w:i w:val="0"/>
          <w:smallCaps w:val="0"/>
          <w:strike w:val="0"/>
          <w:sz w:val="22"/>
          <w:highlight w:val="cyan"/>
          <w:u w:val="single"/>
        </w:rPr>
        <w:t>Baltic</w:t>
      </w:r>
      <w:r>
        <w:rPr>
          <w:b/>
          <w:i w:val="0"/>
          <w:smallCaps w:val="0"/>
          <w:strike w:val="0"/>
          <w:sz w:val="22"/>
          <w:u w:val="single"/>
        </w:rPr>
        <w:t xml:space="preserve"> states</w:t>
      </w:r>
      <w:r>
        <w:rPr>
          <w:b w:val="0"/>
          <w:i w:val="0"/>
          <w:smallCaps w:val="0"/>
          <w:strike w:val="0"/>
          <w:sz w:val="16"/>
          <w:u w:val="none"/>
        </w:rPr>
        <w:t xml:space="preserve">, would it be worth risking madman Putin escalating to nuclear war? So best comply. </w:t>
      </w:r>
      <w:r>
        <w:rPr>
          <w:b w:val="0"/>
          <w:i w:val="0"/>
          <w:smallCaps w:val="0"/>
          <w:strike w:val="0"/>
          <w:sz w:val="22"/>
          <w:highlight w:val="cyan"/>
          <w:u w:val="single"/>
        </w:rPr>
        <w:t>And</w:t>
      </w:r>
      <w:r>
        <w:rPr>
          <w:b w:val="0"/>
          <w:i w:val="0"/>
          <w:smallCaps w:val="0"/>
          <w:strike w:val="0"/>
          <w:sz w:val="16"/>
          <w:u w:val="none"/>
        </w:rPr>
        <w:t xml:space="preserve"> if it </w:t>
      </w:r>
      <w:r>
        <w:rPr>
          <w:b w:val="0"/>
          <w:i w:val="0"/>
          <w:smallCaps w:val="0"/>
          <w:strike w:val="0"/>
          <w:sz w:val="22"/>
          <w:u w:val="single"/>
        </w:rPr>
        <w:t xml:space="preserve">then </w:t>
      </w:r>
      <w:r>
        <w:rPr>
          <w:b/>
          <w:i w:val="0"/>
          <w:smallCaps w:val="0"/>
          <w:strike w:val="0"/>
          <w:sz w:val="22"/>
          <w:highlight w:val="cyan"/>
          <w:u w:val="single"/>
        </w:rPr>
        <w:t>further</w:t>
      </w:r>
      <w:r>
        <w:rPr>
          <w:b/>
          <w:i w:val="0"/>
          <w:smallCaps w:val="0"/>
          <w:strike w:val="0"/>
          <w:sz w:val="22"/>
          <w:u w:val="single"/>
        </w:rPr>
        <w:t xml:space="preserve"> demanded</w:t>
      </w:r>
      <w:r>
        <w:rPr>
          <w:b w:val="0"/>
          <w:i w:val="0"/>
          <w:smallCaps w:val="0"/>
          <w:strike w:val="0"/>
          <w:sz w:val="16"/>
          <w:u w:val="none"/>
        </w:rPr>
        <w:t xml:space="preserve"> that no NATO arms be provided to these former components of the Soviet Union, again, why provoke the Bear? But at some point, either Moscow or Washington will miscalculate — will NATO back down? is Russia bluffing? — and we’ll be in the midst of a nuclear war. </w:t>
      </w:r>
    </w:p>
    <w:p>
      <w:pPr>
        <w:spacing w:after="60"/>
      </w:pPr>
      <w:r>
        <w:rPr>
          <w:b w:val="0"/>
          <w:i w:val="0"/>
          <w:smallCaps w:val="0"/>
          <w:strike w:val="0"/>
          <w:sz w:val="16"/>
          <w:u w:val="none"/>
        </w:rPr>
        <w:t xml:space="preserve">And </w:t>
      </w:r>
      <w:r>
        <w:rPr>
          <w:b w:val="0"/>
          <w:i w:val="0"/>
          <w:smallCaps w:val="0"/>
          <w:strike w:val="0"/>
          <w:sz w:val="22"/>
          <w:u w:val="single"/>
        </w:rPr>
        <w:t xml:space="preserve">Putin wouldn’t be the </w:t>
      </w:r>
      <w:r>
        <w:rPr>
          <w:b/>
          <w:i w:val="0"/>
          <w:smallCaps w:val="0"/>
          <w:strike w:val="0"/>
          <w:sz w:val="22"/>
          <w:u w:val="single"/>
        </w:rPr>
        <w:t>only one</w:t>
      </w:r>
      <w:r>
        <w:rPr>
          <w:b w:val="0"/>
          <w:i w:val="0"/>
          <w:smallCaps w:val="0"/>
          <w:strike w:val="0"/>
          <w:sz w:val="22"/>
          <w:u w:val="single"/>
        </w:rPr>
        <w:t xml:space="preserve"> to</w:t>
      </w:r>
      <w:r>
        <w:rPr>
          <w:b w:val="0"/>
          <w:i w:val="0"/>
          <w:smallCaps w:val="0"/>
          <w:strike w:val="0"/>
          <w:sz w:val="16"/>
          <w:u w:val="none"/>
        </w:rPr>
        <w:t xml:space="preserve"> try to </w:t>
      </w:r>
      <w:r>
        <w:rPr>
          <w:b w:val="0"/>
          <w:i w:val="0"/>
          <w:smallCaps w:val="0"/>
          <w:strike w:val="0"/>
          <w:sz w:val="22"/>
          <w:u w:val="single"/>
        </w:rPr>
        <w:t>take advantage</w:t>
      </w:r>
      <w:r>
        <w:rPr>
          <w:b w:val="0"/>
          <w:i w:val="0"/>
          <w:smallCaps w:val="0"/>
          <w:strike w:val="0"/>
          <w:sz w:val="16"/>
          <w:u w:val="none"/>
        </w:rPr>
        <w:t xml:space="preserve"> of this strategy. </w:t>
      </w:r>
      <w:r>
        <w:rPr>
          <w:b w:val="0"/>
          <w:i w:val="0"/>
          <w:smallCaps w:val="0"/>
          <w:strike w:val="0"/>
          <w:sz w:val="22"/>
          <w:u w:val="single"/>
        </w:rPr>
        <w:t xml:space="preserve">Would </w:t>
      </w:r>
      <w:r>
        <w:rPr>
          <w:b/>
          <w:i w:val="0"/>
          <w:smallCaps w:val="0"/>
          <w:strike w:val="0"/>
          <w:sz w:val="22"/>
          <w:highlight w:val="cyan"/>
          <w:u w:val="single"/>
        </w:rPr>
        <w:t>his success</w:t>
      </w:r>
      <w:r>
        <w:rPr>
          <w:b w:val="0"/>
          <w:i w:val="0"/>
          <w:smallCaps w:val="0"/>
          <w:strike w:val="0"/>
          <w:sz w:val="22"/>
          <w:highlight w:val="cyan"/>
          <w:u w:val="single"/>
        </w:rPr>
        <w:t xml:space="preserve"> encourage other nuclear bullies</w:t>
      </w:r>
      <w:r>
        <w:rPr>
          <w:b w:val="0"/>
          <w:i w:val="0"/>
          <w:smallCaps w:val="0"/>
          <w:strike w:val="0"/>
          <w:sz w:val="16"/>
          <w:u w:val="none"/>
        </w:rPr>
        <w:t xml:space="preserve">? </w:t>
      </w:r>
      <w:r>
        <w:rPr>
          <w:b w:val="0"/>
          <w:i w:val="0"/>
          <w:smallCaps w:val="0"/>
          <w:strike w:val="0"/>
          <w:sz w:val="22"/>
          <w:u w:val="single"/>
        </w:rPr>
        <w:t xml:space="preserve">Might </w:t>
      </w:r>
      <w:r>
        <w:rPr>
          <w:b/>
          <w:i w:val="0"/>
          <w:smallCaps w:val="0"/>
          <w:strike w:val="0"/>
          <w:sz w:val="22"/>
          <w:highlight w:val="cyan"/>
          <w:u w:val="single"/>
        </w:rPr>
        <w:t>Israel</w:t>
      </w:r>
      <w:r>
        <w:rPr>
          <w:b w:val="0"/>
          <w:i w:val="0"/>
          <w:smallCaps w:val="0"/>
          <w:strike w:val="0"/>
          <w:sz w:val="16"/>
          <w:u w:val="none"/>
        </w:rPr>
        <w:t xml:space="preserve"> then </w:t>
      </w:r>
      <w:r>
        <w:rPr>
          <w:b w:val="0"/>
          <w:i w:val="0"/>
          <w:smallCaps w:val="0"/>
          <w:strike w:val="0"/>
          <w:sz w:val="22"/>
          <w:u w:val="single"/>
        </w:rPr>
        <w:t xml:space="preserve">make </w:t>
      </w:r>
      <w:r>
        <w:rPr>
          <w:b/>
          <w:i w:val="0"/>
          <w:smallCaps w:val="0"/>
          <w:strike w:val="0"/>
          <w:sz w:val="22"/>
          <w:u w:val="single"/>
        </w:rPr>
        <w:t>demands</w:t>
      </w:r>
      <w:r>
        <w:rPr>
          <w:b w:val="0"/>
          <w:i w:val="0"/>
          <w:smallCaps w:val="0"/>
          <w:strike w:val="0"/>
          <w:sz w:val="22"/>
          <w:u w:val="single"/>
        </w:rPr>
        <w:t xml:space="preserve"> of </w:t>
      </w:r>
      <w:r>
        <w:rPr>
          <w:b w:val="0"/>
          <w:i w:val="0"/>
          <w:smallCaps w:val="0"/>
          <w:strike w:val="0"/>
          <w:sz w:val="22"/>
          <w:highlight w:val="cyan"/>
          <w:u w:val="single"/>
        </w:rPr>
        <w:t>Iran</w:t>
      </w:r>
      <w:r>
        <w:rPr>
          <w:b w:val="0"/>
          <w:i w:val="0"/>
          <w:smallCaps w:val="0"/>
          <w:strike w:val="0"/>
          <w:sz w:val="22"/>
          <w:u w:val="single"/>
        </w:rPr>
        <w:t xml:space="preserve">, to which Tehran would have to give in lest it </w:t>
      </w:r>
      <w:r>
        <w:rPr>
          <w:b/>
          <w:i w:val="0"/>
          <w:smallCaps w:val="0"/>
          <w:strike w:val="0"/>
          <w:sz w:val="22"/>
          <w:u w:val="single"/>
        </w:rPr>
        <w:t>face</w:t>
      </w:r>
      <w:r>
        <w:rPr>
          <w:b w:val="0"/>
          <w:i w:val="0"/>
          <w:smallCaps w:val="0"/>
          <w:strike w:val="0"/>
          <w:sz w:val="22"/>
          <w:u w:val="single"/>
        </w:rPr>
        <w:t xml:space="preserve"> </w:t>
      </w:r>
      <w:r>
        <w:rPr>
          <w:b/>
          <w:i w:val="0"/>
          <w:smallCaps w:val="0"/>
          <w:strike w:val="0"/>
          <w:sz w:val="22"/>
          <w:u w:val="single"/>
        </w:rPr>
        <w:t>Armageddon</w:t>
      </w:r>
      <w:r>
        <w:rPr>
          <w:b w:val="0"/>
          <w:i w:val="0"/>
          <w:smallCaps w:val="0"/>
          <w:strike w:val="0"/>
          <w:sz w:val="16"/>
          <w:u w:val="none"/>
        </w:rPr>
        <w:t xml:space="preserve">? </w:t>
      </w:r>
      <w:r>
        <w:rPr>
          <w:b w:val="0"/>
          <w:i w:val="0"/>
          <w:smallCaps w:val="0"/>
          <w:strike w:val="0"/>
          <w:sz w:val="22"/>
          <w:u w:val="single"/>
        </w:rPr>
        <w:t xml:space="preserve">Might </w:t>
      </w:r>
      <w:r>
        <w:rPr>
          <w:b/>
          <w:i w:val="0"/>
          <w:smallCaps w:val="0"/>
          <w:strike w:val="0"/>
          <w:sz w:val="22"/>
          <w:highlight w:val="cyan"/>
          <w:u w:val="single"/>
        </w:rPr>
        <w:t>China</w:t>
      </w:r>
      <w:r>
        <w:rPr>
          <w:b w:val="0"/>
          <w:i w:val="0"/>
          <w:smallCaps w:val="0"/>
          <w:strike w:val="0"/>
          <w:sz w:val="22"/>
          <w:u w:val="single"/>
        </w:rPr>
        <w:t xml:space="preserve"> demand that the United States stop</w:t>
      </w:r>
      <w:r>
        <w:rPr>
          <w:b w:val="0"/>
          <w:i w:val="0"/>
          <w:smallCaps w:val="0"/>
          <w:strike w:val="0"/>
          <w:sz w:val="16"/>
          <w:u w:val="none"/>
        </w:rPr>
        <w:t xml:space="preserve"> </w:t>
      </w:r>
      <w:r>
        <w:rPr>
          <w:b w:val="0"/>
          <w:i w:val="0"/>
          <w:smallCaps w:val="0"/>
          <w:strike w:val="0"/>
          <w:sz w:val="22"/>
          <w:u w:val="single"/>
        </w:rPr>
        <w:t>arming</w:t>
      </w:r>
      <w:r>
        <w:rPr>
          <w:b w:val="0"/>
          <w:i w:val="0"/>
          <w:smallCaps w:val="0"/>
          <w:strike w:val="0"/>
          <w:sz w:val="16"/>
          <w:u w:val="none"/>
        </w:rPr>
        <w:t xml:space="preserve"> and even trading with </w:t>
      </w:r>
      <w:r>
        <w:rPr>
          <w:b/>
          <w:i w:val="0"/>
          <w:smallCaps w:val="0"/>
          <w:strike w:val="0"/>
          <w:sz w:val="22"/>
          <w:highlight w:val="cyan"/>
          <w:u w:val="single"/>
        </w:rPr>
        <w:t>Taiwan</w:t>
      </w:r>
      <w:r>
        <w:rPr>
          <w:b w:val="0"/>
          <w:i w:val="0"/>
          <w:smallCaps w:val="0"/>
          <w:strike w:val="0"/>
          <w:sz w:val="16"/>
          <w:u w:val="none"/>
        </w:rPr>
        <w:t xml:space="preserve">, </w:t>
      </w:r>
      <w:r>
        <w:rPr>
          <w:b w:val="0"/>
          <w:i w:val="0"/>
          <w:smallCaps w:val="0"/>
          <w:strike w:val="0"/>
          <w:sz w:val="22"/>
          <w:u w:val="single"/>
        </w:rPr>
        <w:t>facilitating a bloodless conquest?</w:t>
      </w:r>
      <w:r>
        <w:rPr>
          <w:b w:val="0"/>
          <w:i w:val="0"/>
          <w:smallCaps w:val="0"/>
          <w:strike w:val="0"/>
          <w:sz w:val="16"/>
          <w:u w:val="none"/>
        </w:rPr>
        <w:t xml:space="preserve"> </w:t>
      </w:r>
      <w:r>
        <w:rPr>
          <w:b w:val="0"/>
          <w:i w:val="0"/>
          <w:smallCaps w:val="0"/>
          <w:strike w:val="0"/>
          <w:sz w:val="22"/>
          <w:u w:val="single"/>
        </w:rPr>
        <w:t xml:space="preserve">Might </w:t>
      </w:r>
      <w:r>
        <w:rPr>
          <w:b/>
          <w:i w:val="0"/>
          <w:smallCaps w:val="0"/>
          <w:strike w:val="0"/>
          <w:sz w:val="22"/>
          <w:highlight w:val="cyan"/>
          <w:u w:val="single"/>
        </w:rPr>
        <w:t>North Korea</w:t>
      </w:r>
      <w:r>
        <w:rPr>
          <w:b w:val="0"/>
          <w:i w:val="0"/>
          <w:smallCaps w:val="0"/>
          <w:strike w:val="0"/>
          <w:sz w:val="22"/>
          <w:u w:val="single"/>
        </w:rPr>
        <w:t xml:space="preserve"> demand that </w:t>
      </w:r>
      <w:r>
        <w:rPr>
          <w:b/>
          <w:i w:val="0"/>
          <w:smallCaps w:val="0"/>
          <w:strike w:val="0"/>
          <w:sz w:val="22"/>
          <w:highlight w:val="cyan"/>
          <w:u w:val="single"/>
        </w:rPr>
        <w:t>So</w:t>
      </w:r>
      <w:r>
        <w:rPr>
          <w:b w:val="0"/>
          <w:i w:val="0"/>
          <w:smallCaps w:val="0"/>
          <w:strike w:val="0"/>
          <w:sz w:val="22"/>
          <w:u w:val="single"/>
        </w:rPr>
        <w:t xml:space="preserve">uth </w:t>
      </w:r>
      <w:r>
        <w:rPr>
          <w:b/>
          <w:i w:val="0"/>
          <w:smallCaps w:val="0"/>
          <w:strike w:val="0"/>
          <w:sz w:val="22"/>
          <w:highlight w:val="cyan"/>
          <w:u w:val="single"/>
        </w:rPr>
        <w:t>Ko</w:t>
      </w:r>
      <w:r>
        <w:rPr>
          <w:b w:val="0"/>
          <w:i w:val="0"/>
          <w:smallCaps w:val="0"/>
          <w:strike w:val="0"/>
          <w:sz w:val="22"/>
          <w:u w:val="single"/>
        </w:rPr>
        <w:t xml:space="preserve">rea and </w:t>
      </w:r>
      <w:r>
        <w:rPr>
          <w:b w:val="0"/>
          <w:i w:val="0"/>
          <w:smallCaps w:val="0"/>
          <w:strike w:val="0"/>
          <w:sz w:val="22"/>
          <w:highlight w:val="cyan"/>
          <w:u w:val="single"/>
        </w:rPr>
        <w:t>Japan</w:t>
      </w:r>
      <w:r>
        <w:rPr>
          <w:b w:val="0"/>
          <w:i w:val="0"/>
          <w:smallCaps w:val="0"/>
          <w:strike w:val="0"/>
          <w:sz w:val="22"/>
          <w:u w:val="single"/>
        </w:rPr>
        <w:t xml:space="preserve"> subsidize its economy? </w:t>
      </w:r>
    </w:p>
    <w:p>
      <w:pPr>
        <w:spacing w:after="60"/>
      </w:pPr>
      <w:r>
        <w:rPr>
          <w:b w:val="0"/>
          <w:i w:val="0"/>
          <w:smallCaps w:val="0"/>
          <w:strike w:val="0"/>
          <w:sz w:val="16"/>
          <w:u w:val="none"/>
        </w:rPr>
        <w:t xml:space="preserve">But </w:t>
      </w:r>
      <w:r>
        <w:rPr>
          <w:b w:val="0"/>
          <w:i w:val="0"/>
          <w:smallCaps w:val="0"/>
          <w:strike w:val="0"/>
          <w:sz w:val="22"/>
          <w:highlight w:val="cyan"/>
          <w:u w:val="single"/>
        </w:rPr>
        <w:t xml:space="preserve">giving in </w:t>
      </w:r>
      <w:r>
        <w:rPr>
          <w:b w:val="0"/>
          <w:i w:val="0"/>
          <w:smallCaps w:val="0"/>
          <w:strike w:val="0"/>
          <w:sz w:val="22"/>
          <w:u w:val="single"/>
        </w:rPr>
        <w:t xml:space="preserve">to Putin’s threats wouldn’t only encourage </w:t>
      </w:r>
      <w:r>
        <w:rPr>
          <w:b/>
          <w:i w:val="0"/>
          <w:smallCaps w:val="0"/>
          <w:strike w:val="0"/>
          <w:sz w:val="22"/>
          <w:u w:val="single"/>
        </w:rPr>
        <w:t>continuing acts of nuclear extortion</w:t>
      </w:r>
      <w:r>
        <w:rPr>
          <w:b w:val="0"/>
          <w:i w:val="0"/>
          <w:smallCaps w:val="0"/>
          <w:strike w:val="0"/>
          <w:sz w:val="16"/>
          <w:u w:val="none"/>
        </w:rPr>
        <w:t xml:space="preserve">. </w:t>
      </w:r>
      <w:r>
        <w:rPr>
          <w:b w:val="0"/>
          <w:i w:val="0"/>
          <w:smallCaps w:val="0"/>
          <w:strike w:val="0"/>
          <w:sz w:val="22"/>
          <w:u w:val="single"/>
        </w:rPr>
        <w:t>It</w:t>
      </w:r>
      <w:r>
        <w:rPr>
          <w:b w:val="0"/>
          <w:i w:val="0"/>
          <w:smallCaps w:val="0"/>
          <w:strike w:val="0"/>
          <w:sz w:val="16"/>
          <w:u w:val="none"/>
        </w:rPr>
        <w:t xml:space="preserve"> </w:t>
      </w:r>
      <w:r>
        <w:rPr>
          <w:b w:val="0"/>
          <w:i w:val="0"/>
          <w:smallCaps w:val="0"/>
          <w:strike w:val="0"/>
          <w:sz w:val="22"/>
          <w:highlight w:val="cyan"/>
          <w:u w:val="single"/>
        </w:rPr>
        <w:t>would</w:t>
      </w:r>
      <w:r>
        <w:rPr>
          <w:b w:val="0"/>
          <w:i w:val="0"/>
          <w:smallCaps w:val="0"/>
          <w:strike w:val="0"/>
          <w:sz w:val="22"/>
          <w:u w:val="single"/>
        </w:rPr>
        <w:t xml:space="preserve"> also </w:t>
      </w:r>
      <w:r>
        <w:rPr>
          <w:b/>
          <w:i w:val="0"/>
          <w:smallCaps w:val="0"/>
          <w:strike w:val="0"/>
          <w:sz w:val="22"/>
          <w:highlight w:val="cyan"/>
          <w:u w:val="single"/>
        </w:rPr>
        <w:t>provoke</w:t>
      </w:r>
      <w:r>
        <w:rPr>
          <w:b w:val="0"/>
          <w:i w:val="0"/>
          <w:smallCaps w:val="0"/>
          <w:strike w:val="0"/>
          <w:sz w:val="22"/>
          <w:u w:val="single"/>
        </w:rPr>
        <w:t xml:space="preserve"> the potential </w:t>
      </w:r>
      <w:r>
        <w:rPr>
          <w:b w:val="0"/>
          <w:i w:val="0"/>
          <w:smallCaps w:val="0"/>
          <w:strike w:val="0"/>
          <w:sz w:val="22"/>
          <w:highlight w:val="cyan"/>
          <w:u w:val="single"/>
        </w:rPr>
        <w:t xml:space="preserve">victims </w:t>
      </w:r>
      <w:r>
        <w:rPr>
          <w:b w:val="0"/>
          <w:i w:val="0"/>
          <w:smallCaps w:val="0"/>
          <w:strike w:val="0"/>
          <w:sz w:val="22"/>
          <w:u w:val="single"/>
        </w:rPr>
        <w:t xml:space="preserve">of this </w:t>
      </w:r>
      <w:r>
        <w:rPr>
          <w:b/>
          <w:i w:val="0"/>
          <w:smallCaps w:val="0"/>
          <w:strike w:val="0"/>
          <w:sz w:val="22"/>
          <w:u w:val="single"/>
        </w:rPr>
        <w:t>extortion</w:t>
      </w:r>
      <w:r>
        <w:rPr>
          <w:b w:val="0"/>
          <w:i w:val="0"/>
          <w:smallCaps w:val="0"/>
          <w:strike w:val="0"/>
          <w:sz w:val="22"/>
          <w:u w:val="single"/>
        </w:rPr>
        <w:t xml:space="preserve"> </w:t>
      </w:r>
      <w:r>
        <w:rPr>
          <w:b w:val="0"/>
          <w:i w:val="0"/>
          <w:smallCaps w:val="0"/>
          <w:strike w:val="0"/>
          <w:sz w:val="22"/>
          <w:highlight w:val="cyan"/>
          <w:u w:val="single"/>
        </w:rPr>
        <w:t xml:space="preserve">to rush to </w:t>
      </w:r>
      <w:r>
        <w:rPr>
          <w:b/>
          <w:i w:val="0"/>
          <w:smallCaps w:val="0"/>
          <w:strike w:val="0"/>
          <w:sz w:val="22"/>
          <w:highlight w:val="cyan"/>
          <w:u w:val="single"/>
        </w:rPr>
        <w:t>acquire</w:t>
      </w:r>
      <w:r>
        <w:rPr>
          <w:b w:val="0"/>
          <w:i w:val="0"/>
          <w:smallCaps w:val="0"/>
          <w:strike w:val="0"/>
          <w:sz w:val="22"/>
          <w:highlight w:val="cyan"/>
          <w:u w:val="single"/>
        </w:rPr>
        <w:t xml:space="preserve"> </w:t>
      </w:r>
      <w:r>
        <w:rPr>
          <w:b/>
          <w:i w:val="0"/>
          <w:smallCaps w:val="0"/>
          <w:strike w:val="0"/>
          <w:sz w:val="22"/>
          <w:highlight w:val="cyan"/>
          <w:u w:val="single"/>
        </w:rPr>
        <w:t>nuclear arms</w:t>
      </w:r>
      <w:r>
        <w:rPr>
          <w:b w:val="0"/>
          <w:i w:val="0"/>
          <w:smallCaps w:val="0"/>
          <w:strike w:val="0"/>
          <w:sz w:val="22"/>
          <w:u w:val="single"/>
        </w:rPr>
        <w:t xml:space="preserve"> of their own as a means of self-protection</w:t>
      </w:r>
      <w:r>
        <w:rPr>
          <w:b w:val="0"/>
          <w:i w:val="0"/>
          <w:smallCaps w:val="0"/>
          <w:strike w:val="0"/>
          <w:sz w:val="16"/>
          <w:u w:val="none"/>
        </w:rPr>
        <w:t xml:space="preserve">. </w:t>
      </w:r>
      <w:r>
        <w:rPr>
          <w:b/>
          <w:i w:val="0"/>
          <w:smallCaps w:val="0"/>
          <w:strike w:val="0"/>
          <w:sz w:val="22"/>
          <w:highlight w:val="cyan"/>
          <w:u w:val="single"/>
        </w:rPr>
        <w:t>So</w:t>
      </w:r>
      <w:r>
        <w:rPr>
          <w:b/>
          <w:i w:val="0"/>
          <w:smallCaps w:val="0"/>
          <w:strike w:val="0"/>
          <w:sz w:val="22"/>
          <w:u w:val="single"/>
        </w:rPr>
        <w:t xml:space="preserve">uth </w:t>
      </w:r>
      <w:r>
        <w:rPr>
          <w:b/>
          <w:i w:val="0"/>
          <w:smallCaps w:val="0"/>
          <w:strike w:val="0"/>
          <w:sz w:val="22"/>
          <w:highlight w:val="cyan"/>
          <w:u w:val="single"/>
        </w:rPr>
        <w:t>Ko</w:t>
      </w:r>
      <w:r>
        <w:rPr>
          <w:b/>
          <w:i w:val="0"/>
          <w:smallCaps w:val="0"/>
          <w:strike w:val="0"/>
          <w:sz w:val="22"/>
          <w:u w:val="single"/>
        </w:rPr>
        <w:t>rea</w:t>
      </w:r>
      <w:r>
        <w:rPr>
          <w:b w:val="0"/>
          <w:i w:val="0"/>
          <w:smallCaps w:val="0"/>
          <w:strike w:val="0"/>
          <w:sz w:val="16"/>
          <w:u w:val="none"/>
        </w:rPr>
        <w:t xml:space="preserve">, </w:t>
      </w:r>
      <w:r>
        <w:rPr>
          <w:b/>
          <w:i w:val="0"/>
          <w:smallCaps w:val="0"/>
          <w:strike w:val="0"/>
          <w:sz w:val="22"/>
          <w:highlight w:val="cyan"/>
          <w:u w:val="single"/>
        </w:rPr>
        <w:t>Taiwan</w:t>
      </w:r>
      <w:r>
        <w:rPr>
          <w:b w:val="0"/>
          <w:i w:val="0"/>
          <w:smallCaps w:val="0"/>
          <w:strike w:val="0"/>
          <w:sz w:val="16"/>
          <w:u w:val="none"/>
        </w:rPr>
        <w:t xml:space="preserve">, </w:t>
      </w:r>
      <w:r>
        <w:rPr>
          <w:b/>
          <w:i w:val="0"/>
          <w:smallCaps w:val="0"/>
          <w:strike w:val="0"/>
          <w:sz w:val="22"/>
          <w:highlight w:val="cyan"/>
          <w:u w:val="single"/>
        </w:rPr>
        <w:t>Japan</w:t>
      </w:r>
      <w:r>
        <w:rPr>
          <w:b w:val="0"/>
          <w:i w:val="0"/>
          <w:smallCaps w:val="0"/>
          <w:strike w:val="0"/>
          <w:sz w:val="16"/>
          <w:u w:val="none"/>
        </w:rPr>
        <w:t xml:space="preserve">, </w:t>
      </w:r>
      <w:r>
        <w:rPr>
          <w:b/>
          <w:i w:val="0"/>
          <w:smallCaps w:val="0"/>
          <w:strike w:val="0"/>
          <w:sz w:val="22"/>
          <w:highlight w:val="cyan"/>
          <w:u w:val="single"/>
        </w:rPr>
        <w:t>Iran</w:t>
      </w:r>
      <w:r>
        <w:rPr>
          <w:b w:val="0"/>
          <w:i w:val="0"/>
          <w:smallCaps w:val="0"/>
          <w:strike w:val="0"/>
          <w:sz w:val="16"/>
          <w:u w:val="none"/>
        </w:rPr>
        <w:t xml:space="preserve">, </w:t>
      </w:r>
      <w:r>
        <w:rPr>
          <w:b/>
          <w:i w:val="0"/>
          <w:smallCaps w:val="0"/>
          <w:strike w:val="0"/>
          <w:sz w:val="22"/>
          <w:highlight w:val="cyan"/>
          <w:u w:val="single"/>
        </w:rPr>
        <w:t>Saudi</w:t>
      </w:r>
      <w:r>
        <w:rPr>
          <w:b/>
          <w:i w:val="0"/>
          <w:smallCaps w:val="0"/>
          <w:strike w:val="0"/>
          <w:sz w:val="22"/>
          <w:u w:val="single"/>
        </w:rPr>
        <w:t xml:space="preserve"> Arabia</w:t>
      </w:r>
      <w:r>
        <w:rPr>
          <w:b w:val="0"/>
          <w:i w:val="0"/>
          <w:smallCaps w:val="0"/>
          <w:strike w:val="0"/>
          <w:sz w:val="16"/>
          <w:u w:val="none"/>
        </w:rPr>
        <w:t xml:space="preserve">, </w:t>
      </w:r>
      <w:r>
        <w:rPr>
          <w:b/>
          <w:i w:val="0"/>
          <w:smallCaps w:val="0"/>
          <w:strike w:val="0"/>
          <w:sz w:val="22"/>
          <w:highlight w:val="cyan"/>
          <w:u w:val="single"/>
        </w:rPr>
        <w:t>UAE</w:t>
      </w:r>
      <w:r>
        <w:rPr>
          <w:b w:val="0"/>
          <w:i w:val="0"/>
          <w:smallCaps w:val="0"/>
          <w:strike w:val="0"/>
          <w:sz w:val="16"/>
          <w:u w:val="none"/>
        </w:rPr>
        <w:t xml:space="preserve">, </w:t>
      </w:r>
      <w:r>
        <w:rPr>
          <w:b/>
          <w:i w:val="0"/>
          <w:smallCaps w:val="0"/>
          <w:strike w:val="0"/>
          <w:sz w:val="22"/>
          <w:highlight w:val="cyan"/>
          <w:u w:val="single"/>
        </w:rPr>
        <w:t>Qatar</w:t>
      </w:r>
      <w:r>
        <w:rPr>
          <w:b w:val="0"/>
          <w:i w:val="0"/>
          <w:smallCaps w:val="0"/>
          <w:strike w:val="0"/>
          <w:sz w:val="16"/>
          <w:u w:val="none"/>
        </w:rPr>
        <w:t xml:space="preserve">, </w:t>
      </w:r>
      <w:r>
        <w:rPr>
          <w:b/>
          <w:i w:val="0"/>
          <w:smallCaps w:val="0"/>
          <w:strike w:val="0"/>
          <w:sz w:val="22"/>
          <w:highlight w:val="cyan"/>
          <w:u w:val="single"/>
        </w:rPr>
        <w:t>Egypt</w:t>
      </w:r>
      <w:r>
        <w:rPr>
          <w:b w:val="0"/>
          <w:i w:val="0"/>
          <w:smallCaps w:val="0"/>
          <w:strike w:val="0"/>
          <w:sz w:val="16"/>
          <w:u w:val="none"/>
        </w:rPr>
        <w:t xml:space="preserve">, </w:t>
      </w:r>
      <w:r>
        <w:rPr>
          <w:b w:val="0"/>
          <w:i w:val="0"/>
          <w:smallCaps w:val="0"/>
          <w:strike w:val="0"/>
          <w:sz w:val="22"/>
          <w:u w:val="single"/>
        </w:rPr>
        <w:t xml:space="preserve">and others would </w:t>
      </w:r>
      <w:r>
        <w:rPr>
          <w:b/>
          <w:i w:val="0"/>
          <w:smallCaps w:val="0"/>
          <w:strike w:val="0"/>
          <w:sz w:val="22"/>
          <w:u w:val="single"/>
        </w:rPr>
        <w:t>inevitably</w:t>
      </w:r>
      <w:r>
        <w:rPr>
          <w:b w:val="0"/>
          <w:i w:val="0"/>
          <w:smallCaps w:val="0"/>
          <w:strike w:val="0"/>
          <w:sz w:val="22"/>
          <w:u w:val="single"/>
        </w:rPr>
        <w:t xml:space="preserve"> </w:t>
      </w:r>
      <w:r>
        <w:rPr>
          <w:b/>
          <w:i w:val="0"/>
          <w:smallCaps w:val="0"/>
          <w:strike w:val="0"/>
          <w:sz w:val="22"/>
          <w:u w:val="single"/>
        </w:rPr>
        <w:t>seek</w:t>
      </w:r>
      <w:r>
        <w:rPr>
          <w:b w:val="0"/>
          <w:i w:val="0"/>
          <w:smallCaps w:val="0"/>
          <w:strike w:val="0"/>
          <w:sz w:val="22"/>
          <w:u w:val="single"/>
        </w:rPr>
        <w:t xml:space="preserve"> to become </w:t>
      </w:r>
      <w:r>
        <w:rPr>
          <w:b/>
          <w:i w:val="0"/>
          <w:smallCaps w:val="0"/>
          <w:strike w:val="0"/>
          <w:sz w:val="22"/>
          <w:u w:val="single"/>
        </w:rPr>
        <w:t>nuclear weapons states</w:t>
      </w:r>
      <w:r>
        <w:rPr>
          <w:b w:val="0"/>
          <w:i w:val="0"/>
          <w:smallCaps w:val="0"/>
          <w:strike w:val="0"/>
          <w:sz w:val="16"/>
          <w:u w:val="none"/>
        </w:rPr>
        <w:t xml:space="preserve"> (if they are not already doing so). Some experts have claimed that widespread nuclear proliferation would be great, because no one would ever go to war again, fearing nuclear retaliation. But as most analysts understand, </w:t>
      </w:r>
      <w:r>
        <w:rPr>
          <w:b/>
          <w:i w:val="0"/>
          <w:smallCaps w:val="0"/>
          <w:strike w:val="0"/>
          <w:sz w:val="22"/>
          <w:u w:val="single"/>
        </w:rPr>
        <w:t xml:space="preserve">the </w:t>
      </w:r>
      <w:r>
        <w:rPr>
          <w:b/>
          <w:i w:val="0"/>
          <w:smallCaps w:val="0"/>
          <w:strike w:val="0"/>
          <w:sz w:val="22"/>
          <w:highlight w:val="cyan"/>
          <w:u w:val="single"/>
        </w:rPr>
        <w:t>risks of accidental</w:t>
      </w:r>
      <w:r>
        <w:rPr>
          <w:b w:val="0"/>
          <w:i w:val="0"/>
          <w:smallCaps w:val="0"/>
          <w:strike w:val="0"/>
          <w:sz w:val="16"/>
          <w:u w:val="none"/>
        </w:rPr>
        <w:t xml:space="preserve">, </w:t>
      </w:r>
      <w:r>
        <w:rPr>
          <w:b/>
          <w:i w:val="0"/>
          <w:smallCaps w:val="0"/>
          <w:strike w:val="0"/>
          <w:sz w:val="22"/>
          <w:highlight w:val="cyan"/>
          <w:u w:val="single"/>
        </w:rPr>
        <w:t>inadvertent</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highlight w:val="cyan"/>
          <w:u w:val="single"/>
        </w:rPr>
        <w:t>escalatory</w:t>
      </w:r>
      <w:r>
        <w:rPr>
          <w:b w:val="0"/>
          <w:i w:val="0"/>
          <w:smallCaps w:val="0"/>
          <w:strike w:val="0"/>
          <w:sz w:val="16"/>
          <w:highlight w:val="cyan"/>
          <w:u w:val="none"/>
        </w:rPr>
        <w:t xml:space="preserve"> </w:t>
      </w:r>
      <w:r>
        <w:rPr>
          <w:b w:val="0"/>
          <w:i w:val="0"/>
          <w:smallCaps w:val="0"/>
          <w:strike w:val="0"/>
          <w:sz w:val="22"/>
          <w:highlight w:val="cyan"/>
          <w:u w:val="single"/>
        </w:rPr>
        <w:t>war</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highlight w:val="cyan"/>
          <w:u w:val="single"/>
        </w:rPr>
        <w:t>terror</w:t>
      </w:r>
      <w:r>
        <w:rPr>
          <w:b/>
          <w:i w:val="0"/>
          <w:smallCaps w:val="0"/>
          <w:strike w:val="0"/>
          <w:sz w:val="22"/>
          <w:u w:val="single"/>
        </w:rPr>
        <w:t>ism</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highlight w:val="cyan"/>
          <w:u w:val="single"/>
        </w:rPr>
        <w:t>sabotage</w:t>
      </w:r>
      <w:r>
        <w:rPr>
          <w:b w:val="0"/>
          <w:i w:val="0"/>
          <w:smallCaps w:val="0"/>
          <w:strike w:val="0"/>
          <w:sz w:val="16"/>
          <w:highlight w:val="cyan"/>
          <w:u w:val="none"/>
        </w:rPr>
        <w:t xml:space="preserve"> </w:t>
      </w:r>
      <w:r>
        <w:rPr>
          <w:b w:val="0"/>
          <w:i w:val="0"/>
          <w:smallCaps w:val="0"/>
          <w:strike w:val="0"/>
          <w:sz w:val="22"/>
          <w:highlight w:val="cyan"/>
          <w:u w:val="single"/>
        </w:rPr>
        <w:t xml:space="preserve">increases </w:t>
      </w:r>
      <w:r>
        <w:rPr>
          <w:b/>
          <w:i w:val="0"/>
          <w:smallCaps w:val="0"/>
          <w:strike w:val="0"/>
          <w:sz w:val="22"/>
          <w:highlight w:val="cyan"/>
          <w:u w:val="single"/>
        </w:rPr>
        <w:t>exponentially</w:t>
      </w:r>
      <w:r>
        <w:rPr>
          <w:b w:val="0"/>
          <w:i w:val="0"/>
          <w:smallCaps w:val="0"/>
          <w:strike w:val="0"/>
          <w:sz w:val="22"/>
          <w:u w:val="single"/>
        </w:rPr>
        <w:t xml:space="preserve"> with the number of </w:t>
      </w:r>
      <w:r>
        <w:rPr>
          <w:b/>
          <w:i w:val="0"/>
          <w:smallCaps w:val="0"/>
          <w:strike w:val="0"/>
          <w:sz w:val="22"/>
          <w:u w:val="single"/>
        </w:rPr>
        <w:t xml:space="preserve">nuclear weapons states. </w:t>
      </w:r>
    </w:p>
    <w:p>
      <w:pPr>
        <w:spacing w:after="60"/>
      </w:pPr>
      <w:r>
        <w:rPr>
          <w:b w:val="0"/>
          <w:i w:val="0"/>
          <w:smallCaps w:val="0"/>
          <w:strike w:val="0"/>
          <w:sz w:val="16"/>
          <w:u w:val="none"/>
        </w:rPr>
        <w:t xml:space="preserve">To be sure, the historical record suggests that nuclear arms have not been very successful as a coercive tool. (Consider that possession of nuclear weapons didn’t allow the United States to prevail in Vietnam or the Soviet Union in Afghanistan.) But if nuclear threats gave the Russians a victory in Ukraine (for that’s what a cut-off of Western military supplies would mean), the calculus would change dramatically. Nuclear weapons expert Todd Sechser has observed: </w:t>
      </w:r>
    </w:p>
    <w:p>
      <w:pPr>
        <w:spacing w:after="60"/>
      </w:pPr>
      <w:r>
        <w:rPr>
          <w:b w:val="0"/>
          <w:i w:val="0"/>
          <w:smallCaps w:val="0"/>
          <w:strike w:val="0"/>
          <w:sz w:val="16"/>
          <w:u w:val="none"/>
        </w:rPr>
        <w:t xml:space="preserve">Russia has given us a vivid reminder that nuclear weapons are not a magic wand. As the war began, Vladimir Putin made several nuclear threats – both explicit and implied. But the fear of nuclear escalation has not intimidated Ukraine into submission. Nor have these threats dissuaded the West from imposing crippling sanctions on Russia and providing military aid to Ukraine. If anything, Putin’s nuclear bellicosity has only fueled the international backlash against Russia. The war has thrown a spotlight on the political limits of nuclear weapons, and dictators with nuclear ambitions should take note. </w:t>
      </w:r>
    </w:p>
    <w:p>
      <w:pPr>
        <w:spacing w:after="60"/>
      </w:pPr>
      <w:r>
        <w:rPr>
          <w:b w:val="0"/>
          <w:i w:val="0"/>
          <w:smallCaps w:val="0"/>
          <w:strike w:val="0"/>
          <w:sz w:val="16"/>
          <w:u w:val="none"/>
        </w:rPr>
        <w:t xml:space="preserve">If instead, NATO had given in or gives in to Putin’s demands, the lessons for leaders with nuclear ambitions would be rather different. </w:t>
      </w:r>
    </w:p>
    <w:p>
      <w:pPr>
        <w:spacing w:after="60"/>
      </w:pPr>
      <w:r>
        <w:rPr>
          <w:b/>
          <w:i w:val="0"/>
          <w:smallCaps w:val="0"/>
          <w:strike w:val="0"/>
          <w:sz w:val="22"/>
          <w:highlight w:val="cyan"/>
          <w:u w:val="single"/>
        </w:rPr>
        <w:t>Appeasement</w:t>
      </w:r>
      <w:r>
        <w:rPr>
          <w:b w:val="0"/>
          <w:i w:val="0"/>
          <w:smallCaps w:val="0"/>
          <w:strike w:val="0"/>
          <w:sz w:val="16"/>
          <w:u w:val="none"/>
        </w:rPr>
        <w:t xml:space="preserve">, then, </w:t>
      </w:r>
      <w:r>
        <w:rPr>
          <w:b w:val="0"/>
          <w:i w:val="0"/>
          <w:smallCaps w:val="0"/>
          <w:strike w:val="0"/>
          <w:sz w:val="22"/>
          <w:u w:val="single"/>
        </w:rPr>
        <w:t>has its dangers</w:t>
      </w:r>
      <w:r>
        <w:rPr>
          <w:b w:val="0"/>
          <w:i w:val="0"/>
          <w:smallCaps w:val="0"/>
          <w:strike w:val="0"/>
          <w:sz w:val="16"/>
          <w:u w:val="none"/>
        </w:rPr>
        <w:t xml:space="preserve">, </w:t>
      </w:r>
      <w:r>
        <w:rPr>
          <w:b w:val="0"/>
          <w:i w:val="0"/>
          <w:smallCaps w:val="0"/>
          <w:strike w:val="0"/>
          <w:sz w:val="22"/>
          <w:highlight w:val="cyan"/>
          <w:u w:val="single"/>
        </w:rPr>
        <w:t>set</w:t>
      </w:r>
      <w:r>
        <w:rPr>
          <w:b w:val="0"/>
          <w:i w:val="0"/>
          <w:smallCaps w:val="0"/>
          <w:strike w:val="0"/>
          <w:sz w:val="22"/>
          <w:u w:val="single"/>
        </w:rPr>
        <w:t xml:space="preserve">ting </w:t>
      </w:r>
      <w:r>
        <w:rPr>
          <w:b w:val="0"/>
          <w:i w:val="0"/>
          <w:smallCaps w:val="0"/>
          <w:strike w:val="0"/>
          <w:sz w:val="22"/>
          <w:highlight w:val="cyan"/>
          <w:u w:val="single"/>
        </w:rPr>
        <w:t>off dynamics that</w:t>
      </w:r>
      <w:r>
        <w:rPr>
          <w:b w:val="0"/>
          <w:i w:val="0"/>
          <w:smallCaps w:val="0"/>
          <w:strike w:val="0"/>
          <w:sz w:val="22"/>
          <w:u w:val="single"/>
        </w:rPr>
        <w:t xml:space="preserve"> might </w:t>
      </w:r>
      <w:r>
        <w:rPr>
          <w:b/>
          <w:i w:val="0"/>
          <w:smallCaps w:val="0"/>
          <w:strike w:val="0"/>
          <w:sz w:val="22"/>
          <w:highlight w:val="cyan"/>
          <w:u w:val="single"/>
        </w:rPr>
        <w:t>increase</w:t>
      </w:r>
      <w:r>
        <w:rPr>
          <w:b w:val="0"/>
          <w:i w:val="0"/>
          <w:smallCaps w:val="0"/>
          <w:strike w:val="0"/>
          <w:sz w:val="22"/>
          <w:highlight w:val="cyan"/>
          <w:u w:val="single"/>
        </w:rPr>
        <w:t xml:space="preserve"> rather than</w:t>
      </w:r>
      <w:r>
        <w:rPr>
          <w:b w:val="0"/>
          <w:i w:val="0"/>
          <w:smallCaps w:val="0"/>
          <w:strike w:val="0"/>
          <w:sz w:val="16"/>
          <w:highlight w:val="cyan"/>
          <w:u w:val="none"/>
        </w:rPr>
        <w:t xml:space="preserve"> </w:t>
      </w:r>
      <w:r>
        <w:rPr>
          <w:b/>
          <w:i w:val="0"/>
          <w:smallCaps w:val="0"/>
          <w:strike w:val="0"/>
          <w:sz w:val="22"/>
          <w:highlight w:val="cyan"/>
          <w:u w:val="single"/>
        </w:rPr>
        <w:t>decrease</w:t>
      </w:r>
      <w:r>
        <w:rPr>
          <w:b w:val="0"/>
          <w:i w:val="0"/>
          <w:smallCaps w:val="0"/>
          <w:strike w:val="0"/>
          <w:sz w:val="16"/>
          <w:u w:val="none"/>
        </w:rPr>
        <w:t xml:space="preserve"> </w:t>
      </w:r>
      <w:r>
        <w:rPr>
          <w:b/>
          <w:i w:val="0"/>
          <w:smallCaps w:val="0"/>
          <w:strike w:val="0"/>
          <w:sz w:val="22"/>
          <w:u w:val="single"/>
        </w:rPr>
        <w:t xml:space="preserve">the risks of </w:t>
      </w:r>
      <w:r>
        <w:rPr>
          <w:b/>
          <w:i w:val="0"/>
          <w:smallCaps w:val="0"/>
          <w:strike w:val="0"/>
          <w:sz w:val="22"/>
          <w:highlight w:val="cyan"/>
          <w:u w:val="single"/>
        </w:rPr>
        <w:t>nuclear war</w:t>
      </w:r>
      <w:r>
        <w:rPr>
          <w:b w:val="0"/>
          <w:i w:val="0"/>
          <w:smallCaps w:val="0"/>
          <w:strike w:val="0"/>
          <w:sz w:val="16"/>
          <w:u w:val="none"/>
        </w:rPr>
        <w:t xml:space="preserve">. But military build-up and the logic of deterrence have their dangers as well, as we know from many historical examples. International relations scholars and peace researchers has long identified the “security dilemma” as a major cause of war: when one country takes steps to increase its own security that in turn decrease the security of its adversaries, the resulting countermoves end up reducing everyone’s security. (The eastward expansion of NATO was a classic example of this dynamic.) So </w:t>
      </w:r>
      <w:r>
        <w:rPr>
          <w:b w:val="0"/>
          <w:i w:val="0"/>
          <w:smallCaps w:val="0"/>
          <w:strike w:val="0"/>
          <w:sz w:val="22"/>
          <w:u w:val="single"/>
        </w:rPr>
        <w:t xml:space="preserve">while it would make good </w:t>
      </w:r>
      <w:r>
        <w:rPr>
          <w:b/>
          <w:i w:val="0"/>
          <w:smallCaps w:val="0"/>
          <w:strike w:val="0"/>
          <w:sz w:val="22"/>
          <w:u w:val="single"/>
        </w:rPr>
        <w:t>sense</w:t>
      </w:r>
      <w:r>
        <w:rPr>
          <w:b w:val="0"/>
          <w:i w:val="0"/>
          <w:smallCaps w:val="0"/>
          <w:strike w:val="0"/>
          <w:sz w:val="22"/>
          <w:u w:val="single"/>
        </w:rPr>
        <w:t xml:space="preserve"> to call for the </w:t>
      </w:r>
      <w:r>
        <w:rPr>
          <w:b/>
          <w:i w:val="0"/>
          <w:smallCaps w:val="0"/>
          <w:strike w:val="0"/>
          <w:sz w:val="22"/>
          <w:u w:val="single"/>
        </w:rPr>
        <w:t>scal</w:t>
      </w:r>
      <w:r>
        <w:rPr>
          <w:b w:val="0"/>
          <w:i w:val="0"/>
          <w:smallCaps w:val="0"/>
          <w:strike w:val="0"/>
          <w:sz w:val="22"/>
          <w:u w:val="single"/>
        </w:rPr>
        <w:t xml:space="preserve">ing </w:t>
      </w:r>
      <w:r>
        <w:rPr>
          <w:b/>
          <w:i w:val="0"/>
          <w:smallCaps w:val="0"/>
          <w:strike w:val="0"/>
          <w:sz w:val="22"/>
          <w:u w:val="single"/>
        </w:rPr>
        <w:t>back</w:t>
      </w:r>
      <w:r>
        <w:rPr>
          <w:b w:val="0"/>
          <w:i w:val="0"/>
          <w:smallCaps w:val="0"/>
          <w:strike w:val="0"/>
          <w:sz w:val="22"/>
          <w:u w:val="single"/>
        </w:rPr>
        <w:t xml:space="preserve"> of </w:t>
      </w:r>
      <w:r>
        <w:rPr>
          <w:b/>
          <w:i w:val="0"/>
          <w:smallCaps w:val="0"/>
          <w:strike w:val="0"/>
          <w:sz w:val="22"/>
          <w:u w:val="single"/>
        </w:rPr>
        <w:t>aid</w:t>
      </w:r>
      <w:r>
        <w:rPr>
          <w:b w:val="0"/>
          <w:i w:val="0"/>
          <w:smallCaps w:val="0"/>
          <w:strike w:val="0"/>
          <w:sz w:val="22"/>
          <w:u w:val="single"/>
        </w:rPr>
        <w:t xml:space="preserve"> to Ukraine if there were a </w:t>
      </w:r>
      <w:r>
        <w:rPr>
          <w:b/>
          <w:i w:val="0"/>
          <w:smallCaps w:val="0"/>
          <w:strike w:val="0"/>
          <w:sz w:val="22"/>
          <w:u w:val="single"/>
        </w:rPr>
        <w:t xml:space="preserve">real danger </w:t>
      </w:r>
      <w:r>
        <w:rPr>
          <w:b w:val="0"/>
          <w:i w:val="0"/>
          <w:smallCaps w:val="0"/>
          <w:strike w:val="0"/>
          <w:sz w:val="22"/>
          <w:u w:val="single"/>
        </w:rPr>
        <w:t>of nuclear war</w:t>
      </w:r>
      <w:r>
        <w:rPr>
          <w:b w:val="0"/>
          <w:i w:val="0"/>
          <w:smallCaps w:val="0"/>
          <w:strike w:val="0"/>
          <w:sz w:val="16"/>
          <w:u w:val="none"/>
        </w:rPr>
        <w:t xml:space="preserve">, </w:t>
      </w:r>
      <w:r>
        <w:rPr>
          <w:b/>
          <w:i w:val="0"/>
          <w:smallCaps w:val="0"/>
          <w:strike w:val="0"/>
          <w:sz w:val="22"/>
          <w:highlight w:val="cyan"/>
          <w:u w:val="single"/>
        </w:rPr>
        <w:t>giving in to Russian</w:t>
      </w:r>
      <w:r>
        <w:rPr>
          <w:b/>
          <w:i w:val="0"/>
          <w:smallCaps w:val="0"/>
          <w:strike w:val="0"/>
          <w:sz w:val="22"/>
          <w:u w:val="single"/>
        </w:rPr>
        <w:t xml:space="preserve"> demands</w:t>
      </w:r>
      <w:r>
        <w:rPr>
          <w:b w:val="0"/>
          <w:i w:val="0"/>
          <w:smallCaps w:val="0"/>
          <w:strike w:val="0"/>
          <w:sz w:val="22"/>
          <w:u w:val="single"/>
        </w:rPr>
        <w:t xml:space="preserve"> if they were a </w:t>
      </w:r>
      <w:r>
        <w:rPr>
          <w:b/>
          <w:i w:val="0"/>
          <w:smallCaps w:val="0"/>
          <w:strike w:val="0"/>
          <w:sz w:val="22"/>
          <w:highlight w:val="cyan"/>
          <w:u w:val="single"/>
        </w:rPr>
        <w:t>bluff</w:t>
      </w:r>
      <w:r>
        <w:rPr>
          <w:b w:val="0"/>
          <w:i w:val="0"/>
          <w:smallCaps w:val="0"/>
          <w:strike w:val="0"/>
          <w:sz w:val="22"/>
          <w:u w:val="single"/>
        </w:rPr>
        <w:t xml:space="preserve"> </w:t>
      </w:r>
      <w:r>
        <w:rPr>
          <w:b/>
          <w:i w:val="0"/>
          <w:smallCaps w:val="0"/>
          <w:strike w:val="0"/>
          <w:sz w:val="22"/>
          <w:highlight w:val="cyan"/>
          <w:u w:val="single"/>
        </w:rPr>
        <w:t>might</w:t>
      </w:r>
      <w:r>
        <w:rPr>
          <w:b w:val="0"/>
          <w:i w:val="0"/>
          <w:smallCaps w:val="0"/>
          <w:strike w:val="0"/>
          <w:sz w:val="16"/>
          <w:u w:val="none"/>
        </w:rPr>
        <w:t xml:space="preserve"> actually</w:t>
      </w:r>
      <w:r>
        <w:rPr>
          <w:b w:val="0"/>
          <w:i w:val="0"/>
          <w:smallCaps w:val="0"/>
          <w:strike w:val="0"/>
          <w:u w:val="none"/>
        </w:rPr>
        <w:t xml:space="preserve"> </w:t>
      </w:r>
      <w:r>
        <w:rPr>
          <w:b/>
          <w:i w:val="0"/>
          <w:smallCaps w:val="0"/>
          <w:strike w:val="0"/>
          <w:sz w:val="22"/>
          <w:highlight w:val="cyan"/>
          <w:u w:val="single"/>
        </w:rPr>
        <w:t>increase</w:t>
      </w:r>
      <w:r>
        <w:rPr>
          <w:b w:val="0"/>
          <w:i w:val="0"/>
          <w:smallCaps w:val="0"/>
          <w:strike w:val="0"/>
          <w:sz w:val="22"/>
          <w:highlight w:val="cyan"/>
          <w:u w:val="single"/>
        </w:rPr>
        <w:t xml:space="preserve"> the dangers of </w:t>
      </w:r>
      <w:r>
        <w:rPr>
          <w:b/>
          <w:i w:val="0"/>
          <w:smallCaps w:val="0"/>
          <w:strike w:val="0"/>
          <w:sz w:val="22"/>
          <w:highlight w:val="cyan"/>
          <w:u w:val="single"/>
        </w:rPr>
        <w:t>nuclear war</w:t>
      </w:r>
      <w:r>
        <w:rPr>
          <w:b w:val="0"/>
          <w:i w:val="0"/>
          <w:smallCaps w:val="0"/>
          <w:strike w:val="0"/>
          <w:sz w:val="16"/>
          <w:u w:val="none"/>
        </w:rPr>
        <w:t xml:space="preserve">. </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