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will to secure civil society against the crises of financialization is parasitic on black exploitation and death in the form of racial capitalism </w:t>
      </w:r>
      <w:r>
        <w:rPr>
          <w:b/>
          <w:i w:val="0"/>
          <w:smallCaps w:val="0"/>
          <w:strike w:val="0"/>
          <w:sz w:val="26"/>
          <w:u w:val="none"/>
        </w:rPr>
        <w:t>– its an alt cause to the advantage.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Melamed 15 </w:t>
      </w:r>
      <w:r>
        <w:rPr>
          <w:b w:val="0"/>
          <w:i w:val="0"/>
          <w:smallCaps w:val="0"/>
          <w:strike w:val="0"/>
          <w:u w:val="none"/>
        </w:rPr>
        <w:t>Jodi Melamed is assistant professor of English and Africana Studies at Marquette University. She is the author of Represent and Destroy: Rational- izing Violence in the New Racial Capitalism (Minnesota, 2011). Racial Capitalism University of Minnesota Press Critical Ethnic Studies , Vol. 1, No. 1 (Spring 2015), pp. 76-85 DOA:3/23/19 WAKE SHC</w:t>
      </w:r>
    </w:p>
    <w:p>
      <w:pPr>
        <w:spacing w:after="60"/>
      </w:pPr>
      <w:r>
        <w:rPr>
          <w:b/>
          <w:i w:val="0"/>
          <w:smallCaps w:val="0"/>
          <w:strike w:val="0"/>
          <w:u w:val="single"/>
        </w:rPr>
        <w:t>Our</w:t>
      </w:r>
      <w:r>
        <w:rPr>
          <w:b w:val="0"/>
          <w:i w:val="0"/>
          <w:smallCaps w:val="0"/>
          <w:strike w:val="0"/>
          <w:u w:val="none"/>
        </w:rPr>
        <w:t xml:space="preserve"> dominant critical </w:t>
      </w:r>
      <w:r>
        <w:rPr>
          <w:b/>
          <w:i w:val="0"/>
          <w:smallCaps w:val="0"/>
          <w:strike w:val="0"/>
          <w:u w:val="single"/>
        </w:rPr>
        <w:t>understanding of</w:t>
      </w:r>
      <w:r>
        <w:rPr>
          <w:b w:val="0"/>
          <w:i w:val="0"/>
          <w:smallCaps w:val="0"/>
          <w:strike w:val="0"/>
          <w:u w:val="none"/>
        </w:rPr>
        <w:t xml:space="preserve"> the term </w:t>
      </w:r>
      <w:r>
        <w:rPr>
          <w:b/>
          <w:i w:val="0"/>
          <w:smallCaps w:val="0"/>
          <w:strike w:val="0"/>
          <w:u w:val="single"/>
        </w:rPr>
        <w:t xml:space="preserve">racial </w:t>
      </w:r>
      <w:r>
        <w:rPr>
          <w:b/>
          <w:i w:val="0"/>
          <w:smallCaps w:val="0"/>
          <w:strike w:val="0"/>
          <w:u w:val="single"/>
        </w:rPr>
        <w:t>capitalism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stays close to</w:t>
      </w:r>
      <w:r>
        <w:rPr>
          <w:b w:val="0"/>
          <w:i w:val="0"/>
          <w:smallCaps w:val="0"/>
          <w:strike w:val="0"/>
          <w:u w:val="none"/>
        </w:rPr>
        <w:t xml:space="preserve"> the usage of its originator, </w:t>
      </w:r>
      <w:r>
        <w:rPr>
          <w:b/>
          <w:i w:val="0"/>
          <w:smallCaps w:val="0"/>
          <w:strike w:val="0"/>
          <w:u w:val="single"/>
        </w:rPr>
        <w:t>Cedric Robinson</w:t>
      </w:r>
      <w:r>
        <w:rPr>
          <w:b w:val="0"/>
          <w:i w:val="0"/>
          <w:smallCaps w:val="0"/>
          <w:strike w:val="0"/>
          <w:u w:val="none"/>
        </w:rPr>
        <w:t xml:space="preserve">, in his seminal Black Marxism: The Making of a Black Radical Tradition.3 </w:t>
      </w:r>
      <w:r>
        <w:rPr>
          <w:b/>
          <w:i w:val="0"/>
          <w:smallCaps w:val="0"/>
          <w:strike w:val="0"/>
          <w:u w:val="single"/>
        </w:rPr>
        <w:t>Robinson develops the term to correct the developmentalism and racism that led Marx and Engels to believe mistakenly that European bourgeois society would rationalize social relations.</w:t>
      </w:r>
      <w:r>
        <w:rPr>
          <w:b w:val="0"/>
          <w:i w:val="0"/>
          <w:smallCaps w:val="0"/>
          <w:strike w:val="0"/>
          <w:u w:val="none"/>
        </w:rPr>
        <w:t xml:space="preserve"> Instead, </w:t>
      </w:r>
      <w:r>
        <w:rPr>
          <w:b/>
          <w:i w:val="0"/>
          <w:smallCaps w:val="0"/>
          <w:strike w:val="0"/>
          <w:u w:val="single"/>
        </w:rPr>
        <w:t>Robinson explains</w:t>
      </w:r>
      <w:r>
        <w:rPr>
          <w:b w:val="0"/>
          <w:i w:val="0"/>
          <w:smallCaps w:val="0"/>
          <w:strike w:val="0"/>
          <w:u w:val="none"/>
        </w:rPr>
        <w:t>, the obverse occurred: “</w:t>
      </w:r>
      <w:r>
        <w:rPr>
          <w:b/>
          <w:i w:val="0"/>
          <w:smallCaps w:val="0"/>
          <w:strike w:val="0"/>
          <w:u w:val="single"/>
        </w:rPr>
        <w:t>The development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>organization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 xml:space="preserve">and </w:t>
      </w:r>
      <w:r>
        <w:rPr>
          <w:b/>
          <w:i w:val="0"/>
          <w:smallCaps w:val="0"/>
          <w:strike w:val="0"/>
          <w:highlight w:val="cyan"/>
          <w:u w:val="single"/>
        </w:rPr>
        <w:t>expansion of capitalist society pursued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essentially </w:t>
      </w:r>
      <w:r>
        <w:rPr>
          <w:b/>
          <w:i w:val="0"/>
          <w:smallCaps w:val="0"/>
          <w:strike w:val="0"/>
          <w:highlight w:val="cyan"/>
          <w:u w:val="single"/>
        </w:rPr>
        <w:t>racial directions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so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too </w:t>
      </w:r>
      <w:r>
        <w:rPr>
          <w:b/>
          <w:i w:val="0"/>
          <w:smallCaps w:val="0"/>
          <w:strike w:val="0"/>
          <w:highlight w:val="cyan"/>
          <w:u w:val="single"/>
        </w:rPr>
        <w:t>did</w:t>
      </w:r>
      <w:r>
        <w:rPr>
          <w:b/>
          <w:i w:val="0"/>
          <w:smallCaps w:val="0"/>
          <w:strike w:val="0"/>
          <w:u w:val="single"/>
        </w:rPr>
        <w:t xml:space="preserve"> social </w:t>
      </w:r>
      <w:r>
        <w:rPr>
          <w:b/>
          <w:i w:val="0"/>
          <w:smallCaps w:val="0"/>
          <w:strike w:val="0"/>
          <w:highlight w:val="cyan"/>
          <w:u w:val="single"/>
        </w:rPr>
        <w:t>ideology</w:t>
      </w:r>
      <w:r>
        <w:rPr>
          <w:b/>
          <w:i w:val="0"/>
          <w:smallCaps w:val="0"/>
          <w:strike w:val="0"/>
          <w:u w:val="single"/>
        </w:rPr>
        <w:t>. As a material force</w:t>
      </w:r>
      <w:r>
        <w:rPr>
          <w:b w:val="0"/>
          <w:i w:val="0"/>
          <w:smallCaps w:val="0"/>
          <w:strike w:val="0"/>
          <w:u w:val="none"/>
        </w:rPr>
        <w:t xml:space="preserve"> . . . </w:t>
      </w:r>
      <w:r>
        <w:rPr>
          <w:b/>
          <w:i w:val="0"/>
          <w:smallCaps w:val="0"/>
          <w:strike w:val="0"/>
          <w:highlight w:val="cyan"/>
          <w:u w:val="single"/>
        </w:rPr>
        <w:t>racialism</w:t>
      </w:r>
      <w:r>
        <w:rPr>
          <w:b/>
          <w:i w:val="0"/>
          <w:smallCaps w:val="0"/>
          <w:strike w:val="0"/>
          <w:u w:val="single"/>
        </w:rPr>
        <w:t xml:space="preserve"> would inevitably </w:t>
      </w:r>
      <w:r>
        <w:rPr>
          <w:b/>
          <w:i w:val="0"/>
          <w:smallCaps w:val="0"/>
          <w:strike w:val="0"/>
          <w:highlight w:val="cyan"/>
          <w:u w:val="single"/>
        </w:rPr>
        <w:t>permeate</w:t>
      </w:r>
      <w:r>
        <w:rPr>
          <w:b/>
          <w:i w:val="0"/>
          <w:smallCaps w:val="0"/>
          <w:strike w:val="0"/>
          <w:u w:val="single"/>
        </w:rPr>
        <w:t xml:space="preserve"> the social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structures emergent from </w:t>
      </w:r>
      <w:r>
        <w:rPr>
          <w:b/>
          <w:i w:val="0"/>
          <w:smallCaps w:val="0"/>
          <w:strike w:val="0"/>
          <w:highlight w:val="cyan"/>
          <w:u w:val="single"/>
        </w:rPr>
        <w:t>capitalism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u w:val="single"/>
        </w:rPr>
        <w:t>I</w:t>
      </w:r>
      <w:r>
        <w:rPr>
          <w:b w:val="0"/>
          <w:i w:val="0"/>
          <w:smallCaps w:val="0"/>
          <w:strike w:val="0"/>
          <w:u w:val="none"/>
        </w:rPr>
        <w:t xml:space="preserve"> have </w:t>
      </w:r>
      <w:r>
        <w:rPr>
          <w:b/>
          <w:i w:val="0"/>
          <w:smallCaps w:val="0"/>
          <w:strike w:val="0"/>
          <w:u w:val="single"/>
        </w:rPr>
        <w:t>use</w:t>
      </w:r>
      <w:r>
        <w:rPr>
          <w:b w:val="0"/>
          <w:i w:val="0"/>
          <w:smallCaps w:val="0"/>
          <w:strike w:val="0"/>
          <w:u w:val="none"/>
        </w:rPr>
        <w:t xml:space="preserve">d </w:t>
      </w:r>
      <w:r>
        <w:rPr>
          <w:b/>
          <w:i w:val="0"/>
          <w:smallCaps w:val="0"/>
          <w:strike w:val="0"/>
          <w:u w:val="single"/>
        </w:rPr>
        <w:t>the term</w:t>
      </w:r>
      <w:r>
        <w:rPr>
          <w:b w:val="0"/>
          <w:i w:val="0"/>
          <w:smallCaps w:val="0"/>
          <w:strike w:val="0"/>
          <w:u w:val="none"/>
        </w:rPr>
        <w:t xml:space="preserve"> ‘</w:t>
      </w:r>
      <w:r>
        <w:rPr>
          <w:b/>
          <w:i w:val="0"/>
          <w:smallCaps w:val="0"/>
          <w:strike w:val="0"/>
          <w:u w:val="single"/>
        </w:rPr>
        <w:t>racial cap</w:t>
      </w:r>
      <w:r>
        <w:rPr>
          <w:b w:val="0"/>
          <w:i w:val="0"/>
          <w:smallCaps w:val="0"/>
          <w:strike w:val="0"/>
          <w:u w:val="none"/>
        </w:rPr>
        <w:t xml:space="preserve">italism’ to refer . . . </w:t>
      </w:r>
      <w:r>
        <w:rPr>
          <w:b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the subsequent structure as a historical agency.”4 Thus the term “racial capitalism” </w:t>
      </w:r>
      <w:r>
        <w:rPr>
          <w:b/>
          <w:i w:val="0"/>
          <w:smallCaps w:val="0"/>
          <w:strike w:val="0"/>
          <w:u w:val="single"/>
        </w:rPr>
        <w:t>require</w:t>
      </w:r>
      <w:r>
        <w:rPr>
          <w:b w:val="0"/>
          <w:i w:val="0"/>
          <w:smallCaps w:val="0"/>
          <w:strike w:val="0"/>
          <w:u w:val="none"/>
        </w:rPr>
        <w:t xml:space="preserve">s </w:t>
      </w:r>
      <w:r>
        <w:rPr>
          <w:b/>
          <w:i w:val="0"/>
          <w:smallCaps w:val="0"/>
          <w:strike w:val="0"/>
          <w:u w:val="single"/>
        </w:rPr>
        <w:t xml:space="preserve">its users to recognize that </w:t>
      </w:r>
      <w:r>
        <w:rPr>
          <w:b/>
          <w:i w:val="0"/>
          <w:smallCaps w:val="0"/>
          <w:strike w:val="0"/>
          <w:highlight w:val="cyan"/>
          <w:u w:val="single"/>
        </w:rPr>
        <w:t>capitalism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is racial capitalism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Capital can only</w:t>
      </w:r>
      <w:r>
        <w:rPr>
          <w:b/>
          <w:i w:val="0"/>
          <w:smallCaps w:val="0"/>
          <w:strike w:val="0"/>
          <w:u w:val="single"/>
        </w:rPr>
        <w:t xml:space="preserve"> be capital when it is accumulating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/>
          <w:i w:val="0"/>
          <w:smallCaps w:val="0"/>
          <w:strike w:val="0"/>
          <w:u w:val="single"/>
        </w:rPr>
        <w:t xml:space="preserve">it can only </w:t>
      </w:r>
      <w:r>
        <w:rPr>
          <w:b/>
          <w:i w:val="0"/>
          <w:smallCaps w:val="0"/>
          <w:strike w:val="0"/>
          <w:highlight w:val="cyan"/>
          <w:u w:val="single"/>
        </w:rPr>
        <w:t>accumulate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by producing</w:t>
      </w:r>
      <w:r>
        <w:rPr>
          <w:b/>
          <w:i w:val="0"/>
          <w:smallCaps w:val="0"/>
          <w:strike w:val="0"/>
          <w:u w:val="single"/>
        </w:rPr>
        <w:t xml:space="preserve"> and moving through relations of </w:t>
      </w:r>
      <w:r>
        <w:rPr>
          <w:b/>
          <w:i w:val="0"/>
          <w:smallCaps w:val="0"/>
          <w:strike w:val="0"/>
          <w:highlight w:val="cyan"/>
          <w:u w:val="single"/>
        </w:rPr>
        <w:t>severe inequality</w:t>
      </w:r>
      <w:r>
        <w:rPr>
          <w:b/>
          <w:i w:val="0"/>
          <w:smallCaps w:val="0"/>
          <w:strike w:val="0"/>
          <w:u w:val="single"/>
        </w:rPr>
        <w:t xml:space="preserve"> among human groups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/>
          <w:i w:val="0"/>
          <w:smallCaps w:val="0"/>
          <w:strike w:val="0"/>
          <w:u w:val="single"/>
        </w:rPr>
        <w:t>capitalists</w:t>
      </w:r>
      <w:r>
        <w:rPr>
          <w:b w:val="0"/>
          <w:i w:val="0"/>
          <w:smallCaps w:val="0"/>
          <w:strike w:val="0"/>
          <w:u w:val="none"/>
        </w:rPr>
        <w:t xml:space="preserve"> with the means of production/workers without the means of subsistence, creditors/debtors, conquerors of land made property/the dispossessed and removed. These antinomies of accumulation </w:t>
      </w:r>
      <w:r>
        <w:rPr>
          <w:b/>
          <w:i w:val="0"/>
          <w:smallCaps w:val="0"/>
          <w:strike w:val="0"/>
          <w:u w:val="single"/>
        </w:rPr>
        <w:t>require loss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>disposability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>and the unequal differentiation of human value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/>
          <w:i w:val="0"/>
          <w:smallCaps w:val="0"/>
          <w:strike w:val="0"/>
          <w:highlight w:val="cyan"/>
          <w:u w:val="single"/>
        </w:rPr>
        <w:t>racism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enshrines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inequalities that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capitalism </w:t>
      </w:r>
      <w:r>
        <w:rPr>
          <w:b/>
          <w:i w:val="0"/>
          <w:smallCaps w:val="0"/>
          <w:strike w:val="0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u w:val="single"/>
        </w:rPr>
        <w:t>Most obviously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>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does this by displacing the uneven life chances that are inescapabl</w:t>
      </w:r>
      <w:r>
        <w:rPr>
          <w:b w:val="0"/>
          <w:i w:val="0"/>
          <w:smallCaps w:val="0"/>
          <w:strike w:val="0"/>
          <w:u w:val="none"/>
        </w:rPr>
        <w:t xml:space="preserve">y part of capitalist </w:t>
      </w:r>
      <w:r>
        <w:rPr>
          <w:b/>
          <w:i w:val="0"/>
          <w:smallCaps w:val="0"/>
          <w:strike w:val="0"/>
          <w:u w:val="single"/>
        </w:rPr>
        <w:t>social relations onto</w:t>
      </w:r>
      <w:r>
        <w:rPr>
          <w:b w:val="0"/>
          <w:i w:val="0"/>
          <w:smallCaps w:val="0"/>
          <w:strike w:val="0"/>
          <w:u w:val="none"/>
        </w:rPr>
        <w:t xml:space="preserve"> fictions of </w:t>
      </w:r>
      <w:r>
        <w:rPr>
          <w:b/>
          <w:i w:val="0"/>
          <w:smallCaps w:val="0"/>
          <w:strike w:val="0"/>
          <w:u w:val="single"/>
        </w:rPr>
        <w:t>differing human capacities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 xml:space="preserve">historically </w:t>
      </w:r>
      <w:r>
        <w:rPr>
          <w:b/>
          <w:i w:val="0"/>
          <w:smallCaps w:val="0"/>
          <w:strike w:val="0"/>
          <w:highlight w:val="cyan"/>
          <w:u w:val="single"/>
        </w:rPr>
        <w:t>race</w:t>
      </w:r>
      <w:r>
        <w:rPr>
          <w:b w:val="0"/>
          <w:i w:val="0"/>
          <w:smallCaps w:val="0"/>
          <w:strike w:val="0"/>
          <w:u w:val="none"/>
        </w:rPr>
        <w:t xml:space="preserve">. We often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associate racial </w:t>
      </w:r>
      <w:r>
        <w:rPr>
          <w:b/>
          <w:i w:val="0"/>
          <w:smallCaps w:val="0"/>
          <w:strike w:val="0"/>
          <w:u w:val="single"/>
        </w:rPr>
        <w:t xml:space="preserve">capitalism </w:t>
      </w:r>
      <w:r>
        <w:rPr>
          <w:b/>
          <w:i w:val="0"/>
          <w:smallCaps w:val="0"/>
          <w:strike w:val="0"/>
          <w:highlight w:val="cyan"/>
          <w:u w:val="single"/>
        </w:rPr>
        <w:t>with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central features of white supremacist capitalist development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including slavery, colonialism</w:t>
      </w:r>
      <w:r>
        <w:rPr>
          <w:b/>
          <w:i w:val="0"/>
          <w:smallCaps w:val="0"/>
          <w:strike w:val="0"/>
          <w:u w:val="single"/>
        </w:rPr>
        <w:t xml:space="preserve">, genocide, </w:t>
      </w:r>
      <w:r>
        <w:rPr>
          <w:b/>
          <w:i w:val="0"/>
          <w:smallCaps w:val="0"/>
          <w:strike w:val="0"/>
          <w:highlight w:val="cyan"/>
          <w:u w:val="single"/>
        </w:rPr>
        <w:t>incarceration</w:t>
      </w:r>
      <w:r>
        <w:rPr>
          <w:b/>
          <w:i w:val="0"/>
          <w:smallCaps w:val="0"/>
          <w:strike w:val="0"/>
          <w:u w:val="single"/>
        </w:rPr>
        <w:t xml:space="preserve"> regimes, </w:t>
      </w:r>
      <w:r>
        <w:rPr>
          <w:b/>
          <w:i w:val="0"/>
          <w:smallCaps w:val="0"/>
          <w:strike w:val="0"/>
          <w:highlight w:val="cyan"/>
          <w:u w:val="single"/>
        </w:rPr>
        <w:t>migrant exploitation, and</w:t>
      </w:r>
      <w:r>
        <w:rPr>
          <w:b/>
          <w:i w:val="0"/>
          <w:smallCaps w:val="0"/>
          <w:strike w:val="0"/>
          <w:u w:val="single"/>
        </w:rPr>
        <w:t xml:space="preserve"> contemporary </w:t>
      </w:r>
      <w:r>
        <w:rPr>
          <w:b/>
          <w:i w:val="0"/>
          <w:smallCaps w:val="0"/>
          <w:strike w:val="0"/>
          <w:highlight w:val="cyan"/>
          <w:u w:val="single"/>
        </w:rPr>
        <w:t>racial warfare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Yet we </w:t>
      </w:r>
      <w:r>
        <w:rPr>
          <w:b/>
          <w:i w:val="0"/>
          <w:smallCaps w:val="0"/>
          <w:strike w:val="0"/>
          <w:u w:val="single"/>
        </w:rPr>
        <w:t>also</w:t>
      </w:r>
      <w:r>
        <w:rPr>
          <w:b w:val="0"/>
          <w:i w:val="0"/>
          <w:smallCaps w:val="0"/>
          <w:strike w:val="0"/>
          <w:u w:val="none"/>
        </w:rPr>
        <w:t xml:space="preserve"> increasingly </w:t>
      </w:r>
      <w:r>
        <w:rPr>
          <w:b/>
          <w:i w:val="0"/>
          <w:smallCaps w:val="0"/>
          <w:strike w:val="0"/>
          <w:u w:val="single"/>
        </w:rPr>
        <w:t xml:space="preserve">recognize that contemporary racial </w:t>
      </w:r>
      <w:r>
        <w:rPr>
          <w:b/>
          <w:i w:val="0"/>
          <w:smallCaps w:val="0"/>
          <w:strike w:val="0"/>
          <w:highlight w:val="cyan"/>
          <w:u w:val="single"/>
        </w:rPr>
        <w:t>capitalism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deploys liberal</w:t>
      </w:r>
      <w:r>
        <w:rPr>
          <w:b/>
          <w:i w:val="0"/>
          <w:smallCaps w:val="0"/>
          <w:strike w:val="0"/>
          <w:u w:val="single"/>
        </w:rPr>
        <w:t xml:space="preserve"> and multicultural terms of </w:t>
      </w:r>
      <w:r>
        <w:rPr>
          <w:b/>
          <w:i w:val="0"/>
          <w:smallCaps w:val="0"/>
          <w:strike w:val="0"/>
          <w:highlight w:val="cyan"/>
          <w:u w:val="single"/>
        </w:rPr>
        <w:t>inclusion to value and devalue</w:t>
      </w:r>
      <w:r>
        <w:rPr>
          <w:b/>
          <w:i w:val="0"/>
          <w:smallCaps w:val="0"/>
          <w:strike w:val="0"/>
          <w:u w:val="single"/>
        </w:rPr>
        <w:t xml:space="preserve"> forms of </w:t>
      </w:r>
      <w:r>
        <w:rPr>
          <w:b/>
          <w:i w:val="0"/>
          <w:smallCaps w:val="0"/>
          <w:strike w:val="0"/>
          <w:highlight w:val="cyan"/>
          <w:u w:val="single"/>
        </w:rPr>
        <w:t>humanity differentially</w:t>
      </w:r>
      <w:r>
        <w:rPr>
          <w:b/>
          <w:i w:val="0"/>
          <w:smallCaps w:val="0"/>
          <w:strike w:val="0"/>
          <w:u w:val="single"/>
        </w:rPr>
        <w:t xml:space="preserve"> to fit the needs of reigning state</w:t>
      </w:r>
      <w:r>
        <w:rPr>
          <w:b w:val="0"/>
          <w:i w:val="0"/>
          <w:smallCaps w:val="0"/>
          <w:strike w:val="0"/>
          <w:u w:val="none"/>
        </w:rPr>
        <w:t xml:space="preserve">- </w:t>
      </w:r>
      <w:r>
        <w:rPr>
          <w:b/>
          <w:i w:val="0"/>
          <w:smallCaps w:val="0"/>
          <w:strike w:val="0"/>
          <w:u w:val="single"/>
        </w:rPr>
        <w:t>capital orders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K Affs Neg 2 - Michigan 7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