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Trump cuts back on antitrust policies.</w:t>
      </w:r>
    </w:p>
    <w:p>
      <w:pPr>
        <w:spacing w:after="80"/>
      </w:pPr>
      <w:r>
        <w:rPr>
          <w:b/>
          <w:i w:val="0"/>
          <w:smallCaps w:val="0"/>
          <w:strike w:val="0"/>
          <w:sz w:val="22"/>
          <w:u w:val="none"/>
        </w:rPr>
        <w:t>Karma 24</w:t>
      </w:r>
      <w:r>
        <w:rPr>
          <w:b w:val="0"/>
          <w:i w:val="0"/>
          <w:smallCaps w:val="0"/>
          <w:strike w:val="0"/>
          <w:u w:val="none"/>
        </w:rPr>
        <w:t xml:space="preserve"> [</w:t>
      </w:r>
      <w:r>
        <w:rPr>
          <w:b w:val="0"/>
          <w:i w:val="0"/>
          <w:smallCaps w:val="0"/>
          <w:strike w:val="0"/>
          <w:u w:val="none"/>
        </w:rPr>
        <w:t>Rogé</w:t>
      </w:r>
      <w:r>
        <w:rPr>
          <w:b w:val="0"/>
          <w:i w:val="0"/>
          <w:smallCaps w:val="0"/>
          <w:strike w:val="0"/>
          <w:u w:val="none"/>
        </w:rPr>
        <w:t xml:space="preserve">; July 12; staff writer at the Atlantic; The Atlantic, “Trump Isn’t Even Pretending Anymore,” https://www.theatlantic.com/politics/archive/2024/07/trump-pandering-corporate-america/678976/] </w:t>
      </w:r>
      <w:r>
        <w:rPr>
          <w:b w:val="0"/>
          <w:i w:val="0"/>
          <w:smallCaps w:val="0"/>
          <w:strike w:val="0"/>
          <w:u w:val="none"/>
        </w:rPr>
        <w:t>jerchan</w:t>
      </w:r>
    </w:p>
    <w:p>
      <w:pPr>
        <w:spacing w:after="60"/>
      </w:pPr>
      <w:r>
        <w:rPr>
          <w:b w:val="0"/>
          <w:i w:val="0"/>
          <w:smallCaps w:val="0"/>
          <w:strike w:val="0"/>
          <w:sz w:val="22"/>
          <w:u w:val="single"/>
        </w:rPr>
        <w:t xml:space="preserve">In </w:t>
      </w:r>
      <w:r>
        <w:rPr>
          <w:b/>
          <w:i w:val="0"/>
          <w:smallCaps w:val="0"/>
          <w:strike w:val="0"/>
          <w:sz w:val="22"/>
          <w:u w:val="single"/>
        </w:rPr>
        <w:t>2016</w:t>
      </w:r>
      <w:r>
        <w:rPr>
          <w:b w:val="0"/>
          <w:i w:val="0"/>
          <w:smallCaps w:val="0"/>
          <w:strike w:val="0"/>
          <w:sz w:val="16"/>
          <w:u w:val="none"/>
        </w:rPr>
        <w:t xml:space="preserve">, Donald </w:t>
      </w:r>
      <w:r>
        <w:rPr>
          <w:b w:val="0"/>
          <w:i w:val="0"/>
          <w:smallCaps w:val="0"/>
          <w:strike w:val="0"/>
          <w:sz w:val="22"/>
          <w:u w:val="single"/>
        </w:rPr>
        <w:t xml:space="preserve">trump liked to talk tough about </w:t>
      </w:r>
      <w:r>
        <w:rPr>
          <w:b/>
          <w:i w:val="0"/>
          <w:smallCaps w:val="0"/>
          <w:strike w:val="0"/>
          <w:sz w:val="22"/>
          <w:u w:val="single"/>
        </w:rPr>
        <w:t>corporate America</w:t>
      </w:r>
      <w:r>
        <w:rPr>
          <w:b w:val="0"/>
          <w:i w:val="0"/>
          <w:smallCaps w:val="0"/>
          <w:strike w:val="0"/>
          <w:sz w:val="22"/>
          <w:u w:val="single"/>
        </w:rPr>
        <w:t>. On the campaign</w:t>
      </w:r>
      <w:r>
        <w:rPr>
          <w:b w:val="0"/>
          <w:i w:val="0"/>
          <w:smallCaps w:val="0"/>
          <w:strike w:val="0"/>
          <w:sz w:val="16"/>
          <w:u w:val="none"/>
        </w:rPr>
        <w:t xml:space="preserve"> trail, </w:t>
      </w:r>
      <w:r>
        <w:rPr>
          <w:b w:val="0"/>
          <w:i w:val="0"/>
          <w:smallCaps w:val="0"/>
          <w:strike w:val="0"/>
          <w:sz w:val="22"/>
          <w:u w:val="single"/>
        </w:rPr>
        <w:t>he said</w:t>
      </w:r>
      <w:r>
        <w:rPr>
          <w:b w:val="0"/>
          <w:i w:val="0"/>
          <w:smallCaps w:val="0"/>
          <w:strike w:val="0"/>
          <w:sz w:val="16"/>
          <w:u w:val="none"/>
        </w:rPr>
        <w:t xml:space="preserve"> that </w:t>
      </w:r>
      <w:r>
        <w:rPr>
          <w:b w:val="0"/>
          <w:i w:val="0"/>
          <w:smallCaps w:val="0"/>
          <w:strike w:val="0"/>
          <w:sz w:val="22"/>
          <w:u w:val="single"/>
        </w:rPr>
        <w:t xml:space="preserve">Amazon was “getting </w:t>
      </w:r>
      <w:r>
        <w:rPr>
          <w:b/>
          <w:i w:val="0"/>
          <w:smallCaps w:val="0"/>
          <w:strike w:val="0"/>
          <w:sz w:val="22"/>
          <w:u w:val="single"/>
        </w:rPr>
        <w:t>away with murder</w:t>
      </w:r>
      <w:r>
        <w:rPr>
          <w:b w:val="0"/>
          <w:i w:val="0"/>
          <w:smallCaps w:val="0"/>
          <w:strike w:val="0"/>
          <w:sz w:val="22"/>
          <w:u w:val="single"/>
        </w:rPr>
        <w:t>”</w:t>
      </w:r>
      <w:r>
        <w:rPr>
          <w:b w:val="0"/>
          <w:i w:val="0"/>
          <w:smallCaps w:val="0"/>
          <w:strike w:val="0"/>
          <w:sz w:val="16"/>
          <w:u w:val="none"/>
        </w:rPr>
        <w:t xml:space="preserve"> by influencing federal tax policy and promised that, if elected, he was “not going to let Wall Street get away with murder.” Shortly before taking office, he accused pharmaceutical companies of—you guessed it</w:t>
      </w:r>
      <w:r>
        <w:rPr>
          <w:b w:val="0"/>
          <w:i w:val="0"/>
          <w:smallCaps w:val="0"/>
          <w:strike w:val="0"/>
          <w:sz w:val="16"/>
          <w:u w:val="none"/>
        </w:rPr>
        <w:t>—“</w:t>
      </w:r>
      <w:r>
        <w:rPr>
          <w:b w:val="0"/>
          <w:i w:val="0"/>
          <w:smallCaps w:val="0"/>
          <w:strike w:val="0"/>
          <w:sz w:val="16"/>
          <w:u w:val="none"/>
        </w:rPr>
        <w:t>getting away with murder” by charging exorbitant prices for prescription drugs.</w:t>
      </w:r>
    </w:p>
    <w:p>
      <w:pPr>
        <w:spacing w:after="60"/>
      </w:pPr>
      <w:r>
        <w:rPr>
          <w:b w:val="0"/>
          <w:i w:val="0"/>
          <w:smallCaps w:val="0"/>
          <w:strike w:val="0"/>
          <w:sz w:val="22"/>
          <w:u w:val="single"/>
        </w:rPr>
        <w:t>That version of Trump</w:t>
      </w:r>
      <w:r>
        <w:rPr>
          <w:b w:val="0"/>
          <w:i w:val="0"/>
          <w:smallCaps w:val="0"/>
          <w:strike w:val="0"/>
          <w:sz w:val="16"/>
          <w:u w:val="none"/>
        </w:rPr>
        <w:t xml:space="preserve"> </w:t>
      </w:r>
      <w:r>
        <w:rPr>
          <w:b w:val="0"/>
          <w:i w:val="0"/>
          <w:smallCaps w:val="0"/>
          <w:strike w:val="0"/>
          <w:sz w:val="22"/>
          <w:u w:val="single"/>
        </w:rPr>
        <w:t xml:space="preserve">sold himself as a </w:t>
      </w:r>
      <w:r>
        <w:rPr>
          <w:b/>
          <w:i w:val="0"/>
          <w:smallCaps w:val="0"/>
          <w:strike w:val="0"/>
          <w:sz w:val="22"/>
          <w:u w:val="single"/>
        </w:rPr>
        <w:t>populist</w:t>
      </w:r>
      <w:r>
        <w:rPr>
          <w:b w:val="0"/>
          <w:i w:val="0"/>
          <w:smallCaps w:val="0"/>
          <w:strike w:val="0"/>
          <w:sz w:val="16"/>
          <w:u w:val="none"/>
        </w:rPr>
        <w:t xml:space="preserve"> outsider </w:t>
      </w:r>
      <w:r>
        <w:rPr>
          <w:b w:val="0"/>
          <w:i w:val="0"/>
          <w:smallCaps w:val="0"/>
          <w:strike w:val="0"/>
          <w:sz w:val="22"/>
          <w:u w:val="single"/>
        </w:rPr>
        <w:t>willing to take on</w:t>
      </w:r>
      <w:r>
        <w:rPr>
          <w:b w:val="0"/>
          <w:i w:val="0"/>
          <w:smallCaps w:val="0"/>
          <w:strike w:val="0"/>
          <w:sz w:val="16"/>
          <w:u w:val="none"/>
        </w:rPr>
        <w:t xml:space="preserve"> not just the country’s political establishment but also its </w:t>
      </w:r>
      <w:r>
        <w:rPr>
          <w:b/>
          <w:i w:val="0"/>
          <w:smallCaps w:val="0"/>
          <w:strike w:val="0"/>
          <w:sz w:val="22"/>
          <w:u w:val="single"/>
        </w:rPr>
        <w:t>business elite</w:t>
      </w:r>
      <w:r>
        <w:rPr>
          <w:b w:val="0"/>
          <w:i w:val="0"/>
          <w:smallCaps w:val="0"/>
          <w:strike w:val="0"/>
          <w:sz w:val="22"/>
          <w:u w:val="single"/>
        </w:rPr>
        <w:t xml:space="preserve">. His victory proved that a </w:t>
      </w:r>
      <w:r>
        <w:rPr>
          <w:b/>
          <w:i w:val="0"/>
          <w:smallCaps w:val="0"/>
          <w:strike w:val="0"/>
          <w:sz w:val="22"/>
          <w:u w:val="single"/>
        </w:rPr>
        <w:t>Republican</w:t>
      </w:r>
      <w:r>
        <w:rPr>
          <w:b w:val="0"/>
          <w:i w:val="0"/>
          <w:smallCaps w:val="0"/>
          <w:strike w:val="0"/>
          <w:sz w:val="22"/>
          <w:u w:val="single"/>
        </w:rPr>
        <w:t xml:space="preserve"> politician could win without </w:t>
      </w:r>
      <w:r>
        <w:rPr>
          <w:b/>
          <w:i w:val="0"/>
          <w:smallCaps w:val="0"/>
          <w:strike w:val="0"/>
          <w:sz w:val="22"/>
          <w:u w:val="single"/>
        </w:rPr>
        <w:t>pledging allegiance</w:t>
      </w:r>
      <w:r>
        <w:rPr>
          <w:b w:val="0"/>
          <w:i w:val="0"/>
          <w:smallCaps w:val="0"/>
          <w:strike w:val="0"/>
          <w:sz w:val="22"/>
          <w:u w:val="single"/>
        </w:rPr>
        <w:t xml:space="preserve"> to the free-market dogmas</w:t>
      </w:r>
      <w:r>
        <w:rPr>
          <w:b w:val="0"/>
          <w:i w:val="0"/>
          <w:smallCaps w:val="0"/>
          <w:strike w:val="0"/>
          <w:sz w:val="16"/>
          <w:u w:val="none"/>
        </w:rPr>
        <w:t xml:space="preserve"> that had dominated the party since Ronald Reagan. On economics, Trump seemed poised to radically remake the GOP’s ideological foundations.</w:t>
      </w:r>
    </w:p>
    <w:p>
      <w:pPr>
        <w:spacing w:after="60"/>
      </w:pPr>
      <w:r>
        <w:rPr>
          <w:b w:val="0"/>
          <w:i w:val="0"/>
          <w:smallCaps w:val="0"/>
          <w:strike w:val="0"/>
          <w:sz w:val="22"/>
          <w:u w:val="single"/>
        </w:rPr>
        <w:t xml:space="preserve">Today, </w:t>
      </w:r>
      <w:r>
        <w:rPr>
          <w:b/>
          <w:i w:val="0"/>
          <w:smallCaps w:val="0"/>
          <w:strike w:val="0"/>
          <w:sz w:val="22"/>
          <w:u w:val="single"/>
        </w:rPr>
        <w:t>Trump</w:t>
      </w:r>
      <w:r>
        <w:rPr>
          <w:b w:val="0"/>
          <w:i w:val="0"/>
          <w:smallCaps w:val="0"/>
          <w:strike w:val="0"/>
          <w:sz w:val="22"/>
          <w:u w:val="single"/>
        </w:rPr>
        <w:t xml:space="preserve"> is back at the </w:t>
      </w:r>
      <w:r>
        <w:rPr>
          <w:b/>
          <w:i w:val="0"/>
          <w:smallCaps w:val="0"/>
          <w:strike w:val="0"/>
          <w:sz w:val="22"/>
          <w:u w:val="single"/>
        </w:rPr>
        <w:t>helm</w:t>
      </w:r>
      <w:r>
        <w:rPr>
          <w:b w:val="0"/>
          <w:i w:val="0"/>
          <w:smallCaps w:val="0"/>
          <w:strike w:val="0"/>
          <w:sz w:val="22"/>
          <w:u w:val="single"/>
        </w:rPr>
        <w:t xml:space="preserve"> of the Republican Party, but the </w:t>
      </w:r>
      <w:r>
        <w:rPr>
          <w:b/>
          <w:i w:val="0"/>
          <w:smallCaps w:val="0"/>
          <w:strike w:val="0"/>
          <w:sz w:val="22"/>
          <w:u w:val="single"/>
        </w:rPr>
        <w:t>anti-corporate rhetoric</w:t>
      </w:r>
      <w:r>
        <w:rPr>
          <w:b w:val="0"/>
          <w:i w:val="0"/>
          <w:smallCaps w:val="0"/>
          <w:strike w:val="0"/>
          <w:sz w:val="22"/>
          <w:u w:val="single"/>
        </w:rPr>
        <w:t xml:space="preserve"> has disappeared. This time</w:t>
      </w:r>
      <w:r>
        <w:rPr>
          <w:b w:val="0"/>
          <w:i w:val="0"/>
          <w:smallCaps w:val="0"/>
          <w:strike w:val="0"/>
          <w:sz w:val="16"/>
          <w:u w:val="none"/>
        </w:rPr>
        <w:t xml:space="preserve"> around, the former </w:t>
      </w:r>
      <w:r>
        <w:rPr>
          <w:b w:val="0"/>
          <w:i w:val="0"/>
          <w:smallCaps w:val="0"/>
          <w:strike w:val="0"/>
          <w:sz w:val="22"/>
          <w:u w:val="single"/>
        </w:rPr>
        <w:t>president</w:t>
      </w:r>
      <w:r>
        <w:rPr>
          <w:b w:val="0"/>
          <w:i w:val="0"/>
          <w:smallCaps w:val="0"/>
          <w:strike w:val="0"/>
          <w:sz w:val="22"/>
          <w:u w:val="single"/>
        </w:rPr>
        <w:t xml:space="preserve"> isn’t even </w:t>
      </w:r>
      <w:r>
        <w:rPr>
          <w:b/>
          <w:i w:val="0"/>
          <w:smallCaps w:val="0"/>
          <w:strike w:val="0"/>
          <w:sz w:val="22"/>
          <w:u w:val="single"/>
        </w:rPr>
        <w:t>pretending</w:t>
      </w:r>
      <w:r>
        <w:rPr>
          <w:b w:val="0"/>
          <w:i w:val="0"/>
          <w:smallCaps w:val="0"/>
          <w:strike w:val="0"/>
          <w:sz w:val="22"/>
          <w:u w:val="single"/>
        </w:rPr>
        <w:t xml:space="preserve"> to stand up to </w:t>
      </w:r>
      <w:r>
        <w:rPr>
          <w:b/>
          <w:i w:val="0"/>
          <w:smallCaps w:val="0"/>
          <w:strike w:val="0"/>
          <w:sz w:val="22"/>
          <w:u w:val="single"/>
        </w:rPr>
        <w:t>corporate power</w:t>
      </w:r>
      <w:r>
        <w:rPr>
          <w:b w:val="0"/>
          <w:i w:val="0"/>
          <w:smallCaps w:val="0"/>
          <w:strike w:val="0"/>
          <w:sz w:val="22"/>
          <w:u w:val="single"/>
        </w:rPr>
        <w:t xml:space="preserve">: He’s defending </w:t>
      </w:r>
      <w:r>
        <w:rPr>
          <w:b/>
          <w:i w:val="0"/>
          <w:smallCaps w:val="0"/>
          <w:strike w:val="0"/>
          <w:sz w:val="22"/>
          <w:u w:val="single"/>
        </w:rPr>
        <w:t>big business</w:t>
      </w:r>
      <w:r>
        <w:rPr>
          <w:b w:val="0"/>
          <w:i w:val="0"/>
          <w:smallCaps w:val="0"/>
          <w:strike w:val="0"/>
          <w:sz w:val="22"/>
          <w:u w:val="single"/>
        </w:rPr>
        <w:t xml:space="preserve">, cozying up to billionaires, and </w:t>
      </w:r>
      <w:r>
        <w:rPr>
          <w:b/>
          <w:i w:val="0"/>
          <w:smallCaps w:val="0"/>
          <w:strike w:val="0"/>
          <w:sz w:val="22"/>
          <w:u w:val="single"/>
        </w:rPr>
        <w:t>wooing CEOs</w:t>
      </w:r>
      <w:r>
        <w:rPr>
          <w:b w:val="0"/>
          <w:i w:val="0"/>
          <w:smallCaps w:val="0"/>
          <w:strike w:val="0"/>
          <w:sz w:val="22"/>
          <w:u w:val="single"/>
        </w:rPr>
        <w:t>. And</w:t>
      </w:r>
      <w:r>
        <w:rPr>
          <w:b w:val="0"/>
          <w:i w:val="0"/>
          <w:smallCaps w:val="0"/>
          <w:strike w:val="0"/>
          <w:sz w:val="16"/>
          <w:u w:val="none"/>
        </w:rPr>
        <w:t xml:space="preserve"> instead of paying an electoral price for this reversal, </w:t>
      </w:r>
      <w:r>
        <w:rPr>
          <w:b w:val="0"/>
          <w:i w:val="0"/>
          <w:smallCaps w:val="0"/>
          <w:strike w:val="0"/>
          <w:sz w:val="22"/>
          <w:u w:val="single"/>
        </w:rPr>
        <w:t>the polls suggest</w:t>
      </w:r>
      <w:r>
        <w:rPr>
          <w:b w:val="0"/>
          <w:i w:val="0"/>
          <w:smallCaps w:val="0"/>
          <w:strike w:val="0"/>
          <w:sz w:val="16"/>
          <w:u w:val="none"/>
        </w:rPr>
        <w:t xml:space="preserve"> that </w:t>
      </w:r>
      <w:r>
        <w:rPr>
          <w:b w:val="0"/>
          <w:i w:val="0"/>
          <w:smallCaps w:val="0"/>
          <w:strike w:val="0"/>
          <w:sz w:val="22"/>
          <w:u w:val="single"/>
        </w:rPr>
        <w:t xml:space="preserve">he’s </w:t>
      </w:r>
      <w:r>
        <w:rPr>
          <w:b/>
          <w:i w:val="0"/>
          <w:smallCaps w:val="0"/>
          <w:strike w:val="0"/>
          <w:sz w:val="22"/>
          <w:u w:val="single"/>
        </w:rPr>
        <w:t>winning</w:t>
      </w:r>
      <w:r>
        <w:rPr>
          <w:b w:val="0"/>
          <w:i w:val="0"/>
          <w:smallCaps w:val="0"/>
          <w:strike w:val="0"/>
          <w:sz w:val="22"/>
          <w:u w:val="single"/>
        </w:rPr>
        <w:t xml:space="preserve"> over more voters—specifically</w:t>
      </w:r>
      <w:r>
        <w:rPr>
          <w:b w:val="0"/>
          <w:i w:val="0"/>
          <w:smallCaps w:val="0"/>
          <w:strike w:val="0"/>
          <w:sz w:val="16"/>
          <w:u w:val="none"/>
        </w:rPr>
        <w:t xml:space="preserve">, more </w:t>
      </w:r>
      <w:r>
        <w:rPr>
          <w:b/>
          <w:i w:val="0"/>
          <w:smallCaps w:val="0"/>
          <w:strike w:val="0"/>
          <w:sz w:val="22"/>
          <w:u w:val="single"/>
        </w:rPr>
        <w:t>working-class voters</w:t>
      </w:r>
      <w:r>
        <w:rPr>
          <w:b w:val="0"/>
          <w:i w:val="0"/>
          <w:smallCaps w:val="0"/>
          <w:strike w:val="0"/>
          <w:sz w:val="16"/>
          <w:u w:val="none"/>
        </w:rPr>
        <w:t>—than ever before. Trump’s first victory opened the door to an economically populist version of the GOP. His second could very well close it.</w:t>
      </w:r>
    </w:p>
    <w:p>
      <w:pPr>
        <w:spacing w:after="60"/>
      </w:pPr>
      <w:r>
        <w:rPr>
          <w:b w:val="0"/>
          <w:i w:val="0"/>
          <w:smallCaps w:val="0"/>
          <w:strike w:val="0"/>
          <w:u w:val="none"/>
        </w:rPr>
        <w:t>Central to trump’s 2016 pitch was that politicians on both sides of the aisle had been captured by wealthy donors and corporate lobbyists. “Big business, elite media, and major donors are lining up behind the campaign of my opponent because they know she will keep our rigged system in place,” he declared at his speech accepting the Republican presidential nomination. But he, Trump, would be different.</w:t>
      </w:r>
    </w:p>
    <w:p>
      <w:pPr>
        <w:spacing w:after="60"/>
      </w:pPr>
      <w:r>
        <w:rPr>
          <w:b w:val="0"/>
          <w:i w:val="0"/>
          <w:smallCaps w:val="0"/>
          <w:strike w:val="0"/>
          <w:u w:val="none"/>
        </w:rPr>
        <w:t>Throughout the campaign, Trump picked fights with American companies and CEOs. He called Ford Motor’s plan to relocate a car-assembly plant to Mexico “disgraceful.” He described AT&amp;T’s attempt to buy Time Warner as “an example of the power structure I’m fighting” and said that he would block the deal if elected. He accused the pharmaceutical industry of ripping off the middle class and promised to “negotiate like crazy” to bring down prices. Trump even violated the most sacred of Republican shibboleths: He suggested that he would raise taxes on the wealthy. When he unveiled his tax plan, Trump declared that “it’s going to cost me a fortune” and later doubled down on the notion that it would increase taxes for the richest Americans. His proposal would not, in fact, have done that, and Trump later walked his claims back. But to even flirt with the idea marked a sharp break from other Republican politicians.</w:t>
      </w:r>
    </w:p>
    <w:p>
      <w:pPr>
        <w:spacing w:after="60"/>
      </w:pPr>
      <w:r>
        <w:rPr>
          <w:b w:val="0"/>
          <w:i w:val="0"/>
          <w:smallCaps w:val="0"/>
          <w:strike w:val="0"/>
          <w:u w:val="none"/>
        </w:rPr>
        <w:t>This approach was broadly understood as helping propel Trump to victory in both the Republican primary and the general election. A postelection analysis by the political scientist Lee Drutman found that Trump defeated Hillary Clinton in part by winning over many socially conservative but economically liberal voters who had previously voted for Democrats. In an election that was decided by about 80,000 votes in three states, that support might have been decisive.</w:t>
      </w:r>
    </w:p>
    <w:p>
      <w:pPr>
        <w:spacing w:after="60"/>
      </w:pPr>
      <w:r>
        <w:rPr>
          <w:b w:val="0"/>
          <w:i w:val="0"/>
          <w:smallCaps w:val="0"/>
          <w:strike w:val="0"/>
          <w:sz w:val="22"/>
          <w:u w:val="single"/>
        </w:rPr>
        <w:t xml:space="preserve">Once in office, Trump slapped </w:t>
      </w:r>
      <w:r>
        <w:rPr>
          <w:b/>
          <w:i w:val="0"/>
          <w:smallCaps w:val="0"/>
          <w:strike w:val="0"/>
          <w:sz w:val="22"/>
          <w:u w:val="single"/>
        </w:rPr>
        <w:t>steep new tariffs</w:t>
      </w:r>
      <w:r>
        <w:rPr>
          <w:b w:val="0"/>
          <w:i w:val="0"/>
          <w:smallCaps w:val="0"/>
          <w:strike w:val="0"/>
          <w:sz w:val="22"/>
          <w:u w:val="single"/>
        </w:rPr>
        <w:t xml:space="preserve"> on Chinese imports</w:t>
      </w:r>
      <w:r>
        <w:rPr>
          <w:b w:val="0"/>
          <w:i w:val="0"/>
          <w:smallCaps w:val="0"/>
          <w:strike w:val="0"/>
          <w:sz w:val="16"/>
          <w:u w:val="none"/>
        </w:rPr>
        <w:t xml:space="preserve">. His appointees filed antitrust lawsuits against Google and Meta. But for the most part, </w:t>
      </w:r>
      <w:r>
        <w:rPr>
          <w:b w:val="0"/>
          <w:i w:val="0"/>
          <w:smallCaps w:val="0"/>
          <w:strike w:val="0"/>
          <w:sz w:val="22"/>
          <w:u w:val="single"/>
        </w:rPr>
        <w:t xml:space="preserve">Trump </w:t>
      </w:r>
      <w:r>
        <w:rPr>
          <w:b/>
          <w:i w:val="0"/>
          <w:smallCaps w:val="0"/>
          <w:strike w:val="0"/>
          <w:sz w:val="22"/>
          <w:u w:val="single"/>
        </w:rPr>
        <w:t>failed to deliver</w:t>
      </w:r>
      <w:r>
        <w:rPr>
          <w:b w:val="0"/>
          <w:i w:val="0"/>
          <w:smallCaps w:val="0"/>
          <w:strike w:val="0"/>
          <w:sz w:val="22"/>
          <w:u w:val="single"/>
        </w:rPr>
        <w:t xml:space="preserve"> on his promised </w:t>
      </w:r>
      <w:r>
        <w:rPr>
          <w:b/>
          <w:i w:val="0"/>
          <w:smallCaps w:val="0"/>
          <w:strike w:val="0"/>
          <w:sz w:val="22"/>
          <w:u w:val="single"/>
        </w:rPr>
        <w:t>economic populism</w:t>
      </w:r>
      <w:r>
        <w:rPr>
          <w:b w:val="0"/>
          <w:i w:val="0"/>
          <w:smallCaps w:val="0"/>
          <w:strike w:val="0"/>
          <w:sz w:val="22"/>
          <w:u w:val="single"/>
        </w:rPr>
        <w:t xml:space="preserve">. He filled his Cabinet with former CEOs and Wall Street </w:t>
      </w:r>
      <w:r>
        <w:rPr>
          <w:b/>
          <w:i w:val="0"/>
          <w:smallCaps w:val="0"/>
          <w:strike w:val="0"/>
          <w:sz w:val="22"/>
          <w:u w:val="single"/>
        </w:rPr>
        <w:t>executives</w:t>
      </w:r>
      <w:r>
        <w:rPr>
          <w:b w:val="0"/>
          <w:i w:val="0"/>
          <w:smallCaps w:val="0"/>
          <w:strike w:val="0"/>
          <w:sz w:val="22"/>
          <w:u w:val="single"/>
        </w:rPr>
        <w:t>, rolled back</w:t>
      </w:r>
      <w:r>
        <w:rPr>
          <w:b w:val="0"/>
          <w:i w:val="0"/>
          <w:smallCaps w:val="0"/>
          <w:strike w:val="0"/>
          <w:sz w:val="16"/>
          <w:u w:val="none"/>
        </w:rPr>
        <w:t xml:space="preserve"> dozens of </w:t>
      </w:r>
      <w:r>
        <w:rPr>
          <w:b w:val="0"/>
          <w:i w:val="0"/>
          <w:smallCaps w:val="0"/>
          <w:strike w:val="0"/>
          <w:sz w:val="22"/>
          <w:u w:val="single"/>
        </w:rPr>
        <w:t>regulations, and appointed</w:t>
      </w:r>
      <w:r>
        <w:rPr>
          <w:b w:val="0"/>
          <w:i w:val="0"/>
          <w:smallCaps w:val="0"/>
          <w:strike w:val="0"/>
          <w:sz w:val="16"/>
          <w:u w:val="none"/>
        </w:rPr>
        <w:t xml:space="preserve"> hundreds of </w:t>
      </w:r>
      <w:r>
        <w:rPr>
          <w:b/>
          <w:i w:val="0"/>
          <w:smallCaps w:val="0"/>
          <w:strike w:val="0"/>
          <w:sz w:val="22"/>
          <w:u w:val="single"/>
        </w:rPr>
        <w:t>pro-business judges</w:t>
      </w:r>
      <w:r>
        <w:rPr>
          <w:b w:val="0"/>
          <w:i w:val="0"/>
          <w:smallCaps w:val="0"/>
          <w:strike w:val="0"/>
          <w:sz w:val="22"/>
          <w:u w:val="single"/>
        </w:rPr>
        <w:t xml:space="preserve"> to the courts</w:t>
      </w:r>
      <w:r>
        <w:rPr>
          <w:b w:val="0"/>
          <w:i w:val="0"/>
          <w:smallCaps w:val="0"/>
          <w:strike w:val="0"/>
          <w:sz w:val="16"/>
          <w:u w:val="none"/>
        </w:rPr>
        <w:t>. His signature piece of legislation was a massive tax cut that primarily benefited corporations and the rich.</w:t>
      </w:r>
    </w:p>
    <w:p>
      <w:pPr>
        <w:spacing w:after="60"/>
      </w:pPr>
      <w:r>
        <w:rPr>
          <w:b w:val="0"/>
          <w:i w:val="0"/>
          <w:smallCaps w:val="0"/>
          <w:strike w:val="0"/>
          <w:u w:val="none"/>
        </w:rPr>
        <w:t xml:space="preserve">Even so, Trump had already inspired a small </w:t>
      </w:r>
      <w:r>
        <w:rPr>
          <w:b w:val="0"/>
          <w:i w:val="0"/>
          <w:smallCaps w:val="0"/>
          <w:strike w:val="0"/>
          <w:u w:val="none"/>
        </w:rPr>
        <w:t>faction</w:t>
      </w:r>
      <w:r>
        <w:rPr>
          <w:b w:val="0"/>
          <w:i w:val="0"/>
          <w:smallCaps w:val="0"/>
          <w:strike w:val="0"/>
          <w:u w:val="none"/>
        </w:rPr>
        <w:t xml:space="preserve"> of Republicans to adopt a more anti-corporate, populist approach. Senator Josh Hawley has accused Big Tech companies of posing “the gravest threat to American liberty” in history and introduced legislation to break them up. Senator Marco Rubio has slammed Republican tax cuts (despite voting for them) and endorsed unionization of Amazon warehouses. Senator J. D. Vance worked with progressives such as Elizabeth Warren on bills that would rein in CEO pay and make it harder for companies to merge. Senator Todd Young has proposed legislation banning most noncompete agreements, which companies use to prevent their employees from leaving for jobs at a competitor. New think tanks and publications were founded to create the intellectual scaffolding for this new post-Trump conservative economics, and members of the conservative intelligentsia began publishing books that critiqued free-market capitalism.</w:t>
      </w:r>
    </w:p>
    <w:p>
      <w:pPr>
        <w:spacing w:after="60"/>
      </w:pPr>
      <w:r>
        <w:rPr>
          <w:b w:val="0"/>
          <w:i w:val="0"/>
          <w:smallCaps w:val="0"/>
          <w:strike w:val="0"/>
          <w:u w:val="none"/>
        </w:rPr>
        <w:t>This faction never represented anything close to a majority of the GOP, but at times it appeared to be the party’s future. Hawley, Vance, and Rubio came to be regarded as some of the party’s rising stars. (Indeed, Vance and Rubio are reportedly on Trump’s short list for running mate.) A new wave of Republican donors, most notably Peter Thiel, began funding candidates who embraced a more heterodox economic approach. And a belief took hold in some corners of the right that Trump’s first-term economic policies had been watered down by establishment figures including House Speaker Paul Ryan and Treasury Secretary Steve Mnuchin. In a second term, the thinking went, Trump would be free to unleash his inner populist.</w:t>
      </w:r>
    </w:p>
    <w:p>
      <w:pPr>
        <w:spacing w:after="60"/>
      </w:pPr>
      <w:r>
        <w:rPr>
          <w:b w:val="0"/>
          <w:i w:val="0"/>
          <w:smallCaps w:val="0"/>
          <w:strike w:val="0"/>
          <w:sz w:val="22"/>
          <w:u w:val="single"/>
        </w:rPr>
        <w:t xml:space="preserve">The </w:t>
      </w:r>
      <w:r>
        <w:rPr>
          <w:b/>
          <w:i w:val="0"/>
          <w:smallCaps w:val="0"/>
          <w:strike w:val="0"/>
          <w:sz w:val="22"/>
          <w:u w:val="single"/>
        </w:rPr>
        <w:t>2024 campaign</w:t>
      </w:r>
      <w:r>
        <w:rPr>
          <w:b w:val="0"/>
          <w:i w:val="0"/>
          <w:smallCaps w:val="0"/>
          <w:strike w:val="0"/>
          <w:sz w:val="22"/>
          <w:u w:val="single"/>
        </w:rPr>
        <w:t xml:space="preserve"> has made those hopes look naive</w:t>
      </w:r>
      <w:r>
        <w:rPr>
          <w:b w:val="0"/>
          <w:i w:val="0"/>
          <w:smallCaps w:val="0"/>
          <w:strike w:val="0"/>
          <w:sz w:val="16"/>
          <w:u w:val="none"/>
        </w:rPr>
        <w:t xml:space="preserve">. As the anti-monopoly advocate Matt Stoller recently pointed out, </w:t>
      </w:r>
      <w:r>
        <w:rPr>
          <w:b w:val="0"/>
          <w:i w:val="0"/>
          <w:smallCaps w:val="0"/>
          <w:strike w:val="0"/>
          <w:sz w:val="22"/>
          <w:u w:val="single"/>
        </w:rPr>
        <w:t xml:space="preserve">Trump has “mostly stopped </w:t>
      </w:r>
      <w:r>
        <w:rPr>
          <w:b/>
          <w:i w:val="0"/>
          <w:smallCaps w:val="0"/>
          <w:strike w:val="0"/>
          <w:sz w:val="22"/>
          <w:u w:val="single"/>
        </w:rPr>
        <w:t>challenging big corporations</w:t>
      </w:r>
      <w:r>
        <w:rPr>
          <w:b w:val="0"/>
          <w:i w:val="0"/>
          <w:smallCaps w:val="0"/>
          <w:strike w:val="0"/>
          <w:sz w:val="22"/>
          <w:u w:val="single"/>
        </w:rPr>
        <w:t xml:space="preserve">, except in cultural terms acceptable to </w:t>
      </w:r>
      <w:r>
        <w:rPr>
          <w:b/>
          <w:i w:val="0"/>
          <w:smallCaps w:val="0"/>
          <w:strike w:val="0"/>
          <w:sz w:val="22"/>
          <w:u w:val="single"/>
        </w:rPr>
        <w:t>Wall Street</w:t>
      </w:r>
      <w:r>
        <w:rPr>
          <w:b w:val="0"/>
          <w:i w:val="0"/>
          <w:smallCaps w:val="0"/>
          <w:strike w:val="0"/>
          <w:sz w:val="22"/>
          <w:u w:val="single"/>
        </w:rPr>
        <w:t>.”</w:t>
      </w:r>
      <w:r>
        <w:rPr>
          <w:b w:val="0"/>
          <w:i w:val="0"/>
          <w:smallCaps w:val="0"/>
          <w:strike w:val="0"/>
          <w:sz w:val="16"/>
          <w:u w:val="none"/>
        </w:rPr>
        <w:t xml:space="preserve"> And even there, </w:t>
      </w:r>
      <w:r>
        <w:rPr>
          <w:b w:val="0"/>
          <w:i w:val="0"/>
          <w:smallCaps w:val="0"/>
          <w:strike w:val="0"/>
          <w:sz w:val="22"/>
          <w:u w:val="single"/>
        </w:rPr>
        <w:t xml:space="preserve">Trump seems </w:t>
      </w:r>
      <w:r>
        <w:rPr>
          <w:b/>
          <w:i w:val="0"/>
          <w:smallCaps w:val="0"/>
          <w:strike w:val="0"/>
          <w:sz w:val="22"/>
          <w:u w:val="single"/>
        </w:rPr>
        <w:t>less interested</w:t>
      </w:r>
      <w:r>
        <w:rPr>
          <w:b w:val="0"/>
          <w:i w:val="0"/>
          <w:smallCaps w:val="0"/>
          <w:strike w:val="0"/>
          <w:sz w:val="22"/>
          <w:u w:val="single"/>
        </w:rPr>
        <w:t xml:space="preserve"> in attacking “woke capital” than the greater MAGA </w:t>
      </w:r>
      <w:r>
        <w:rPr>
          <w:b/>
          <w:i w:val="0"/>
          <w:smallCaps w:val="0"/>
          <w:strike w:val="0"/>
          <w:sz w:val="22"/>
          <w:u w:val="single"/>
        </w:rPr>
        <w:t>movement</w:t>
      </w:r>
      <w:r>
        <w:rPr>
          <w:b w:val="0"/>
          <w:i w:val="0"/>
          <w:smallCaps w:val="0"/>
          <w:strike w:val="0"/>
          <w:sz w:val="22"/>
          <w:u w:val="single"/>
        </w:rPr>
        <w:t xml:space="preserve"> is. After</w:t>
      </w:r>
      <w:r>
        <w:rPr>
          <w:b w:val="0"/>
          <w:i w:val="0"/>
          <w:smallCaps w:val="0"/>
          <w:strike w:val="0"/>
          <w:sz w:val="16"/>
          <w:u w:val="none"/>
        </w:rPr>
        <w:t xml:space="preserve"> his </w:t>
      </w:r>
      <w:r>
        <w:rPr>
          <w:b w:val="0"/>
          <w:i w:val="0"/>
          <w:smallCaps w:val="0"/>
          <w:strike w:val="0"/>
          <w:sz w:val="22"/>
          <w:u w:val="single"/>
        </w:rPr>
        <w:t>supporters</w:t>
      </w:r>
      <w:r>
        <w:rPr>
          <w:b w:val="0"/>
          <w:i w:val="0"/>
          <w:smallCaps w:val="0"/>
          <w:strike w:val="0"/>
          <w:sz w:val="16"/>
          <w:u w:val="none"/>
        </w:rPr>
        <w:t xml:space="preserve"> began </w:t>
      </w:r>
      <w:r>
        <w:rPr>
          <w:b/>
          <w:i w:val="0"/>
          <w:smallCaps w:val="0"/>
          <w:strike w:val="0"/>
          <w:sz w:val="22"/>
          <w:u w:val="single"/>
        </w:rPr>
        <w:t>boycotting Budweiser</w:t>
      </w:r>
      <w:r>
        <w:rPr>
          <w:b w:val="0"/>
          <w:i w:val="0"/>
          <w:smallCaps w:val="0"/>
          <w:strike w:val="0"/>
          <w:sz w:val="16"/>
          <w:u w:val="none"/>
        </w:rPr>
        <w:t xml:space="preserve"> for making a marketing deal with a transgender influencer, </w:t>
      </w:r>
      <w:r>
        <w:rPr>
          <w:b w:val="0"/>
          <w:i w:val="0"/>
          <w:smallCaps w:val="0"/>
          <w:strike w:val="0"/>
          <w:sz w:val="22"/>
          <w:u w:val="single"/>
        </w:rPr>
        <w:t>Trump pleaded</w:t>
      </w:r>
      <w:r>
        <w:rPr>
          <w:b w:val="0"/>
          <w:i w:val="0"/>
          <w:smallCaps w:val="0"/>
          <w:strike w:val="0"/>
          <w:sz w:val="16"/>
          <w:u w:val="none"/>
        </w:rPr>
        <w:t xml:space="preserve"> with them on Truth Social </w:t>
      </w:r>
      <w:r>
        <w:rPr>
          <w:b w:val="0"/>
          <w:i w:val="0"/>
          <w:smallCaps w:val="0"/>
          <w:strike w:val="0"/>
          <w:sz w:val="22"/>
          <w:u w:val="single"/>
        </w:rPr>
        <w:t>to give the company a “second chance.”</w:t>
      </w:r>
      <w:r>
        <w:rPr>
          <w:b w:val="0"/>
          <w:i w:val="0"/>
          <w:smallCaps w:val="0"/>
          <w:strike w:val="0"/>
          <w:sz w:val="16"/>
          <w:u w:val="none"/>
        </w:rPr>
        <w:t xml:space="preserve"> Perhaps not coincidentally, </w:t>
      </w:r>
      <w:r>
        <w:rPr>
          <w:b w:val="0"/>
          <w:i w:val="0"/>
          <w:smallCaps w:val="0"/>
          <w:strike w:val="0"/>
          <w:sz w:val="22"/>
          <w:u w:val="single"/>
        </w:rPr>
        <w:t xml:space="preserve">that </w:t>
      </w:r>
      <w:r>
        <w:rPr>
          <w:b/>
          <w:i w:val="0"/>
          <w:smallCaps w:val="0"/>
          <w:strike w:val="0"/>
          <w:sz w:val="22"/>
          <w:u w:val="single"/>
        </w:rPr>
        <w:t>entreaty came</w:t>
      </w:r>
      <w:r>
        <w:rPr>
          <w:b w:val="0"/>
          <w:i w:val="0"/>
          <w:smallCaps w:val="0"/>
          <w:strike w:val="0"/>
          <w:sz w:val="22"/>
          <w:u w:val="single"/>
        </w:rPr>
        <w:t xml:space="preserve"> just before a campaign fundraiser</w:t>
      </w:r>
      <w:r>
        <w:rPr>
          <w:b w:val="0"/>
          <w:i w:val="0"/>
          <w:smallCaps w:val="0"/>
          <w:strike w:val="0"/>
          <w:sz w:val="16"/>
          <w:u w:val="none"/>
        </w:rPr>
        <w:t xml:space="preserve"> hosted </w:t>
      </w:r>
      <w:r>
        <w:rPr>
          <w:b w:val="0"/>
          <w:i w:val="0"/>
          <w:smallCaps w:val="0"/>
          <w:strike w:val="0"/>
          <w:sz w:val="22"/>
          <w:u w:val="single"/>
        </w:rPr>
        <w:t>by</w:t>
      </w:r>
      <w:r>
        <w:rPr>
          <w:b w:val="0"/>
          <w:i w:val="0"/>
          <w:smallCaps w:val="0"/>
          <w:strike w:val="0"/>
          <w:sz w:val="16"/>
          <w:u w:val="none"/>
        </w:rPr>
        <w:t xml:space="preserve"> a lobbyist for Anheuser-Busch, </w:t>
      </w:r>
      <w:r>
        <w:rPr>
          <w:b w:val="0"/>
          <w:i w:val="0"/>
          <w:smallCaps w:val="0"/>
          <w:strike w:val="0"/>
          <w:sz w:val="22"/>
          <w:u w:val="single"/>
        </w:rPr>
        <w:t xml:space="preserve">Budweiser’s </w:t>
      </w:r>
      <w:r>
        <w:rPr>
          <w:b/>
          <w:i w:val="0"/>
          <w:smallCaps w:val="0"/>
          <w:strike w:val="0"/>
          <w:sz w:val="22"/>
          <w:u w:val="single"/>
        </w:rPr>
        <w:t>parent company.</w:t>
      </w:r>
    </w:p>
    <w:p>
      <w:pPr>
        <w:spacing w:after="60"/>
      </w:pPr>
      <w:r>
        <w:rPr>
          <w:b w:val="0"/>
          <w:i w:val="0"/>
          <w:smallCaps w:val="0"/>
          <w:strike w:val="0"/>
          <w:sz w:val="22"/>
          <w:u w:val="single"/>
        </w:rPr>
        <w:t xml:space="preserve">Trump has made many such </w:t>
      </w:r>
      <w:r>
        <w:rPr>
          <w:b/>
          <w:i w:val="0"/>
          <w:smallCaps w:val="0"/>
          <w:strike w:val="0"/>
          <w:sz w:val="22"/>
          <w:u w:val="single"/>
        </w:rPr>
        <w:t>reversals recently</w:t>
      </w:r>
      <w:r>
        <w:rPr>
          <w:b w:val="0"/>
          <w:i w:val="0"/>
          <w:smallCaps w:val="0"/>
          <w:strike w:val="0"/>
          <w:sz w:val="22"/>
          <w:u w:val="single"/>
        </w:rPr>
        <w:t xml:space="preserve">. After years of publicly </w:t>
      </w:r>
      <w:r>
        <w:rPr>
          <w:b/>
          <w:i w:val="0"/>
          <w:smallCaps w:val="0"/>
          <w:strike w:val="0"/>
          <w:sz w:val="22"/>
          <w:u w:val="single"/>
        </w:rPr>
        <w:t>feuding</w:t>
      </w:r>
      <w:r>
        <w:rPr>
          <w:b w:val="0"/>
          <w:i w:val="0"/>
          <w:smallCaps w:val="0"/>
          <w:strike w:val="0"/>
          <w:sz w:val="22"/>
          <w:u w:val="single"/>
        </w:rPr>
        <w:t xml:space="preserve"> with</w:t>
      </w:r>
      <w:r>
        <w:rPr>
          <w:b w:val="0"/>
          <w:i w:val="0"/>
          <w:smallCaps w:val="0"/>
          <w:strike w:val="0"/>
          <w:sz w:val="16"/>
          <w:u w:val="none"/>
        </w:rPr>
        <w:t xml:space="preserve"> Tesla CEO </w:t>
      </w:r>
      <w:r>
        <w:rPr>
          <w:b w:val="0"/>
          <w:i w:val="0"/>
          <w:smallCaps w:val="0"/>
          <w:strike w:val="0"/>
          <w:sz w:val="22"/>
          <w:u w:val="single"/>
        </w:rPr>
        <w:t xml:space="preserve">Elon </w:t>
      </w:r>
      <w:r>
        <w:rPr>
          <w:b/>
          <w:i w:val="0"/>
          <w:smallCaps w:val="0"/>
          <w:strike w:val="0"/>
          <w:sz w:val="22"/>
          <w:u w:val="single"/>
        </w:rPr>
        <w:t>Musk</w:t>
      </w:r>
      <w:r>
        <w:rPr>
          <w:b w:val="0"/>
          <w:i w:val="0"/>
          <w:smallCaps w:val="0"/>
          <w:strike w:val="0"/>
          <w:sz w:val="22"/>
          <w:u w:val="single"/>
        </w:rPr>
        <w:t xml:space="preserve">, Trump </w:t>
      </w:r>
      <w:r>
        <w:rPr>
          <w:b w:val="0"/>
          <w:i w:val="0"/>
          <w:smallCaps w:val="0"/>
          <w:strike w:val="0"/>
          <w:sz w:val="22"/>
          <w:u w:val="single"/>
        </w:rPr>
        <w:t>opened up</w:t>
      </w:r>
      <w:r>
        <w:rPr>
          <w:b w:val="0"/>
          <w:i w:val="0"/>
          <w:smallCaps w:val="0"/>
          <w:strike w:val="0"/>
          <w:sz w:val="22"/>
          <w:u w:val="single"/>
        </w:rPr>
        <w:t xml:space="preserve"> a steady </w:t>
      </w:r>
      <w:r>
        <w:rPr>
          <w:b/>
          <w:i w:val="0"/>
          <w:smallCaps w:val="0"/>
          <w:strike w:val="0"/>
          <w:sz w:val="22"/>
          <w:u w:val="single"/>
        </w:rPr>
        <w:t>line of communication</w:t>
      </w:r>
      <w:r>
        <w:rPr>
          <w:b w:val="0"/>
          <w:i w:val="0"/>
          <w:smallCaps w:val="0"/>
          <w:strike w:val="0"/>
          <w:sz w:val="16"/>
          <w:u w:val="none"/>
        </w:rPr>
        <w:t xml:space="preserve"> with the world’s richest man, </w:t>
      </w:r>
      <w:r>
        <w:rPr>
          <w:b w:val="0"/>
          <w:i w:val="0"/>
          <w:smallCaps w:val="0"/>
          <w:strike w:val="0"/>
          <w:sz w:val="22"/>
          <w:u w:val="single"/>
        </w:rPr>
        <w:t>allegedly</w:t>
      </w:r>
      <w:r>
        <w:rPr>
          <w:b w:val="0"/>
          <w:i w:val="0"/>
          <w:smallCaps w:val="0"/>
          <w:strike w:val="0"/>
          <w:sz w:val="16"/>
          <w:u w:val="none"/>
        </w:rPr>
        <w:t xml:space="preserve"> even </w:t>
      </w:r>
      <w:r>
        <w:rPr>
          <w:b w:val="0"/>
          <w:i w:val="0"/>
          <w:smallCaps w:val="0"/>
          <w:strike w:val="0"/>
          <w:sz w:val="22"/>
          <w:u w:val="single"/>
        </w:rPr>
        <w:t>discussing</w:t>
      </w:r>
      <w:r>
        <w:rPr>
          <w:b w:val="0"/>
          <w:i w:val="0"/>
          <w:smallCaps w:val="0"/>
          <w:strike w:val="0"/>
          <w:sz w:val="16"/>
          <w:u w:val="none"/>
        </w:rPr>
        <w:t xml:space="preserve"> the </w:t>
      </w:r>
      <w:r>
        <w:rPr>
          <w:b w:val="0"/>
          <w:i w:val="0"/>
          <w:smallCaps w:val="0"/>
          <w:strike w:val="0"/>
          <w:sz w:val="22"/>
          <w:u w:val="single"/>
        </w:rPr>
        <w:t xml:space="preserve">possibility of an </w:t>
      </w:r>
      <w:r>
        <w:rPr>
          <w:b/>
          <w:i w:val="0"/>
          <w:smallCaps w:val="0"/>
          <w:strike w:val="0"/>
          <w:sz w:val="22"/>
          <w:u w:val="single"/>
        </w:rPr>
        <w:t>administration position</w:t>
      </w:r>
      <w:r>
        <w:rPr>
          <w:b w:val="0"/>
          <w:i w:val="0"/>
          <w:smallCaps w:val="0"/>
          <w:strike w:val="0"/>
          <w:sz w:val="22"/>
          <w:u w:val="single"/>
        </w:rPr>
        <w:t xml:space="preserve">. When Congress passed </w:t>
      </w:r>
      <w:r>
        <w:rPr>
          <w:b/>
          <w:i w:val="0"/>
          <w:smallCaps w:val="0"/>
          <w:strike w:val="0"/>
          <w:sz w:val="22"/>
          <w:u w:val="single"/>
        </w:rPr>
        <w:t>legislation</w:t>
      </w:r>
      <w:r>
        <w:rPr>
          <w:b w:val="0"/>
          <w:i w:val="0"/>
          <w:smallCaps w:val="0"/>
          <w:strike w:val="0"/>
          <w:sz w:val="22"/>
          <w:u w:val="single"/>
        </w:rPr>
        <w:t xml:space="preserve"> to ban TikTok</w:t>
      </w:r>
      <w:r>
        <w:rPr>
          <w:b w:val="0"/>
          <w:i w:val="0"/>
          <w:smallCaps w:val="0"/>
          <w:strike w:val="0"/>
          <w:sz w:val="16"/>
          <w:u w:val="none"/>
        </w:rPr>
        <w:t xml:space="preserve">—something </w:t>
      </w:r>
      <w:r>
        <w:rPr>
          <w:b w:val="0"/>
          <w:i w:val="0"/>
          <w:smallCaps w:val="0"/>
          <w:strike w:val="0"/>
          <w:sz w:val="22"/>
          <w:u w:val="single"/>
        </w:rPr>
        <w:t>Trump</w:t>
      </w:r>
      <w:r>
        <w:rPr>
          <w:b w:val="0"/>
          <w:i w:val="0"/>
          <w:smallCaps w:val="0"/>
          <w:strike w:val="0"/>
          <w:sz w:val="16"/>
          <w:u w:val="none"/>
        </w:rPr>
        <w:t xml:space="preserve"> himself had attempted to do while in office—the former president </w:t>
      </w:r>
      <w:r>
        <w:rPr>
          <w:b w:val="0"/>
          <w:i w:val="0"/>
          <w:smallCaps w:val="0"/>
          <w:strike w:val="0"/>
          <w:sz w:val="22"/>
          <w:u w:val="single"/>
        </w:rPr>
        <w:t xml:space="preserve">came out </w:t>
      </w:r>
      <w:r>
        <w:rPr>
          <w:b/>
          <w:i w:val="0"/>
          <w:smallCaps w:val="0"/>
          <w:strike w:val="0"/>
          <w:sz w:val="22"/>
          <w:u w:val="single"/>
        </w:rPr>
        <w:t>against the ban</w:t>
      </w:r>
      <w:r>
        <w:rPr>
          <w:b w:val="0"/>
          <w:i w:val="0"/>
          <w:smallCaps w:val="0"/>
          <w:strike w:val="0"/>
          <w:sz w:val="22"/>
          <w:u w:val="single"/>
        </w:rPr>
        <w:t xml:space="preserve"> after meeting with</w:t>
      </w:r>
      <w:r>
        <w:rPr>
          <w:b w:val="0"/>
          <w:i w:val="0"/>
          <w:smallCaps w:val="0"/>
          <w:strike w:val="0"/>
          <w:sz w:val="16"/>
          <w:u w:val="none"/>
        </w:rPr>
        <w:t xml:space="preserve"> one of the company’s biggest </w:t>
      </w:r>
      <w:r>
        <w:rPr>
          <w:b/>
          <w:i w:val="0"/>
          <w:smallCaps w:val="0"/>
          <w:strike w:val="0"/>
          <w:sz w:val="22"/>
          <w:u w:val="single"/>
        </w:rPr>
        <w:t>investors</w:t>
      </w:r>
      <w:r>
        <w:rPr>
          <w:b w:val="0"/>
          <w:i w:val="0"/>
          <w:smallCaps w:val="0"/>
          <w:strike w:val="0"/>
          <w:sz w:val="16"/>
          <w:u w:val="none"/>
        </w:rPr>
        <w:t>, Jeff Yass. (Trump denied discussing TikTok with Yass.) In 2021, Trump called bitcoin “a scam.” Now, after a recent meeting with bitcoin miners, he touts his support for the crypto industry, promising to defend it against “Biden’s hatred of Bitcoin.” For his troubles, Trump received a $1 million campaign donation (in bitcoin, of course) from each of the crypto-loving Winklevoss twins.</w:t>
      </w:r>
    </w:p>
    <w:p>
      <w:pPr>
        <w:spacing w:after="60"/>
      </w:pPr>
      <w:r>
        <w:rPr>
          <w:b w:val="0"/>
          <w:i w:val="0"/>
          <w:smallCaps w:val="0"/>
          <w:strike w:val="0"/>
          <w:sz w:val="16"/>
          <w:u w:val="none"/>
        </w:rPr>
        <w:t xml:space="preserve">On taxes, Trump has gone from promising to soak the rich to actively seducing them. “You’re rich as hell,” he told attendees at a Mar-a-Lago event late last year. “We’re </w:t>
      </w:r>
      <w:r>
        <w:rPr>
          <w:b w:val="0"/>
          <w:i w:val="0"/>
          <w:smallCaps w:val="0"/>
          <w:strike w:val="0"/>
          <w:sz w:val="16"/>
          <w:u w:val="none"/>
        </w:rPr>
        <w:t>gonna</w:t>
      </w:r>
      <w:r>
        <w:rPr>
          <w:b w:val="0"/>
          <w:i w:val="0"/>
          <w:smallCaps w:val="0"/>
          <w:strike w:val="0"/>
          <w:sz w:val="16"/>
          <w:u w:val="none"/>
        </w:rPr>
        <w:t xml:space="preserve"> give you tax cuts.” He has campaigned not only on extending his 2017 tax-cut law, which is set to expire next year, but also on introducing further cuts for all earners, including specifically the “upper class” and “business class.” At a recent Business Roundtable event, </w:t>
      </w:r>
      <w:r>
        <w:rPr>
          <w:b w:val="0"/>
          <w:i w:val="0"/>
          <w:smallCaps w:val="0"/>
          <w:strike w:val="0"/>
          <w:sz w:val="22"/>
          <w:u w:val="single"/>
        </w:rPr>
        <w:t xml:space="preserve">Trump </w:t>
      </w:r>
      <w:r>
        <w:rPr>
          <w:b/>
          <w:i w:val="0"/>
          <w:smallCaps w:val="0"/>
          <w:strike w:val="0"/>
          <w:sz w:val="22"/>
          <w:u w:val="single"/>
        </w:rPr>
        <w:t>promised</w:t>
      </w:r>
      <w:r>
        <w:rPr>
          <w:b w:val="0"/>
          <w:i w:val="0"/>
          <w:smallCaps w:val="0"/>
          <w:strike w:val="0"/>
          <w:sz w:val="22"/>
          <w:u w:val="single"/>
        </w:rPr>
        <w:t xml:space="preserve"> a room of </w:t>
      </w:r>
      <w:r>
        <w:rPr>
          <w:b/>
          <w:i w:val="0"/>
          <w:smallCaps w:val="0"/>
          <w:strike w:val="0"/>
          <w:sz w:val="22"/>
          <w:u w:val="single"/>
        </w:rPr>
        <w:t>80 CEOs</w:t>
      </w:r>
      <w:r>
        <w:rPr>
          <w:b w:val="0"/>
          <w:i w:val="0"/>
          <w:smallCaps w:val="0"/>
          <w:strike w:val="0"/>
          <w:sz w:val="22"/>
          <w:u w:val="single"/>
        </w:rPr>
        <w:t xml:space="preserve"> that he would further </w:t>
      </w:r>
      <w:r>
        <w:rPr>
          <w:b/>
          <w:i w:val="0"/>
          <w:smallCaps w:val="0"/>
          <w:strike w:val="0"/>
          <w:sz w:val="22"/>
          <w:u w:val="single"/>
        </w:rPr>
        <w:t>drop</w:t>
      </w:r>
      <w:r>
        <w:rPr>
          <w:b w:val="0"/>
          <w:i w:val="0"/>
          <w:smallCaps w:val="0"/>
          <w:strike w:val="0"/>
          <w:sz w:val="22"/>
          <w:u w:val="single"/>
        </w:rPr>
        <w:t xml:space="preserve"> the corporate </w:t>
      </w:r>
      <w:r>
        <w:rPr>
          <w:b/>
          <w:i w:val="0"/>
          <w:smallCaps w:val="0"/>
          <w:strike w:val="0"/>
          <w:sz w:val="22"/>
          <w:u w:val="single"/>
        </w:rPr>
        <w:t>tax</w:t>
      </w:r>
      <w:r>
        <w:rPr>
          <w:b w:val="0"/>
          <w:i w:val="0"/>
          <w:smallCaps w:val="0"/>
          <w:strike w:val="0"/>
          <w:sz w:val="22"/>
          <w:u w:val="single"/>
        </w:rPr>
        <w:t xml:space="preserve"> rate. He has even floated the idea of </w:t>
      </w:r>
      <w:r>
        <w:rPr>
          <w:b/>
          <w:i w:val="0"/>
          <w:smallCaps w:val="0"/>
          <w:strike w:val="0"/>
          <w:sz w:val="22"/>
          <w:u w:val="single"/>
        </w:rPr>
        <w:t>eliminating</w:t>
      </w:r>
      <w:r>
        <w:rPr>
          <w:b w:val="0"/>
          <w:i w:val="0"/>
          <w:smallCaps w:val="0"/>
          <w:strike w:val="0"/>
          <w:sz w:val="22"/>
          <w:u w:val="single"/>
        </w:rPr>
        <w:t xml:space="preserve"> the federal </w:t>
      </w:r>
      <w:r>
        <w:rPr>
          <w:b/>
          <w:i w:val="0"/>
          <w:smallCaps w:val="0"/>
          <w:strike w:val="0"/>
          <w:sz w:val="22"/>
          <w:u w:val="single"/>
        </w:rPr>
        <w:t>income tax</w:t>
      </w:r>
      <w:r>
        <w:rPr>
          <w:b w:val="0"/>
          <w:i w:val="0"/>
          <w:smallCaps w:val="0"/>
          <w:strike w:val="0"/>
          <w:sz w:val="22"/>
          <w:u w:val="single"/>
        </w:rPr>
        <w:t xml:space="preserve"> altogether</w:t>
      </w:r>
      <w:r>
        <w:rPr>
          <w:b w:val="0"/>
          <w:i w:val="0"/>
          <w:smallCaps w:val="0"/>
          <w:strike w:val="0"/>
          <w:sz w:val="16"/>
          <w:u w:val="none"/>
        </w:rPr>
        <w:t>. In April, Trump told oil executives and lobbyists that they should donate $1 billion to his campaign because of how much his deregulatory agenda would help their industry.</w:t>
      </w:r>
    </w:p>
    <w:p>
      <w:pPr>
        <w:spacing w:after="60"/>
      </w:pPr>
      <w:r>
        <w:rPr>
          <w:b w:val="0"/>
          <w:i w:val="0"/>
          <w:smallCaps w:val="0"/>
          <w:strike w:val="0"/>
          <w:sz w:val="16"/>
          <w:u w:val="none"/>
        </w:rPr>
        <w:t>Granted, Trump has promised steep tariffs on foreign goods and proposed a mass deportation of undocumented immigrants, neither of which corporate America is exactly thrilled about. But the enemy in his crosshairs is no longer big business: It’s environmentalists, China, and, as ever, illegal immigration, which Trump has labeled “an all-out war on the working-class minorities of our country.”</w:t>
      </w:r>
    </w:p>
    <w:p>
      <w:pPr>
        <w:spacing w:after="60"/>
      </w:pPr>
      <w:r>
        <w:rPr>
          <w:b w:val="0"/>
          <w:i w:val="0"/>
          <w:smallCaps w:val="0"/>
          <w:strike w:val="0"/>
          <w:sz w:val="22"/>
          <w:u w:val="single"/>
        </w:rPr>
        <w:t xml:space="preserve">Trump’s </w:t>
      </w:r>
      <w:r>
        <w:rPr>
          <w:b/>
          <w:i w:val="0"/>
          <w:smallCaps w:val="0"/>
          <w:strike w:val="0"/>
          <w:sz w:val="22"/>
          <w:u w:val="single"/>
        </w:rPr>
        <w:t>new message</w:t>
      </w:r>
      <w:r>
        <w:rPr>
          <w:b w:val="0"/>
          <w:i w:val="0"/>
          <w:smallCaps w:val="0"/>
          <w:strike w:val="0"/>
          <w:sz w:val="16"/>
          <w:u w:val="none"/>
        </w:rPr>
        <w:t xml:space="preserve"> strongly </w:t>
      </w:r>
      <w:r>
        <w:rPr>
          <w:b w:val="0"/>
          <w:i w:val="0"/>
          <w:smallCaps w:val="0"/>
          <w:strike w:val="0"/>
          <w:sz w:val="22"/>
          <w:u w:val="single"/>
        </w:rPr>
        <w:t xml:space="preserve">suggests that his </w:t>
      </w:r>
      <w:r>
        <w:rPr>
          <w:b/>
          <w:i w:val="0"/>
          <w:smallCaps w:val="0"/>
          <w:strike w:val="0"/>
          <w:sz w:val="22"/>
          <w:u w:val="single"/>
        </w:rPr>
        <w:t>second administration</w:t>
      </w:r>
      <w:r>
        <w:rPr>
          <w:b w:val="0"/>
          <w:i w:val="0"/>
          <w:smallCaps w:val="0"/>
          <w:strike w:val="0"/>
          <w:sz w:val="22"/>
          <w:u w:val="single"/>
        </w:rPr>
        <w:t xml:space="preserve"> would be even more supportive of </w:t>
      </w:r>
      <w:r>
        <w:rPr>
          <w:b/>
          <w:i w:val="0"/>
          <w:smallCaps w:val="0"/>
          <w:strike w:val="0"/>
          <w:sz w:val="22"/>
          <w:u w:val="single"/>
        </w:rPr>
        <w:t>big business</w:t>
      </w:r>
      <w:r>
        <w:rPr>
          <w:b w:val="0"/>
          <w:i w:val="0"/>
          <w:smallCaps w:val="0"/>
          <w:strike w:val="0"/>
          <w:sz w:val="22"/>
          <w:u w:val="single"/>
        </w:rPr>
        <w:t xml:space="preserve"> than his first. </w:t>
      </w:r>
      <w:r>
        <w:rPr>
          <w:b/>
          <w:i w:val="0"/>
          <w:smallCaps w:val="0"/>
          <w:strike w:val="0"/>
          <w:sz w:val="22"/>
          <w:u w:val="single"/>
        </w:rPr>
        <w:t>Corporate America</w:t>
      </w:r>
      <w:r>
        <w:rPr>
          <w:b w:val="0"/>
          <w:i w:val="0"/>
          <w:smallCaps w:val="0"/>
          <w:strike w:val="0"/>
          <w:sz w:val="22"/>
          <w:u w:val="single"/>
        </w:rPr>
        <w:t xml:space="preserve"> knows it.</w:t>
      </w:r>
      <w:r>
        <w:rPr>
          <w:b w:val="0"/>
          <w:i w:val="0"/>
          <w:smallCaps w:val="0"/>
          <w:strike w:val="0"/>
          <w:sz w:val="16"/>
          <w:u w:val="none"/>
        </w:rPr>
        <w:t xml:space="preserve"> In recent months, the </w:t>
      </w:r>
      <w:r>
        <w:rPr>
          <w:b w:val="0"/>
          <w:i w:val="0"/>
          <w:smallCaps w:val="0"/>
          <w:strike w:val="0"/>
          <w:sz w:val="22"/>
          <w:u w:val="single"/>
        </w:rPr>
        <w:t>Trump campaign</w:t>
      </w:r>
      <w:r>
        <w:rPr>
          <w:b w:val="0"/>
          <w:i w:val="0"/>
          <w:smallCaps w:val="0"/>
          <w:strike w:val="0"/>
          <w:sz w:val="16"/>
          <w:u w:val="none"/>
        </w:rPr>
        <w:t xml:space="preserve"> has </w:t>
      </w:r>
      <w:r>
        <w:rPr>
          <w:b w:val="0"/>
          <w:i w:val="0"/>
          <w:smallCaps w:val="0"/>
          <w:strike w:val="0"/>
          <w:sz w:val="22"/>
          <w:u w:val="single"/>
        </w:rPr>
        <w:t xml:space="preserve">received a </w:t>
      </w:r>
      <w:r>
        <w:rPr>
          <w:b/>
          <w:i w:val="0"/>
          <w:smallCaps w:val="0"/>
          <w:strike w:val="0"/>
          <w:sz w:val="22"/>
          <w:u w:val="single"/>
        </w:rPr>
        <w:t>slate of endorsements</w:t>
      </w:r>
      <w:r>
        <w:rPr>
          <w:b w:val="0"/>
          <w:i w:val="0"/>
          <w:smallCaps w:val="0"/>
          <w:strike w:val="0"/>
          <w:sz w:val="22"/>
          <w:u w:val="single"/>
        </w:rPr>
        <w:t xml:space="preserve"> from</w:t>
      </w:r>
      <w:r>
        <w:rPr>
          <w:b w:val="0"/>
          <w:i w:val="0"/>
          <w:smallCaps w:val="0"/>
          <w:strike w:val="0"/>
          <w:sz w:val="16"/>
          <w:u w:val="none"/>
        </w:rPr>
        <w:t xml:space="preserve"> high-profile </w:t>
      </w:r>
      <w:r>
        <w:rPr>
          <w:b w:val="0"/>
          <w:i w:val="0"/>
          <w:smallCaps w:val="0"/>
          <w:strike w:val="0"/>
          <w:sz w:val="22"/>
          <w:u w:val="single"/>
        </w:rPr>
        <w:t>Wall Street executives</w:t>
      </w:r>
      <w:r>
        <w:rPr>
          <w:b w:val="0"/>
          <w:i w:val="0"/>
          <w:smallCaps w:val="0"/>
          <w:strike w:val="0"/>
          <w:sz w:val="16"/>
          <w:u w:val="none"/>
        </w:rPr>
        <w:t xml:space="preserve"> and major </w:t>
      </w:r>
      <w:r>
        <w:rPr>
          <w:b w:val="0"/>
          <w:i w:val="0"/>
          <w:smallCaps w:val="0"/>
          <w:strike w:val="0"/>
          <w:sz w:val="16"/>
          <w:u w:val="none"/>
        </w:rPr>
        <w:t xml:space="preserve">donors, </w:t>
      </w:r>
      <w:r>
        <w:rPr>
          <w:b w:val="0"/>
          <w:i w:val="0"/>
          <w:smallCaps w:val="0"/>
          <w:strike w:val="0"/>
          <w:sz w:val="22"/>
          <w:u w:val="single"/>
        </w:rPr>
        <w:t>and</w:t>
      </w:r>
      <w:r>
        <w:rPr>
          <w:b w:val="0"/>
          <w:i w:val="0"/>
          <w:smallCaps w:val="0"/>
          <w:strike w:val="0"/>
          <w:sz w:val="22"/>
          <w:u w:val="single"/>
        </w:rPr>
        <w:t xml:space="preserve"> </w:t>
      </w:r>
      <w:r>
        <w:rPr>
          <w:b/>
          <w:i w:val="0"/>
          <w:smallCaps w:val="0"/>
          <w:strike w:val="0"/>
          <w:sz w:val="22"/>
          <w:u w:val="single"/>
        </w:rPr>
        <w:t>experienced</w:t>
      </w:r>
      <w:r>
        <w:rPr>
          <w:b w:val="0"/>
          <w:i w:val="0"/>
          <w:smallCaps w:val="0"/>
          <w:strike w:val="0"/>
          <w:sz w:val="22"/>
          <w:u w:val="single"/>
        </w:rPr>
        <w:t xml:space="preserve"> a surge in funding. </w:t>
      </w:r>
      <w:r>
        <w:rPr>
          <w:b/>
          <w:i w:val="0"/>
          <w:smallCaps w:val="0"/>
          <w:strike w:val="0"/>
          <w:sz w:val="22"/>
          <w:u w:val="single"/>
        </w:rPr>
        <w:t>Corporate leaders</w:t>
      </w:r>
      <w:r>
        <w:rPr>
          <w:b w:val="0"/>
          <w:i w:val="0"/>
          <w:smallCaps w:val="0"/>
          <w:strike w:val="0"/>
          <w:sz w:val="16"/>
          <w:u w:val="none"/>
        </w:rPr>
        <w:t xml:space="preserve">, many of whom vocally opposed Trump in 2016 and 2020, </w:t>
      </w:r>
      <w:r>
        <w:rPr>
          <w:b w:val="0"/>
          <w:i w:val="0"/>
          <w:smallCaps w:val="0"/>
          <w:strike w:val="0"/>
          <w:sz w:val="22"/>
          <w:u w:val="single"/>
        </w:rPr>
        <w:t>have been</w:t>
      </w:r>
      <w:r>
        <w:rPr>
          <w:b w:val="0"/>
          <w:i w:val="0"/>
          <w:smallCaps w:val="0"/>
          <w:strike w:val="0"/>
          <w:sz w:val="16"/>
          <w:u w:val="none"/>
        </w:rPr>
        <w:t xml:space="preserve"> largely </w:t>
      </w:r>
      <w:r>
        <w:rPr>
          <w:b w:val="0"/>
          <w:i w:val="0"/>
          <w:smallCaps w:val="0"/>
          <w:strike w:val="0"/>
          <w:sz w:val="22"/>
          <w:u w:val="single"/>
        </w:rPr>
        <w:t>silent this time</w:t>
      </w:r>
      <w:r>
        <w:rPr>
          <w:b w:val="0"/>
          <w:i w:val="0"/>
          <w:smallCaps w:val="0"/>
          <w:strike w:val="0"/>
          <w:sz w:val="16"/>
          <w:u w:val="none"/>
        </w:rPr>
        <w:t xml:space="preserve"> around; some, like JPMorgan Chase’s Jamie </w:t>
      </w:r>
      <w:r>
        <w:rPr>
          <w:b w:val="0"/>
          <w:i w:val="0"/>
          <w:smallCaps w:val="0"/>
          <w:strike w:val="0"/>
          <w:sz w:val="16"/>
          <w:u w:val="none"/>
        </w:rPr>
        <w:t>Dimon</w:t>
      </w:r>
      <w:r>
        <w:rPr>
          <w:b w:val="0"/>
          <w:i w:val="0"/>
          <w:smallCaps w:val="0"/>
          <w:strike w:val="0"/>
          <w:sz w:val="16"/>
          <w:u w:val="none"/>
        </w:rPr>
        <w:t>, have publicly praised Trump.</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