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Continued US development of modernization of military bases and congressional funding solves 5G. </w:t>
      </w:r>
    </w:p>
    <w:p>
      <w:pPr>
        <w:spacing w:after="80"/>
      </w:pPr>
      <w:r>
        <w:rPr>
          <w:b/>
          <w:i w:val="0"/>
          <w:smallCaps w:val="0"/>
          <w:strike w:val="0"/>
          <w:sz w:val="22"/>
          <w:u w:val="none"/>
        </w:rPr>
        <w:t>DiGuardo</w:t>
      </w:r>
      <w:r>
        <w:rPr>
          <w:b/>
          <w:i w:val="0"/>
          <w:smallCaps w:val="0"/>
          <w:strike w:val="0"/>
          <w:sz w:val="22"/>
          <w:u w:val="none"/>
        </w:rPr>
        <w:t xml:space="preserve"> ’24</w:t>
      </w:r>
      <w:r>
        <w:rPr>
          <w:b w:val="0"/>
          <w:i w:val="0"/>
          <w:smallCaps w:val="0"/>
          <w:strike w:val="0"/>
          <w:u w:val="none"/>
        </w:rPr>
        <w:t xml:space="preserve"> [Joe; January 24; </w:t>
      </w:r>
      <w:r>
        <w:rPr>
          <w:b w:val="0"/>
          <w:i w:val="0"/>
          <w:smallCaps w:val="0"/>
          <w:strike w:val="0"/>
          <w:u w:val="none"/>
        </w:rPr>
        <w:t>Formly</w:t>
      </w:r>
      <w:r>
        <w:rPr>
          <w:b w:val="0"/>
          <w:i w:val="0"/>
          <w:smallCaps w:val="0"/>
          <w:strike w:val="0"/>
          <w:u w:val="none"/>
        </w:rPr>
        <w:t xml:space="preserve"> served in the House of Representatives representing New York, and is now a rear admiral; C4ISR net, “Winning the 5G arms race requires full funding from Congress,” https://www.c4isrnet.com/opinion/2024/01/24/winning-the-5g-arms-race-requires-full-funding-from-congress/] </w:t>
      </w:r>
      <w:r>
        <w:rPr>
          <w:b w:val="0"/>
          <w:i w:val="0"/>
          <w:smallCaps w:val="0"/>
          <w:strike w:val="0"/>
          <w:u w:val="none"/>
        </w:rPr>
        <w:t>jerchan</w:t>
      </w:r>
    </w:p>
    <w:p>
      <w:pPr>
        <w:spacing w:after="60"/>
      </w:pPr>
      <w:r>
        <w:rPr>
          <w:b w:val="0"/>
          <w:i w:val="0"/>
          <w:smallCaps w:val="0"/>
          <w:strike w:val="0"/>
          <w:sz w:val="22"/>
          <w:u w:val="single"/>
        </w:rPr>
        <w:t xml:space="preserve">5G is a </w:t>
      </w:r>
      <w:r>
        <w:rPr>
          <w:b/>
          <w:i w:val="0"/>
          <w:smallCaps w:val="0"/>
          <w:strike w:val="0"/>
          <w:sz w:val="22"/>
          <w:u w:val="single"/>
        </w:rPr>
        <w:t>weapon</w:t>
      </w:r>
      <w:r>
        <w:rPr>
          <w:b w:val="0"/>
          <w:i w:val="0"/>
          <w:smallCaps w:val="0"/>
          <w:strike w:val="0"/>
          <w:sz w:val="12"/>
          <w:u w:val="none"/>
        </w:rPr>
        <w:t xml:space="preserve">. With the mobile phone now the main source of communication, </w:t>
      </w:r>
      <w:r>
        <w:rPr>
          <w:b w:val="0"/>
          <w:i w:val="0"/>
          <w:smallCaps w:val="0"/>
          <w:strike w:val="0"/>
          <w:sz w:val="22"/>
          <w:u w:val="single"/>
        </w:rPr>
        <w:t xml:space="preserve">the Chinese </w:t>
      </w:r>
      <w:r>
        <w:rPr>
          <w:b/>
          <w:i w:val="0"/>
          <w:smallCaps w:val="0"/>
          <w:strike w:val="0"/>
          <w:sz w:val="22"/>
          <w:u w:val="single"/>
        </w:rPr>
        <w:t>Communist Party</w:t>
      </w:r>
      <w:r>
        <w:rPr>
          <w:b w:val="0"/>
          <w:i w:val="0"/>
          <w:smallCaps w:val="0"/>
          <w:strike w:val="0"/>
          <w:sz w:val="22"/>
          <w:u w:val="single"/>
        </w:rPr>
        <w:t xml:space="preserve"> has targeted </w:t>
      </w:r>
      <w:r>
        <w:rPr>
          <w:b/>
          <w:i w:val="0"/>
          <w:smallCaps w:val="0"/>
          <w:strike w:val="0"/>
          <w:sz w:val="22"/>
          <w:u w:val="single"/>
        </w:rPr>
        <w:t>supplying 5G</w:t>
      </w:r>
      <w:r>
        <w:rPr>
          <w:b w:val="0"/>
          <w:i w:val="0"/>
          <w:smallCaps w:val="0"/>
          <w:strike w:val="0"/>
          <w:sz w:val="22"/>
          <w:u w:val="single"/>
        </w:rPr>
        <w:t xml:space="preserve"> infrastructure to countries around the world, </w:t>
      </w:r>
      <w:r>
        <w:rPr>
          <w:b/>
          <w:i w:val="0"/>
          <w:smallCaps w:val="0"/>
          <w:strike w:val="0"/>
          <w:sz w:val="22"/>
          <w:u w:val="single"/>
        </w:rPr>
        <w:t>creating vulnerabilities</w:t>
      </w:r>
      <w:r>
        <w:rPr>
          <w:b w:val="0"/>
          <w:i w:val="0"/>
          <w:smallCaps w:val="0"/>
          <w:strike w:val="0"/>
          <w:sz w:val="22"/>
          <w:u w:val="single"/>
        </w:rPr>
        <w:t xml:space="preserve"> to intelligence gathering and</w:t>
      </w:r>
      <w:r>
        <w:rPr>
          <w:b w:val="0"/>
          <w:i w:val="0"/>
          <w:smallCaps w:val="0"/>
          <w:strike w:val="0"/>
          <w:sz w:val="12"/>
          <w:u w:val="none"/>
        </w:rPr>
        <w:t xml:space="preserve"> easy </w:t>
      </w:r>
      <w:r>
        <w:rPr>
          <w:b/>
          <w:i w:val="0"/>
          <w:smallCaps w:val="0"/>
          <w:strike w:val="0"/>
          <w:sz w:val="22"/>
          <w:u w:val="single"/>
        </w:rPr>
        <w:t>disruption</w:t>
      </w:r>
      <w:r>
        <w:rPr>
          <w:b w:val="0"/>
          <w:i w:val="0"/>
          <w:smallCaps w:val="0"/>
          <w:strike w:val="0"/>
          <w:sz w:val="22"/>
          <w:u w:val="single"/>
        </w:rPr>
        <w:t xml:space="preserve"> of</w:t>
      </w:r>
      <w:r>
        <w:rPr>
          <w:b w:val="0"/>
          <w:i w:val="0"/>
          <w:smallCaps w:val="0"/>
          <w:strike w:val="0"/>
          <w:sz w:val="12"/>
          <w:u w:val="none"/>
        </w:rPr>
        <w:t xml:space="preserve"> a country’s </w:t>
      </w:r>
      <w:r>
        <w:rPr>
          <w:b w:val="0"/>
          <w:i w:val="0"/>
          <w:smallCaps w:val="0"/>
          <w:strike w:val="0"/>
          <w:sz w:val="22"/>
          <w:u w:val="single"/>
        </w:rPr>
        <w:t>critical communications and other infrastructure</w:t>
      </w:r>
      <w:r>
        <w:rPr>
          <w:b w:val="0"/>
          <w:i w:val="0"/>
          <w:smallCaps w:val="0"/>
          <w:strike w:val="0"/>
          <w:sz w:val="12"/>
          <w:u w:val="none"/>
        </w:rPr>
        <w:t>.</w:t>
      </w:r>
    </w:p>
    <w:p>
      <w:pPr>
        <w:spacing w:after="60"/>
      </w:pPr>
      <w:r>
        <w:rPr>
          <w:b/>
          <w:i w:val="0"/>
          <w:smallCaps w:val="0"/>
          <w:strike w:val="0"/>
          <w:sz w:val="22"/>
          <w:u w:val="single"/>
        </w:rPr>
        <w:t>America is behind</w:t>
      </w:r>
      <w:r>
        <w:rPr>
          <w:b w:val="0"/>
          <w:i w:val="0"/>
          <w:smallCaps w:val="0"/>
          <w:strike w:val="0"/>
          <w:sz w:val="12"/>
          <w:u w:val="none"/>
        </w:rPr>
        <w:t xml:space="preserve"> in this wireless arms race, </w:t>
      </w:r>
      <w:r>
        <w:rPr>
          <w:b w:val="0"/>
          <w:i w:val="0"/>
          <w:smallCaps w:val="0"/>
          <w:strike w:val="0"/>
          <w:sz w:val="22"/>
          <w:u w:val="single"/>
        </w:rPr>
        <w:t xml:space="preserve">and to pull ahead the Department of Defense plays a </w:t>
      </w:r>
      <w:r>
        <w:rPr>
          <w:b/>
          <w:i w:val="0"/>
          <w:smallCaps w:val="0"/>
          <w:strike w:val="0"/>
          <w:sz w:val="22"/>
          <w:u w:val="single"/>
        </w:rPr>
        <w:t>critical role.</w:t>
      </w:r>
    </w:p>
    <w:p>
      <w:pPr>
        <w:spacing w:after="60"/>
      </w:pPr>
      <w:r>
        <w:rPr>
          <w:b w:val="0"/>
          <w:i w:val="0"/>
          <w:smallCaps w:val="0"/>
          <w:strike w:val="0"/>
          <w:sz w:val="12"/>
          <w:u w:val="none"/>
        </w:rPr>
        <w:t xml:space="preserve">Over five years ago, the DoD recognized the military value of 5G with its ability to enable seamless communications and control of – and between – everything: devices, people, and machines. 5G moves large amounts of data quickly and securely, providing the basis for accurate, rapid actions and responses. The problem: </w:t>
      </w:r>
      <w:r>
        <w:rPr>
          <w:b w:val="0"/>
          <w:i w:val="0"/>
          <w:smallCaps w:val="0"/>
          <w:strike w:val="0"/>
          <w:sz w:val="22"/>
          <w:u w:val="single"/>
        </w:rPr>
        <w:t xml:space="preserve">existing </w:t>
      </w:r>
      <w:r>
        <w:rPr>
          <w:b/>
          <w:i w:val="0"/>
          <w:smallCaps w:val="0"/>
          <w:strike w:val="0"/>
          <w:sz w:val="22"/>
          <w:u w:val="single"/>
        </w:rPr>
        <w:t>5G infrastructure</w:t>
      </w:r>
      <w:r>
        <w:rPr>
          <w:b w:val="0"/>
          <w:i w:val="0"/>
          <w:smallCaps w:val="0"/>
          <w:strike w:val="0"/>
          <w:sz w:val="22"/>
          <w:u w:val="single"/>
        </w:rPr>
        <w:t xml:space="preserve"> equipment was geared for </w:t>
      </w:r>
      <w:r>
        <w:rPr>
          <w:b/>
          <w:i w:val="0"/>
          <w:smallCaps w:val="0"/>
          <w:strike w:val="0"/>
          <w:sz w:val="22"/>
          <w:u w:val="single"/>
        </w:rPr>
        <w:t>commercial</w:t>
      </w:r>
      <w:r>
        <w:rPr>
          <w:b w:val="0"/>
          <w:i w:val="0"/>
          <w:smallCaps w:val="0"/>
          <w:strike w:val="0"/>
          <w:sz w:val="22"/>
          <w:u w:val="single"/>
        </w:rPr>
        <w:t xml:space="preserve"> networks and supplied by </w:t>
      </w:r>
      <w:r>
        <w:rPr>
          <w:b/>
          <w:i w:val="0"/>
          <w:smallCaps w:val="0"/>
          <w:strike w:val="0"/>
          <w:sz w:val="22"/>
          <w:u w:val="single"/>
        </w:rPr>
        <w:t>non-U.S. companies</w:t>
      </w:r>
      <w:r>
        <w:rPr>
          <w:b w:val="0"/>
          <w:i w:val="0"/>
          <w:smallCaps w:val="0"/>
          <w:strike w:val="0"/>
          <w:sz w:val="12"/>
          <w:u w:val="none"/>
        </w:rPr>
        <w:t xml:space="preserve">. In 2020, </w:t>
      </w:r>
      <w:r>
        <w:rPr>
          <w:b w:val="0"/>
          <w:i w:val="0"/>
          <w:smallCaps w:val="0"/>
          <w:strike w:val="0"/>
          <w:sz w:val="22"/>
          <w:u w:val="single"/>
        </w:rPr>
        <w:t>to spur innovation</w:t>
      </w:r>
      <w:r>
        <w:rPr>
          <w:b w:val="0"/>
          <w:i w:val="0"/>
          <w:smallCaps w:val="0"/>
          <w:strike w:val="0"/>
          <w:sz w:val="12"/>
          <w:u w:val="none"/>
        </w:rPr>
        <w:t xml:space="preserve"> and ignite American 5G supply capabilities, </w:t>
      </w:r>
      <w:r>
        <w:rPr>
          <w:b w:val="0"/>
          <w:i w:val="0"/>
          <w:smallCaps w:val="0"/>
          <w:strike w:val="0"/>
          <w:sz w:val="22"/>
          <w:u w:val="single"/>
        </w:rPr>
        <w:t xml:space="preserve">Congress </w:t>
      </w:r>
      <w:r>
        <w:rPr>
          <w:b/>
          <w:i w:val="0"/>
          <w:smallCaps w:val="0"/>
          <w:strike w:val="0"/>
          <w:sz w:val="22"/>
          <w:u w:val="single"/>
        </w:rPr>
        <w:t>allocated</w:t>
      </w:r>
      <w:r>
        <w:rPr>
          <w:b w:val="0"/>
          <w:i w:val="0"/>
          <w:smallCaps w:val="0"/>
          <w:strike w:val="0"/>
          <w:sz w:val="22"/>
          <w:u w:val="single"/>
        </w:rPr>
        <w:t xml:space="preserve"> $650 million to </w:t>
      </w:r>
      <w:r>
        <w:rPr>
          <w:b/>
          <w:i w:val="0"/>
          <w:smallCaps w:val="0"/>
          <w:strike w:val="0"/>
          <w:sz w:val="22"/>
          <w:u w:val="single"/>
        </w:rPr>
        <w:t>seed</w:t>
      </w:r>
      <w:r>
        <w:rPr>
          <w:b w:val="0"/>
          <w:i w:val="0"/>
          <w:smallCaps w:val="0"/>
          <w:strike w:val="0"/>
          <w:sz w:val="22"/>
          <w:u w:val="single"/>
        </w:rPr>
        <w:t xml:space="preserve"> twelve 5G </w:t>
      </w:r>
      <w:r>
        <w:rPr>
          <w:b/>
          <w:i w:val="0"/>
          <w:smallCaps w:val="0"/>
          <w:strike w:val="0"/>
          <w:sz w:val="22"/>
          <w:u w:val="single"/>
        </w:rPr>
        <w:t>pilot projects</w:t>
      </w:r>
      <w:r>
        <w:rPr>
          <w:b w:val="0"/>
          <w:i w:val="0"/>
          <w:smallCaps w:val="0"/>
          <w:strike w:val="0"/>
          <w:sz w:val="22"/>
          <w:u w:val="single"/>
        </w:rPr>
        <w:t xml:space="preserve"> at U.S. military bases</w:t>
      </w:r>
      <w:r>
        <w:rPr>
          <w:b w:val="0"/>
          <w:i w:val="0"/>
          <w:smallCaps w:val="0"/>
          <w:strike w:val="0"/>
          <w:sz w:val="12"/>
          <w:u w:val="none"/>
        </w:rPr>
        <w:t>.</w:t>
      </w:r>
    </w:p>
    <w:p>
      <w:pPr>
        <w:spacing w:after="60"/>
      </w:pPr>
      <w:r>
        <w:rPr>
          <w:b w:val="0"/>
          <w:i w:val="0"/>
          <w:smallCaps w:val="0"/>
          <w:strike w:val="0"/>
          <w:u w:val="none"/>
        </w:rPr>
        <w:t>From these test beds, two success stories stand out: the Marine Corps Logistics Base at Albany, Georgia, and Naval Air Station Whidbey Island in Washington State. At Albany, a pencil-and-clipboard process has been replaced by self-guided material movers and an automated inventory system running on 5G, increasing efficiency, inventory accuracy and freeing up military personnel for more critical tasks. At Whidbey, automated jet engine inspections and a new refueling process run on 5G, dramatically cutting down aircraft turnaround time.</w:t>
      </w:r>
    </w:p>
    <w:p>
      <w:pPr>
        <w:spacing w:after="60"/>
      </w:pPr>
      <w:r>
        <w:rPr>
          <w:b w:val="0"/>
          <w:i w:val="0"/>
          <w:smallCaps w:val="0"/>
          <w:strike w:val="0"/>
          <w:u w:val="none"/>
        </w:rPr>
        <w:t>Both Albany and Whidbey use dedicated, ‘private’ 5G networks — meaning the DoD owns and operates them independent of commercial cellular networks — built with American technology. This tech provides two key elements required by the DoD to ensure a secure and viable 5G supply chain: Open Radio Access Network, or O-RAN, architecture and a software-based solution. O-RAN allows for components from multiple vendors to operate together as one network, so the DoD is not locked to one supplier – critical for our national and economic security. The software solution provides the flexibility to scale from a command post to an entire base, which is also not possible with traditional cellular hardware.</w:t>
      </w:r>
    </w:p>
    <w:p>
      <w:pPr>
        <w:spacing w:after="60"/>
      </w:pPr>
      <w:r>
        <w:rPr>
          <w:b w:val="0"/>
          <w:i w:val="0"/>
          <w:smallCaps w:val="0"/>
          <w:strike w:val="0"/>
          <w:u w:val="none"/>
        </w:rPr>
        <w:t>In April 2022, Secretary of Defense Lloyd Austin testified before the Senate Armed Services Committee that “the Department is committed to making the United States a world leader in 5G by working with the commercial sector and fielding 5G to the warfighter.”</w:t>
      </w:r>
    </w:p>
    <w:p>
      <w:pPr>
        <w:spacing w:after="60"/>
      </w:pPr>
      <w:r>
        <w:rPr>
          <w:b w:val="0"/>
          <w:i w:val="0"/>
          <w:smallCaps w:val="0"/>
          <w:strike w:val="0"/>
          <w:u w:val="none"/>
        </w:rPr>
        <w:t>In the December 2023 National Defense Authorization Act, Congress moved past its reputation for sharp partisanship, and on a bipartisan basis advanced a major new policy that mandates that all DoD bases and facilities deploy a 5G O-RAN private wireless network customized to the specific bases’ needs.</w:t>
      </w:r>
    </w:p>
    <w:p>
      <w:pPr>
        <w:spacing w:after="60"/>
      </w:pPr>
      <w:r>
        <w:rPr>
          <w:b w:val="0"/>
          <w:i w:val="0"/>
          <w:smallCaps w:val="0"/>
          <w:strike w:val="0"/>
          <w:sz w:val="22"/>
          <w:u w:val="single"/>
        </w:rPr>
        <w:t xml:space="preserve">All the </w:t>
      </w:r>
      <w:r>
        <w:rPr>
          <w:b/>
          <w:i w:val="0"/>
          <w:smallCaps w:val="0"/>
          <w:strike w:val="0"/>
          <w:sz w:val="22"/>
          <w:u w:val="single"/>
        </w:rPr>
        <w:t>pieces</w:t>
      </w:r>
      <w:r>
        <w:rPr>
          <w:b w:val="0"/>
          <w:i w:val="0"/>
          <w:smallCaps w:val="0"/>
          <w:strike w:val="0"/>
          <w:sz w:val="22"/>
          <w:u w:val="single"/>
        </w:rPr>
        <w:t xml:space="preserve"> are in place</w:t>
      </w:r>
      <w:r>
        <w:rPr>
          <w:b w:val="0"/>
          <w:i w:val="0"/>
          <w:smallCaps w:val="0"/>
          <w:strike w:val="0"/>
          <w:sz w:val="12"/>
          <w:u w:val="none"/>
        </w:rPr>
        <w:t xml:space="preserve"> – </w:t>
      </w:r>
      <w:r>
        <w:rPr>
          <w:b/>
          <w:i w:val="0"/>
          <w:smallCaps w:val="0"/>
          <w:strike w:val="0"/>
          <w:sz w:val="22"/>
          <w:u w:val="single"/>
        </w:rPr>
        <w:t>proven</w:t>
      </w:r>
      <w:r>
        <w:rPr>
          <w:b w:val="0"/>
          <w:i w:val="0"/>
          <w:smallCaps w:val="0"/>
          <w:strike w:val="0"/>
          <w:sz w:val="22"/>
          <w:u w:val="single"/>
        </w:rPr>
        <w:t xml:space="preserve"> American </w:t>
      </w:r>
      <w:r>
        <w:rPr>
          <w:b/>
          <w:i w:val="0"/>
          <w:smallCaps w:val="0"/>
          <w:strike w:val="0"/>
          <w:sz w:val="22"/>
          <w:u w:val="single"/>
        </w:rPr>
        <w:t>5G technology</w:t>
      </w:r>
      <w:r>
        <w:rPr>
          <w:b w:val="0"/>
          <w:i w:val="0"/>
          <w:smallCaps w:val="0"/>
          <w:strike w:val="0"/>
          <w:sz w:val="22"/>
          <w:u w:val="single"/>
        </w:rPr>
        <w:t xml:space="preserve">, commitment from the </w:t>
      </w:r>
      <w:r>
        <w:rPr>
          <w:b/>
          <w:i w:val="0"/>
          <w:smallCaps w:val="0"/>
          <w:strike w:val="0"/>
          <w:sz w:val="22"/>
          <w:u w:val="single"/>
        </w:rPr>
        <w:t>DoD</w:t>
      </w:r>
      <w:r>
        <w:rPr>
          <w:b w:val="0"/>
          <w:i w:val="0"/>
          <w:smallCaps w:val="0"/>
          <w:strike w:val="0"/>
          <w:sz w:val="22"/>
          <w:u w:val="single"/>
        </w:rPr>
        <w:t xml:space="preserve"> to make the U.S. a </w:t>
      </w:r>
      <w:r>
        <w:rPr>
          <w:b/>
          <w:i w:val="0"/>
          <w:smallCaps w:val="0"/>
          <w:strike w:val="0"/>
          <w:sz w:val="22"/>
          <w:u w:val="single"/>
        </w:rPr>
        <w:t>world leader</w:t>
      </w:r>
      <w:r>
        <w:rPr>
          <w:b w:val="0"/>
          <w:i w:val="0"/>
          <w:smallCaps w:val="0"/>
          <w:strike w:val="0"/>
          <w:sz w:val="22"/>
          <w:u w:val="single"/>
        </w:rPr>
        <w:t xml:space="preserve"> in 5G</w:t>
      </w:r>
      <w:r>
        <w:rPr>
          <w:b w:val="0"/>
          <w:i w:val="0"/>
          <w:smallCaps w:val="0"/>
          <w:strike w:val="0"/>
          <w:sz w:val="12"/>
          <w:u w:val="none"/>
        </w:rPr>
        <w:t xml:space="preserve">, and </w:t>
      </w:r>
      <w:r>
        <w:rPr>
          <w:b/>
          <w:i w:val="0"/>
          <w:smallCaps w:val="0"/>
          <w:strike w:val="0"/>
          <w:sz w:val="22"/>
          <w:u w:val="single"/>
        </w:rPr>
        <w:t>Congressional policy</w:t>
      </w:r>
      <w:r>
        <w:rPr>
          <w:b w:val="0"/>
          <w:i w:val="0"/>
          <w:smallCaps w:val="0"/>
          <w:strike w:val="0"/>
          <w:sz w:val="22"/>
          <w:u w:val="single"/>
        </w:rPr>
        <w:t xml:space="preserve"> mandating private 5G networks at all </w:t>
      </w:r>
      <w:r>
        <w:rPr>
          <w:b/>
          <w:i w:val="0"/>
          <w:smallCaps w:val="0"/>
          <w:strike w:val="0"/>
          <w:sz w:val="22"/>
          <w:u w:val="single"/>
        </w:rPr>
        <w:t>military bases</w:t>
      </w:r>
      <w:r>
        <w:rPr>
          <w:b w:val="0"/>
          <w:i w:val="0"/>
          <w:smallCaps w:val="0"/>
          <w:strike w:val="0"/>
          <w:sz w:val="12"/>
          <w:u w:val="none"/>
        </w:rPr>
        <w:t xml:space="preserve">. The </w:t>
      </w:r>
      <w:r>
        <w:rPr>
          <w:b w:val="0"/>
          <w:i w:val="0"/>
          <w:smallCaps w:val="0"/>
          <w:strike w:val="0"/>
          <w:sz w:val="22"/>
          <w:u w:val="single"/>
        </w:rPr>
        <w:t xml:space="preserve">path is clear for America to </w:t>
      </w:r>
      <w:r>
        <w:rPr>
          <w:b/>
          <w:i w:val="0"/>
          <w:smallCaps w:val="0"/>
          <w:strike w:val="0"/>
          <w:sz w:val="22"/>
          <w:u w:val="single"/>
        </w:rPr>
        <w:t>pull ahead</w:t>
      </w:r>
      <w:r>
        <w:rPr>
          <w:b w:val="0"/>
          <w:i w:val="0"/>
          <w:smallCaps w:val="0"/>
          <w:strike w:val="0"/>
          <w:sz w:val="22"/>
          <w:u w:val="single"/>
        </w:rPr>
        <w:t xml:space="preserve"> </w:t>
      </w:r>
      <w:r>
        <w:rPr>
          <w:b w:val="0"/>
          <w:i w:val="0"/>
          <w:smallCaps w:val="0"/>
          <w:strike w:val="0"/>
          <w:sz w:val="12"/>
          <w:u w:val="none"/>
        </w:rPr>
        <w:t xml:space="preserve">in the 5G arms race with the CCP: </w:t>
      </w:r>
      <w:r>
        <w:rPr>
          <w:b w:val="0"/>
          <w:i w:val="0"/>
          <w:smallCaps w:val="0"/>
          <w:strike w:val="0"/>
          <w:sz w:val="22"/>
          <w:u w:val="single"/>
        </w:rPr>
        <w:t xml:space="preserve">the DoD is </w:t>
      </w:r>
      <w:r>
        <w:rPr>
          <w:b/>
          <w:i w:val="0"/>
          <w:smallCaps w:val="0"/>
          <w:strike w:val="0"/>
          <w:sz w:val="22"/>
          <w:u w:val="single"/>
        </w:rPr>
        <w:t>taking</w:t>
      </w:r>
      <w:r>
        <w:rPr>
          <w:b w:val="0"/>
          <w:i w:val="0"/>
          <w:smallCaps w:val="0"/>
          <w:strike w:val="0"/>
          <w:sz w:val="22"/>
          <w:u w:val="single"/>
        </w:rPr>
        <w:t xml:space="preserve"> the lead in developing</w:t>
      </w:r>
      <w:r>
        <w:rPr>
          <w:b w:val="0"/>
          <w:i w:val="0"/>
          <w:smallCaps w:val="0"/>
          <w:strike w:val="0"/>
          <w:sz w:val="12"/>
          <w:u w:val="none"/>
        </w:rPr>
        <w:t xml:space="preserve"> American </w:t>
      </w:r>
      <w:r>
        <w:rPr>
          <w:b w:val="0"/>
          <w:i w:val="0"/>
          <w:smallCaps w:val="0"/>
          <w:strike w:val="0"/>
          <w:sz w:val="22"/>
          <w:u w:val="single"/>
        </w:rPr>
        <w:t xml:space="preserve">5G </w:t>
      </w:r>
      <w:r>
        <w:rPr>
          <w:b/>
          <w:i w:val="0"/>
          <w:smallCaps w:val="0"/>
          <w:strike w:val="0"/>
          <w:sz w:val="22"/>
          <w:u w:val="single"/>
        </w:rPr>
        <w:t>capability</w:t>
      </w:r>
      <w:r>
        <w:rPr>
          <w:b w:val="0"/>
          <w:i w:val="0"/>
          <w:smallCaps w:val="0"/>
          <w:strike w:val="0"/>
          <w:sz w:val="12"/>
          <w:u w:val="none"/>
        </w:rPr>
        <w:t xml:space="preserve"> and capacity, as it must. From there our superior technology can be used to win in the global market.</w:t>
      </w:r>
    </w:p>
    <w:p>
      <w:pPr>
        <w:spacing w:after="60"/>
      </w:pPr>
      <w:r>
        <w:rPr>
          <w:b w:val="0"/>
          <w:i w:val="0"/>
          <w:smallCaps w:val="0"/>
          <w:strike w:val="0"/>
          <w:sz w:val="22"/>
          <w:u w:val="single"/>
        </w:rPr>
        <w:t xml:space="preserve">The next step is the </w:t>
      </w:r>
      <w:r>
        <w:rPr>
          <w:b/>
          <w:i w:val="0"/>
          <w:smallCaps w:val="0"/>
          <w:strike w:val="0"/>
          <w:sz w:val="22"/>
          <w:u w:val="single"/>
        </w:rPr>
        <w:t>most critical</w:t>
      </w:r>
      <w:r>
        <w:rPr>
          <w:b w:val="0"/>
          <w:i w:val="0"/>
          <w:smallCaps w:val="0"/>
          <w:strike w:val="0"/>
          <w:sz w:val="22"/>
          <w:u w:val="single"/>
        </w:rPr>
        <w:t xml:space="preserve">: The U.S. military must </w:t>
      </w:r>
      <w:r>
        <w:rPr>
          <w:b/>
          <w:i w:val="0"/>
          <w:smallCaps w:val="0"/>
          <w:strike w:val="0"/>
          <w:sz w:val="22"/>
          <w:u w:val="single"/>
        </w:rPr>
        <w:t>develop the requirements</w:t>
      </w:r>
      <w:r>
        <w:rPr>
          <w:b w:val="0"/>
          <w:i w:val="0"/>
          <w:smallCaps w:val="0"/>
          <w:strike w:val="0"/>
          <w:sz w:val="22"/>
          <w:u w:val="single"/>
        </w:rPr>
        <w:t xml:space="preserve"> at each base so that Congress can </w:t>
      </w:r>
      <w:r>
        <w:rPr>
          <w:b/>
          <w:i w:val="0"/>
          <w:smallCaps w:val="0"/>
          <w:strike w:val="0"/>
          <w:sz w:val="22"/>
          <w:u w:val="single"/>
        </w:rPr>
        <w:t>fully fund</w:t>
      </w:r>
      <w:r>
        <w:rPr>
          <w:b w:val="0"/>
          <w:i w:val="0"/>
          <w:smallCaps w:val="0"/>
          <w:strike w:val="0"/>
          <w:sz w:val="22"/>
          <w:u w:val="single"/>
        </w:rPr>
        <w:t xml:space="preserve"> this initiative and </w:t>
      </w:r>
      <w:r>
        <w:rPr>
          <w:b/>
          <w:i w:val="0"/>
          <w:smallCaps w:val="0"/>
          <w:strike w:val="0"/>
          <w:sz w:val="22"/>
          <w:u w:val="single"/>
        </w:rPr>
        <w:t>accelerate its rollout</w:t>
      </w:r>
      <w:r>
        <w:rPr>
          <w:b w:val="0"/>
          <w:i w:val="0"/>
          <w:smallCaps w:val="0"/>
          <w:strike w:val="0"/>
          <w:sz w:val="12"/>
          <w:u w:val="none"/>
        </w:rPr>
        <w:t>.</w:t>
      </w:r>
    </w:p>
    <w:p>
      <w:pPr>
        <w:pStyle w:val="Caption"/>
      </w:pPr>
      <w:r>
        <w:t>Source: Antitrust Negative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