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5G </w:t>
      </w:r>
      <w:r>
        <w:rPr>
          <w:b/>
          <w:i w:val="0"/>
          <w:smallCaps w:val="0"/>
          <w:strike w:val="0"/>
          <w:u w:val="single"/>
        </w:rPr>
        <w:t>developments</w:t>
      </w:r>
      <w:r>
        <w:rPr>
          <w:b/>
          <w:i w:val="0"/>
          <w:smallCaps w:val="0"/>
          <w:strike w:val="0"/>
          <w:u w:val="none"/>
        </w:rPr>
        <w:t xml:space="preserve"> </w:t>
      </w:r>
      <w:r>
        <w:rPr>
          <w:b/>
          <w:i w:val="0"/>
          <w:smallCaps w:val="0"/>
          <w:strike w:val="0"/>
          <w:u w:val="none"/>
        </w:rPr>
        <w:t>trades</w:t>
      </w:r>
      <w:r>
        <w:rPr>
          <w:b/>
          <w:i w:val="0"/>
          <w:smallCaps w:val="0"/>
          <w:strike w:val="0"/>
          <w:u w:val="none"/>
        </w:rPr>
        <w:t xml:space="preserve"> off with the </w:t>
      </w:r>
      <w:r>
        <w:rPr>
          <w:b/>
          <w:i w:val="0"/>
          <w:smallCaps w:val="0"/>
          <w:strike w:val="0"/>
          <w:u w:val="single"/>
        </w:rPr>
        <w:t>military security</w:t>
      </w:r>
      <w:r>
        <w:rPr>
          <w:b/>
          <w:i w:val="0"/>
          <w:smallCaps w:val="0"/>
          <w:strike w:val="0"/>
          <w:u w:val="none"/>
        </w:rPr>
        <w:t>.</w:t>
      </w:r>
    </w:p>
    <w:p>
      <w:pPr>
        <w:spacing w:after="80"/>
      </w:pPr>
      <w:r>
        <w:rPr>
          <w:b w:val="0"/>
          <w:i w:val="0"/>
          <w:smallCaps w:val="0"/>
          <w:strike w:val="0"/>
          <w:u w:val="none"/>
        </w:rPr>
        <w:t xml:space="preserve">Keith </w:t>
      </w:r>
      <w:r>
        <w:rPr>
          <w:b/>
          <w:i w:val="0"/>
          <w:smallCaps w:val="0"/>
          <w:strike w:val="0"/>
          <w:sz w:val="22"/>
          <w:u w:val="none"/>
        </w:rPr>
        <w:t>Kellogg 23</w:t>
      </w:r>
      <w:r>
        <w:rPr>
          <w:b w:val="0"/>
          <w:i w:val="0"/>
          <w:smallCaps w:val="0"/>
          <w:strike w:val="0"/>
          <w:u w:val="none"/>
        </w:rPr>
        <w:t xml:space="preserve"> (Opinion Contributor at the Hill, 4/5/23, “</w:t>
      </w:r>
      <w:r>
        <w:rPr>
          <w:b w:val="0"/>
          <w:i w:val="0"/>
          <w:smallCaps w:val="0"/>
          <w:strike w:val="0"/>
          <w:u w:val="none"/>
        </w:rPr>
        <w:t>Congress may sell out national security for 5G — there’s a better way</w:t>
      </w:r>
      <w:r>
        <w:rPr>
          <w:b w:val="0"/>
          <w:i w:val="0"/>
          <w:smallCaps w:val="0"/>
          <w:strike w:val="0"/>
          <w:u w:val="none"/>
        </w:rPr>
        <w:t xml:space="preserve">,” </w:t>
      </w:r>
      <w:r>
        <w:rPr>
          <w:b w:val="0"/>
          <w:i w:val="0"/>
          <w:smallCaps w:val="0"/>
          <w:strike w:val="0"/>
          <w:u w:val="none"/>
        </w:rPr>
        <w:t>https://thehill.com/opinion/national-security/3932016-congress-may-sell-out-national-security-for-5g-theres-a-better-way/</w:t>
      </w:r>
      <w:r>
        <w:rPr>
          <w:b w:val="0"/>
          <w:i w:val="0"/>
          <w:smallCaps w:val="0"/>
          <w:strike w:val="0"/>
          <w:u w:val="none"/>
        </w:rPr>
        <w:t xml:space="preserve">, </w:t>
      </w:r>
      <w:r>
        <w:rPr>
          <w:b w:val="0"/>
          <w:i w:val="0"/>
          <w:smallCaps w:val="0"/>
          <w:strike w:val="0"/>
          <w:u w:val="none"/>
        </w:rPr>
        <w:t>dhiya</w:t>
      </w:r>
      <w:r>
        <w:rPr>
          <w:b w:val="0"/>
          <w:i w:val="0"/>
          <w:smallCaps w:val="0"/>
          <w:strike w:val="0"/>
          <w:u w:val="none"/>
        </w:rPr>
        <w:t>)</w:t>
      </w:r>
    </w:p>
    <w:p>
      <w:pPr>
        <w:spacing w:after="60"/>
      </w:pPr>
      <w:r>
        <w:rPr>
          <w:b w:val="0"/>
          <w:i w:val="0"/>
          <w:smallCaps w:val="0"/>
          <w:strike w:val="0"/>
          <w:sz w:val="22"/>
          <w:u w:val="single"/>
        </w:rPr>
        <w:t xml:space="preserve">Will </w:t>
      </w:r>
      <w:r>
        <w:rPr>
          <w:b/>
          <w:i w:val="0"/>
          <w:smallCaps w:val="0"/>
          <w:strike w:val="0"/>
          <w:sz w:val="22"/>
          <w:u w:val="single"/>
        </w:rPr>
        <w:t>Congress</w:t>
      </w:r>
      <w:r>
        <w:rPr>
          <w:b w:val="0"/>
          <w:i w:val="0"/>
          <w:smallCaps w:val="0"/>
          <w:strike w:val="0"/>
          <w:sz w:val="22"/>
          <w:u w:val="single"/>
        </w:rPr>
        <w:t xml:space="preserve"> </w:t>
      </w:r>
      <w:r>
        <w:rPr>
          <w:b/>
          <w:i w:val="0"/>
          <w:smallCaps w:val="0"/>
          <w:strike w:val="0"/>
          <w:sz w:val="22"/>
          <w:u w:val="single"/>
        </w:rPr>
        <w:t>sell</w:t>
      </w:r>
      <w:r>
        <w:rPr>
          <w:b w:val="0"/>
          <w:i w:val="0"/>
          <w:smallCaps w:val="0"/>
          <w:strike w:val="0"/>
          <w:sz w:val="22"/>
          <w:u w:val="single"/>
        </w:rPr>
        <w:t xml:space="preserve"> out</w:t>
      </w:r>
      <w:r>
        <w:rPr>
          <w:b w:val="0"/>
          <w:i w:val="0"/>
          <w:smallCaps w:val="0"/>
          <w:strike w:val="0"/>
          <w:sz w:val="16"/>
          <w:u w:val="none"/>
        </w:rPr>
        <w:t xml:space="preserve"> </w:t>
      </w:r>
      <w:r>
        <w:rPr>
          <w:b w:val="0"/>
          <w:i w:val="0"/>
          <w:smallCaps w:val="0"/>
          <w:strike w:val="0"/>
          <w:sz w:val="22"/>
          <w:u w:val="single"/>
        </w:rPr>
        <w:t xml:space="preserve">America’s national </w:t>
      </w:r>
      <w:r>
        <w:rPr>
          <w:b/>
          <w:i w:val="0"/>
          <w:smallCaps w:val="0"/>
          <w:strike w:val="0"/>
          <w:sz w:val="22"/>
          <w:u w:val="single"/>
        </w:rPr>
        <w:t>security</w:t>
      </w:r>
      <w:r>
        <w:rPr>
          <w:b w:val="0"/>
          <w:i w:val="0"/>
          <w:smallCaps w:val="0"/>
          <w:strike w:val="0"/>
          <w:sz w:val="16"/>
          <w:u w:val="none"/>
        </w:rPr>
        <w:t xml:space="preserve">? It nearly happened in December, and the threat is far from over. </w:t>
      </w:r>
      <w:r>
        <w:rPr>
          <w:b w:val="0"/>
          <w:i w:val="0"/>
          <w:smallCaps w:val="0"/>
          <w:strike w:val="0"/>
          <w:sz w:val="22"/>
          <w:u w:val="single"/>
        </w:rPr>
        <w:t xml:space="preserve">At issue is </w:t>
      </w:r>
      <w:r>
        <w:rPr>
          <w:b/>
          <w:i w:val="0"/>
          <w:smallCaps w:val="0"/>
          <w:strike w:val="0"/>
          <w:sz w:val="22"/>
          <w:u w:val="single"/>
        </w:rPr>
        <w:t>wireless spectrum</w:t>
      </w:r>
      <w:r>
        <w:rPr>
          <w:b w:val="0"/>
          <w:i w:val="0"/>
          <w:smallCaps w:val="0"/>
          <w:strike w:val="0"/>
          <w:sz w:val="16"/>
          <w:u w:val="none"/>
        </w:rPr>
        <w:t xml:space="preserve"> </w:t>
      </w:r>
      <w:r>
        <w:rPr>
          <w:b w:val="0"/>
          <w:i w:val="0"/>
          <w:smallCaps w:val="0"/>
          <w:strike w:val="0"/>
          <w:sz w:val="22"/>
          <w:u w:val="single"/>
        </w:rPr>
        <w:t>— radio frequencies</w:t>
      </w:r>
      <w:r>
        <w:rPr>
          <w:b w:val="0"/>
          <w:i w:val="0"/>
          <w:smallCaps w:val="0"/>
          <w:strike w:val="0"/>
          <w:sz w:val="16"/>
          <w:u w:val="none"/>
        </w:rPr>
        <w:t xml:space="preserve"> </w:t>
      </w:r>
      <w:r>
        <w:rPr>
          <w:b w:val="0"/>
          <w:i w:val="0"/>
          <w:smallCaps w:val="0"/>
          <w:strike w:val="0"/>
          <w:sz w:val="22"/>
          <w:u w:val="single"/>
        </w:rPr>
        <w:t>that are the lifeblood</w:t>
      </w:r>
      <w:r>
        <w:rPr>
          <w:b w:val="0"/>
          <w:i w:val="0"/>
          <w:smallCaps w:val="0"/>
          <w:strike w:val="0"/>
          <w:sz w:val="16"/>
          <w:u w:val="none"/>
        </w:rPr>
        <w:t xml:space="preserve"> </w:t>
      </w:r>
      <w:r>
        <w:rPr>
          <w:b w:val="0"/>
          <w:i w:val="0"/>
          <w:smallCaps w:val="0"/>
          <w:strike w:val="0"/>
          <w:sz w:val="22"/>
          <w:u w:val="single"/>
        </w:rPr>
        <w:t>of</w:t>
      </w:r>
      <w:r>
        <w:rPr>
          <w:b w:val="0"/>
          <w:i w:val="0"/>
          <w:smallCaps w:val="0"/>
          <w:strike w:val="0"/>
          <w:sz w:val="16"/>
          <w:u w:val="none"/>
        </w:rPr>
        <w:t xml:space="preserve"> modern </w:t>
      </w:r>
      <w:r>
        <w:rPr>
          <w:b w:val="0"/>
          <w:i w:val="0"/>
          <w:smallCaps w:val="0"/>
          <w:strike w:val="0"/>
          <w:sz w:val="22"/>
          <w:u w:val="single"/>
        </w:rPr>
        <w:t>communication</w:t>
      </w:r>
      <w:r>
        <w:rPr>
          <w:b w:val="0"/>
          <w:i w:val="0"/>
          <w:smallCaps w:val="0"/>
          <w:strike w:val="0"/>
          <w:sz w:val="16"/>
          <w:u w:val="none"/>
        </w:rPr>
        <w:t xml:space="preserve">, </w:t>
      </w:r>
      <w:r>
        <w:rPr>
          <w:b w:val="0"/>
          <w:i w:val="0"/>
          <w:smallCaps w:val="0"/>
          <w:strike w:val="0"/>
          <w:sz w:val="22"/>
          <w:u w:val="single"/>
        </w:rPr>
        <w:t>and that the</w:t>
      </w:r>
      <w:r>
        <w:rPr>
          <w:b w:val="0"/>
          <w:i w:val="0"/>
          <w:smallCaps w:val="0"/>
          <w:strike w:val="0"/>
          <w:sz w:val="16"/>
          <w:u w:val="none"/>
        </w:rPr>
        <w:t xml:space="preserve"> Department of Defense (</w:t>
      </w:r>
      <w:r>
        <w:rPr>
          <w:b w:val="0"/>
          <w:i w:val="0"/>
          <w:smallCaps w:val="0"/>
          <w:strike w:val="0"/>
          <w:sz w:val="22"/>
          <w:u w:val="single"/>
        </w:rPr>
        <w:t>DOD</w:t>
      </w:r>
      <w:r>
        <w:rPr>
          <w:b w:val="0"/>
          <w:i w:val="0"/>
          <w:smallCaps w:val="0"/>
          <w:strike w:val="0"/>
          <w:sz w:val="16"/>
          <w:u w:val="none"/>
        </w:rPr>
        <w:t xml:space="preserve">) </w:t>
      </w:r>
      <w:r>
        <w:rPr>
          <w:b w:val="0"/>
          <w:i w:val="0"/>
          <w:smallCaps w:val="0"/>
          <w:strike w:val="0"/>
          <w:sz w:val="22"/>
          <w:u w:val="single"/>
        </w:rPr>
        <w:t xml:space="preserve">needs for a </w:t>
      </w:r>
      <w:r>
        <w:rPr>
          <w:b/>
          <w:i w:val="0"/>
          <w:smallCaps w:val="0"/>
          <w:strike w:val="0"/>
          <w:sz w:val="22"/>
          <w:u w:val="single"/>
        </w:rPr>
        <w:t>host</w:t>
      </w:r>
      <w:r>
        <w:rPr>
          <w:b w:val="0"/>
          <w:i w:val="0"/>
          <w:smallCaps w:val="0"/>
          <w:strike w:val="0"/>
          <w:sz w:val="22"/>
          <w:u w:val="single"/>
        </w:rPr>
        <w:t xml:space="preserve"> of advanced</w:t>
      </w:r>
      <w:r>
        <w:rPr>
          <w:b w:val="0"/>
          <w:i w:val="0"/>
          <w:smallCaps w:val="0"/>
          <w:strike w:val="0"/>
          <w:sz w:val="16"/>
          <w:u w:val="none"/>
        </w:rPr>
        <w:t xml:space="preserve"> </w:t>
      </w:r>
      <w:r>
        <w:rPr>
          <w:b/>
          <w:i w:val="0"/>
          <w:smallCaps w:val="0"/>
          <w:strike w:val="0"/>
          <w:sz w:val="22"/>
          <w:u w:val="single"/>
        </w:rPr>
        <w:t>technologies</w:t>
      </w:r>
      <w:r>
        <w:rPr>
          <w:b w:val="0"/>
          <w:i w:val="0"/>
          <w:smallCaps w:val="0"/>
          <w:strike w:val="0"/>
          <w:sz w:val="16"/>
          <w:u w:val="none"/>
        </w:rPr>
        <w:t xml:space="preserve"> that keep Americans </w:t>
      </w:r>
      <w:r>
        <w:rPr>
          <w:b w:val="0"/>
          <w:i w:val="0"/>
          <w:smallCaps w:val="0"/>
          <w:strike w:val="0"/>
          <w:sz w:val="22"/>
          <w:u w:val="single"/>
        </w:rPr>
        <w:t>safe</w:t>
      </w:r>
      <w:r>
        <w:rPr>
          <w:b w:val="0"/>
          <w:i w:val="0"/>
          <w:smallCaps w:val="0"/>
          <w:strike w:val="0"/>
          <w:sz w:val="16"/>
          <w:u w:val="none"/>
        </w:rPr>
        <w:t xml:space="preserve">. </w:t>
      </w:r>
      <w:r>
        <w:rPr>
          <w:b w:val="0"/>
          <w:i w:val="0"/>
          <w:smallCaps w:val="0"/>
          <w:strike w:val="0"/>
          <w:sz w:val="22"/>
          <w:u w:val="single"/>
        </w:rPr>
        <w:t>Some</w:t>
      </w:r>
      <w:r>
        <w:rPr>
          <w:b w:val="0"/>
          <w:i w:val="0"/>
          <w:smallCaps w:val="0"/>
          <w:strike w:val="0"/>
          <w:sz w:val="16"/>
          <w:u w:val="none"/>
        </w:rPr>
        <w:t xml:space="preserve"> in Congress </w:t>
      </w:r>
      <w:r>
        <w:rPr>
          <w:b w:val="0"/>
          <w:i w:val="0"/>
          <w:smallCaps w:val="0"/>
          <w:strike w:val="0"/>
          <w:sz w:val="22"/>
          <w:u w:val="single"/>
        </w:rPr>
        <w:t xml:space="preserve">want to force the Pentagon to </w:t>
      </w:r>
      <w:r>
        <w:rPr>
          <w:b/>
          <w:i w:val="0"/>
          <w:smallCaps w:val="0"/>
          <w:strike w:val="0"/>
          <w:sz w:val="22"/>
          <w:u w:val="single"/>
        </w:rPr>
        <w:t>vacate</w:t>
      </w:r>
      <w:r>
        <w:rPr>
          <w:b w:val="0"/>
          <w:i w:val="0"/>
          <w:smallCaps w:val="0"/>
          <w:strike w:val="0"/>
          <w:sz w:val="16"/>
          <w:u w:val="none"/>
        </w:rPr>
        <w:t xml:space="preserve"> </w:t>
      </w:r>
      <w:r>
        <w:rPr>
          <w:b/>
          <w:i w:val="0"/>
          <w:smallCaps w:val="0"/>
          <w:strike w:val="0"/>
          <w:sz w:val="22"/>
          <w:u w:val="single"/>
        </w:rPr>
        <w:t>key</w:t>
      </w:r>
      <w:r>
        <w:rPr>
          <w:b w:val="0"/>
          <w:i w:val="0"/>
          <w:smallCaps w:val="0"/>
          <w:strike w:val="0"/>
          <w:sz w:val="22"/>
          <w:u w:val="single"/>
        </w:rPr>
        <w:t xml:space="preserve"> </w:t>
      </w:r>
      <w:r>
        <w:rPr>
          <w:b/>
          <w:i w:val="0"/>
          <w:smallCaps w:val="0"/>
          <w:strike w:val="0"/>
          <w:sz w:val="22"/>
          <w:u w:val="single"/>
        </w:rPr>
        <w:t>frequencies</w:t>
      </w:r>
      <w:r>
        <w:rPr>
          <w:b w:val="0"/>
          <w:i w:val="0"/>
          <w:smallCaps w:val="0"/>
          <w:strike w:val="0"/>
          <w:sz w:val="16"/>
          <w:u w:val="none"/>
        </w:rPr>
        <w:t xml:space="preserve"> in the name of 5G. This would be a time-consuming and costly process that </w:t>
      </w:r>
      <w:r>
        <w:rPr>
          <w:b w:val="0"/>
          <w:i w:val="0"/>
          <w:smallCaps w:val="0"/>
          <w:strike w:val="0"/>
          <w:sz w:val="22"/>
          <w:u w:val="single"/>
        </w:rPr>
        <w:t>would</w:t>
      </w:r>
      <w:r>
        <w:rPr>
          <w:b w:val="0"/>
          <w:i w:val="0"/>
          <w:smallCaps w:val="0"/>
          <w:strike w:val="0"/>
          <w:sz w:val="16"/>
          <w:u w:val="none"/>
        </w:rPr>
        <w:t xml:space="preserve"> </w:t>
      </w:r>
      <w:r>
        <w:rPr>
          <w:b w:val="0"/>
          <w:i w:val="0"/>
          <w:smallCaps w:val="0"/>
          <w:strike w:val="0"/>
          <w:sz w:val="22"/>
          <w:u w:val="single"/>
        </w:rPr>
        <w:t>jeopardize our military readiness</w:t>
      </w:r>
      <w:r>
        <w:rPr>
          <w:b w:val="0"/>
          <w:i w:val="0"/>
          <w:smallCaps w:val="0"/>
          <w:strike w:val="0"/>
          <w:sz w:val="16"/>
          <w:u w:val="none"/>
        </w:rPr>
        <w:t xml:space="preserve"> at a time of growing danger, especially from China.</w:t>
      </w:r>
    </w:p>
    <w:p>
      <w:pPr>
        <w:spacing w:after="60"/>
      </w:pPr>
      <w:r>
        <w:rPr>
          <w:b w:val="0"/>
          <w:i w:val="0"/>
          <w:smallCaps w:val="0"/>
          <w:strike w:val="0"/>
          <w:sz w:val="16"/>
          <w:u w:val="none"/>
        </w:rPr>
        <w:t>Congress does not need to make this a zero-sum game. Lawmakers instead should pursue “spectrum sharing,” which can balance and ultimately advance both our military and economic needs, instead of choosing one over the other.</w:t>
      </w:r>
    </w:p>
    <w:p>
      <w:pPr>
        <w:spacing w:after="60"/>
      </w:pPr>
      <w:r>
        <w:rPr>
          <w:b w:val="0"/>
          <w:i w:val="0"/>
          <w:smallCaps w:val="0"/>
          <w:strike w:val="0"/>
          <w:sz w:val="22"/>
          <w:u w:val="single"/>
        </w:rPr>
        <w:t xml:space="preserve">Spectrum is one of the most </w:t>
      </w:r>
      <w:r>
        <w:rPr>
          <w:b/>
          <w:i w:val="0"/>
          <w:smallCaps w:val="0"/>
          <w:strike w:val="0"/>
          <w:sz w:val="22"/>
          <w:u w:val="single"/>
        </w:rPr>
        <w:t>vital</w:t>
      </w:r>
      <w:r>
        <w:rPr>
          <w:b w:val="0"/>
          <w:i w:val="0"/>
          <w:smallCaps w:val="0"/>
          <w:strike w:val="0"/>
          <w:sz w:val="22"/>
          <w:u w:val="single"/>
        </w:rPr>
        <w:t xml:space="preserve"> public </w:t>
      </w:r>
      <w:r>
        <w:rPr>
          <w:b/>
          <w:i w:val="0"/>
          <w:smallCaps w:val="0"/>
          <w:strike w:val="0"/>
          <w:sz w:val="22"/>
          <w:u w:val="single"/>
        </w:rPr>
        <w:t>resources</w:t>
      </w:r>
      <w:r>
        <w:rPr>
          <w:b w:val="0"/>
          <w:i w:val="0"/>
          <w:smallCaps w:val="0"/>
          <w:strike w:val="0"/>
          <w:sz w:val="16"/>
          <w:u w:val="none"/>
        </w:rPr>
        <w:t xml:space="preserve"> in the modern </w:t>
      </w:r>
      <w:r>
        <w:rPr>
          <w:b w:val="0"/>
          <w:i w:val="0"/>
          <w:smallCaps w:val="0"/>
          <w:strike w:val="0"/>
          <w:sz w:val="16"/>
          <w:u w:val="none"/>
        </w:rPr>
        <w:t>world</w:t>
      </w:r>
      <w:r>
        <w:rPr>
          <w:b w:val="0"/>
          <w:i w:val="0"/>
          <w:smallCaps w:val="0"/>
          <w:strike w:val="0"/>
          <w:sz w:val="16"/>
          <w:u w:val="none"/>
        </w:rPr>
        <w:t xml:space="preserve">. </w:t>
      </w:r>
      <w:r>
        <w:rPr>
          <w:b w:val="0"/>
          <w:i w:val="0"/>
          <w:smallCaps w:val="0"/>
          <w:strike w:val="0"/>
          <w:sz w:val="22"/>
          <w:u w:val="single"/>
        </w:rPr>
        <w:t>It’s also increasingly in</w:t>
      </w:r>
      <w:r>
        <w:rPr>
          <w:b w:val="0"/>
          <w:i w:val="0"/>
          <w:smallCaps w:val="0"/>
          <w:strike w:val="0"/>
          <w:sz w:val="16"/>
          <w:u w:val="none"/>
        </w:rPr>
        <w:t xml:space="preserve"> </w:t>
      </w:r>
      <w:r>
        <w:rPr>
          <w:b/>
          <w:i w:val="0"/>
          <w:smallCaps w:val="0"/>
          <w:strike w:val="0"/>
          <w:sz w:val="22"/>
          <w:u w:val="single"/>
        </w:rPr>
        <w:t>short supply</w:t>
      </w:r>
      <w:r>
        <w:rPr>
          <w:b w:val="0"/>
          <w:i w:val="0"/>
          <w:smallCaps w:val="0"/>
          <w:strike w:val="0"/>
          <w:sz w:val="16"/>
          <w:u w:val="none"/>
        </w:rPr>
        <w:t xml:space="preserve">, especially low- to mid-band spectrum that’s essential for data-intensive wireless services. To their credit, American innovators and commercial interests are looking at how to use every bit of spectrum possible for the benefit of consumers. This means evaluating the efficiency of current uses of spectrum by government and non-government users, including the Pentagon. </w:t>
      </w:r>
    </w:p>
    <w:p>
      <w:pPr>
        <w:spacing w:after="60"/>
      </w:pPr>
      <w:r>
        <w:rPr>
          <w:b w:val="0"/>
          <w:i w:val="0"/>
          <w:smallCaps w:val="0"/>
          <w:strike w:val="0"/>
          <w:sz w:val="16"/>
          <w:u w:val="none"/>
        </w:rPr>
        <w:t xml:space="preserve">The </w:t>
      </w:r>
      <w:r>
        <w:rPr>
          <w:b w:val="0"/>
          <w:i w:val="0"/>
          <w:smallCaps w:val="0"/>
          <w:strike w:val="0"/>
          <w:sz w:val="22"/>
          <w:u w:val="single"/>
        </w:rPr>
        <w:t xml:space="preserve">Pentagon uses </w:t>
      </w:r>
      <w:r>
        <w:rPr>
          <w:b w:val="0"/>
          <w:i w:val="0"/>
          <w:smallCaps w:val="0"/>
          <w:strike w:val="0"/>
          <w:sz w:val="22"/>
          <w:u w:val="single"/>
        </w:rPr>
        <w:t>spectrum</w:t>
      </w:r>
      <w:r>
        <w:rPr>
          <w:b w:val="0"/>
          <w:i w:val="0"/>
          <w:smallCaps w:val="0"/>
          <w:strike w:val="0"/>
          <w:sz w:val="22"/>
          <w:u w:val="single"/>
        </w:rPr>
        <w:t xml:space="preserve"> for a </w:t>
      </w:r>
      <w:r>
        <w:rPr>
          <w:b/>
          <w:i w:val="0"/>
          <w:smallCaps w:val="0"/>
          <w:strike w:val="0"/>
          <w:sz w:val="22"/>
          <w:u w:val="single"/>
        </w:rPr>
        <w:t>variety</w:t>
      </w:r>
      <w:r>
        <w:rPr>
          <w:b w:val="0"/>
          <w:i w:val="0"/>
          <w:smallCaps w:val="0"/>
          <w:strike w:val="0"/>
          <w:sz w:val="22"/>
          <w:u w:val="single"/>
        </w:rPr>
        <w:t xml:space="preserve"> of security</w:t>
      </w:r>
      <w:r>
        <w:rPr>
          <w:b w:val="0"/>
          <w:i w:val="0"/>
          <w:smallCaps w:val="0"/>
          <w:strike w:val="0"/>
          <w:sz w:val="16"/>
          <w:u w:val="none"/>
        </w:rPr>
        <w:t xml:space="preserve"> </w:t>
      </w:r>
      <w:r>
        <w:rPr>
          <w:b/>
          <w:i w:val="0"/>
          <w:smallCaps w:val="0"/>
          <w:strike w:val="0"/>
          <w:sz w:val="22"/>
          <w:u w:val="single"/>
        </w:rPr>
        <w:t>purposes</w:t>
      </w:r>
      <w:r>
        <w:rPr>
          <w:b w:val="0"/>
          <w:i w:val="0"/>
          <w:smallCaps w:val="0"/>
          <w:strike w:val="0"/>
          <w:sz w:val="16"/>
          <w:u w:val="none"/>
        </w:rPr>
        <w:t xml:space="preserve">. </w:t>
      </w:r>
      <w:r>
        <w:rPr>
          <w:b w:val="0"/>
          <w:i w:val="0"/>
          <w:smallCaps w:val="0"/>
          <w:strike w:val="0"/>
          <w:sz w:val="22"/>
          <w:u w:val="single"/>
        </w:rPr>
        <w:t xml:space="preserve">The list includes </w:t>
      </w:r>
      <w:r>
        <w:rPr>
          <w:b/>
          <w:i w:val="0"/>
          <w:smallCaps w:val="0"/>
          <w:strike w:val="0"/>
          <w:sz w:val="22"/>
          <w:u w:val="single"/>
        </w:rPr>
        <w:t>GPS</w:t>
      </w:r>
      <w:r>
        <w:rPr>
          <w:b w:val="0"/>
          <w:i w:val="0"/>
          <w:smallCaps w:val="0"/>
          <w:strike w:val="0"/>
          <w:sz w:val="16"/>
          <w:u w:val="none"/>
        </w:rPr>
        <w:t xml:space="preserve">, “command and control” </w:t>
      </w:r>
      <w:r>
        <w:rPr>
          <w:b/>
          <w:i w:val="0"/>
          <w:smallCaps w:val="0"/>
          <w:strike w:val="0"/>
          <w:sz w:val="22"/>
          <w:u w:val="single"/>
        </w:rPr>
        <w:t>communication</w:t>
      </w:r>
      <w:r>
        <w:rPr>
          <w:b w:val="0"/>
          <w:i w:val="0"/>
          <w:smallCaps w:val="0"/>
          <w:strike w:val="0"/>
          <w:sz w:val="22"/>
          <w:u w:val="single"/>
        </w:rPr>
        <w:t xml:space="preserve"> between branches</w:t>
      </w:r>
      <w:r>
        <w:rPr>
          <w:b w:val="0"/>
          <w:i w:val="0"/>
          <w:smallCaps w:val="0"/>
          <w:strike w:val="0"/>
          <w:sz w:val="16"/>
          <w:u w:val="none"/>
        </w:rPr>
        <w:t xml:space="preserve">, communications </w:t>
      </w:r>
      <w:r>
        <w:rPr>
          <w:b w:val="0"/>
          <w:i w:val="0"/>
          <w:smallCaps w:val="0"/>
          <w:strike w:val="0"/>
          <w:sz w:val="22"/>
          <w:u w:val="single"/>
        </w:rPr>
        <w:t xml:space="preserve">with military </w:t>
      </w:r>
      <w:r>
        <w:rPr>
          <w:b/>
          <w:i w:val="0"/>
          <w:smallCaps w:val="0"/>
          <w:strike w:val="0"/>
          <w:sz w:val="22"/>
          <w:u w:val="single"/>
        </w:rPr>
        <w:t>satellites</w:t>
      </w:r>
      <w:r>
        <w:rPr>
          <w:b w:val="0"/>
          <w:i w:val="0"/>
          <w:smallCaps w:val="0"/>
          <w:strike w:val="0"/>
          <w:sz w:val="16"/>
          <w:u w:val="none"/>
        </w:rPr>
        <w:t xml:space="preserve">, radio systems aboard aircraft carriers, the </w:t>
      </w:r>
      <w:r>
        <w:rPr>
          <w:b w:val="0"/>
          <w:i w:val="0"/>
          <w:smallCaps w:val="0"/>
          <w:strike w:val="0"/>
          <w:sz w:val="22"/>
          <w:u w:val="single"/>
        </w:rPr>
        <w:t>tactical radios</w:t>
      </w:r>
      <w:r>
        <w:rPr>
          <w:b w:val="0"/>
          <w:i w:val="0"/>
          <w:smallCaps w:val="0"/>
          <w:strike w:val="0"/>
          <w:sz w:val="16"/>
          <w:u w:val="none"/>
        </w:rPr>
        <w:t xml:space="preserve"> troops use in the field, </w:t>
      </w:r>
      <w:r>
        <w:rPr>
          <w:b w:val="0"/>
          <w:i w:val="0"/>
          <w:smallCaps w:val="0"/>
          <w:strike w:val="0"/>
          <w:sz w:val="22"/>
          <w:u w:val="single"/>
        </w:rPr>
        <w:t xml:space="preserve">and </w:t>
      </w:r>
      <w:r>
        <w:rPr>
          <w:b/>
          <w:i w:val="0"/>
          <w:smallCaps w:val="0"/>
          <w:strike w:val="0"/>
          <w:sz w:val="22"/>
          <w:u w:val="single"/>
        </w:rPr>
        <w:t>more</w:t>
      </w:r>
      <w:r>
        <w:rPr>
          <w:b w:val="0"/>
          <w:i w:val="0"/>
          <w:smallCaps w:val="0"/>
          <w:strike w:val="0"/>
          <w:sz w:val="16"/>
          <w:u w:val="none"/>
        </w:rPr>
        <w:t xml:space="preserve">. Given its importance to defense, </w:t>
      </w:r>
      <w:r>
        <w:rPr>
          <w:b w:val="0"/>
          <w:i w:val="0"/>
          <w:smallCaps w:val="0"/>
          <w:strike w:val="0"/>
          <w:sz w:val="22"/>
          <w:u w:val="single"/>
        </w:rPr>
        <w:t xml:space="preserve">the Pentagon needs </w:t>
      </w:r>
      <w:r>
        <w:rPr>
          <w:b/>
          <w:i w:val="0"/>
          <w:smallCaps w:val="0"/>
          <w:strike w:val="0"/>
          <w:sz w:val="22"/>
          <w:u w:val="single"/>
        </w:rPr>
        <w:t>control</w:t>
      </w:r>
      <w:r>
        <w:rPr>
          <w:b w:val="0"/>
          <w:i w:val="0"/>
          <w:smallCaps w:val="0"/>
          <w:strike w:val="0"/>
          <w:sz w:val="22"/>
          <w:u w:val="single"/>
        </w:rPr>
        <w:t xml:space="preserve"> over </w:t>
      </w:r>
      <w:r>
        <w:rPr>
          <w:b/>
          <w:i w:val="0"/>
          <w:smallCaps w:val="0"/>
          <w:strike w:val="0"/>
          <w:sz w:val="22"/>
          <w:u w:val="single"/>
        </w:rPr>
        <w:t>wide</w:t>
      </w:r>
      <w:r>
        <w:rPr>
          <w:b w:val="0"/>
          <w:i w:val="0"/>
          <w:smallCaps w:val="0"/>
          <w:strike w:val="0"/>
          <w:sz w:val="16"/>
          <w:u w:val="none"/>
        </w:rPr>
        <w:t xml:space="preserve"> </w:t>
      </w:r>
      <w:r>
        <w:rPr>
          <w:b w:val="0"/>
          <w:i w:val="0"/>
          <w:smallCaps w:val="0"/>
          <w:strike w:val="0"/>
          <w:sz w:val="22"/>
          <w:u w:val="single"/>
        </w:rPr>
        <w:t>swaths of spectrum</w:t>
      </w:r>
      <w:r>
        <w:rPr>
          <w:b w:val="0"/>
          <w:i w:val="0"/>
          <w:smallCaps w:val="0"/>
          <w:strike w:val="0"/>
          <w:sz w:val="16"/>
          <w:u w:val="none"/>
        </w:rPr>
        <w:t xml:space="preserve"> to deliver on its national security mission. Given the nature of its mission, portions of the spectrum in control of the Pentagon can remain dormant while waiting to be used when the need or technology arises.</w:t>
      </w:r>
    </w:p>
    <w:p>
      <w:pPr>
        <w:spacing w:after="60"/>
      </w:pPr>
      <w:r>
        <w:rPr>
          <w:b w:val="0"/>
          <w:i w:val="0"/>
          <w:smallCaps w:val="0"/>
          <w:strike w:val="0"/>
          <w:sz w:val="16"/>
          <w:u w:val="none"/>
        </w:rPr>
        <w:t xml:space="preserve">These unused or </w:t>
      </w:r>
      <w:r>
        <w:rPr>
          <w:b/>
          <w:i w:val="0"/>
          <w:smallCaps w:val="0"/>
          <w:strike w:val="0"/>
          <w:sz w:val="22"/>
          <w:u w:val="single"/>
        </w:rPr>
        <w:t>underused</w:t>
      </w:r>
      <w:r>
        <w:rPr>
          <w:b w:val="0"/>
          <w:i w:val="0"/>
          <w:smallCaps w:val="0"/>
          <w:strike w:val="0"/>
          <w:sz w:val="22"/>
          <w:u w:val="single"/>
        </w:rPr>
        <w:t xml:space="preserve"> frequencies</w:t>
      </w:r>
      <w:r>
        <w:rPr>
          <w:b w:val="0"/>
          <w:i w:val="0"/>
          <w:smallCaps w:val="0"/>
          <w:strike w:val="0"/>
          <w:sz w:val="16"/>
          <w:u w:val="none"/>
        </w:rPr>
        <w:t xml:space="preserve"> </w:t>
      </w:r>
      <w:r>
        <w:rPr>
          <w:b w:val="0"/>
          <w:i w:val="0"/>
          <w:smallCaps w:val="0"/>
          <w:strike w:val="0"/>
          <w:sz w:val="22"/>
          <w:u w:val="single"/>
        </w:rPr>
        <w:t xml:space="preserve">are at the </w:t>
      </w:r>
      <w:r>
        <w:rPr>
          <w:b/>
          <w:i w:val="0"/>
          <w:smallCaps w:val="0"/>
          <w:strike w:val="0"/>
          <w:sz w:val="22"/>
          <w:u w:val="single"/>
        </w:rPr>
        <w:t>center</w:t>
      </w:r>
      <w:r>
        <w:rPr>
          <w:b w:val="0"/>
          <w:i w:val="0"/>
          <w:smallCaps w:val="0"/>
          <w:strike w:val="0"/>
          <w:sz w:val="22"/>
          <w:u w:val="single"/>
        </w:rPr>
        <w:t xml:space="preserve"> of this debate</w:t>
      </w:r>
      <w:r>
        <w:rPr>
          <w:b w:val="0"/>
          <w:i w:val="0"/>
          <w:smallCaps w:val="0"/>
          <w:strike w:val="0"/>
          <w:sz w:val="16"/>
          <w:u w:val="none"/>
        </w:rPr>
        <w:t xml:space="preserve">. They have some companies calling for Congress to push the Pentagon out of certain spectrum bands entirely, </w:t>
      </w:r>
      <w:r>
        <w:rPr>
          <w:b w:val="0"/>
          <w:i w:val="0"/>
          <w:smallCaps w:val="0"/>
          <w:strike w:val="0"/>
          <w:sz w:val="16"/>
          <w:u w:val="none"/>
        </w:rPr>
        <w:t>in an effort to</w:t>
      </w:r>
      <w:r>
        <w:rPr>
          <w:b w:val="0"/>
          <w:i w:val="0"/>
          <w:smallCaps w:val="0"/>
          <w:strike w:val="0"/>
          <w:sz w:val="16"/>
          <w:u w:val="none"/>
        </w:rPr>
        <w:t xml:space="preserve"> free up large amounts of frequency for commercial auction and use. </w:t>
      </w:r>
      <w:r>
        <w:rPr>
          <w:b w:val="0"/>
          <w:i w:val="0"/>
          <w:smallCaps w:val="0"/>
          <w:strike w:val="0"/>
          <w:sz w:val="22"/>
          <w:u w:val="single"/>
        </w:rPr>
        <w:t>Such a proposal nearly</w:t>
      </w:r>
      <w:r>
        <w:rPr>
          <w:b w:val="0"/>
          <w:i w:val="0"/>
          <w:smallCaps w:val="0"/>
          <w:strike w:val="0"/>
          <w:sz w:val="16"/>
          <w:u w:val="none"/>
        </w:rPr>
        <w:t xml:space="preserve"> </w:t>
      </w:r>
      <w:r>
        <w:rPr>
          <w:b w:val="0"/>
          <w:i w:val="0"/>
          <w:smallCaps w:val="0"/>
          <w:strike w:val="0"/>
          <w:sz w:val="22"/>
          <w:u w:val="single"/>
        </w:rPr>
        <w:t>passed Congress</w:t>
      </w:r>
      <w:r>
        <w:rPr>
          <w:b w:val="0"/>
          <w:i w:val="0"/>
          <w:smallCaps w:val="0"/>
          <w:strike w:val="0"/>
          <w:sz w:val="16"/>
          <w:u w:val="none"/>
        </w:rPr>
        <w:t xml:space="preserve"> in December, </w:t>
      </w:r>
      <w:r>
        <w:rPr>
          <w:b w:val="0"/>
          <w:i w:val="0"/>
          <w:smallCaps w:val="0"/>
          <w:strike w:val="0"/>
          <w:sz w:val="22"/>
          <w:u w:val="single"/>
        </w:rPr>
        <w:t xml:space="preserve">only to </w:t>
      </w:r>
      <w:r>
        <w:rPr>
          <w:b/>
          <w:i w:val="0"/>
          <w:smallCaps w:val="0"/>
          <w:strike w:val="0"/>
          <w:sz w:val="22"/>
          <w:u w:val="single"/>
        </w:rPr>
        <w:t>fall apart</w:t>
      </w:r>
      <w:r>
        <w:rPr>
          <w:b w:val="0"/>
          <w:i w:val="0"/>
          <w:smallCaps w:val="0"/>
          <w:strike w:val="0"/>
          <w:sz w:val="22"/>
          <w:u w:val="single"/>
        </w:rPr>
        <w:t xml:space="preserve"> at the last minute</w:t>
      </w:r>
      <w:r>
        <w:rPr>
          <w:b w:val="0"/>
          <w:i w:val="0"/>
          <w:smallCaps w:val="0"/>
          <w:strike w:val="0"/>
          <w:sz w:val="16"/>
          <w:u w:val="none"/>
        </w:rPr>
        <w:t xml:space="preserve"> due to defense concerns.</w:t>
      </w:r>
    </w:p>
    <w:p>
      <w:pPr>
        <w:spacing w:after="60"/>
      </w:pPr>
      <w:r>
        <w:rPr>
          <w:b w:val="0"/>
          <w:i w:val="0"/>
          <w:smallCaps w:val="0"/>
          <w:strike w:val="0"/>
          <w:sz w:val="16"/>
          <w:u w:val="none"/>
        </w:rPr>
        <w:t xml:space="preserve">Those </w:t>
      </w:r>
      <w:r>
        <w:rPr>
          <w:b w:val="0"/>
          <w:i w:val="0"/>
          <w:smallCaps w:val="0"/>
          <w:strike w:val="0"/>
          <w:sz w:val="22"/>
          <w:u w:val="single"/>
        </w:rPr>
        <w:t>defense concerns</w:t>
      </w:r>
      <w:r>
        <w:rPr>
          <w:b w:val="0"/>
          <w:i w:val="0"/>
          <w:smallCaps w:val="0"/>
          <w:strike w:val="0"/>
          <w:sz w:val="16"/>
          <w:u w:val="none"/>
        </w:rPr>
        <w:t xml:space="preserve"> were — and </w:t>
      </w:r>
      <w:r>
        <w:rPr>
          <w:b w:val="0"/>
          <w:i w:val="0"/>
          <w:smallCaps w:val="0"/>
          <w:strike w:val="0"/>
          <w:sz w:val="22"/>
          <w:u w:val="single"/>
        </w:rPr>
        <w:t>are</w:t>
      </w:r>
      <w:r>
        <w:rPr>
          <w:b w:val="0"/>
          <w:i w:val="0"/>
          <w:smallCaps w:val="0"/>
          <w:strike w:val="0"/>
          <w:sz w:val="16"/>
          <w:u w:val="none"/>
        </w:rPr>
        <w:t xml:space="preserve"> — </w:t>
      </w:r>
      <w:r>
        <w:rPr>
          <w:b/>
          <w:i w:val="0"/>
          <w:smallCaps w:val="0"/>
          <w:strike w:val="0"/>
          <w:sz w:val="22"/>
          <w:u w:val="single"/>
        </w:rPr>
        <w:t>justified</w:t>
      </w:r>
      <w:r>
        <w:rPr>
          <w:b w:val="0"/>
          <w:i w:val="0"/>
          <w:smallCaps w:val="0"/>
          <w:strike w:val="0"/>
          <w:sz w:val="16"/>
          <w:u w:val="none"/>
        </w:rPr>
        <w:t xml:space="preserve">. Even if </w:t>
      </w:r>
      <w:r>
        <w:rPr>
          <w:b w:val="0"/>
          <w:i w:val="0"/>
          <w:smallCaps w:val="0"/>
          <w:strike w:val="0"/>
          <w:sz w:val="22"/>
          <w:u w:val="single"/>
        </w:rPr>
        <w:t>the Pentagon could move its</w:t>
      </w:r>
      <w:r>
        <w:rPr>
          <w:b w:val="0"/>
          <w:i w:val="0"/>
          <w:smallCaps w:val="0"/>
          <w:strike w:val="0"/>
          <w:sz w:val="16"/>
          <w:u w:val="none"/>
        </w:rPr>
        <w:t xml:space="preserve"> </w:t>
      </w:r>
      <w:r>
        <w:rPr>
          <w:b w:val="0"/>
          <w:i w:val="0"/>
          <w:smallCaps w:val="0"/>
          <w:strike w:val="0"/>
          <w:sz w:val="22"/>
          <w:u w:val="single"/>
        </w:rPr>
        <w:t>operations</w:t>
      </w:r>
      <w:r>
        <w:rPr>
          <w:b w:val="0"/>
          <w:i w:val="0"/>
          <w:smallCaps w:val="0"/>
          <w:strike w:val="0"/>
          <w:sz w:val="16"/>
          <w:u w:val="none"/>
        </w:rPr>
        <w:t xml:space="preserve"> out of certain frequency bands, </w:t>
      </w:r>
      <w:r>
        <w:rPr>
          <w:b w:val="0"/>
          <w:i w:val="0"/>
          <w:smallCaps w:val="0"/>
          <w:strike w:val="0"/>
          <w:sz w:val="22"/>
          <w:u w:val="single"/>
        </w:rPr>
        <w:t>it’s not clear where else it could go</w:t>
      </w:r>
      <w:r>
        <w:rPr>
          <w:b w:val="0"/>
          <w:i w:val="0"/>
          <w:smallCaps w:val="0"/>
          <w:strike w:val="0"/>
          <w:sz w:val="16"/>
          <w:u w:val="none"/>
        </w:rPr>
        <w:t xml:space="preserve">, as senior defense </w:t>
      </w:r>
      <w:r>
        <w:rPr>
          <w:b w:val="0"/>
          <w:i w:val="0"/>
          <w:smallCaps w:val="0"/>
          <w:strike w:val="0"/>
          <w:sz w:val="16"/>
          <w:u w:val="none"/>
        </w:rPr>
        <w:t xml:space="preserve">officials </w:t>
      </w:r>
      <w:r>
        <w:rPr>
          <w:b w:val="0"/>
          <w:i w:val="0"/>
          <w:smallCaps w:val="0"/>
          <w:strike w:val="0"/>
          <w:sz w:val="16"/>
          <w:u w:val="none"/>
        </w:rPr>
        <w:t xml:space="preserve">have warned. Regardless, the process of </w:t>
      </w:r>
      <w:r>
        <w:rPr>
          <w:b w:val="0"/>
          <w:i w:val="0"/>
          <w:smallCaps w:val="0"/>
          <w:strike w:val="0"/>
          <w:sz w:val="22"/>
          <w:u w:val="single"/>
        </w:rPr>
        <w:t xml:space="preserve">moving radio frequencies would be </w:t>
      </w:r>
      <w:r>
        <w:rPr>
          <w:b/>
          <w:i w:val="0"/>
          <w:smallCaps w:val="0"/>
          <w:strike w:val="0"/>
          <w:sz w:val="22"/>
          <w:u w:val="single"/>
        </w:rPr>
        <w:t>cost prohibitive</w:t>
      </w:r>
      <w:r>
        <w:rPr>
          <w:b w:val="0"/>
          <w:i w:val="0"/>
          <w:smallCaps w:val="0"/>
          <w:strike w:val="0"/>
          <w:sz w:val="16"/>
          <w:u w:val="none"/>
        </w:rPr>
        <w:t xml:space="preserve">, far </w:t>
      </w:r>
      <w:r>
        <w:rPr>
          <w:b/>
          <w:i w:val="0"/>
          <w:smallCaps w:val="0"/>
          <w:strike w:val="0"/>
          <w:sz w:val="22"/>
          <w:u w:val="single"/>
        </w:rPr>
        <w:t>outweighing</w:t>
      </w:r>
      <w:r>
        <w:rPr>
          <w:b w:val="0"/>
          <w:i w:val="0"/>
          <w:smallCaps w:val="0"/>
          <w:strike w:val="0"/>
          <w:sz w:val="22"/>
          <w:u w:val="single"/>
        </w:rPr>
        <w:t xml:space="preserve"> any perceived short-term </w:t>
      </w:r>
      <w:r>
        <w:rPr>
          <w:b/>
          <w:i w:val="0"/>
          <w:smallCaps w:val="0"/>
          <w:strike w:val="0"/>
          <w:sz w:val="22"/>
          <w:u w:val="single"/>
        </w:rPr>
        <w:t>gain</w:t>
      </w:r>
      <w:r>
        <w:rPr>
          <w:b w:val="0"/>
          <w:i w:val="0"/>
          <w:smallCaps w:val="0"/>
          <w:strike w:val="0"/>
          <w:sz w:val="16"/>
          <w:u w:val="none"/>
        </w:rPr>
        <w:t xml:space="preserve"> from auction review of the vacated frequencies. Pentagon estimates put the price tag at $120 billion, and likely more, and it would take 20 years at least.</w:t>
      </w:r>
    </w:p>
    <w:p>
      <w:pPr>
        <w:spacing w:after="60"/>
      </w:pPr>
      <w:r>
        <w:rPr>
          <w:b w:val="0"/>
          <w:i w:val="0"/>
          <w:smallCaps w:val="0"/>
          <w:strike w:val="0"/>
          <w:sz w:val="16"/>
          <w:u w:val="none"/>
        </w:rPr>
        <w:t xml:space="preserve">The last thing the Armed Forces should have to focus on right now is a potential drawback in their ability to protect our country. </w:t>
      </w:r>
      <w:r>
        <w:rPr>
          <w:b w:val="0"/>
          <w:i w:val="0"/>
          <w:smallCaps w:val="0"/>
          <w:strike w:val="0"/>
          <w:sz w:val="22"/>
          <w:u w:val="single"/>
        </w:rPr>
        <w:t xml:space="preserve">We face the most </w:t>
      </w:r>
      <w:r>
        <w:rPr>
          <w:b/>
          <w:i w:val="0"/>
          <w:smallCaps w:val="0"/>
          <w:strike w:val="0"/>
          <w:sz w:val="22"/>
          <w:u w:val="single"/>
        </w:rPr>
        <w:t>dangerous world</w:t>
      </w:r>
      <w:r>
        <w:rPr>
          <w:b w:val="0"/>
          <w:i w:val="0"/>
          <w:smallCaps w:val="0"/>
          <w:strike w:val="0"/>
          <w:sz w:val="16"/>
          <w:u w:val="none"/>
        </w:rPr>
        <w:t xml:space="preserve"> in 30-plus years, </w:t>
      </w:r>
      <w:r>
        <w:rPr>
          <w:b w:val="0"/>
          <w:i w:val="0"/>
          <w:smallCaps w:val="0"/>
          <w:strike w:val="0"/>
          <w:sz w:val="22"/>
          <w:u w:val="single"/>
        </w:rPr>
        <w:t>with threats</w:t>
      </w:r>
      <w:r>
        <w:rPr>
          <w:b w:val="0"/>
          <w:i w:val="0"/>
          <w:smallCaps w:val="0"/>
          <w:strike w:val="0"/>
          <w:sz w:val="16"/>
          <w:u w:val="none"/>
        </w:rPr>
        <w:t xml:space="preserve"> </w:t>
      </w:r>
      <w:r>
        <w:rPr>
          <w:b w:val="0"/>
          <w:i w:val="0"/>
          <w:smallCaps w:val="0"/>
          <w:strike w:val="0"/>
          <w:sz w:val="22"/>
          <w:u w:val="single"/>
        </w:rPr>
        <w:t>ranging from Russia</w:t>
      </w:r>
      <w:r>
        <w:rPr>
          <w:b w:val="0"/>
          <w:i w:val="0"/>
          <w:smallCaps w:val="0"/>
          <w:strike w:val="0"/>
          <w:sz w:val="16"/>
          <w:u w:val="none"/>
        </w:rPr>
        <w:t xml:space="preserve"> </w:t>
      </w:r>
      <w:r>
        <w:rPr>
          <w:b w:val="0"/>
          <w:i w:val="0"/>
          <w:smallCaps w:val="0"/>
          <w:strike w:val="0"/>
          <w:sz w:val="22"/>
          <w:u w:val="single"/>
        </w:rPr>
        <w:t>to Iran to North Korea to China</w:t>
      </w:r>
      <w:r>
        <w:rPr>
          <w:b w:val="0"/>
          <w:i w:val="0"/>
          <w:smallCaps w:val="0"/>
          <w:strike w:val="0"/>
          <w:sz w:val="16"/>
          <w:u w:val="none"/>
        </w:rPr>
        <w:t xml:space="preserve">. </w:t>
      </w:r>
      <w:r>
        <w:rPr>
          <w:b w:val="0"/>
          <w:i w:val="0"/>
          <w:smallCaps w:val="0"/>
          <w:strike w:val="0"/>
          <w:sz w:val="22"/>
          <w:u w:val="single"/>
        </w:rPr>
        <w:t xml:space="preserve">Anything that </w:t>
      </w:r>
      <w:r>
        <w:rPr>
          <w:b/>
          <w:i w:val="0"/>
          <w:smallCaps w:val="0"/>
          <w:strike w:val="0"/>
          <w:sz w:val="22"/>
          <w:u w:val="single"/>
        </w:rPr>
        <w:t>diverts</w:t>
      </w:r>
      <w:r>
        <w:rPr>
          <w:b w:val="0"/>
          <w:i w:val="0"/>
          <w:smallCaps w:val="0"/>
          <w:strike w:val="0"/>
          <w:sz w:val="22"/>
          <w:u w:val="single"/>
        </w:rPr>
        <w:t xml:space="preserve"> the military’s </w:t>
      </w:r>
      <w:r>
        <w:rPr>
          <w:b/>
          <w:i w:val="0"/>
          <w:smallCaps w:val="0"/>
          <w:strike w:val="0"/>
          <w:sz w:val="22"/>
          <w:u w:val="single"/>
        </w:rPr>
        <w:t>attention</w:t>
      </w:r>
      <w:r>
        <w:rPr>
          <w:b w:val="0"/>
          <w:i w:val="0"/>
          <w:smallCaps w:val="0"/>
          <w:strike w:val="0"/>
          <w:sz w:val="16"/>
          <w:u w:val="none"/>
        </w:rPr>
        <w:t xml:space="preserve"> right now ultimately </w:t>
      </w:r>
      <w:r>
        <w:rPr>
          <w:b/>
          <w:i w:val="0"/>
          <w:smallCaps w:val="0"/>
          <w:strike w:val="0"/>
          <w:sz w:val="22"/>
          <w:u w:val="single"/>
        </w:rPr>
        <w:t>endangers</w:t>
      </w:r>
      <w:r>
        <w:rPr>
          <w:b w:val="0"/>
          <w:i w:val="0"/>
          <w:smallCaps w:val="0"/>
          <w:strike w:val="0"/>
          <w:sz w:val="22"/>
          <w:u w:val="single"/>
        </w:rPr>
        <w:t xml:space="preserve"> our national </w:t>
      </w:r>
      <w:r>
        <w:rPr>
          <w:b/>
          <w:i w:val="0"/>
          <w:smallCaps w:val="0"/>
          <w:strike w:val="0"/>
          <w:sz w:val="22"/>
          <w:u w:val="single"/>
        </w:rPr>
        <w:t>security</w:t>
      </w:r>
      <w:r>
        <w:rPr>
          <w:b w:val="0"/>
          <w:i w:val="0"/>
          <w:smallCaps w:val="0"/>
          <w:strike w:val="0"/>
          <w:sz w:val="16"/>
          <w:u w:val="none"/>
        </w:rPr>
        <w:t xml:space="preserve">. </w:t>
      </w:r>
      <w:r>
        <w:rPr>
          <w:b w:val="0"/>
          <w:i w:val="0"/>
          <w:smallCaps w:val="0"/>
          <w:strike w:val="0"/>
          <w:sz w:val="22"/>
          <w:u w:val="single"/>
        </w:rPr>
        <w:t>One of the greatest challenges</w:t>
      </w:r>
      <w:r>
        <w:rPr>
          <w:b w:val="0"/>
          <w:i w:val="0"/>
          <w:smallCaps w:val="0"/>
          <w:strike w:val="0"/>
          <w:sz w:val="16"/>
          <w:u w:val="none"/>
        </w:rPr>
        <w:t xml:space="preserve"> faced by military commanders </w:t>
      </w:r>
      <w:r>
        <w:rPr>
          <w:b w:val="0"/>
          <w:i w:val="0"/>
          <w:smallCaps w:val="0"/>
          <w:strike w:val="0"/>
          <w:sz w:val="22"/>
          <w:u w:val="single"/>
        </w:rPr>
        <w:t>is</w:t>
      </w:r>
      <w:r>
        <w:rPr>
          <w:b w:val="0"/>
          <w:i w:val="0"/>
          <w:smallCaps w:val="0"/>
          <w:strike w:val="0"/>
          <w:sz w:val="16"/>
          <w:u w:val="none"/>
        </w:rPr>
        <w:t xml:space="preserve"> that of </w:t>
      </w:r>
      <w:r>
        <w:rPr>
          <w:b/>
          <w:i w:val="0"/>
          <w:smallCaps w:val="0"/>
          <w:strike w:val="0"/>
          <w:sz w:val="22"/>
          <w:u w:val="single"/>
        </w:rPr>
        <w:t>communications</w:t>
      </w:r>
      <w:r>
        <w:rPr>
          <w:b w:val="0"/>
          <w:i w:val="0"/>
          <w:smallCaps w:val="0"/>
          <w:strike w:val="0"/>
          <w:sz w:val="16"/>
          <w:u w:val="none"/>
        </w:rPr>
        <w:t xml:space="preserve">. Clear and concise </w:t>
      </w:r>
      <w:r>
        <w:rPr>
          <w:b w:val="0"/>
          <w:i w:val="0"/>
          <w:smallCaps w:val="0"/>
          <w:strike w:val="0"/>
          <w:sz w:val="22"/>
          <w:u w:val="single"/>
        </w:rPr>
        <w:t>exchange of information</w:t>
      </w:r>
      <w:r>
        <w:rPr>
          <w:b w:val="0"/>
          <w:i w:val="0"/>
          <w:smallCaps w:val="0"/>
          <w:strike w:val="0"/>
          <w:sz w:val="16"/>
          <w:u w:val="none"/>
        </w:rPr>
        <w:t xml:space="preserve"> </w:t>
      </w:r>
      <w:r>
        <w:rPr>
          <w:b w:val="0"/>
          <w:i w:val="0"/>
          <w:smallCaps w:val="0"/>
          <w:strike w:val="0"/>
          <w:sz w:val="22"/>
          <w:u w:val="single"/>
        </w:rPr>
        <w:t>has</w:t>
      </w:r>
      <w:r>
        <w:rPr>
          <w:b w:val="0"/>
          <w:i w:val="0"/>
          <w:smallCaps w:val="0"/>
          <w:strike w:val="0"/>
          <w:sz w:val="16"/>
          <w:u w:val="none"/>
        </w:rPr>
        <w:t xml:space="preserve"> always </w:t>
      </w:r>
      <w:r>
        <w:rPr>
          <w:b w:val="0"/>
          <w:i w:val="0"/>
          <w:smallCaps w:val="0"/>
          <w:strike w:val="0"/>
          <w:sz w:val="22"/>
          <w:u w:val="single"/>
        </w:rPr>
        <w:t>been vital to any successful military operation</w:t>
      </w:r>
      <w:r>
        <w:rPr>
          <w:b w:val="0"/>
          <w:i w:val="0"/>
          <w:smallCaps w:val="0"/>
          <w:strike w:val="0"/>
          <w:sz w:val="16"/>
          <w:u w:val="none"/>
        </w:rPr>
        <w:t xml:space="preserve"> — even more so today. </w:t>
      </w:r>
      <w:r>
        <w:rPr>
          <w:b w:val="0"/>
          <w:i w:val="0"/>
          <w:smallCaps w:val="0"/>
          <w:strike w:val="0"/>
          <w:sz w:val="22"/>
          <w:u w:val="single"/>
        </w:rPr>
        <w:t>Effective command</w:t>
      </w:r>
      <w:r>
        <w:rPr>
          <w:b w:val="0"/>
          <w:i w:val="0"/>
          <w:smallCaps w:val="0"/>
          <w:strike w:val="0"/>
          <w:sz w:val="16"/>
          <w:u w:val="none"/>
        </w:rPr>
        <w:t xml:space="preserve"> and control </w:t>
      </w:r>
      <w:r>
        <w:rPr>
          <w:b w:val="0"/>
          <w:i w:val="0"/>
          <w:smallCaps w:val="0"/>
          <w:strike w:val="0"/>
          <w:sz w:val="22"/>
          <w:u w:val="single"/>
        </w:rPr>
        <w:t>is</w:t>
      </w:r>
      <w:r>
        <w:rPr>
          <w:b w:val="0"/>
          <w:i w:val="0"/>
          <w:smallCaps w:val="0"/>
          <w:strike w:val="0"/>
          <w:sz w:val="22"/>
          <w:u w:val="single"/>
        </w:rPr>
        <w:t xml:space="preserve"> at the </w:t>
      </w:r>
      <w:r>
        <w:rPr>
          <w:b/>
          <w:i w:val="0"/>
          <w:smallCaps w:val="0"/>
          <w:strike w:val="0"/>
          <w:sz w:val="22"/>
          <w:u w:val="single"/>
        </w:rPr>
        <w:t>heart</w:t>
      </w:r>
      <w:r>
        <w:rPr>
          <w:b w:val="0"/>
          <w:i w:val="0"/>
          <w:smallCaps w:val="0"/>
          <w:strike w:val="0"/>
          <w:sz w:val="22"/>
          <w:u w:val="single"/>
        </w:rPr>
        <w:t xml:space="preserve"> of </w:t>
      </w:r>
      <w:r>
        <w:rPr>
          <w:b/>
          <w:i w:val="0"/>
          <w:smallCaps w:val="0"/>
          <w:strike w:val="0"/>
          <w:sz w:val="22"/>
          <w:u w:val="single"/>
        </w:rPr>
        <w:t>leadership</w:t>
      </w:r>
      <w:r>
        <w:rPr>
          <w:b w:val="0"/>
          <w:i w:val="0"/>
          <w:smallCaps w:val="0"/>
          <w:strike w:val="0"/>
          <w:sz w:val="16"/>
          <w:u w:val="none"/>
        </w:rPr>
        <w:t xml:space="preserve">, and </w:t>
      </w:r>
      <w:r>
        <w:rPr>
          <w:b w:val="0"/>
          <w:i w:val="0"/>
          <w:smallCaps w:val="0"/>
          <w:strike w:val="0"/>
          <w:sz w:val="22"/>
          <w:u w:val="single"/>
        </w:rPr>
        <w:t xml:space="preserve">efficient use of spectrum </w:t>
      </w:r>
      <w:r>
        <w:rPr>
          <w:b/>
          <w:i w:val="0"/>
          <w:smallCaps w:val="0"/>
          <w:strike w:val="0"/>
          <w:sz w:val="22"/>
          <w:u w:val="single"/>
        </w:rPr>
        <w:t>allows it.</w:t>
      </w:r>
    </w:p>
    <w:p>
      <w:pPr>
        <w:pStyle w:val="Caption"/>
      </w:pPr>
      <w:r>
        <w:t>Source: Antitrust Negative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