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Spectrum </w:t>
      </w:r>
      <w:r>
        <w:rPr>
          <w:b/>
          <w:i w:val="0"/>
          <w:smallCaps w:val="0"/>
          <w:strike w:val="0"/>
          <w:u w:val="single"/>
        </w:rPr>
        <w:t>key</w:t>
      </w:r>
      <w:r>
        <w:rPr>
          <w:b/>
          <w:i w:val="0"/>
          <w:smallCaps w:val="0"/>
          <w:strike w:val="0"/>
          <w:u w:val="none"/>
        </w:rPr>
        <w:t xml:space="preserve"> but the plan </w:t>
      </w:r>
      <w:r>
        <w:rPr>
          <w:b/>
          <w:i w:val="0"/>
          <w:smallCaps w:val="0"/>
          <w:strike w:val="0"/>
          <w:u w:val="single"/>
        </w:rPr>
        <w:t>trades</w:t>
      </w:r>
      <w:r>
        <w:rPr>
          <w:b/>
          <w:i w:val="0"/>
          <w:smallCaps w:val="0"/>
          <w:strike w:val="0"/>
          <w:u w:val="none"/>
        </w:rPr>
        <w:t xml:space="preserve"> off.</w:t>
      </w:r>
    </w:p>
    <w:p>
      <w:pPr>
        <w:spacing w:after="80"/>
      </w:pPr>
      <w:r>
        <w:rPr>
          <w:b/>
          <w:i w:val="0"/>
          <w:smallCaps w:val="0"/>
          <w:strike w:val="0"/>
          <w:sz w:val="22"/>
          <w:u w:val="none"/>
        </w:rPr>
        <w:t>Magnuson 24</w:t>
      </w:r>
      <w:r>
        <w:rPr>
          <w:b w:val="0"/>
          <w:i w:val="0"/>
          <w:smallCaps w:val="0"/>
          <w:strike w:val="0"/>
          <w:u w:val="none"/>
        </w:rPr>
        <w:t xml:space="preserve"> (Stew, </w:t>
      </w:r>
      <w:r>
        <w:rPr>
          <w:b w:val="0"/>
          <w:i w:val="0"/>
          <w:smallCaps w:val="0"/>
          <w:strike w:val="0"/>
          <w:u w:val="none"/>
        </w:rPr>
        <w:t>Editor in Chief of National Defense Magazine</w:t>
      </w:r>
      <w:r>
        <w:rPr>
          <w:b w:val="0"/>
          <w:i w:val="0"/>
          <w:smallCaps w:val="0"/>
          <w:strike w:val="0"/>
          <w:u w:val="none"/>
        </w:rPr>
        <w:t>, 3/8/24, “</w:t>
      </w:r>
      <w:r>
        <w:rPr>
          <w:b w:val="0"/>
          <w:i w:val="0"/>
          <w:smallCaps w:val="0"/>
          <w:strike w:val="0"/>
          <w:u w:val="none"/>
        </w:rPr>
        <w:t>Daily Fight for Ukraine Spectrum Superiority Puts Electronic Warfare Front, Center</w:t>
      </w:r>
      <w:r>
        <w:rPr>
          <w:b w:val="0"/>
          <w:i w:val="0"/>
          <w:smallCaps w:val="0"/>
          <w:strike w:val="0"/>
          <w:u w:val="none"/>
        </w:rPr>
        <w:t xml:space="preserve">,” </w:t>
      </w:r>
      <w:r>
        <w:rPr>
          <w:b w:val="0"/>
          <w:i w:val="0"/>
          <w:smallCaps w:val="0"/>
          <w:strike w:val="0"/>
          <w:u w:val="none"/>
        </w:rPr>
        <w:t>https://www.nationaldefensemagazine.org/articles/2024/3/8/daily-fight-for-ukraine-spectrum-superiority-puts-electronic-warfare-front-center</w:t>
      </w:r>
      <w:r>
        <w:rPr>
          <w:b w:val="0"/>
          <w:i w:val="0"/>
          <w:smallCaps w:val="0"/>
          <w:strike w:val="0"/>
          <w:u w:val="none"/>
        </w:rPr>
        <w:t xml:space="preserve">,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The hapless Russian soldier in a film clip shown at a recent industry trade show was — ironically perhaps — setting up a jammer when a Ukrainian soldier remotely operating a drone spied him from above.</w:t>
      </w:r>
    </w:p>
    <w:p>
      <w:pPr>
        <w:spacing w:after="60"/>
      </w:pPr>
      <w:r>
        <w:rPr>
          <w:b w:val="0"/>
          <w:i w:val="0"/>
          <w:smallCaps w:val="0"/>
          <w:strike w:val="0"/>
          <w:sz w:val="16"/>
          <w:u w:val="none"/>
        </w:rPr>
        <w:t>The Russian apparently didn’t flip the switch on the device in time to block the drone’s signals. The Ukrainian soldier watching through a pair of goggles kilometers away dispatched a grenade, destroying the jammer and presumably taking the Russian permanently off the battlefield as another of that day’s casualties.</w:t>
      </w:r>
    </w:p>
    <w:p>
      <w:pPr>
        <w:spacing w:after="60"/>
      </w:pPr>
      <w:r>
        <w:rPr>
          <w:b w:val="0"/>
          <w:i w:val="0"/>
          <w:smallCaps w:val="0"/>
          <w:strike w:val="0"/>
          <w:sz w:val="22"/>
          <w:u w:val="single"/>
        </w:rPr>
        <w:t xml:space="preserve">The </w:t>
      </w:r>
      <w:r>
        <w:rPr>
          <w:b w:val="0"/>
          <w:i w:val="0"/>
          <w:smallCaps w:val="0"/>
          <w:strike w:val="0"/>
          <w:sz w:val="22"/>
          <w:u w:val="single"/>
        </w:rPr>
        <w:t>traits of war</w:t>
      </w:r>
      <w:r>
        <w:rPr>
          <w:b w:val="0"/>
          <w:i w:val="0"/>
          <w:smallCaps w:val="0"/>
          <w:strike w:val="0"/>
          <w:sz w:val="16"/>
          <w:u w:val="none"/>
        </w:rPr>
        <w:t xml:space="preserve"> </w:t>
      </w:r>
      <w:r>
        <w:rPr>
          <w:b w:val="0"/>
          <w:i w:val="0"/>
          <w:smallCaps w:val="0"/>
          <w:strike w:val="0"/>
          <w:sz w:val="22"/>
          <w:u w:val="single"/>
        </w:rPr>
        <w:t xml:space="preserve">are </w:t>
      </w:r>
      <w:r>
        <w:rPr>
          <w:b/>
          <w:i w:val="0"/>
          <w:smallCaps w:val="0"/>
          <w:strike w:val="0"/>
          <w:sz w:val="22"/>
          <w:u w:val="single"/>
        </w:rPr>
        <w:t>easy to spot</w:t>
      </w:r>
      <w:r>
        <w:rPr>
          <w:b w:val="0"/>
          <w:i w:val="0"/>
          <w:smallCaps w:val="0"/>
          <w:strike w:val="0"/>
          <w:sz w:val="16"/>
          <w:u w:val="none"/>
        </w:rPr>
        <w:t xml:space="preserve"> in eastern Ukraine. Trenches protect troops squaring off with Russian forces. Long-range artillery is both seen and heard. Burned out fighting vehicles litter the landscape and several Russian ships are now at the bottom of the Black Sea.</w:t>
      </w:r>
    </w:p>
    <w:p>
      <w:pPr>
        <w:spacing w:after="60"/>
      </w:pPr>
      <w:r>
        <w:rPr>
          <w:b w:val="0"/>
          <w:i w:val="0"/>
          <w:smallCaps w:val="0"/>
          <w:strike w:val="0"/>
          <w:sz w:val="22"/>
          <w:u w:val="single"/>
        </w:rPr>
        <w:t>What isn’t seen</w:t>
      </w:r>
      <w:r>
        <w:rPr>
          <w:b w:val="0"/>
          <w:i w:val="0"/>
          <w:smallCaps w:val="0"/>
          <w:strike w:val="0"/>
          <w:sz w:val="16"/>
          <w:u w:val="none"/>
        </w:rPr>
        <w:t xml:space="preserve"> </w:t>
      </w:r>
      <w:r>
        <w:rPr>
          <w:b w:val="0"/>
          <w:i w:val="0"/>
          <w:smallCaps w:val="0"/>
          <w:strike w:val="0"/>
          <w:sz w:val="22"/>
          <w:u w:val="single"/>
        </w:rPr>
        <w:t xml:space="preserve">is the minute-by-minute </w:t>
      </w:r>
      <w:r>
        <w:rPr>
          <w:b/>
          <w:i w:val="0"/>
          <w:smallCaps w:val="0"/>
          <w:strike w:val="0"/>
          <w:sz w:val="22"/>
          <w:highlight w:val="cyan"/>
          <w:u w:val="single"/>
        </w:rPr>
        <w:t>battle</w:t>
      </w:r>
      <w:r>
        <w:rPr>
          <w:b w:val="0"/>
          <w:i w:val="0"/>
          <w:smallCaps w:val="0"/>
          <w:strike w:val="0"/>
          <w:sz w:val="16"/>
          <w:u w:val="none"/>
        </w:rPr>
        <w:t xml:space="preserve"> </w:t>
      </w:r>
      <w:r>
        <w:rPr>
          <w:b w:val="0"/>
          <w:i w:val="0"/>
          <w:smallCaps w:val="0"/>
          <w:strike w:val="0"/>
          <w:sz w:val="22"/>
          <w:highlight w:val="cyan"/>
          <w:u w:val="single"/>
        </w:rPr>
        <w:t>over</w:t>
      </w:r>
      <w:r>
        <w:rPr>
          <w:b w:val="0"/>
          <w:i w:val="0"/>
          <w:smallCaps w:val="0"/>
          <w:strike w:val="0"/>
          <w:sz w:val="22"/>
          <w:u w:val="single"/>
        </w:rPr>
        <w:t xml:space="preserve"> </w:t>
      </w:r>
      <w:r>
        <w:rPr>
          <w:b w:val="0"/>
          <w:i w:val="0"/>
          <w:smallCaps w:val="0"/>
          <w:strike w:val="0"/>
          <w:sz w:val="22"/>
          <w:highlight w:val="cyan"/>
          <w:u w:val="single"/>
        </w:rPr>
        <w:t xml:space="preserve">the electromagnetic </w:t>
      </w:r>
      <w:r>
        <w:rPr>
          <w:b/>
          <w:i w:val="0"/>
          <w:smallCaps w:val="0"/>
          <w:strike w:val="0"/>
          <w:sz w:val="22"/>
          <w:highlight w:val="cyan"/>
          <w:u w:val="single"/>
        </w:rPr>
        <w:t>spectrum</w:t>
      </w:r>
      <w:r>
        <w:rPr>
          <w:b w:val="0"/>
          <w:i w:val="0"/>
          <w:smallCaps w:val="0"/>
          <w:strike w:val="0"/>
          <w:sz w:val="16"/>
          <w:u w:val="none"/>
        </w:rPr>
        <w:t>. Russian-made Pole-21 and RP-377 jammers are intended to thwart Ukrainian small drone attacks. U.S. Air Force GPS satellites fly overhead as Russian forces attempt to block their signals.</w:t>
      </w:r>
    </w:p>
    <w:p>
      <w:pPr>
        <w:spacing w:after="60"/>
      </w:pPr>
      <w:r>
        <w:rPr>
          <w:b w:val="0"/>
          <w:i w:val="0"/>
          <w:smallCaps w:val="0"/>
          <w:strike w:val="0"/>
          <w:sz w:val="16"/>
          <w:u w:val="none"/>
        </w:rPr>
        <w:t>Remote-controlled kamikaze drones connect back via radio waves to Ukrainian soldiers wearing goggles that help guide the loitering munitions to targets. The jammers attempt to stop them.</w:t>
      </w:r>
    </w:p>
    <w:p>
      <w:pPr>
        <w:spacing w:after="60"/>
      </w:pPr>
      <w:r>
        <w:rPr>
          <w:b/>
          <w:i w:val="0"/>
          <w:smallCaps w:val="0"/>
          <w:strike w:val="0"/>
          <w:sz w:val="22"/>
          <w:highlight w:val="cyan"/>
          <w:u w:val="single"/>
        </w:rPr>
        <w:t>Battlefield</w:t>
      </w:r>
      <w:r>
        <w:rPr>
          <w:b w:val="0"/>
          <w:i w:val="0"/>
          <w:smallCaps w:val="0"/>
          <w:strike w:val="0"/>
          <w:sz w:val="22"/>
          <w:highlight w:val="cyan"/>
          <w:u w:val="single"/>
        </w:rPr>
        <w:t xml:space="preserve"> </w:t>
      </w:r>
      <w:r>
        <w:rPr>
          <w:b/>
          <w:i w:val="0"/>
          <w:smallCaps w:val="0"/>
          <w:strike w:val="0"/>
          <w:sz w:val="22"/>
          <w:highlight w:val="cyan"/>
          <w:u w:val="single"/>
        </w:rPr>
        <w:t>control</w:t>
      </w:r>
      <w:r>
        <w:rPr>
          <w:b w:val="0"/>
          <w:i w:val="0"/>
          <w:smallCaps w:val="0"/>
          <w:strike w:val="0"/>
          <w:sz w:val="22"/>
          <w:u w:val="single"/>
        </w:rPr>
        <w:t xml:space="preserve"> over the electromagnetic spectrum</w:t>
      </w:r>
      <w:r>
        <w:rPr>
          <w:b w:val="0"/>
          <w:i w:val="0"/>
          <w:smallCaps w:val="0"/>
          <w:strike w:val="0"/>
          <w:sz w:val="16"/>
          <w:u w:val="none"/>
        </w:rPr>
        <w:t xml:space="preserve"> — also known as electronic warfare — </w:t>
      </w:r>
      <w:r>
        <w:rPr>
          <w:b w:val="0"/>
          <w:i w:val="0"/>
          <w:smallCaps w:val="0"/>
          <w:strike w:val="0"/>
          <w:sz w:val="22"/>
          <w:highlight w:val="cyan"/>
          <w:u w:val="single"/>
        </w:rPr>
        <w:t>is</w:t>
      </w:r>
      <w:r>
        <w:rPr>
          <w:b w:val="0"/>
          <w:i w:val="0"/>
          <w:smallCaps w:val="0"/>
          <w:strike w:val="0"/>
          <w:sz w:val="16"/>
          <w:u w:val="none"/>
        </w:rPr>
        <w:t xml:space="preserve"> becoming more </w:t>
      </w:r>
      <w:r>
        <w:rPr>
          <w:b/>
          <w:i w:val="0"/>
          <w:smallCaps w:val="0"/>
          <w:strike w:val="0"/>
          <w:sz w:val="22"/>
          <w:highlight w:val="cyan"/>
          <w:u w:val="single"/>
        </w:rPr>
        <w:t>crucial</w:t>
      </w:r>
      <w:r>
        <w:rPr>
          <w:b w:val="0"/>
          <w:i w:val="0"/>
          <w:smallCaps w:val="0"/>
          <w:strike w:val="0"/>
          <w:sz w:val="16"/>
          <w:u w:val="none"/>
        </w:rPr>
        <w:t xml:space="preserve"> as modern militaries observe what is happening in Ukraine.</w:t>
      </w:r>
    </w:p>
    <w:p>
      <w:pPr>
        <w:spacing w:after="60"/>
      </w:pPr>
      <w:r>
        <w:rPr>
          <w:b w:val="0"/>
          <w:i w:val="0"/>
          <w:smallCaps w:val="0"/>
          <w:strike w:val="0"/>
          <w:sz w:val="16"/>
          <w:u w:val="none"/>
        </w:rPr>
        <w:t>Experts are now debating whether it should be elevated to a “warfighting domain” — on par with land, air, sea, space and cyberspace.</w:t>
      </w:r>
    </w:p>
    <w:p>
      <w:pPr>
        <w:spacing w:after="60"/>
      </w:pPr>
      <w:r>
        <w:rPr>
          <w:b w:val="0"/>
          <w:i w:val="0"/>
          <w:smallCaps w:val="0"/>
          <w:strike w:val="0"/>
          <w:sz w:val="16"/>
          <w:u w:val="none"/>
        </w:rPr>
        <w:t xml:space="preserve">It’s a purely academic question for Ukrainian and Russian ground forces. They only know </w:t>
      </w:r>
      <w:r>
        <w:rPr>
          <w:b w:val="0"/>
          <w:i w:val="0"/>
          <w:smallCaps w:val="0"/>
          <w:strike w:val="0"/>
          <w:sz w:val="22"/>
          <w:u w:val="single"/>
        </w:rPr>
        <w:t>if they don’t</w:t>
      </w:r>
      <w:r>
        <w:rPr>
          <w:b w:val="0"/>
          <w:i w:val="0"/>
          <w:smallCaps w:val="0"/>
          <w:strike w:val="0"/>
          <w:sz w:val="16"/>
          <w:u w:val="none"/>
        </w:rPr>
        <w:t xml:space="preserve"> </w:t>
      </w:r>
      <w:r>
        <w:rPr>
          <w:b w:val="0"/>
          <w:i w:val="0"/>
          <w:smallCaps w:val="0"/>
          <w:strike w:val="0"/>
          <w:sz w:val="22"/>
          <w:u w:val="single"/>
        </w:rPr>
        <w:t>dominate</w:t>
      </w:r>
      <w:r>
        <w:rPr>
          <w:b w:val="0"/>
          <w:i w:val="0"/>
          <w:smallCaps w:val="0"/>
          <w:strike w:val="0"/>
          <w:sz w:val="16"/>
          <w:u w:val="none"/>
        </w:rPr>
        <w:t xml:space="preserve"> key bands of </w:t>
      </w:r>
      <w:r>
        <w:rPr>
          <w:b w:val="0"/>
          <w:i w:val="0"/>
          <w:smallCaps w:val="0"/>
          <w:strike w:val="0"/>
          <w:sz w:val="22"/>
          <w:u w:val="single"/>
        </w:rPr>
        <w:t>the spectrum</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last thing</w:t>
      </w:r>
      <w:r>
        <w:rPr>
          <w:b w:val="0"/>
          <w:i w:val="0"/>
          <w:smallCaps w:val="0"/>
          <w:strike w:val="0"/>
          <w:sz w:val="22"/>
          <w:u w:val="single"/>
        </w:rPr>
        <w:t xml:space="preserve"> they hear</w:t>
      </w:r>
      <w:r>
        <w:rPr>
          <w:b w:val="0"/>
          <w:i w:val="0"/>
          <w:smallCaps w:val="0"/>
          <w:strike w:val="0"/>
          <w:sz w:val="16"/>
          <w:u w:val="none"/>
        </w:rPr>
        <w:t xml:space="preserve"> on Earth </w:t>
      </w:r>
      <w:r>
        <w:rPr>
          <w:b w:val="0"/>
          <w:i w:val="0"/>
          <w:smallCaps w:val="0"/>
          <w:strike w:val="0"/>
          <w:sz w:val="22"/>
          <w:u w:val="single"/>
        </w:rPr>
        <w:t>will be</w:t>
      </w:r>
      <w:r>
        <w:rPr>
          <w:b w:val="0"/>
          <w:i w:val="0"/>
          <w:smallCaps w:val="0"/>
          <w:strike w:val="0"/>
          <w:sz w:val="16"/>
          <w:u w:val="none"/>
        </w:rPr>
        <w:t xml:space="preserve"> the buzzing of </w:t>
      </w:r>
      <w:r>
        <w:rPr>
          <w:b w:val="0"/>
          <w:i w:val="0"/>
          <w:smallCaps w:val="0"/>
          <w:strike w:val="0"/>
          <w:sz w:val="22"/>
          <w:u w:val="single"/>
        </w:rPr>
        <w:t xml:space="preserve">a </w:t>
      </w:r>
      <w:r>
        <w:rPr>
          <w:b/>
          <w:i w:val="0"/>
          <w:smallCaps w:val="0"/>
          <w:strike w:val="0"/>
          <w:sz w:val="22"/>
          <w:u w:val="single"/>
        </w:rPr>
        <w:t>kamikaze</w:t>
      </w:r>
      <w:r>
        <w:rPr>
          <w:b w:val="0"/>
          <w:i w:val="0"/>
          <w:smallCaps w:val="0"/>
          <w:strike w:val="0"/>
          <w:sz w:val="16"/>
          <w:u w:val="none"/>
        </w:rPr>
        <w:t xml:space="preserve"> drone.</w:t>
      </w:r>
    </w:p>
    <w:p>
      <w:pPr>
        <w:spacing w:after="60"/>
      </w:pPr>
      <w:r>
        <w:rPr>
          <w:b w:val="0"/>
          <w:i w:val="0"/>
          <w:smallCaps w:val="0"/>
          <w:strike w:val="0"/>
          <w:sz w:val="16"/>
          <w:u w:val="none"/>
        </w:rPr>
        <w:t xml:space="preserve">Ukrainian Air Force Maj. Gen. Borys </w:t>
      </w:r>
      <w:r>
        <w:rPr>
          <w:b w:val="0"/>
          <w:i w:val="0"/>
          <w:smallCaps w:val="0"/>
          <w:strike w:val="0"/>
          <w:sz w:val="16"/>
          <w:u w:val="none"/>
        </w:rPr>
        <w:t>Kremenetskyi</w:t>
      </w:r>
      <w:r>
        <w:rPr>
          <w:b w:val="0"/>
          <w:i w:val="0"/>
          <w:smallCaps w:val="0"/>
          <w:strike w:val="0"/>
          <w:sz w:val="16"/>
          <w:u w:val="none"/>
        </w:rPr>
        <w:t>, defense attaché at Ukraine’s embassy in Washington, gave attendees at the Association of Old Crows annual conference a picture of what the daily fight to maintain superiority in the electromagnetic spectrum looks like.</w:t>
      </w:r>
    </w:p>
    <w:p>
      <w:pPr>
        <w:spacing w:after="60"/>
      </w:pPr>
      <w:r>
        <w:rPr>
          <w:b w:val="0"/>
          <w:i w:val="0"/>
          <w:smallCaps w:val="0"/>
          <w:strike w:val="0"/>
          <w:sz w:val="16"/>
          <w:u w:val="none"/>
        </w:rPr>
        <w:t>It’s not new, he noted. Ukraine has been dealing with electronic warfare since Russia invaded Crimea in 2014.</w:t>
      </w:r>
    </w:p>
    <w:p>
      <w:pPr>
        <w:spacing w:after="60"/>
      </w:pPr>
      <w:r>
        <w:rPr>
          <w:b w:val="0"/>
          <w:i w:val="0"/>
          <w:smallCaps w:val="0"/>
          <w:strike w:val="0"/>
          <w:sz w:val="16"/>
          <w:u w:val="none"/>
        </w:rPr>
        <w:t>“</w:t>
      </w:r>
      <w:r>
        <w:rPr>
          <w:b w:val="0"/>
          <w:i w:val="0"/>
          <w:smallCaps w:val="0"/>
          <w:strike w:val="0"/>
          <w:sz w:val="22"/>
          <w:u w:val="single"/>
        </w:rPr>
        <w:t>What they’re trying to do is</w:t>
      </w:r>
      <w:r>
        <w:rPr>
          <w:b w:val="0"/>
          <w:i w:val="0"/>
          <w:smallCaps w:val="0"/>
          <w:strike w:val="0"/>
          <w:sz w:val="16"/>
          <w:u w:val="none"/>
        </w:rPr>
        <w:t xml:space="preserve"> </w:t>
      </w:r>
      <w:r>
        <w:rPr>
          <w:b w:val="0"/>
          <w:i w:val="0"/>
          <w:smallCaps w:val="0"/>
          <w:strike w:val="0"/>
          <w:sz w:val="22"/>
          <w:u w:val="single"/>
        </w:rPr>
        <w:t xml:space="preserve">break through our </w:t>
      </w:r>
      <w:r>
        <w:rPr>
          <w:b/>
          <w:i w:val="0"/>
          <w:smallCaps w:val="0"/>
          <w:strike w:val="0"/>
          <w:sz w:val="22"/>
          <w:u w:val="single"/>
        </w:rPr>
        <w:t>battlespace coverage</w:t>
      </w:r>
      <w:r>
        <w:rPr>
          <w:b w:val="0"/>
          <w:i w:val="0"/>
          <w:smallCaps w:val="0"/>
          <w:strike w:val="0"/>
          <w:sz w:val="16"/>
          <w:u w:val="none"/>
        </w:rPr>
        <w:t xml:space="preserve"> </w:t>
      </w:r>
      <w:r>
        <w:rPr>
          <w:b w:val="0"/>
          <w:i w:val="0"/>
          <w:smallCaps w:val="0"/>
          <w:strike w:val="0"/>
          <w:sz w:val="22"/>
          <w:u w:val="single"/>
        </w:rPr>
        <w:t>by electronic warfare</w:t>
      </w:r>
      <w:r>
        <w:rPr>
          <w:b w:val="0"/>
          <w:i w:val="0"/>
          <w:smallCaps w:val="0"/>
          <w:strike w:val="0"/>
          <w:sz w:val="16"/>
          <w:u w:val="none"/>
        </w:rPr>
        <w:t xml:space="preserve"> ... in the full spectrum,” he said.</w:t>
      </w:r>
    </w:p>
    <w:p>
      <w:pPr>
        <w:spacing w:after="60"/>
      </w:pPr>
      <w:r>
        <w:rPr>
          <w:b w:val="0"/>
          <w:i w:val="0"/>
          <w:smallCaps w:val="0"/>
          <w:strike w:val="0"/>
          <w:sz w:val="22"/>
          <w:highlight w:val="cyan"/>
          <w:u w:val="single"/>
        </w:rPr>
        <w:t xml:space="preserve">They use it to </w:t>
      </w:r>
      <w:r>
        <w:rPr>
          <w:b/>
          <w:i w:val="0"/>
          <w:smallCaps w:val="0"/>
          <w:strike w:val="0"/>
          <w:sz w:val="22"/>
          <w:highlight w:val="cyan"/>
          <w:u w:val="single"/>
        </w:rPr>
        <w:t>disrupt</w:t>
      </w:r>
      <w:r>
        <w:rPr>
          <w:b w:val="0"/>
          <w:i w:val="0"/>
          <w:smallCaps w:val="0"/>
          <w:strike w:val="0"/>
          <w:sz w:val="22"/>
          <w:u w:val="single"/>
        </w:rPr>
        <w:t xml:space="preserve"> </w:t>
      </w:r>
      <w:r>
        <w:rPr>
          <w:b/>
          <w:i w:val="0"/>
          <w:smallCaps w:val="0"/>
          <w:strike w:val="0"/>
          <w:sz w:val="22"/>
          <w:highlight w:val="cyan"/>
          <w:u w:val="single"/>
        </w:rPr>
        <w:t>communications</w:t>
      </w:r>
      <w:r>
        <w:rPr>
          <w:b w:val="0"/>
          <w:i w:val="0"/>
          <w:smallCaps w:val="0"/>
          <w:strike w:val="0"/>
          <w:sz w:val="16"/>
          <w:u w:val="none"/>
        </w:rPr>
        <w:t xml:space="preserve"> and jam GPS signals. </w:t>
      </w:r>
      <w:r>
        <w:rPr>
          <w:b w:val="0"/>
          <w:i w:val="0"/>
          <w:smallCaps w:val="0"/>
          <w:strike w:val="0"/>
          <w:sz w:val="22"/>
          <w:u w:val="single"/>
        </w:rPr>
        <w:t>Targeting</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w:t>
      </w:r>
      <w:r>
        <w:rPr>
          <w:b w:val="0"/>
          <w:i w:val="0"/>
          <w:smallCaps w:val="0"/>
          <w:strike w:val="0"/>
          <w:sz w:val="22"/>
          <w:u w:val="single"/>
        </w:rPr>
        <w:t xml:space="preserve">precision-guided </w:t>
      </w:r>
      <w:r>
        <w:rPr>
          <w:b w:val="0"/>
          <w:i w:val="0"/>
          <w:smallCaps w:val="0"/>
          <w:strike w:val="0"/>
          <w:sz w:val="22"/>
          <w:highlight w:val="cyan"/>
          <w:u w:val="single"/>
        </w:rPr>
        <w:t>munitions</w:t>
      </w:r>
      <w:r>
        <w:rPr>
          <w:b w:val="0"/>
          <w:i w:val="0"/>
          <w:smallCaps w:val="0"/>
          <w:strike w:val="0"/>
          <w:sz w:val="16"/>
          <w:highlight w:val="cyan"/>
          <w:u w:val="none"/>
        </w:rPr>
        <w:t xml:space="preserve"> </w:t>
      </w:r>
      <w:r>
        <w:rPr>
          <w:b w:val="0"/>
          <w:i w:val="0"/>
          <w:smallCaps w:val="0"/>
          <w:strike w:val="0"/>
          <w:sz w:val="22"/>
          <w:highlight w:val="cyan"/>
          <w:u w:val="single"/>
        </w:rPr>
        <w:t>can be</w:t>
      </w:r>
      <w:r>
        <w:rPr>
          <w:b w:val="0"/>
          <w:i w:val="0"/>
          <w:smallCaps w:val="0"/>
          <w:strike w:val="0"/>
          <w:sz w:val="16"/>
          <w:u w:val="none"/>
        </w:rPr>
        <w:t xml:space="preserve"> </w:t>
      </w:r>
      <w:r>
        <w:rPr>
          <w:b/>
          <w:i w:val="0"/>
          <w:smallCaps w:val="0"/>
          <w:strike w:val="0"/>
          <w:sz w:val="22"/>
          <w:highlight w:val="cyan"/>
          <w:u w:val="single"/>
        </w:rPr>
        <w:t>jammed</w:t>
      </w:r>
      <w:r>
        <w:rPr>
          <w:b w:val="0"/>
          <w:i w:val="0"/>
          <w:smallCaps w:val="0"/>
          <w:strike w:val="0"/>
          <w:sz w:val="16"/>
          <w:u w:val="none"/>
        </w:rPr>
        <w:t xml:space="preserve"> </w:t>
      </w:r>
      <w:r>
        <w:rPr>
          <w:b w:val="0"/>
          <w:i w:val="0"/>
          <w:smallCaps w:val="0"/>
          <w:strike w:val="0"/>
          <w:sz w:val="22"/>
          <w:highlight w:val="cyan"/>
          <w:u w:val="single"/>
        </w:rPr>
        <w:t>or</w:t>
      </w:r>
      <w:r>
        <w:rPr>
          <w:b w:val="0"/>
          <w:i w:val="0"/>
          <w:smallCaps w:val="0"/>
          <w:strike w:val="0"/>
          <w:sz w:val="16"/>
          <w:u w:val="none"/>
        </w:rPr>
        <w:t xml:space="preserve"> </w:t>
      </w:r>
      <w:r>
        <w:rPr>
          <w:b w:val="0"/>
          <w:i w:val="0"/>
          <w:smallCaps w:val="0"/>
          <w:strike w:val="0"/>
          <w:sz w:val="22"/>
          <w:u w:val="single"/>
        </w:rPr>
        <w:t>they can “</w:t>
      </w:r>
      <w:r>
        <w:rPr>
          <w:b/>
          <w:i w:val="0"/>
          <w:smallCaps w:val="0"/>
          <w:strike w:val="0"/>
          <w:sz w:val="22"/>
          <w:highlight w:val="cyan"/>
          <w:u w:val="single"/>
        </w:rPr>
        <w:t>spoof</w:t>
      </w:r>
      <w:r>
        <w:rPr>
          <w:b w:val="0"/>
          <w:i w:val="0"/>
          <w:smallCaps w:val="0"/>
          <w:strike w:val="0"/>
          <w:sz w:val="22"/>
          <w:highlight w:val="cyan"/>
          <w:u w:val="single"/>
        </w:rPr>
        <w:t>” the coordinates</w:t>
      </w:r>
      <w:r>
        <w:rPr>
          <w:b w:val="0"/>
          <w:i w:val="0"/>
          <w:smallCaps w:val="0"/>
          <w:strike w:val="0"/>
          <w:sz w:val="16"/>
          <w:u w:val="none"/>
        </w:rPr>
        <w:t>, sending the round to the wrong location.</w:t>
      </w:r>
    </w:p>
    <w:p>
      <w:pPr>
        <w:spacing w:after="60"/>
      </w:pPr>
      <w:r>
        <w:rPr>
          <w:b w:val="0"/>
          <w:i w:val="0"/>
          <w:smallCaps w:val="0"/>
          <w:strike w:val="0"/>
          <w:sz w:val="16"/>
          <w:u w:val="none"/>
        </w:rPr>
        <w:t>“</w:t>
      </w:r>
      <w:r>
        <w:rPr>
          <w:b w:val="0"/>
          <w:i w:val="0"/>
          <w:smallCaps w:val="0"/>
          <w:strike w:val="0"/>
          <w:sz w:val="22"/>
          <w:u w:val="single"/>
        </w:rPr>
        <w:t xml:space="preserve">You need to be </w:t>
      </w:r>
      <w:r>
        <w:rPr>
          <w:b/>
          <w:i w:val="0"/>
          <w:smallCaps w:val="0"/>
          <w:strike w:val="0"/>
          <w:sz w:val="22"/>
          <w:u w:val="single"/>
        </w:rPr>
        <w:t>very smart</w:t>
      </w:r>
      <w:r>
        <w:rPr>
          <w:b w:val="0"/>
          <w:i w:val="0"/>
          <w:smallCaps w:val="0"/>
          <w:strike w:val="0"/>
          <w:sz w:val="16"/>
          <w:u w:val="none"/>
        </w:rPr>
        <w:t xml:space="preserve"> to be able to shoot at the place where there’s no electronic signal,” he said.</w:t>
      </w:r>
    </w:p>
    <w:p>
      <w:pPr>
        <w:spacing w:after="60"/>
      </w:pPr>
      <w:r>
        <w:rPr>
          <w:b w:val="0"/>
          <w:i w:val="0"/>
          <w:smallCaps w:val="0"/>
          <w:strike w:val="0"/>
          <w:sz w:val="16"/>
          <w:u w:val="none"/>
        </w:rPr>
        <w:t>The Russians can interfere with signals emitting from space-based systems or terrestrial radio stations preventing the government from communicating with its citizens.</w:t>
      </w:r>
    </w:p>
    <w:p>
      <w:pPr>
        <w:spacing w:after="60"/>
      </w:pPr>
      <w:r>
        <w:rPr>
          <w:b w:val="0"/>
          <w:i w:val="0"/>
          <w:smallCaps w:val="0"/>
          <w:strike w:val="0"/>
          <w:sz w:val="16"/>
          <w:u w:val="none"/>
        </w:rPr>
        <w:t xml:space="preserve">While much attention has focused on the drone warfare taking place in the skies and Black Sea in Ukraine, it often goes unmentioned that </w:t>
      </w:r>
      <w:r>
        <w:rPr>
          <w:b w:val="0"/>
          <w:i w:val="0"/>
          <w:smallCaps w:val="0"/>
          <w:strike w:val="0"/>
          <w:sz w:val="22"/>
          <w:highlight w:val="cyan"/>
          <w:u w:val="single"/>
        </w:rPr>
        <w:t>neither side</w:t>
      </w:r>
      <w:r>
        <w:rPr>
          <w:b w:val="0"/>
          <w:i w:val="0"/>
          <w:smallCaps w:val="0"/>
          <w:strike w:val="0"/>
          <w:sz w:val="22"/>
          <w:u w:val="single"/>
        </w:rPr>
        <w:t xml:space="preserve"> </w:t>
      </w:r>
      <w:r>
        <w:rPr>
          <w:b w:val="0"/>
          <w:i w:val="0"/>
          <w:smallCaps w:val="0"/>
          <w:strike w:val="0"/>
          <w:sz w:val="22"/>
          <w:highlight w:val="cyan"/>
          <w:u w:val="single"/>
        </w:rPr>
        <w:t>could</w:t>
      </w:r>
      <w:r>
        <w:rPr>
          <w:b w:val="0"/>
          <w:i w:val="0"/>
          <w:smallCaps w:val="0"/>
          <w:strike w:val="0"/>
          <w:sz w:val="22"/>
          <w:u w:val="single"/>
        </w:rPr>
        <w:t xml:space="preserve"> remotely </w:t>
      </w:r>
      <w:r>
        <w:rPr>
          <w:b w:val="0"/>
          <w:i w:val="0"/>
          <w:smallCaps w:val="0"/>
          <w:strike w:val="0"/>
          <w:sz w:val="22"/>
          <w:highlight w:val="cyan"/>
          <w:u w:val="single"/>
        </w:rPr>
        <w:t>operate their</w:t>
      </w:r>
      <w:r>
        <w:rPr>
          <w:b w:val="0"/>
          <w:i w:val="0"/>
          <w:smallCaps w:val="0"/>
          <w:strike w:val="0"/>
          <w:sz w:val="16"/>
          <w:u w:val="none"/>
        </w:rPr>
        <w:t xml:space="preserve"> robotic </w:t>
      </w:r>
      <w:r>
        <w:rPr>
          <w:b w:val="0"/>
          <w:i w:val="0"/>
          <w:smallCaps w:val="0"/>
          <w:strike w:val="0"/>
          <w:sz w:val="22"/>
          <w:highlight w:val="cyan"/>
          <w:u w:val="single"/>
        </w:rPr>
        <w:t>systems</w:t>
      </w:r>
      <w:r>
        <w:rPr>
          <w:b w:val="0"/>
          <w:i w:val="0"/>
          <w:smallCaps w:val="0"/>
          <w:strike w:val="0"/>
          <w:sz w:val="22"/>
          <w:u w:val="single"/>
        </w:rPr>
        <w:t xml:space="preserve"> </w:t>
      </w:r>
      <w:r>
        <w:rPr>
          <w:b w:val="0"/>
          <w:i w:val="0"/>
          <w:smallCaps w:val="0"/>
          <w:strike w:val="0"/>
          <w:sz w:val="22"/>
          <w:highlight w:val="cyan"/>
          <w:u w:val="single"/>
        </w:rPr>
        <w:t>without</w:t>
      </w:r>
      <w:r>
        <w:rPr>
          <w:b w:val="0"/>
          <w:i w:val="0"/>
          <w:smallCaps w:val="0"/>
          <w:strike w:val="0"/>
          <w:sz w:val="22"/>
          <w:u w:val="single"/>
        </w:rPr>
        <w:t xml:space="preserve"> </w:t>
      </w:r>
      <w:r>
        <w:rPr>
          <w:b/>
          <w:i w:val="0"/>
          <w:smallCaps w:val="0"/>
          <w:strike w:val="0"/>
          <w:sz w:val="22"/>
          <w:u w:val="single"/>
        </w:rPr>
        <w:t>mastering</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 xml:space="preserve">electromagnetic </w:t>
      </w:r>
      <w:r>
        <w:rPr>
          <w:b/>
          <w:i w:val="0"/>
          <w:smallCaps w:val="0"/>
          <w:strike w:val="0"/>
          <w:sz w:val="22"/>
          <w:highlight w:val="cyan"/>
          <w:u w:val="single"/>
        </w:rPr>
        <w:t>spectrum</w:t>
      </w:r>
      <w:r>
        <w:rPr>
          <w:b w:val="0"/>
          <w:i w:val="0"/>
          <w:smallCaps w:val="0"/>
          <w:strike w:val="0"/>
          <w:sz w:val="16"/>
          <w:u w:val="none"/>
        </w:rPr>
        <w:t>.</w:t>
      </w:r>
    </w:p>
    <w:p>
      <w:pPr>
        <w:spacing w:after="60"/>
      </w:pPr>
      <w:r>
        <w:rPr>
          <w:b w:val="0"/>
          <w:i w:val="0"/>
          <w:smallCaps w:val="0"/>
          <w:strike w:val="0"/>
          <w:sz w:val="16"/>
          <w:u w:val="none"/>
        </w:rPr>
        <w:t xml:space="preserve">Estimates have Russia devoting 18,000 to 20,000 troops to electronic warfare units, </w:t>
      </w:r>
      <w:r>
        <w:rPr>
          <w:b w:val="0"/>
          <w:i w:val="0"/>
          <w:smallCaps w:val="0"/>
          <w:strike w:val="0"/>
          <w:sz w:val="16"/>
          <w:u w:val="none"/>
        </w:rPr>
        <w:t>Kremenetskyi</w:t>
      </w:r>
      <w:r>
        <w:rPr>
          <w:b w:val="0"/>
          <w:i w:val="0"/>
          <w:smallCaps w:val="0"/>
          <w:strike w:val="0"/>
          <w:sz w:val="16"/>
          <w:u w:val="none"/>
        </w:rPr>
        <w:t xml:space="preserve"> said.</w:t>
      </w:r>
    </w:p>
    <w:p>
      <w:pPr>
        <w:spacing w:after="60"/>
      </w:pPr>
      <w:r>
        <w:rPr>
          <w:b w:val="0"/>
          <w:i w:val="0"/>
          <w:smallCaps w:val="0"/>
          <w:strike w:val="0"/>
          <w:sz w:val="16"/>
          <w:u w:val="none"/>
        </w:rPr>
        <w:t xml:space="preserve">“For this </w:t>
      </w:r>
      <w:r>
        <w:rPr>
          <w:b w:val="0"/>
          <w:i w:val="0"/>
          <w:smallCaps w:val="0"/>
          <w:strike w:val="0"/>
          <w:sz w:val="22"/>
          <w:highlight w:val="cyan"/>
          <w:u w:val="single"/>
        </w:rPr>
        <w:t>we</w:t>
      </w:r>
      <w:r>
        <w:rPr>
          <w:b w:val="0"/>
          <w:i w:val="0"/>
          <w:smallCaps w:val="0"/>
          <w:strike w:val="0"/>
          <w:sz w:val="22"/>
          <w:u w:val="single"/>
        </w:rPr>
        <w:t xml:space="preserve"> </w:t>
      </w:r>
      <w:r>
        <w:rPr>
          <w:b w:val="0"/>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our own</w:t>
      </w:r>
      <w:r>
        <w:rPr>
          <w:b w:val="0"/>
          <w:i w:val="0"/>
          <w:smallCaps w:val="0"/>
          <w:strike w:val="0"/>
          <w:sz w:val="22"/>
          <w:u w:val="single"/>
        </w:rPr>
        <w:t xml:space="preserve"> electronic warfare </w:t>
      </w:r>
      <w:r>
        <w:rPr>
          <w:b w:val="0"/>
          <w:i w:val="0"/>
          <w:smallCaps w:val="0"/>
          <w:strike w:val="0"/>
          <w:sz w:val="22"/>
          <w:highlight w:val="cyan"/>
          <w:u w:val="single"/>
        </w:rPr>
        <w:t>system</w:t>
      </w:r>
      <w:r>
        <w:rPr>
          <w:b w:val="0"/>
          <w:i w:val="0"/>
          <w:smallCaps w:val="0"/>
          <w:strike w:val="0"/>
          <w:sz w:val="16"/>
          <w:u w:val="none"/>
        </w:rPr>
        <w:t xml:space="preserve">, </w:t>
      </w:r>
      <w:r>
        <w:rPr>
          <w:b w:val="0"/>
          <w:i w:val="0"/>
          <w:smallCaps w:val="0"/>
          <w:strike w:val="0"/>
          <w:sz w:val="22"/>
          <w:highlight w:val="cyan"/>
          <w:u w:val="single"/>
        </w:rPr>
        <w:t xml:space="preserve">which can </w:t>
      </w:r>
      <w:r>
        <w:rPr>
          <w:b/>
          <w:i w:val="0"/>
          <w:smallCaps w:val="0"/>
          <w:strike w:val="0"/>
          <w:sz w:val="22"/>
          <w:highlight w:val="cyan"/>
          <w:u w:val="single"/>
        </w:rPr>
        <w:t>suppress</w:t>
      </w:r>
      <w:r>
        <w:rPr>
          <w:b w:val="0"/>
          <w:i w:val="0"/>
          <w:smallCaps w:val="0"/>
          <w:strike w:val="0"/>
          <w:sz w:val="22"/>
          <w:u w:val="single"/>
        </w:rPr>
        <w:t xml:space="preserve"> </w:t>
      </w:r>
      <w:r>
        <w:rPr>
          <w:b w:val="0"/>
          <w:i w:val="0"/>
          <w:smallCaps w:val="0"/>
          <w:strike w:val="0"/>
          <w:sz w:val="22"/>
          <w:highlight w:val="cyan"/>
          <w:u w:val="single"/>
        </w:rPr>
        <w:t>Russia</w:t>
      </w:r>
      <w:r>
        <w:rPr>
          <w:b w:val="0"/>
          <w:i w:val="0"/>
          <w:smallCaps w:val="0"/>
          <w:strike w:val="0"/>
          <w:sz w:val="22"/>
          <w:u w:val="single"/>
        </w:rPr>
        <w:t>n</w:t>
      </w:r>
      <w:r>
        <w:rPr>
          <w:b w:val="0"/>
          <w:i w:val="0"/>
          <w:smallCaps w:val="0"/>
          <w:strike w:val="0"/>
          <w:sz w:val="16"/>
          <w:u w:val="none"/>
        </w:rPr>
        <w:t xml:space="preserve"> electronic warfare </w:t>
      </w:r>
      <w:r>
        <w:rPr>
          <w:b/>
          <w:i w:val="0"/>
          <w:smallCaps w:val="0"/>
          <w:strike w:val="0"/>
          <w:sz w:val="22"/>
          <w:u w:val="single"/>
        </w:rPr>
        <w:t>systems</w:t>
      </w:r>
      <w:r>
        <w:rPr>
          <w:b w:val="0"/>
          <w:i w:val="0"/>
          <w:smallCaps w:val="0"/>
          <w:strike w:val="0"/>
          <w:sz w:val="16"/>
          <w:u w:val="none"/>
        </w:rPr>
        <w:t>,” he said.</w:t>
      </w:r>
    </w:p>
    <w:p>
      <w:pPr>
        <w:spacing w:after="60"/>
      </w:pPr>
      <w:r>
        <w:rPr>
          <w:b w:val="0"/>
          <w:i w:val="0"/>
          <w:smallCaps w:val="0"/>
          <w:strike w:val="0"/>
          <w:sz w:val="16"/>
          <w:u w:val="none"/>
        </w:rPr>
        <w:t xml:space="preserve">Necessity is the mother of invention, as the saying goes. For example, Ukrainian company </w:t>
      </w:r>
      <w:r>
        <w:rPr>
          <w:b w:val="0"/>
          <w:i w:val="0"/>
          <w:smallCaps w:val="0"/>
          <w:strike w:val="0"/>
          <w:sz w:val="16"/>
          <w:u w:val="none"/>
        </w:rPr>
        <w:t>Kvertus</w:t>
      </w:r>
      <w:r>
        <w:rPr>
          <w:b w:val="0"/>
          <w:i w:val="0"/>
          <w:smallCaps w:val="0"/>
          <w:strike w:val="0"/>
          <w:sz w:val="16"/>
          <w:u w:val="none"/>
        </w:rPr>
        <w:t xml:space="preserve"> is fielding a backpackable jammer weighing 8 kilograms for individual soldiers intended to block signals in the 850-to-940-megahertz range, the </w:t>
      </w:r>
      <w:r>
        <w:rPr>
          <w:b w:val="0"/>
          <w:i w:val="0"/>
          <w:smallCaps w:val="0"/>
          <w:strike w:val="0"/>
          <w:sz w:val="16"/>
          <w:u w:val="none"/>
        </w:rPr>
        <w:t>most commonly used</w:t>
      </w:r>
      <w:r>
        <w:rPr>
          <w:b w:val="0"/>
          <w:i w:val="0"/>
          <w:smallCaps w:val="0"/>
          <w:strike w:val="0"/>
          <w:sz w:val="16"/>
          <w:u w:val="none"/>
        </w:rPr>
        <w:t xml:space="preserve"> bands for first-person view, or FPV, small drones, according to the company’s website.</w:t>
      </w:r>
    </w:p>
    <w:p>
      <w:pPr>
        <w:spacing w:after="60"/>
      </w:pPr>
      <w:r>
        <w:rPr>
          <w:b w:val="0"/>
          <w:i w:val="0"/>
          <w:smallCaps w:val="0"/>
          <w:strike w:val="0"/>
          <w:sz w:val="22"/>
          <w:u w:val="single"/>
        </w:rPr>
        <w:t>The</w:t>
      </w:r>
      <w:r>
        <w:rPr>
          <w:b w:val="0"/>
          <w:i w:val="0"/>
          <w:smallCaps w:val="0"/>
          <w:strike w:val="0"/>
          <w:sz w:val="16"/>
          <w:u w:val="none"/>
        </w:rPr>
        <w:t xml:space="preserve"> U.S. </w:t>
      </w:r>
      <w:r>
        <w:rPr>
          <w:b w:val="0"/>
          <w:i w:val="0"/>
          <w:smallCaps w:val="0"/>
          <w:strike w:val="0"/>
          <w:sz w:val="22"/>
          <w:highlight w:val="cyan"/>
          <w:u w:val="single"/>
        </w:rPr>
        <w:t>Defense Department</w:t>
      </w:r>
      <w:r>
        <w:rPr>
          <w:b w:val="0"/>
          <w:i w:val="0"/>
          <w:smallCaps w:val="0"/>
          <w:strike w:val="0"/>
          <w:sz w:val="16"/>
          <w:u w:val="none"/>
        </w:rPr>
        <w:t xml:space="preserve"> in a 2020 “Electromagnetic Spectrum Superiority Strategy” and its implementation plan approved the following year </w:t>
      </w:r>
      <w:r>
        <w:rPr>
          <w:b w:val="0"/>
          <w:i w:val="0"/>
          <w:smallCaps w:val="0"/>
          <w:strike w:val="0"/>
          <w:sz w:val="22"/>
          <w:u w:val="single"/>
        </w:rPr>
        <w:t>stated</w:t>
      </w:r>
      <w:r>
        <w:rPr>
          <w:b w:val="0"/>
          <w:i w:val="0"/>
          <w:smallCaps w:val="0"/>
          <w:strike w:val="0"/>
          <w:sz w:val="16"/>
          <w:u w:val="none"/>
        </w:rPr>
        <w:t xml:space="preserve"> </w:t>
      </w:r>
      <w:r>
        <w:rPr>
          <w:b w:val="0"/>
          <w:i w:val="0"/>
          <w:smallCaps w:val="0"/>
          <w:strike w:val="0"/>
          <w:sz w:val="22"/>
          <w:u w:val="single"/>
        </w:rPr>
        <w:t>the United States</w:t>
      </w:r>
      <w:r>
        <w:rPr>
          <w:b w:val="0"/>
          <w:i w:val="0"/>
          <w:smallCaps w:val="0"/>
          <w:strike w:val="0"/>
          <w:sz w:val="16"/>
          <w:u w:val="none"/>
        </w:rPr>
        <w:t xml:space="preserve"> </w:t>
      </w:r>
      <w:r>
        <w:rPr>
          <w:b w:val="0"/>
          <w:i w:val="0"/>
          <w:smallCaps w:val="0"/>
          <w:strike w:val="0"/>
          <w:sz w:val="22"/>
          <w:highlight w:val="cyan"/>
          <w:u w:val="single"/>
        </w:rPr>
        <w:t>must</w:t>
      </w:r>
      <w:r>
        <w:rPr>
          <w:b w:val="0"/>
          <w:i w:val="0"/>
          <w:smallCaps w:val="0"/>
          <w:strike w:val="0"/>
          <w:sz w:val="22"/>
          <w:u w:val="single"/>
        </w:rPr>
        <w:t xml:space="preserve"> </w:t>
      </w:r>
      <w:r>
        <w:rPr>
          <w:b/>
          <w:i w:val="0"/>
          <w:smallCaps w:val="0"/>
          <w:strike w:val="0"/>
          <w:sz w:val="22"/>
          <w:highlight w:val="cyan"/>
          <w:u w:val="single"/>
        </w:rPr>
        <w:t>achieve</w:t>
      </w:r>
      <w:r>
        <w:rPr>
          <w:b w:val="0"/>
          <w:i w:val="0"/>
          <w:smallCaps w:val="0"/>
          <w:strike w:val="0"/>
          <w:sz w:val="22"/>
          <w:u w:val="single"/>
        </w:rPr>
        <w:t xml:space="preserve"> </w:t>
      </w:r>
      <w:r>
        <w:rPr>
          <w:b/>
          <w:i w:val="0"/>
          <w:smallCaps w:val="0"/>
          <w:strike w:val="0"/>
          <w:sz w:val="22"/>
          <w:highlight w:val="cyan"/>
          <w:u w:val="single"/>
        </w:rPr>
        <w:t>spectrum</w:t>
      </w:r>
      <w:r>
        <w:rPr>
          <w:b w:val="0"/>
          <w:i w:val="0"/>
          <w:smallCaps w:val="0"/>
          <w:strike w:val="0"/>
          <w:sz w:val="16"/>
          <w:highlight w:val="cyan"/>
          <w:u w:val="none"/>
        </w:rPr>
        <w:t xml:space="preserve"> </w:t>
      </w:r>
      <w:r>
        <w:rPr>
          <w:b/>
          <w:i w:val="0"/>
          <w:smallCaps w:val="0"/>
          <w:strike w:val="0"/>
          <w:sz w:val="22"/>
          <w:highlight w:val="cyan"/>
          <w:u w:val="single"/>
        </w:rPr>
        <w:t>dominance</w:t>
      </w:r>
      <w:r>
        <w:rPr>
          <w:b w:val="0"/>
          <w:i w:val="0"/>
          <w:smallCaps w:val="0"/>
          <w:strike w:val="0"/>
          <w:sz w:val="16"/>
          <w:u w:val="none"/>
        </w:rPr>
        <w:t xml:space="preserve"> and integrate electronic warfare in all domains but stopped short of declaring it a domain unto itself.</w:t>
      </w:r>
    </w:p>
    <w:p>
      <w:pPr>
        <w:spacing w:after="60"/>
      </w:pPr>
      <w:r>
        <w:rPr>
          <w:b w:val="0"/>
          <w:i w:val="0"/>
          <w:smallCaps w:val="0"/>
          <w:strike w:val="0"/>
          <w:sz w:val="16"/>
          <w:u w:val="none"/>
        </w:rPr>
        <w:t>Jeffrey Fischer, a retired Air Force colonel and now an author and journalist, said he wrote an opinion piece more than a decade ago arguing that the electromagnetic spectrum should be considered its own warfighting domain. The idea found a welcoming audience with the Association of Old Crows, an organization devoted to electronic warfare. It promoted Fischer’s article on the cover of its academic journal. But the idea has yet to take hold in the U.S. military.</w:t>
      </w:r>
    </w:p>
    <w:p>
      <w:pPr>
        <w:spacing w:after="60"/>
      </w:pPr>
      <w:r>
        <w:rPr>
          <w:b w:val="0"/>
          <w:i w:val="0"/>
          <w:smallCaps w:val="0"/>
          <w:strike w:val="0"/>
          <w:sz w:val="16"/>
          <w:u w:val="none"/>
        </w:rPr>
        <w:t>“</w:t>
      </w:r>
      <w:r>
        <w:rPr>
          <w:b w:val="0"/>
          <w:i w:val="0"/>
          <w:smallCaps w:val="0"/>
          <w:strike w:val="0"/>
          <w:sz w:val="22"/>
          <w:u w:val="single"/>
        </w:rPr>
        <w:t>If it’s in the</w:t>
      </w:r>
      <w:r>
        <w:rPr>
          <w:b w:val="0"/>
          <w:i w:val="0"/>
          <w:smallCaps w:val="0"/>
          <w:strike w:val="0"/>
          <w:sz w:val="16"/>
          <w:u w:val="none"/>
        </w:rPr>
        <w:t xml:space="preserve"> electronic </w:t>
      </w:r>
      <w:r>
        <w:rPr>
          <w:b w:val="0"/>
          <w:i w:val="0"/>
          <w:smallCaps w:val="0"/>
          <w:strike w:val="0"/>
          <w:sz w:val="22"/>
          <w:u w:val="single"/>
        </w:rPr>
        <w:t>spectrum</w:t>
      </w:r>
      <w:r>
        <w:rPr>
          <w:b w:val="0"/>
          <w:i w:val="0"/>
          <w:smallCaps w:val="0"/>
          <w:strike w:val="0"/>
          <w:sz w:val="16"/>
          <w:u w:val="none"/>
        </w:rPr>
        <w:t xml:space="preserve">, </w:t>
      </w:r>
      <w:r>
        <w:rPr>
          <w:b w:val="0"/>
          <w:i w:val="0"/>
          <w:smallCaps w:val="0"/>
          <w:strike w:val="0"/>
          <w:sz w:val="22"/>
          <w:u w:val="single"/>
        </w:rPr>
        <w:t xml:space="preserve">it </w:t>
      </w:r>
      <w:r>
        <w:rPr>
          <w:b/>
          <w:i w:val="0"/>
          <w:smallCaps w:val="0"/>
          <w:strike w:val="0"/>
          <w:sz w:val="22"/>
          <w:u w:val="single"/>
        </w:rPr>
        <w:t>can</w:t>
      </w:r>
      <w:r>
        <w:rPr>
          <w:b w:val="0"/>
          <w:i w:val="0"/>
          <w:smallCaps w:val="0"/>
          <w:strike w:val="0"/>
          <w:sz w:val="22"/>
          <w:u w:val="single"/>
        </w:rPr>
        <w:t xml:space="preserve"> be </w:t>
      </w:r>
      <w:r>
        <w:rPr>
          <w:b/>
          <w:i w:val="0"/>
          <w:smallCaps w:val="0"/>
          <w:strike w:val="0"/>
          <w:sz w:val="22"/>
          <w:u w:val="single"/>
        </w:rPr>
        <w:t>intercepted</w:t>
      </w:r>
      <w:r>
        <w:rPr>
          <w:b w:val="0"/>
          <w:i w:val="0"/>
          <w:smallCaps w:val="0"/>
          <w:strike w:val="0"/>
          <w:sz w:val="16"/>
          <w:u w:val="none"/>
        </w:rPr>
        <w:t xml:space="preserve"> and it can be jammed,” Fischer said. </w:t>
      </w:r>
      <w:r>
        <w:rPr>
          <w:b w:val="0"/>
          <w:i w:val="0"/>
          <w:smallCaps w:val="0"/>
          <w:strike w:val="0"/>
          <w:sz w:val="22"/>
          <w:u w:val="single"/>
        </w:rPr>
        <w:t>That includes</w:t>
      </w:r>
      <w:r>
        <w:rPr>
          <w:b w:val="0"/>
          <w:i w:val="0"/>
          <w:smallCaps w:val="0"/>
          <w:strike w:val="0"/>
          <w:sz w:val="16"/>
          <w:u w:val="none"/>
        </w:rPr>
        <w:t xml:space="preserve"> </w:t>
      </w:r>
      <w:r>
        <w:rPr>
          <w:b/>
          <w:i w:val="0"/>
          <w:smallCaps w:val="0"/>
          <w:strike w:val="0"/>
          <w:sz w:val="22"/>
          <w:u w:val="single"/>
        </w:rPr>
        <w:t>GPS</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U.S. </w:t>
      </w:r>
      <w:r>
        <w:rPr>
          <w:b/>
          <w:i w:val="0"/>
          <w:smallCaps w:val="0"/>
          <w:strike w:val="0"/>
          <w:sz w:val="22"/>
          <w:u w:val="single"/>
        </w:rPr>
        <w:t>military</w:t>
      </w:r>
      <w:r>
        <w:rPr>
          <w:b w:val="0"/>
          <w:i w:val="0"/>
          <w:smallCaps w:val="0"/>
          <w:strike w:val="0"/>
          <w:sz w:val="22"/>
          <w:u w:val="single"/>
        </w:rPr>
        <w:t xml:space="preserve"> has come to rely upon</w:t>
      </w:r>
      <w:r>
        <w:rPr>
          <w:b w:val="0"/>
          <w:i w:val="0"/>
          <w:smallCaps w:val="0"/>
          <w:strike w:val="0"/>
          <w:sz w:val="16"/>
          <w:u w:val="none"/>
        </w:rPr>
        <w:t>.</w:t>
      </w:r>
    </w:p>
    <w:p>
      <w:pPr>
        <w:spacing w:after="60"/>
      </w:pPr>
      <w:r>
        <w:rPr>
          <w:b w:val="0"/>
          <w:i w:val="0"/>
          <w:smallCaps w:val="0"/>
          <w:strike w:val="0"/>
          <w:sz w:val="16"/>
          <w:u w:val="none"/>
        </w:rPr>
        <w:t xml:space="preserve">“For decades … when we talked about war, we talked about precision strike, and we never really thought we would be talking about a war where we didn’t have precision. But lo and behold, </w:t>
      </w:r>
      <w:r>
        <w:rPr>
          <w:b w:val="0"/>
          <w:i w:val="0"/>
          <w:smallCaps w:val="0"/>
          <w:strike w:val="0"/>
          <w:sz w:val="22"/>
          <w:highlight w:val="cyan"/>
          <w:u w:val="single"/>
        </w:rPr>
        <w:t>the West became</w:t>
      </w:r>
      <w:r>
        <w:rPr>
          <w:b w:val="0"/>
          <w:i w:val="0"/>
          <w:smallCaps w:val="0"/>
          <w:strike w:val="0"/>
          <w:sz w:val="16"/>
          <w:u w:val="none"/>
        </w:rPr>
        <w:t xml:space="preserve"> really, </w:t>
      </w:r>
      <w:r>
        <w:rPr>
          <w:b w:val="0"/>
          <w:i w:val="0"/>
          <w:smallCaps w:val="0"/>
          <w:strike w:val="0"/>
          <w:sz w:val="22"/>
          <w:u w:val="single"/>
        </w:rPr>
        <w:t xml:space="preserve">really </w:t>
      </w:r>
      <w:r>
        <w:rPr>
          <w:b/>
          <w:i w:val="0"/>
          <w:smallCaps w:val="0"/>
          <w:strike w:val="0"/>
          <w:sz w:val="22"/>
          <w:highlight w:val="cyan"/>
          <w:u w:val="single"/>
        </w:rPr>
        <w:t>dependent</w:t>
      </w:r>
      <w:r>
        <w:rPr>
          <w:b w:val="0"/>
          <w:i w:val="0"/>
          <w:smallCaps w:val="0"/>
          <w:strike w:val="0"/>
          <w:sz w:val="22"/>
          <w:highlight w:val="cyan"/>
          <w:u w:val="single"/>
        </w:rPr>
        <w:t xml:space="preserve"> on </w:t>
      </w:r>
      <w:r>
        <w:rPr>
          <w:b/>
          <w:i w:val="0"/>
          <w:smallCaps w:val="0"/>
          <w:strike w:val="0"/>
          <w:sz w:val="22"/>
          <w:highlight w:val="cyan"/>
          <w:u w:val="single"/>
        </w:rPr>
        <w:t>precision</w:t>
      </w:r>
      <w:r>
        <w:rPr>
          <w:b w:val="0"/>
          <w:i w:val="0"/>
          <w:smallCaps w:val="0"/>
          <w:strike w:val="0"/>
          <w:sz w:val="22"/>
          <w:highlight w:val="cyan"/>
          <w:u w:val="single"/>
        </w:rPr>
        <w:t xml:space="preserve"> by GPS</w:t>
      </w:r>
      <w:r>
        <w:rPr>
          <w:b w:val="0"/>
          <w:i w:val="0"/>
          <w:smallCaps w:val="0"/>
          <w:strike w:val="0"/>
          <w:sz w:val="16"/>
          <w:u w:val="none"/>
        </w:rPr>
        <w:t xml:space="preserve"> — </w:t>
      </w:r>
      <w:r>
        <w:rPr>
          <w:b w:val="0"/>
          <w:i w:val="0"/>
          <w:smallCaps w:val="0"/>
          <w:strike w:val="0"/>
          <w:sz w:val="22"/>
          <w:u w:val="single"/>
        </w:rPr>
        <w:t>and now those are being jammed</w:t>
      </w:r>
      <w:r>
        <w:rPr>
          <w:b w:val="0"/>
          <w:i w:val="0"/>
          <w:smallCaps w:val="0"/>
          <w:strike w:val="0"/>
          <w:sz w:val="16"/>
          <w:u w:val="none"/>
        </w:rPr>
        <w:t>,” he said at the conference.</w:t>
      </w:r>
    </w:p>
    <w:p>
      <w:pPr>
        <w:spacing w:after="60"/>
      </w:pPr>
      <w:r>
        <w:rPr>
          <w:b w:val="0"/>
          <w:i w:val="0"/>
          <w:smallCaps w:val="0"/>
          <w:strike w:val="0"/>
          <w:sz w:val="16"/>
          <w:u w:val="none"/>
        </w:rPr>
        <w:t xml:space="preserve">Meanwhile, </w:t>
      </w:r>
      <w:r>
        <w:rPr>
          <w:b w:val="0"/>
          <w:i w:val="0"/>
          <w:smallCaps w:val="0"/>
          <w:strike w:val="0"/>
          <w:sz w:val="22"/>
          <w:highlight w:val="cyan"/>
          <w:u w:val="single"/>
        </w:rPr>
        <w:t>the Pentagon</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putting</w:t>
      </w:r>
      <w:r>
        <w:rPr>
          <w:b w:val="0"/>
          <w:i w:val="0"/>
          <w:smallCaps w:val="0"/>
          <w:strike w:val="0"/>
          <w:sz w:val="16"/>
          <w:u w:val="none"/>
        </w:rPr>
        <w:t xml:space="preserve"> </w:t>
      </w:r>
      <w:r>
        <w:rPr>
          <w:b w:val="0"/>
          <w:i w:val="0"/>
          <w:smallCaps w:val="0"/>
          <w:strike w:val="0"/>
          <w:sz w:val="22"/>
          <w:u w:val="single"/>
        </w:rPr>
        <w:t xml:space="preserve">a great </w:t>
      </w:r>
      <w:r>
        <w:rPr>
          <w:b/>
          <w:i w:val="0"/>
          <w:smallCaps w:val="0"/>
          <w:strike w:val="0"/>
          <w:sz w:val="22"/>
          <w:u w:val="single"/>
        </w:rPr>
        <w:t>deal</w:t>
      </w:r>
      <w:r>
        <w:rPr>
          <w:b w:val="0"/>
          <w:i w:val="0"/>
          <w:smallCaps w:val="0"/>
          <w:strike w:val="0"/>
          <w:sz w:val="22"/>
          <w:u w:val="single"/>
        </w:rPr>
        <w:t xml:space="preserve"> of its </w:t>
      </w:r>
      <w:r>
        <w:rPr>
          <w:b/>
          <w:i w:val="0"/>
          <w:smallCaps w:val="0"/>
          <w:strike w:val="0"/>
          <w:sz w:val="22"/>
          <w:u w:val="single"/>
        </w:rPr>
        <w:t>energy</w:t>
      </w:r>
      <w:r>
        <w:rPr>
          <w:b w:val="0"/>
          <w:i w:val="0"/>
          <w:smallCaps w:val="0"/>
          <w:strike w:val="0"/>
          <w:sz w:val="16"/>
          <w:u w:val="none"/>
        </w:rPr>
        <w:t xml:space="preserve"> and resources </w:t>
      </w:r>
      <w:r>
        <w:rPr>
          <w:b w:val="0"/>
          <w:i w:val="0"/>
          <w:smallCaps w:val="0"/>
          <w:strike w:val="0"/>
          <w:sz w:val="22"/>
          <w:u w:val="single"/>
        </w:rPr>
        <w:t xml:space="preserve">into </w:t>
      </w:r>
      <w:r>
        <w:rPr>
          <w:b w:val="0"/>
          <w:i w:val="0"/>
          <w:smallCaps w:val="0"/>
          <w:strike w:val="0"/>
          <w:sz w:val="22"/>
          <w:highlight w:val="cyan"/>
          <w:u w:val="single"/>
        </w:rPr>
        <w:t>pursuing</w:t>
      </w:r>
      <w:r>
        <w:rPr>
          <w:b w:val="0"/>
          <w:i w:val="0"/>
          <w:smallCaps w:val="0"/>
          <w:strike w:val="0"/>
          <w:sz w:val="22"/>
          <w:u w:val="single"/>
        </w:rPr>
        <w:t xml:space="preserve"> its </w:t>
      </w:r>
      <w:r>
        <w:rPr>
          <w:b w:val="0"/>
          <w:i w:val="0"/>
          <w:smallCaps w:val="0"/>
          <w:strike w:val="0"/>
          <w:sz w:val="16"/>
          <w:u w:val="none"/>
        </w:rPr>
        <w:t xml:space="preserve">Combined Joint All-Domain Command and Control concept, or </w:t>
      </w:r>
      <w:r>
        <w:rPr>
          <w:b w:val="0"/>
          <w:i w:val="0"/>
          <w:smallCaps w:val="0"/>
          <w:strike w:val="0"/>
          <w:sz w:val="22"/>
          <w:highlight w:val="cyan"/>
          <w:u w:val="single"/>
        </w:rPr>
        <w:t>CJADC2</w:t>
      </w:r>
      <w:r>
        <w:rPr>
          <w:b w:val="0"/>
          <w:i w:val="0"/>
          <w:smallCaps w:val="0"/>
          <w:strike w:val="0"/>
          <w:sz w:val="16"/>
          <w:u w:val="none"/>
        </w:rPr>
        <w:t xml:space="preserve">, </w:t>
      </w:r>
      <w:r>
        <w:rPr>
          <w:b w:val="0"/>
          <w:i w:val="0"/>
          <w:smallCaps w:val="0"/>
          <w:strike w:val="0"/>
          <w:sz w:val="22"/>
          <w:highlight w:val="cyan"/>
          <w:u w:val="single"/>
        </w:rPr>
        <w:t>which</w:t>
      </w:r>
      <w:r>
        <w:rPr>
          <w:b w:val="0"/>
          <w:i w:val="0"/>
          <w:smallCaps w:val="0"/>
          <w:strike w:val="0"/>
          <w:sz w:val="22"/>
          <w:u w:val="single"/>
        </w:rPr>
        <w:t xml:space="preserve"> would </w:t>
      </w:r>
      <w:r>
        <w:rPr>
          <w:b w:val="0"/>
          <w:i w:val="0"/>
          <w:smallCaps w:val="0"/>
          <w:strike w:val="0"/>
          <w:sz w:val="22"/>
          <w:highlight w:val="cyan"/>
          <w:u w:val="single"/>
        </w:rPr>
        <w:t>link sensors</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shooters</w:t>
      </w:r>
      <w:r>
        <w:rPr>
          <w:b w:val="0"/>
          <w:i w:val="0"/>
          <w:smallCaps w:val="0"/>
          <w:strike w:val="0"/>
          <w:sz w:val="16"/>
          <w:u w:val="none"/>
        </w:rPr>
        <w:t xml:space="preserve"> in a combat cloud </w:t>
      </w:r>
      <w:r>
        <w:rPr>
          <w:b w:val="0"/>
          <w:i w:val="0"/>
          <w:smallCaps w:val="0"/>
          <w:strike w:val="0"/>
          <w:sz w:val="22"/>
          <w:u w:val="single"/>
        </w:rPr>
        <w:t>and use artificial intelligence</w:t>
      </w:r>
      <w:r>
        <w:rPr>
          <w:b w:val="0"/>
          <w:i w:val="0"/>
          <w:smallCaps w:val="0"/>
          <w:strike w:val="0"/>
          <w:sz w:val="16"/>
          <w:u w:val="none"/>
        </w:rPr>
        <w:t xml:space="preserve"> to present options to decision makers faster than the speed of thought.</w:t>
      </w:r>
    </w:p>
    <w:p>
      <w:pPr>
        <w:spacing w:after="60"/>
      </w:pPr>
      <w:r>
        <w:rPr>
          <w:b w:val="0"/>
          <w:i w:val="0"/>
          <w:smallCaps w:val="0"/>
          <w:strike w:val="0"/>
          <w:sz w:val="16"/>
          <w:u w:val="none"/>
        </w:rPr>
        <w:t>The last two words in the acronym are “command and control,” two actions that cannot be accomplished on modern battlefields without dominating radio waves. “</w:t>
      </w:r>
      <w:r>
        <w:rPr>
          <w:b w:val="0"/>
          <w:i w:val="0"/>
          <w:smallCaps w:val="0"/>
          <w:strike w:val="0"/>
          <w:sz w:val="22"/>
          <w:u w:val="single"/>
        </w:rPr>
        <w:t>Command</w:t>
      </w:r>
      <w:r>
        <w:rPr>
          <w:b w:val="0"/>
          <w:i w:val="0"/>
          <w:smallCaps w:val="0"/>
          <w:strike w:val="0"/>
          <w:sz w:val="16"/>
          <w:u w:val="none"/>
        </w:rPr>
        <w:t xml:space="preserve">” </w:t>
      </w:r>
      <w:r>
        <w:rPr>
          <w:b w:val="0"/>
          <w:i w:val="0"/>
          <w:smallCaps w:val="0"/>
          <w:strike w:val="0"/>
          <w:sz w:val="22"/>
          <w:u w:val="single"/>
        </w:rPr>
        <w:t xml:space="preserve">requires </w:t>
      </w:r>
      <w:r>
        <w:rPr>
          <w:b/>
          <w:i w:val="0"/>
          <w:smallCaps w:val="0"/>
          <w:strike w:val="0"/>
          <w:sz w:val="22"/>
          <w:u w:val="single"/>
        </w:rPr>
        <w:t>uninterrupted</w:t>
      </w:r>
      <w:r>
        <w:rPr>
          <w:b w:val="0"/>
          <w:i w:val="0"/>
          <w:smallCaps w:val="0"/>
          <w:strike w:val="0"/>
          <w:sz w:val="22"/>
          <w:u w:val="single"/>
        </w:rPr>
        <w:t xml:space="preserve"> </w:t>
      </w:r>
      <w:r>
        <w:rPr>
          <w:b/>
          <w:i w:val="0"/>
          <w:smallCaps w:val="0"/>
          <w:strike w:val="0"/>
          <w:sz w:val="22"/>
          <w:u w:val="single"/>
        </w:rPr>
        <w:t>communication</w:t>
      </w:r>
      <w:r>
        <w:rPr>
          <w:b w:val="0"/>
          <w:i w:val="0"/>
          <w:smallCaps w:val="0"/>
          <w:strike w:val="0"/>
          <w:sz w:val="16"/>
          <w:u w:val="none"/>
        </w:rPr>
        <w:t xml:space="preserve"> links, </w:t>
      </w:r>
      <w:r>
        <w:rPr>
          <w:b w:val="0"/>
          <w:i w:val="0"/>
          <w:smallCaps w:val="0"/>
          <w:strike w:val="0"/>
          <w:sz w:val="22"/>
          <w:u w:val="single"/>
        </w:rPr>
        <w:t>and “control”</w:t>
      </w:r>
      <w:r>
        <w:rPr>
          <w:b w:val="0"/>
          <w:i w:val="0"/>
          <w:smallCaps w:val="0"/>
          <w:strike w:val="0"/>
          <w:sz w:val="16"/>
          <w:u w:val="none"/>
        </w:rPr>
        <w:t xml:space="preserve"> </w:t>
      </w:r>
      <w:r>
        <w:rPr>
          <w:b w:val="0"/>
          <w:i w:val="0"/>
          <w:smallCaps w:val="0"/>
          <w:strike w:val="0"/>
          <w:sz w:val="22"/>
          <w:u w:val="single"/>
        </w:rPr>
        <w:t>requires the same</w:t>
      </w:r>
      <w:r>
        <w:rPr>
          <w:b w:val="0"/>
          <w:i w:val="0"/>
          <w:smallCaps w:val="0"/>
          <w:strike w:val="0"/>
          <w:sz w:val="16"/>
          <w:u w:val="none"/>
        </w:rPr>
        <w:t>, along with precision navigation and timing that comes with GPS.</w:t>
      </w:r>
    </w:p>
    <w:p>
      <w:pPr>
        <w:spacing w:after="60"/>
      </w:pPr>
      <w:r>
        <w:rPr>
          <w:b w:val="0"/>
          <w:i w:val="0"/>
          <w:smallCaps w:val="0"/>
          <w:strike w:val="0"/>
          <w:sz w:val="16"/>
          <w:u w:val="none"/>
        </w:rPr>
        <w:t>“Joint” means the six military branches must be able to communicate with each other and “combined” throws partners and allies into the mix with all their different communication and navigation systems.</w:t>
      </w:r>
    </w:p>
    <w:p>
      <w:pPr>
        <w:spacing w:after="60"/>
      </w:pPr>
      <w:r>
        <w:rPr>
          <w:b w:val="0"/>
          <w:i w:val="0"/>
          <w:smallCaps w:val="0"/>
          <w:strike w:val="0"/>
          <w:sz w:val="16"/>
          <w:u w:val="none"/>
        </w:rPr>
        <w:t>Fischer said: “</w:t>
      </w:r>
      <w:r>
        <w:rPr>
          <w:b w:val="0"/>
          <w:i w:val="0"/>
          <w:smallCaps w:val="0"/>
          <w:strike w:val="0"/>
          <w:sz w:val="22"/>
          <w:highlight w:val="cyan"/>
          <w:u w:val="single"/>
        </w:rPr>
        <w:t>If you</w:t>
      </w:r>
      <w:r>
        <w:rPr>
          <w:b w:val="0"/>
          <w:i w:val="0"/>
          <w:smallCaps w:val="0"/>
          <w:strike w:val="0"/>
          <w:sz w:val="22"/>
          <w:u w:val="single"/>
        </w:rPr>
        <w:t xml:space="preserve"> </w:t>
      </w:r>
      <w:r>
        <w:rPr>
          <w:b w:val="0"/>
          <w:i w:val="0"/>
          <w:smallCaps w:val="0"/>
          <w:strike w:val="0"/>
          <w:sz w:val="22"/>
          <w:highlight w:val="cyan"/>
          <w:u w:val="single"/>
        </w:rPr>
        <w:t>can</w:t>
      </w:r>
      <w:r>
        <w:rPr>
          <w:b w:val="0"/>
          <w:i w:val="0"/>
          <w:smallCaps w:val="0"/>
          <w:strike w:val="0"/>
          <w:sz w:val="22"/>
          <w:u w:val="single"/>
        </w:rPr>
        <w:t xml:space="preserve"> </w:t>
      </w:r>
      <w:r>
        <w:rPr>
          <w:b w:val="0"/>
          <w:i w:val="0"/>
          <w:smallCaps w:val="0"/>
          <w:strike w:val="0"/>
          <w:sz w:val="22"/>
          <w:highlight w:val="cyan"/>
          <w:u w:val="single"/>
        </w:rPr>
        <w:t>stop</w:t>
      </w:r>
      <w:r>
        <w:rPr>
          <w:b w:val="0"/>
          <w:i w:val="0"/>
          <w:smallCaps w:val="0"/>
          <w:strike w:val="0"/>
          <w:sz w:val="22"/>
          <w:u w:val="single"/>
        </w:rPr>
        <w:t xml:space="preserve"> the enemy’s ability</w:t>
      </w:r>
      <w:r>
        <w:rPr>
          <w:b w:val="0"/>
          <w:i w:val="0"/>
          <w:smallCaps w:val="0"/>
          <w:strike w:val="0"/>
          <w:sz w:val="16"/>
          <w:u w:val="none"/>
        </w:rPr>
        <w:t xml:space="preserve"> </w:t>
      </w:r>
      <w:r>
        <w:rPr>
          <w:b w:val="0"/>
          <w:i w:val="0"/>
          <w:smallCaps w:val="0"/>
          <w:strike w:val="0"/>
          <w:sz w:val="22"/>
          <w:u w:val="single"/>
        </w:rPr>
        <w:t xml:space="preserve">to </w:t>
      </w:r>
      <w:r>
        <w:rPr>
          <w:b w:val="0"/>
          <w:i w:val="0"/>
          <w:smallCaps w:val="0"/>
          <w:strike w:val="0"/>
          <w:sz w:val="22"/>
          <w:highlight w:val="cyan"/>
          <w:u w:val="single"/>
        </w:rPr>
        <w:t>communicate</w:t>
      </w:r>
      <w:r>
        <w:rPr>
          <w:b w:val="0"/>
          <w:i w:val="0"/>
          <w:smallCaps w:val="0"/>
          <w:strike w:val="0"/>
          <w:sz w:val="16"/>
          <w:u w:val="none"/>
        </w:rPr>
        <w:t xml:space="preserve">, </w:t>
      </w:r>
      <w:r>
        <w:rPr>
          <w:b w:val="0"/>
          <w:i w:val="0"/>
          <w:smallCaps w:val="0"/>
          <w:strike w:val="0"/>
          <w:sz w:val="22"/>
          <w:highlight w:val="cyan"/>
          <w:u w:val="single"/>
        </w:rPr>
        <w:t>you</w:t>
      </w:r>
      <w:r>
        <w:rPr>
          <w:b w:val="0"/>
          <w:i w:val="0"/>
          <w:smallCaps w:val="0"/>
          <w:strike w:val="0"/>
          <w:sz w:val="16"/>
          <w:u w:val="none"/>
        </w:rPr>
        <w:t xml:space="preserve"> really, </w:t>
      </w:r>
      <w:r>
        <w:rPr>
          <w:b w:val="0"/>
          <w:i w:val="0"/>
          <w:smallCaps w:val="0"/>
          <w:strike w:val="0"/>
          <w:sz w:val="22"/>
          <w:highlight w:val="cyan"/>
          <w:u w:val="single"/>
        </w:rPr>
        <w:t xml:space="preserve">really </w:t>
      </w:r>
      <w:r>
        <w:rPr>
          <w:b/>
          <w:i w:val="0"/>
          <w:smallCaps w:val="0"/>
          <w:strike w:val="0"/>
          <w:sz w:val="22"/>
          <w:highlight w:val="cyan"/>
          <w:u w:val="single"/>
        </w:rPr>
        <w:t>hinder</w:t>
      </w:r>
      <w:r>
        <w:rPr>
          <w:b w:val="0"/>
          <w:i w:val="0"/>
          <w:smallCaps w:val="0"/>
          <w:strike w:val="0"/>
          <w:sz w:val="22"/>
          <w:u w:val="single"/>
        </w:rPr>
        <w:t xml:space="preserve"> </w:t>
      </w:r>
      <w:r>
        <w:rPr>
          <w:b w:val="0"/>
          <w:i w:val="0"/>
          <w:smallCaps w:val="0"/>
          <w:strike w:val="0"/>
          <w:sz w:val="22"/>
          <w:highlight w:val="cyan"/>
          <w:u w:val="single"/>
        </w:rPr>
        <w:t>them</w:t>
      </w:r>
      <w:r>
        <w:rPr>
          <w:b w:val="0"/>
          <w:i w:val="0"/>
          <w:smallCaps w:val="0"/>
          <w:strike w:val="0"/>
          <w:sz w:val="16"/>
          <w:u w:val="none"/>
        </w:rPr>
        <w:t>.”</w:t>
      </w:r>
    </w:p>
    <w:p>
      <w:pPr>
        <w:spacing w:after="60"/>
      </w:pPr>
      <w:r>
        <w:rPr>
          <w:b w:val="0"/>
          <w:i w:val="0"/>
          <w:smallCaps w:val="0"/>
          <w:strike w:val="0"/>
          <w:sz w:val="22"/>
          <w:u w:val="single"/>
        </w:rPr>
        <w:t>The whole</w:t>
      </w:r>
      <w:r>
        <w:rPr>
          <w:b w:val="0"/>
          <w:i w:val="0"/>
          <w:smallCaps w:val="0"/>
          <w:strike w:val="0"/>
          <w:sz w:val="16"/>
          <w:u w:val="none"/>
        </w:rPr>
        <w:t xml:space="preserve"> CJADC2 </w:t>
      </w:r>
      <w:r>
        <w:rPr>
          <w:b w:val="0"/>
          <w:i w:val="0"/>
          <w:smallCaps w:val="0"/>
          <w:strike w:val="0"/>
          <w:sz w:val="22"/>
          <w:u w:val="single"/>
        </w:rPr>
        <w:t>concept quickly falls apart</w:t>
      </w:r>
      <w:r>
        <w:rPr>
          <w:b w:val="0"/>
          <w:i w:val="0"/>
          <w:smallCaps w:val="0"/>
          <w:strike w:val="0"/>
          <w:sz w:val="16"/>
          <w:u w:val="none"/>
        </w:rPr>
        <w:t xml:space="preserve"> </w:t>
      </w:r>
      <w:r>
        <w:rPr>
          <w:b w:val="0"/>
          <w:i w:val="0"/>
          <w:smallCaps w:val="0"/>
          <w:strike w:val="0"/>
          <w:sz w:val="22"/>
          <w:u w:val="single"/>
        </w:rPr>
        <w:t xml:space="preserve">if an enemy can </w:t>
      </w:r>
      <w:r>
        <w:rPr>
          <w:b/>
          <w:i w:val="0"/>
          <w:smallCaps w:val="0"/>
          <w:strike w:val="0"/>
          <w:sz w:val="22"/>
          <w:u w:val="single"/>
        </w:rPr>
        <w:t>dominate</w:t>
      </w:r>
      <w:r>
        <w:rPr>
          <w:b w:val="0"/>
          <w:i w:val="0"/>
          <w:smallCaps w:val="0"/>
          <w:strike w:val="0"/>
          <w:sz w:val="16"/>
          <w:u w:val="none"/>
        </w:rPr>
        <w:t xml:space="preserve"> or disrupt </w:t>
      </w:r>
      <w:r>
        <w:rPr>
          <w:b w:val="0"/>
          <w:i w:val="0"/>
          <w:smallCaps w:val="0"/>
          <w:strike w:val="0"/>
          <w:sz w:val="22"/>
          <w:u w:val="single"/>
        </w:rPr>
        <w:t>the</w:t>
      </w:r>
      <w:r>
        <w:rPr>
          <w:b w:val="0"/>
          <w:i w:val="0"/>
          <w:smallCaps w:val="0"/>
          <w:strike w:val="0"/>
          <w:sz w:val="16"/>
          <w:u w:val="none"/>
        </w:rPr>
        <w:t xml:space="preserve"> electromagnetic </w:t>
      </w:r>
      <w:r>
        <w:rPr>
          <w:b/>
          <w:i w:val="0"/>
          <w:smallCaps w:val="0"/>
          <w:strike w:val="0"/>
          <w:sz w:val="22"/>
          <w:u w:val="single"/>
        </w:rPr>
        <w:t>spectrum</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Interoperability</w:t>
      </w:r>
      <w:r>
        <w:rPr>
          <w:b w:val="0"/>
          <w:i w:val="0"/>
          <w:smallCaps w:val="0"/>
          <w:strike w:val="0"/>
          <w:sz w:val="16"/>
          <w:u w:val="none"/>
        </w:rPr>
        <w:t xml:space="preserve"> from the get-go </w:t>
      </w:r>
      <w:r>
        <w:rPr>
          <w:b w:val="0"/>
          <w:i w:val="0"/>
          <w:smallCaps w:val="0"/>
          <w:strike w:val="0"/>
          <w:sz w:val="22"/>
          <w:u w:val="single"/>
        </w:rPr>
        <w:t>is</w:t>
      </w:r>
      <w:r>
        <w:rPr>
          <w:b w:val="0"/>
          <w:i w:val="0"/>
          <w:smallCaps w:val="0"/>
          <w:strike w:val="0"/>
          <w:sz w:val="16"/>
          <w:u w:val="none"/>
        </w:rPr>
        <w:t xml:space="preserve"> incredibly </w:t>
      </w:r>
      <w:r>
        <w:rPr>
          <w:b/>
          <w:i w:val="0"/>
          <w:smallCaps w:val="0"/>
          <w:strike w:val="0"/>
          <w:sz w:val="22"/>
          <w:u w:val="single"/>
        </w:rPr>
        <w:t>important</w:t>
      </w:r>
      <w:r>
        <w:rPr>
          <w:b w:val="0"/>
          <w:i w:val="0"/>
          <w:smallCaps w:val="0"/>
          <w:strike w:val="0"/>
          <w:sz w:val="16"/>
          <w:u w:val="none"/>
        </w:rPr>
        <w:t xml:space="preserve">” for CJADC2 to succeed, Navy Rear Adm. Susan </w:t>
      </w:r>
      <w:r>
        <w:rPr>
          <w:b w:val="0"/>
          <w:i w:val="0"/>
          <w:smallCaps w:val="0"/>
          <w:strike w:val="0"/>
          <w:sz w:val="16"/>
          <w:u w:val="none"/>
        </w:rPr>
        <w:t>BryerJoyner</w:t>
      </w:r>
      <w:r>
        <w:rPr>
          <w:b w:val="0"/>
          <w:i w:val="0"/>
          <w:smallCaps w:val="0"/>
          <w:strike w:val="0"/>
          <w:sz w:val="16"/>
          <w:u w:val="none"/>
        </w:rPr>
        <w:t>, deputy director of command, control, communications and computer/cyber systems, J6 at the Joint Staff, said at the conference.</w:t>
      </w:r>
    </w:p>
    <w:p>
      <w:pPr>
        <w:spacing w:after="60"/>
      </w:pPr>
      <w:r>
        <w:rPr>
          <w:b w:val="0"/>
          <w:i w:val="0"/>
          <w:smallCaps w:val="0"/>
          <w:strike w:val="0"/>
          <w:sz w:val="16"/>
          <w:u w:val="none"/>
        </w:rPr>
        <w:t xml:space="preserve">The Ukraine War and the battle for spectrum dominance is taking place in a warzone, but </w:t>
      </w:r>
      <w:r>
        <w:rPr>
          <w:b w:val="0"/>
          <w:i w:val="0"/>
          <w:smallCaps w:val="0"/>
          <w:strike w:val="0"/>
          <w:sz w:val="22"/>
          <w:u w:val="single"/>
        </w:rPr>
        <w:t xml:space="preserve">the </w:t>
      </w:r>
      <w:r>
        <w:rPr>
          <w:b w:val="0"/>
          <w:i w:val="0"/>
          <w:smallCaps w:val="0"/>
          <w:strike w:val="0"/>
          <w:sz w:val="22"/>
          <w:highlight w:val="cyan"/>
          <w:u w:val="single"/>
        </w:rPr>
        <w:t>Pentagon</w:t>
      </w:r>
      <w:r>
        <w:rPr>
          <w:b w:val="0"/>
          <w:i w:val="0"/>
          <w:smallCaps w:val="0"/>
          <w:strike w:val="0"/>
          <w:sz w:val="16"/>
          <w:u w:val="none"/>
        </w:rPr>
        <w:t xml:space="preserve"> operates globally and within U.S. borders. It </w:t>
      </w:r>
      <w:r>
        <w:rPr>
          <w:b w:val="0"/>
          <w:i w:val="0"/>
          <w:smallCaps w:val="0"/>
          <w:strike w:val="0"/>
          <w:sz w:val="22"/>
          <w:highlight w:val="cyan"/>
          <w:u w:val="single"/>
        </w:rPr>
        <w:t xml:space="preserve">must </w:t>
      </w:r>
      <w:r>
        <w:rPr>
          <w:b/>
          <w:i w:val="0"/>
          <w:smallCaps w:val="0"/>
          <w:strike w:val="0"/>
          <w:sz w:val="22"/>
          <w:highlight w:val="cyan"/>
          <w:u w:val="single"/>
        </w:rPr>
        <w:t>share</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spectrum</w:t>
      </w:r>
      <w:r>
        <w:rPr>
          <w:b w:val="0"/>
          <w:i w:val="0"/>
          <w:smallCaps w:val="0"/>
          <w:strike w:val="0"/>
          <w:sz w:val="22"/>
          <w:u w:val="single"/>
        </w:rPr>
        <w:t xml:space="preserve"> </w:t>
      </w:r>
      <w:r>
        <w:rPr>
          <w:b w:val="0"/>
          <w:i w:val="0"/>
          <w:smallCaps w:val="0"/>
          <w:strike w:val="0"/>
          <w:sz w:val="22"/>
          <w:highlight w:val="cyan"/>
          <w:u w:val="single"/>
        </w:rPr>
        <w:t>with other</w:t>
      </w:r>
      <w:r>
        <w:rPr>
          <w:b w:val="0"/>
          <w:i w:val="0"/>
          <w:smallCaps w:val="0"/>
          <w:strike w:val="0"/>
          <w:sz w:val="22"/>
          <w:u w:val="single"/>
        </w:rPr>
        <w:t xml:space="preserve"> </w:t>
      </w:r>
      <w:r>
        <w:rPr>
          <w:b w:val="0"/>
          <w:i w:val="0"/>
          <w:smallCaps w:val="0"/>
          <w:strike w:val="0"/>
          <w:sz w:val="22"/>
          <w:highlight w:val="cyan"/>
          <w:u w:val="single"/>
        </w:rPr>
        <w:t>sectors</w:t>
      </w:r>
      <w:r>
        <w:rPr>
          <w:b w:val="0"/>
          <w:i w:val="0"/>
          <w:smallCaps w:val="0"/>
          <w:strike w:val="0"/>
          <w:sz w:val="16"/>
          <w:u w:val="none"/>
        </w:rPr>
        <w:t>, most notably telecommunications companies that spend and earn billions maintaining networks that connect to smartphones.</w:t>
      </w:r>
    </w:p>
    <w:p>
      <w:pPr>
        <w:spacing w:after="60"/>
      </w:pPr>
      <w:r>
        <w:rPr>
          <w:b w:val="0"/>
          <w:i w:val="0"/>
          <w:smallCaps w:val="0"/>
          <w:strike w:val="0"/>
          <w:sz w:val="22"/>
          <w:u w:val="single"/>
        </w:rPr>
        <w:t>The</w:t>
      </w:r>
      <w:r>
        <w:rPr>
          <w:b w:val="0"/>
          <w:i w:val="0"/>
          <w:smallCaps w:val="0"/>
          <w:strike w:val="0"/>
          <w:sz w:val="16"/>
          <w:u w:val="none"/>
        </w:rPr>
        <w:t xml:space="preserve"> Defense </w:t>
      </w:r>
      <w:r>
        <w:rPr>
          <w:b w:val="0"/>
          <w:i w:val="0"/>
          <w:smallCaps w:val="0"/>
          <w:strike w:val="0"/>
          <w:sz w:val="22"/>
          <w:u w:val="single"/>
        </w:rPr>
        <w:t>Department</w:t>
      </w:r>
      <w:r>
        <w:rPr>
          <w:b w:val="0"/>
          <w:i w:val="0"/>
          <w:smallCaps w:val="0"/>
          <w:strike w:val="0"/>
          <w:sz w:val="16"/>
          <w:u w:val="none"/>
        </w:rPr>
        <w:t xml:space="preserve"> </w:t>
      </w:r>
      <w:r>
        <w:rPr>
          <w:b w:val="0"/>
          <w:i w:val="0"/>
          <w:smallCaps w:val="0"/>
          <w:strike w:val="0"/>
          <w:sz w:val="22"/>
          <w:u w:val="single"/>
        </w:rPr>
        <w:t xml:space="preserve">must ensure it has </w:t>
      </w:r>
      <w:r>
        <w:rPr>
          <w:b/>
          <w:i w:val="0"/>
          <w:smallCaps w:val="0"/>
          <w:strike w:val="0"/>
          <w:sz w:val="22"/>
          <w:u w:val="single"/>
        </w:rPr>
        <w:t>adequate</w:t>
      </w:r>
      <w:r>
        <w:rPr>
          <w:b w:val="0"/>
          <w:i w:val="0"/>
          <w:smallCaps w:val="0"/>
          <w:strike w:val="0"/>
          <w:sz w:val="22"/>
          <w:u w:val="single"/>
        </w:rPr>
        <w:t xml:space="preserve"> </w:t>
      </w:r>
      <w:r>
        <w:rPr>
          <w:b/>
          <w:i w:val="0"/>
          <w:smallCaps w:val="0"/>
          <w:strike w:val="0"/>
          <w:sz w:val="22"/>
          <w:u w:val="single"/>
        </w:rPr>
        <w:t>bandwidth</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operate</w:t>
      </w:r>
      <w:r>
        <w:rPr>
          <w:b w:val="0"/>
          <w:i w:val="0"/>
          <w:smallCaps w:val="0"/>
          <w:strike w:val="0"/>
          <w:sz w:val="22"/>
          <w:u w:val="single"/>
        </w:rPr>
        <w:t xml:space="preserve"> its radars and communication</w:t>
      </w:r>
      <w:r>
        <w:rPr>
          <w:b w:val="0"/>
          <w:i w:val="0"/>
          <w:smallCaps w:val="0"/>
          <w:strike w:val="0"/>
          <w:sz w:val="16"/>
          <w:u w:val="none"/>
        </w:rPr>
        <w:t xml:space="preserve"> </w:t>
      </w:r>
      <w:r>
        <w:rPr>
          <w:b w:val="0"/>
          <w:i w:val="0"/>
          <w:smallCaps w:val="0"/>
          <w:strike w:val="0"/>
          <w:sz w:val="22"/>
          <w:u w:val="single"/>
        </w:rPr>
        <w:t>systems</w:t>
      </w:r>
      <w:r>
        <w:rPr>
          <w:b w:val="0"/>
          <w:i w:val="0"/>
          <w:smallCaps w:val="0"/>
          <w:strike w:val="0"/>
          <w:sz w:val="16"/>
          <w:u w:val="none"/>
        </w:rPr>
        <w:t xml:space="preserve"> and can do so </w:t>
      </w:r>
      <w:r>
        <w:rPr>
          <w:b w:val="0"/>
          <w:i w:val="0"/>
          <w:smallCaps w:val="0"/>
          <w:strike w:val="0"/>
          <w:sz w:val="22"/>
          <w:u w:val="single"/>
        </w:rPr>
        <w:t>without interfering with civilian-controlled airwaves</w:t>
      </w:r>
      <w:r>
        <w:rPr>
          <w:b w:val="0"/>
          <w:i w:val="0"/>
          <w:smallCaps w:val="0"/>
          <w:strike w:val="0"/>
          <w:sz w:val="16"/>
          <w:u w:val="none"/>
        </w:rPr>
        <w:t xml:space="preserve"> — both domestically and in the allied nations where it operates.</w:t>
      </w:r>
    </w:p>
    <w:p>
      <w:pPr>
        <w:spacing w:after="60"/>
      </w:pPr>
      <w:r>
        <w:rPr>
          <w:b w:val="0"/>
          <w:i w:val="0"/>
          <w:smallCaps w:val="0"/>
          <w:strike w:val="0"/>
          <w:sz w:val="16"/>
          <w:u w:val="none"/>
        </w:rPr>
        <w:t>The U.S. military operates a host of electronic warfare systems including the Navy’s EA-18G Growler carrier-based aircraft and the Air Force’s EC-130H Compass Call, along with ground forces that have various jammers integrated onto their vehicles.</w:t>
      </w:r>
    </w:p>
    <w:p>
      <w:pPr>
        <w:spacing w:after="60"/>
      </w:pPr>
      <w:r>
        <w:rPr>
          <w:b w:val="0"/>
          <w:i w:val="0"/>
          <w:smallCaps w:val="0"/>
          <w:strike w:val="0"/>
          <w:sz w:val="16"/>
          <w:u w:val="none"/>
        </w:rPr>
        <w:t xml:space="preserve">When the United States invaded Iraq in 2003, it soon found itself engaged in a battle for spectrum superiority </w:t>
      </w:r>
      <w:r>
        <w:rPr>
          <w:b w:val="0"/>
          <w:i w:val="0"/>
          <w:smallCaps w:val="0"/>
          <w:strike w:val="0"/>
          <w:sz w:val="16"/>
          <w:u w:val="none"/>
        </w:rPr>
        <w:t>similar to</w:t>
      </w:r>
      <w:r>
        <w:rPr>
          <w:b w:val="0"/>
          <w:i w:val="0"/>
          <w:smallCaps w:val="0"/>
          <w:strike w:val="0"/>
          <w:sz w:val="16"/>
          <w:u w:val="none"/>
        </w:rPr>
        <w:t xml:space="preserve"> what Ukraine is experiencing today. But instead of small drones, it was dealing with insurgents who were using common devices such as garage door openers to detonate roadside bombs.</w:t>
      </w:r>
    </w:p>
    <w:p>
      <w:pPr>
        <w:spacing w:after="60"/>
      </w:pPr>
      <w:r>
        <w:rPr>
          <w:b w:val="0"/>
          <w:i w:val="0"/>
          <w:smallCaps w:val="0"/>
          <w:strike w:val="0"/>
          <w:sz w:val="16"/>
          <w:u w:val="none"/>
        </w:rPr>
        <w:t>The U.S. Army — by its own admission at the time — had let its electronic warfare skills atrophy, and it was forced to scramble and quickly integrate Warlock jammers into its vehicles.</w:t>
      </w:r>
    </w:p>
    <w:p>
      <w:pPr>
        <w:spacing w:after="60"/>
      </w:pPr>
      <w:r>
        <w:rPr>
          <w:b w:val="0"/>
          <w:i w:val="0"/>
          <w:smallCaps w:val="0"/>
          <w:strike w:val="0"/>
          <w:sz w:val="16"/>
          <w:u w:val="none"/>
        </w:rPr>
        <w:t>Almost 20 years later, in October 2021, when former Vice Chairman of the Joint Chiefs of Staff Air Force Gen. John Hyten was doing his final meeting with the press before retirement, he said the armed forces were still struggling to master the electromagnetic spectrum.</w:t>
      </w:r>
    </w:p>
    <w:p>
      <w:pPr>
        <w:spacing w:after="60"/>
      </w:pPr>
      <w:r>
        <w:rPr>
          <w:b w:val="0"/>
          <w:i w:val="0"/>
          <w:smallCaps w:val="0"/>
          <w:strike w:val="0"/>
          <w:sz w:val="16"/>
          <w:u w:val="none"/>
        </w:rPr>
        <w:t xml:space="preserve">“We used to be the best in the world at electronic warfare. Now we don’t </w:t>
      </w:r>
      <w:r>
        <w:rPr>
          <w:b w:val="0"/>
          <w:i w:val="0"/>
          <w:smallCaps w:val="0"/>
          <w:strike w:val="0"/>
          <w:sz w:val="16"/>
          <w:u w:val="none"/>
        </w:rPr>
        <w:t>train</w:t>
      </w:r>
      <w:r>
        <w:rPr>
          <w:b w:val="0"/>
          <w:i w:val="0"/>
          <w:smallCaps w:val="0"/>
          <w:strike w:val="0"/>
          <w:sz w:val="16"/>
          <w:u w:val="none"/>
        </w:rPr>
        <w:t xml:space="preserve"> it. We don’t educate it. We don’t equip it. And so, it’s been recognized, and we </w:t>
      </w:r>
      <w:r>
        <w:rPr>
          <w:b w:val="0"/>
          <w:i w:val="0"/>
          <w:smallCaps w:val="0"/>
          <w:strike w:val="0"/>
          <w:sz w:val="16"/>
          <w:u w:val="none"/>
        </w:rPr>
        <w:t>have to</w:t>
      </w:r>
      <w:r>
        <w:rPr>
          <w:b w:val="0"/>
          <w:i w:val="0"/>
          <w:smallCaps w:val="0"/>
          <w:strike w:val="0"/>
          <w:sz w:val="16"/>
          <w:u w:val="none"/>
        </w:rPr>
        <w:t xml:space="preserve"> fix it because spectrum was key to every domain — it’s key to every operation, key to every functional battle,” he said.</w:t>
      </w:r>
    </w:p>
    <w:p>
      <w:pPr>
        <w:spacing w:after="60"/>
      </w:pPr>
      <w:r>
        <w:rPr>
          <w:b w:val="0"/>
          <w:i w:val="0"/>
          <w:smallCaps w:val="0"/>
          <w:strike w:val="0"/>
          <w:sz w:val="16"/>
          <w:u w:val="none"/>
        </w:rPr>
        <w:t>Meanwhile, the Biden administration in November released the latest “National Spectrum Strategy.”</w:t>
      </w:r>
    </w:p>
    <w:p>
      <w:pPr>
        <w:spacing w:after="60"/>
      </w:pPr>
      <w:r>
        <w:rPr>
          <w:b w:val="0"/>
          <w:i w:val="0"/>
          <w:smallCaps w:val="0"/>
          <w:strike w:val="0"/>
          <w:sz w:val="22"/>
          <w:highlight w:val="cyan"/>
          <w:u w:val="single"/>
        </w:rPr>
        <w:t xml:space="preserve">Spectrum is a </w:t>
      </w:r>
      <w:r>
        <w:rPr>
          <w:b/>
          <w:i w:val="0"/>
          <w:smallCaps w:val="0"/>
          <w:strike w:val="0"/>
          <w:sz w:val="22"/>
          <w:highlight w:val="cyan"/>
          <w:u w:val="single"/>
        </w:rPr>
        <w:t>finite</w:t>
      </w:r>
      <w:r>
        <w:rPr>
          <w:b w:val="0"/>
          <w:i w:val="0"/>
          <w:smallCaps w:val="0"/>
          <w:strike w:val="0"/>
          <w:sz w:val="22"/>
          <w:u w:val="single"/>
        </w:rPr>
        <w:t xml:space="preserve"> </w:t>
      </w:r>
      <w:r>
        <w:rPr>
          <w:b/>
          <w:i w:val="0"/>
          <w:smallCaps w:val="0"/>
          <w:strike w:val="0"/>
          <w:sz w:val="22"/>
          <w:highlight w:val="cyan"/>
          <w:u w:val="single"/>
        </w:rPr>
        <w:t>resource</w:t>
      </w:r>
      <w:r>
        <w:rPr>
          <w:b w:val="0"/>
          <w:i w:val="0"/>
          <w:smallCaps w:val="0"/>
          <w:strike w:val="0"/>
          <w:sz w:val="16"/>
          <w:u w:val="none"/>
        </w:rPr>
        <w:t xml:space="preserve">, and the Defense Department is only one of many players vying to occupy swaths of bands. </w:t>
      </w:r>
      <w:r>
        <w:rPr>
          <w:b w:val="0"/>
          <w:i w:val="0"/>
          <w:smallCaps w:val="0"/>
          <w:strike w:val="0"/>
          <w:sz w:val="22"/>
          <w:u w:val="single"/>
        </w:rPr>
        <w:t xml:space="preserve">The </w:t>
      </w:r>
      <w:r>
        <w:rPr>
          <w:b w:val="0"/>
          <w:i w:val="0"/>
          <w:smallCaps w:val="0"/>
          <w:strike w:val="0"/>
          <w:sz w:val="22"/>
          <w:highlight w:val="cyan"/>
          <w:u w:val="single"/>
        </w:rPr>
        <w:t xml:space="preserve">federal government </w:t>
      </w:r>
      <w:r>
        <w:rPr>
          <w:b/>
          <w:i w:val="0"/>
          <w:smallCaps w:val="0"/>
          <w:strike w:val="0"/>
          <w:sz w:val="22"/>
          <w:highlight w:val="cyan"/>
          <w:u w:val="single"/>
        </w:rPr>
        <w:t>auctions</w:t>
      </w:r>
      <w:r>
        <w:rPr>
          <w:b w:val="0"/>
          <w:i w:val="0"/>
          <w:smallCaps w:val="0"/>
          <w:strike w:val="0"/>
          <w:sz w:val="22"/>
          <w:u w:val="single"/>
        </w:rPr>
        <w:t xml:space="preserve"> </w:t>
      </w:r>
      <w:r>
        <w:rPr>
          <w:b w:val="0"/>
          <w:i w:val="0"/>
          <w:smallCaps w:val="0"/>
          <w:strike w:val="0"/>
          <w:sz w:val="22"/>
          <w:highlight w:val="cyan"/>
          <w:u w:val="single"/>
        </w:rPr>
        <w:t>off</w:t>
      </w:r>
      <w:r>
        <w:rPr>
          <w:b w:val="0"/>
          <w:i w:val="0"/>
          <w:smallCaps w:val="0"/>
          <w:strike w:val="0"/>
          <w:sz w:val="22"/>
          <w:u w:val="single"/>
        </w:rPr>
        <w:t xml:space="preserve"> </w:t>
      </w:r>
      <w:r>
        <w:rPr>
          <w:b w:val="0"/>
          <w:i w:val="0"/>
          <w:smallCaps w:val="0"/>
          <w:strike w:val="0"/>
          <w:sz w:val="22"/>
          <w:highlight w:val="cyan"/>
          <w:u w:val="single"/>
        </w:rPr>
        <w:t>these</w:t>
      </w:r>
      <w:r>
        <w:rPr>
          <w:b w:val="0"/>
          <w:i w:val="0"/>
          <w:smallCaps w:val="0"/>
          <w:strike w:val="0"/>
          <w:sz w:val="22"/>
          <w:u w:val="single"/>
        </w:rPr>
        <w:t xml:space="preserve"> bans</w:t>
      </w:r>
      <w:r>
        <w:rPr>
          <w:b w:val="0"/>
          <w:i w:val="0"/>
          <w:smallCaps w:val="0"/>
          <w:strike w:val="0"/>
          <w:sz w:val="16"/>
          <w:u w:val="none"/>
        </w:rPr>
        <w:t>, making billions of dollars to put in its coffers.</w:t>
      </w:r>
    </w:p>
    <w:p>
      <w:pPr>
        <w:spacing w:after="60"/>
      </w:pPr>
      <w:r>
        <w:rPr>
          <w:b w:val="0"/>
          <w:i w:val="0"/>
          <w:smallCaps w:val="0"/>
          <w:strike w:val="0"/>
          <w:sz w:val="16"/>
          <w:u w:val="none"/>
        </w:rPr>
        <w:t>BryerJoyner</w:t>
      </w:r>
      <w:r>
        <w:rPr>
          <w:b w:val="0"/>
          <w:i w:val="0"/>
          <w:smallCaps w:val="0"/>
          <w:strike w:val="0"/>
          <w:sz w:val="16"/>
          <w:u w:val="none"/>
        </w:rPr>
        <w:t xml:space="preserve"> noted </w:t>
      </w:r>
      <w:r>
        <w:rPr>
          <w:b w:val="0"/>
          <w:i w:val="0"/>
          <w:smallCaps w:val="0"/>
          <w:strike w:val="0"/>
          <w:sz w:val="22"/>
          <w:u w:val="single"/>
        </w:rPr>
        <w:t xml:space="preserve">the Pentagon </w:t>
      </w:r>
      <w:r>
        <w:rPr>
          <w:b w:val="0"/>
          <w:i w:val="0"/>
          <w:smallCaps w:val="0"/>
          <w:strike w:val="0"/>
          <w:sz w:val="22"/>
          <w:u w:val="single"/>
        </w:rPr>
        <w:t>has to</w:t>
      </w:r>
      <w:r>
        <w:rPr>
          <w:b w:val="0"/>
          <w:i w:val="0"/>
          <w:smallCaps w:val="0"/>
          <w:strike w:val="0"/>
          <w:sz w:val="22"/>
          <w:u w:val="single"/>
        </w:rPr>
        <w:t xml:space="preserve"> monitor</w:t>
      </w:r>
      <w:r>
        <w:rPr>
          <w:b w:val="0"/>
          <w:i w:val="0"/>
          <w:smallCaps w:val="0"/>
          <w:strike w:val="0"/>
          <w:sz w:val="16"/>
          <w:u w:val="none"/>
        </w:rPr>
        <w:t xml:space="preserve"> </w:t>
      </w:r>
      <w:r>
        <w:rPr>
          <w:b w:val="0"/>
          <w:i w:val="0"/>
          <w:smallCaps w:val="0"/>
          <w:strike w:val="0"/>
          <w:sz w:val="22"/>
          <w:u w:val="single"/>
        </w:rPr>
        <w:t>upcoming auctions</w:t>
      </w:r>
      <w:r>
        <w:rPr>
          <w:b w:val="0"/>
          <w:i w:val="0"/>
          <w:smallCaps w:val="0"/>
          <w:strike w:val="0"/>
          <w:sz w:val="16"/>
          <w:u w:val="none"/>
        </w:rPr>
        <w:t xml:space="preserve"> that will sell off unclaimed bands of spectrum.</w:t>
      </w:r>
    </w:p>
    <w:p>
      <w:pPr>
        <w:spacing w:after="60"/>
      </w:pPr>
      <w:r>
        <w:rPr>
          <w:b w:val="0"/>
          <w:i w:val="0"/>
          <w:smallCaps w:val="0"/>
          <w:strike w:val="0"/>
          <w:sz w:val="16"/>
          <w:u w:val="none"/>
        </w:rPr>
        <w:t xml:space="preserve">“It’s very important for economic security, but </w:t>
      </w:r>
      <w:r>
        <w:rPr>
          <w:b w:val="0"/>
          <w:i w:val="0"/>
          <w:smallCaps w:val="0"/>
          <w:strike w:val="0"/>
          <w:sz w:val="22"/>
          <w:highlight w:val="cyan"/>
          <w:u w:val="single"/>
        </w:rPr>
        <w:t xml:space="preserve">there is </w:t>
      </w:r>
      <w:r>
        <w:rPr>
          <w:b/>
          <w:i w:val="0"/>
          <w:smallCaps w:val="0"/>
          <w:strike w:val="0"/>
          <w:sz w:val="22"/>
          <w:highlight w:val="cyan"/>
          <w:u w:val="single"/>
        </w:rPr>
        <w:t>friction</w:t>
      </w:r>
      <w:r>
        <w:rPr>
          <w:b w:val="0"/>
          <w:i w:val="0"/>
          <w:smallCaps w:val="0"/>
          <w:strike w:val="0"/>
          <w:sz w:val="22"/>
          <w:u w:val="single"/>
        </w:rPr>
        <w:t xml:space="preserve"> </w:t>
      </w:r>
      <w:r>
        <w:rPr>
          <w:b w:val="0"/>
          <w:i w:val="0"/>
          <w:smallCaps w:val="0"/>
          <w:strike w:val="0"/>
          <w:sz w:val="22"/>
          <w:highlight w:val="cyan"/>
          <w:u w:val="single"/>
        </w:rPr>
        <w:t xml:space="preserve">with what </w:t>
      </w:r>
      <w:r>
        <w:rPr>
          <w:b/>
          <w:i w:val="0"/>
          <w:smallCaps w:val="0"/>
          <w:strike w:val="0"/>
          <w:sz w:val="22"/>
          <w:highlight w:val="cyan"/>
          <w:u w:val="single"/>
        </w:rPr>
        <w:t>DoD</w:t>
      </w:r>
      <w:r>
        <w:rPr>
          <w:b w:val="0"/>
          <w:i w:val="0"/>
          <w:smallCaps w:val="0"/>
          <w:strike w:val="0"/>
          <w:sz w:val="22"/>
          <w:u w:val="single"/>
        </w:rPr>
        <w:t xml:space="preserve"> </w:t>
      </w:r>
      <w:r>
        <w:rPr>
          <w:b w:val="0"/>
          <w:i w:val="0"/>
          <w:smallCaps w:val="0"/>
          <w:strike w:val="0"/>
          <w:sz w:val="22"/>
          <w:highlight w:val="cyan"/>
          <w:u w:val="single"/>
        </w:rPr>
        <w:t>needs</w:t>
      </w:r>
      <w:r>
        <w:rPr>
          <w:b w:val="0"/>
          <w:i w:val="0"/>
          <w:smallCaps w:val="0"/>
          <w:strike w:val="0"/>
          <w:sz w:val="16"/>
          <w:u w:val="none"/>
        </w:rPr>
        <w:t>,” she said.</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