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Only strong spectrum stops Russia war. </w:t>
      </w:r>
    </w:p>
    <w:p>
      <w:pPr>
        <w:spacing w:after="80"/>
      </w:pPr>
      <w:r>
        <w:rPr>
          <w:b w:val="0"/>
          <w:i w:val="0"/>
          <w:smallCaps w:val="0"/>
          <w:strike w:val="0"/>
          <w:u w:val="none"/>
        </w:rPr>
        <w:t xml:space="preserve">Chris </w:t>
      </w:r>
      <w:r>
        <w:rPr>
          <w:b/>
          <w:i w:val="0"/>
          <w:smallCaps w:val="0"/>
          <w:strike w:val="0"/>
          <w:sz w:val="22"/>
          <w:u w:val="none"/>
        </w:rPr>
        <w:t>Panella 24</w:t>
      </w:r>
      <w:r>
        <w:rPr>
          <w:b w:val="0"/>
          <w:i w:val="0"/>
          <w:smallCaps w:val="0"/>
          <w:strike w:val="0"/>
          <w:u w:val="none"/>
        </w:rPr>
        <w:t xml:space="preserve"> (D</w:t>
      </w:r>
      <w:r>
        <w:rPr>
          <w:b w:val="0"/>
          <w:i w:val="0"/>
          <w:smallCaps w:val="0"/>
          <w:strike w:val="0"/>
          <w:u w:val="none"/>
        </w:rPr>
        <w:t xml:space="preserve">efense </w:t>
      </w:r>
      <w:r>
        <w:rPr>
          <w:b w:val="0"/>
          <w:i w:val="0"/>
          <w:smallCaps w:val="0"/>
          <w:strike w:val="0"/>
          <w:u w:val="none"/>
        </w:rPr>
        <w:t>R</w:t>
      </w:r>
      <w:r>
        <w:rPr>
          <w:b w:val="0"/>
          <w:i w:val="0"/>
          <w:smallCaps w:val="0"/>
          <w:strike w:val="0"/>
          <w:u w:val="none"/>
        </w:rPr>
        <w:t>eporter for Business Insider</w:t>
      </w:r>
      <w:r>
        <w:rPr>
          <w:b w:val="0"/>
          <w:i w:val="0"/>
          <w:smallCaps w:val="0"/>
          <w:strike w:val="0"/>
          <w:u w:val="none"/>
        </w:rPr>
        <w:t>, 6/5/24, “</w:t>
      </w:r>
      <w:r>
        <w:rPr>
          <w:b w:val="0"/>
          <w:i w:val="0"/>
          <w:smallCaps w:val="0"/>
          <w:strike w:val="0"/>
          <w:u w:val="none"/>
        </w:rPr>
        <w:t>If the US doesn't win the electronic warfare fight, the joint force will 'lose' and 'lose very quickly,' Air Force commander says</w:t>
      </w:r>
      <w:r>
        <w:rPr>
          <w:b w:val="0"/>
          <w:i w:val="0"/>
          <w:smallCaps w:val="0"/>
          <w:strike w:val="0"/>
          <w:u w:val="none"/>
        </w:rPr>
        <w:t xml:space="preserve">,” </w:t>
      </w:r>
      <w:r>
        <w:rPr>
          <w:b w:val="0"/>
          <w:i w:val="0"/>
          <w:smallCaps w:val="0"/>
          <w:strike w:val="0"/>
          <w:u w:val="none"/>
        </w:rPr>
        <w:t>https://www.businessinsider.com/us-loses-quickly-if-cant-win-electronic-warfare-fight-officer-2024-6#:~:text=Electronic%20warfare%20like%20what%20the,an%20Air%20Force%20officer%20said</w:t>
      </w:r>
      <w:r>
        <w:rPr>
          <w:b w:val="0"/>
          <w:i w:val="0"/>
          <w:smallCaps w:val="0"/>
          <w:strike w:val="0"/>
          <w:u w:val="none"/>
        </w:rPr>
        <w:t>.</w:t>
      </w:r>
      <w:r>
        <w:rPr>
          <w:b w:val="0"/>
          <w:i w:val="0"/>
          <w:smallCaps w:val="0"/>
          <w:strike w:val="0"/>
          <w:u w:val="none"/>
        </w:rPr>
        <w:t xml:space="preserve">, </w:t>
      </w:r>
      <w:r>
        <w:rPr>
          <w:b w:val="0"/>
          <w:i w:val="0"/>
          <w:smallCaps w:val="0"/>
          <w:strike w:val="0"/>
          <w:u w:val="none"/>
        </w:rPr>
        <w:t>dhiya</w:t>
      </w:r>
      <w:r>
        <w:rPr>
          <w:b w:val="0"/>
          <w:i w:val="0"/>
          <w:smallCaps w:val="0"/>
          <w:strike w:val="0"/>
          <w:u w:val="none"/>
        </w:rPr>
        <w:t>)</w:t>
      </w:r>
    </w:p>
    <w:p>
      <w:pPr>
        <w:spacing w:after="60"/>
      </w:pPr>
      <w:r>
        <w:rPr>
          <w:b w:val="0"/>
          <w:i w:val="0"/>
          <w:smallCaps w:val="0"/>
          <w:strike w:val="0"/>
          <w:sz w:val="22"/>
          <w:u w:val="single"/>
        </w:rPr>
        <w:t xml:space="preserve">Future </w:t>
      </w:r>
      <w:r>
        <w:rPr>
          <w:b/>
          <w:i w:val="0"/>
          <w:smallCaps w:val="0"/>
          <w:strike w:val="0"/>
          <w:sz w:val="22"/>
          <w:u w:val="single"/>
        </w:rPr>
        <w:t>wars</w:t>
      </w:r>
      <w:r>
        <w:rPr>
          <w:b w:val="0"/>
          <w:i w:val="0"/>
          <w:smallCaps w:val="0"/>
          <w:strike w:val="0"/>
          <w:sz w:val="16"/>
          <w:u w:val="none"/>
        </w:rPr>
        <w:t xml:space="preserve"> </w:t>
      </w:r>
      <w:r>
        <w:rPr>
          <w:b w:val="0"/>
          <w:i w:val="0"/>
          <w:smallCaps w:val="0"/>
          <w:strike w:val="0"/>
          <w:sz w:val="22"/>
          <w:u w:val="single"/>
        </w:rPr>
        <w:t xml:space="preserve">could be </w:t>
      </w:r>
      <w:r>
        <w:rPr>
          <w:b/>
          <w:i w:val="0"/>
          <w:smallCaps w:val="0"/>
          <w:strike w:val="0"/>
          <w:sz w:val="22"/>
          <w:u w:val="single"/>
        </w:rPr>
        <w:t>decided</w:t>
      </w:r>
      <w:r>
        <w:rPr>
          <w:b w:val="0"/>
          <w:i w:val="0"/>
          <w:smallCaps w:val="0"/>
          <w:strike w:val="0"/>
          <w:sz w:val="22"/>
          <w:u w:val="single"/>
        </w:rPr>
        <w:t xml:space="preserve"> by </w:t>
      </w:r>
      <w:r>
        <w:rPr>
          <w:b/>
          <w:i w:val="0"/>
          <w:smallCaps w:val="0"/>
          <w:strike w:val="0"/>
          <w:sz w:val="22"/>
          <w:u w:val="single"/>
        </w:rPr>
        <w:t>electronic warfare</w:t>
      </w:r>
      <w:r>
        <w:rPr>
          <w:b w:val="0"/>
          <w:i w:val="0"/>
          <w:smallCaps w:val="0"/>
          <w:strike w:val="0"/>
          <w:sz w:val="16"/>
          <w:u w:val="none"/>
        </w:rPr>
        <w:t xml:space="preserve"> </w:t>
      </w:r>
      <w:r>
        <w:rPr>
          <w:b w:val="0"/>
          <w:i w:val="0"/>
          <w:smallCaps w:val="0"/>
          <w:strike w:val="0"/>
          <w:sz w:val="22"/>
          <w:u w:val="single"/>
        </w:rPr>
        <w:t>like Russia and Ukraine</w:t>
      </w:r>
      <w:r>
        <w:rPr>
          <w:b w:val="0"/>
          <w:i w:val="0"/>
          <w:smallCaps w:val="0"/>
          <w:strike w:val="0"/>
          <w:sz w:val="16"/>
          <w:u w:val="none"/>
        </w:rPr>
        <w:t xml:space="preserve"> </w:t>
      </w:r>
      <w:r>
        <w:rPr>
          <w:b w:val="0"/>
          <w:i w:val="0"/>
          <w:smallCaps w:val="0"/>
          <w:strike w:val="0"/>
          <w:sz w:val="22"/>
          <w:u w:val="single"/>
        </w:rPr>
        <w:t>are using right now</w:t>
      </w:r>
      <w:r>
        <w:rPr>
          <w:b w:val="0"/>
          <w:i w:val="0"/>
          <w:smallCaps w:val="0"/>
          <w:strike w:val="0"/>
          <w:sz w:val="16"/>
          <w:u w:val="none"/>
        </w:rPr>
        <w:t xml:space="preserve"> to interrupt communications, defeat unmanned platforms, and even degrade precision weaponry.</w:t>
      </w:r>
    </w:p>
    <w:p>
      <w:pPr>
        <w:spacing w:after="60"/>
      </w:pPr>
      <w:r>
        <w:rPr>
          <w:b w:val="0"/>
          <w:i w:val="0"/>
          <w:smallCaps w:val="0"/>
          <w:strike w:val="0"/>
          <w:sz w:val="22"/>
          <w:u w:val="single"/>
        </w:rPr>
        <w:t>For the US</w:t>
      </w:r>
      <w:r>
        <w:rPr>
          <w:b w:val="0"/>
          <w:i w:val="0"/>
          <w:smallCaps w:val="0"/>
          <w:strike w:val="0"/>
          <w:sz w:val="16"/>
          <w:u w:val="none"/>
        </w:rPr>
        <w:t xml:space="preserve">, </w:t>
      </w:r>
      <w:r>
        <w:rPr>
          <w:b w:val="0"/>
          <w:i w:val="0"/>
          <w:smallCaps w:val="0"/>
          <w:strike w:val="0"/>
          <w:sz w:val="22"/>
          <w:u w:val="single"/>
        </w:rPr>
        <w:t xml:space="preserve">if it doesn't </w:t>
      </w:r>
      <w:r>
        <w:rPr>
          <w:b/>
          <w:i w:val="0"/>
          <w:smallCaps w:val="0"/>
          <w:strike w:val="0"/>
          <w:sz w:val="22"/>
          <w:u w:val="single"/>
        </w:rPr>
        <w:t>dominate</w:t>
      </w:r>
      <w:r>
        <w:rPr>
          <w:b w:val="0"/>
          <w:i w:val="0"/>
          <w:smallCaps w:val="0"/>
          <w:strike w:val="0"/>
          <w:sz w:val="22"/>
          <w:u w:val="single"/>
        </w:rPr>
        <w:t xml:space="preserve"> that invisible domain</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win</w:t>
      </w:r>
      <w:r>
        <w:rPr>
          <w:b w:val="0"/>
          <w:i w:val="0"/>
          <w:smallCaps w:val="0"/>
          <w:strike w:val="0"/>
          <w:sz w:val="16"/>
          <w:u w:val="none"/>
        </w:rPr>
        <w:t xml:space="preserve"> the fight </w:t>
      </w:r>
      <w:r>
        <w:rPr>
          <w:b w:val="0"/>
          <w:i w:val="0"/>
          <w:smallCaps w:val="0"/>
          <w:strike w:val="0"/>
          <w:sz w:val="22"/>
          <w:u w:val="single"/>
        </w:rPr>
        <w:t>in the electromagnetic spectrum</w:t>
      </w:r>
      <w:r>
        <w:rPr>
          <w:b w:val="0"/>
          <w:i w:val="0"/>
          <w:smallCaps w:val="0"/>
          <w:strike w:val="0"/>
          <w:sz w:val="16"/>
          <w:u w:val="none"/>
        </w:rPr>
        <w:t xml:space="preserve">, </w:t>
      </w:r>
      <w:r>
        <w:rPr>
          <w:b w:val="0"/>
          <w:i w:val="0"/>
          <w:smallCaps w:val="0"/>
          <w:strike w:val="0"/>
          <w:sz w:val="22"/>
          <w:u w:val="single"/>
        </w:rPr>
        <w:t>it</w:t>
      </w:r>
      <w:r>
        <w:rPr>
          <w:b w:val="0"/>
          <w:i w:val="0"/>
          <w:smallCaps w:val="0"/>
          <w:strike w:val="0"/>
          <w:sz w:val="16"/>
          <w:u w:val="none"/>
        </w:rPr>
        <w:t xml:space="preserve"> </w:t>
      </w:r>
      <w:r>
        <w:rPr>
          <w:b w:val="0"/>
          <w:i w:val="0"/>
          <w:smallCaps w:val="0"/>
          <w:strike w:val="0"/>
          <w:sz w:val="22"/>
          <w:u w:val="single"/>
        </w:rPr>
        <w:t>will "</w:t>
      </w:r>
      <w:r>
        <w:rPr>
          <w:b/>
          <w:i w:val="0"/>
          <w:smallCaps w:val="0"/>
          <w:strike w:val="0"/>
          <w:sz w:val="22"/>
          <w:u w:val="single"/>
        </w:rPr>
        <w:t>lose</w:t>
      </w:r>
      <w:r>
        <w:rPr>
          <w:b w:val="0"/>
          <w:i w:val="0"/>
          <w:smallCaps w:val="0"/>
          <w:strike w:val="0"/>
          <w:sz w:val="16"/>
          <w:u w:val="none"/>
        </w:rPr>
        <w:t>" and do so "</w:t>
      </w:r>
      <w:r>
        <w:rPr>
          <w:b/>
          <w:i w:val="0"/>
          <w:smallCaps w:val="0"/>
          <w:strike w:val="0"/>
          <w:sz w:val="22"/>
          <w:u w:val="single"/>
        </w:rPr>
        <w:t>very quickly</w:t>
      </w:r>
      <w:r>
        <w:rPr>
          <w:b w:val="0"/>
          <w:i w:val="0"/>
          <w:smallCaps w:val="0"/>
          <w:strike w:val="0"/>
          <w:sz w:val="16"/>
          <w:u w:val="none"/>
        </w:rPr>
        <w:t>," an Air Force wing commander said.</w:t>
      </w:r>
    </w:p>
    <w:p>
      <w:pPr>
        <w:spacing w:after="60"/>
      </w:pPr>
      <w:r>
        <w:rPr>
          <w:b w:val="0"/>
          <w:i w:val="0"/>
          <w:smallCaps w:val="0"/>
          <w:strike w:val="0"/>
          <w:sz w:val="16"/>
          <w:u w:val="none"/>
        </w:rPr>
        <w:t xml:space="preserve">At the C4ISRNET Conference on Wednesday, US Army Brig. Gen. Ed Barker, the Program Executive Officer for Intelligence, Electronic Warfare and Sensors, and US Air Force Col. Josh </w:t>
      </w:r>
      <w:r>
        <w:rPr>
          <w:b w:val="0"/>
          <w:i w:val="0"/>
          <w:smallCaps w:val="0"/>
          <w:strike w:val="0"/>
          <w:sz w:val="16"/>
          <w:u w:val="none"/>
        </w:rPr>
        <w:t>Koslov</w:t>
      </w:r>
      <w:r>
        <w:rPr>
          <w:b w:val="0"/>
          <w:i w:val="0"/>
          <w:smallCaps w:val="0"/>
          <w:strike w:val="0"/>
          <w:sz w:val="16"/>
          <w:u w:val="none"/>
        </w:rPr>
        <w:t>, commander of the 350th Spectrum Warfare Wing, discussed the challenges facing the US in the electronic warfare space and the efforts to find solutions to these problems.</w:t>
      </w:r>
    </w:p>
    <w:p>
      <w:pPr>
        <w:spacing w:after="60"/>
      </w:pPr>
      <w:r>
        <w:rPr>
          <w:b w:val="0"/>
          <w:i w:val="0"/>
          <w:smallCaps w:val="0"/>
          <w:strike w:val="0"/>
          <w:sz w:val="16"/>
          <w:u w:val="none"/>
        </w:rPr>
        <w:t>"</w:t>
      </w:r>
      <w:r>
        <w:rPr>
          <w:b w:val="0"/>
          <w:i w:val="0"/>
          <w:smallCaps w:val="0"/>
          <w:strike w:val="0"/>
          <w:sz w:val="22"/>
          <w:u w:val="single"/>
        </w:rPr>
        <w:t xml:space="preserve">Electronic warfare is a </w:t>
      </w:r>
      <w:r>
        <w:rPr>
          <w:b/>
          <w:i w:val="0"/>
          <w:smallCaps w:val="0"/>
          <w:strike w:val="0"/>
          <w:sz w:val="22"/>
          <w:u w:val="single"/>
        </w:rPr>
        <w:t>fire</w:t>
      </w:r>
      <w:r>
        <w:rPr>
          <w:b w:val="0"/>
          <w:i w:val="0"/>
          <w:smallCaps w:val="0"/>
          <w:strike w:val="0"/>
          <w:sz w:val="16"/>
          <w:u w:val="none"/>
        </w:rPr>
        <w:t xml:space="preserve">," not unlike certain other weapons systems like artillery, </w:t>
      </w:r>
      <w:r>
        <w:rPr>
          <w:b w:val="0"/>
          <w:i w:val="0"/>
          <w:smallCaps w:val="0"/>
          <w:strike w:val="0"/>
          <w:sz w:val="16"/>
          <w:u w:val="none"/>
        </w:rPr>
        <w:t>Koslov</w:t>
      </w:r>
      <w:r>
        <w:rPr>
          <w:b w:val="0"/>
          <w:i w:val="0"/>
          <w:smallCaps w:val="0"/>
          <w:strike w:val="0"/>
          <w:sz w:val="16"/>
          <w:u w:val="none"/>
        </w:rPr>
        <w:t xml:space="preserve"> said, "and the </w:t>
      </w:r>
      <w:r>
        <w:rPr>
          <w:b w:val="0"/>
          <w:i w:val="0"/>
          <w:smallCaps w:val="0"/>
          <w:strike w:val="0"/>
          <w:sz w:val="22"/>
          <w:u w:val="single"/>
        </w:rPr>
        <w:t>ability to integrate</w:t>
      </w:r>
      <w:r>
        <w:rPr>
          <w:b w:val="0"/>
          <w:i w:val="0"/>
          <w:smallCaps w:val="0"/>
          <w:strike w:val="0"/>
          <w:sz w:val="16"/>
          <w:u w:val="none"/>
        </w:rPr>
        <w:t xml:space="preserve"> those fires in support the joint force's commander's scheme of maneuvers </w:t>
      </w:r>
      <w:r>
        <w:rPr>
          <w:b w:val="0"/>
          <w:i w:val="0"/>
          <w:smallCaps w:val="0"/>
          <w:strike w:val="0"/>
          <w:sz w:val="22"/>
          <w:u w:val="single"/>
        </w:rPr>
        <w:t>is more</w:t>
      </w:r>
      <w:r>
        <w:rPr>
          <w:b w:val="0"/>
          <w:i w:val="0"/>
          <w:smallCaps w:val="0"/>
          <w:strike w:val="0"/>
          <w:sz w:val="16"/>
          <w:u w:val="none"/>
        </w:rPr>
        <w:t xml:space="preserve"> </w:t>
      </w:r>
      <w:r>
        <w:rPr>
          <w:b/>
          <w:i w:val="0"/>
          <w:smallCaps w:val="0"/>
          <w:strike w:val="0"/>
          <w:sz w:val="22"/>
          <w:u w:val="single"/>
        </w:rPr>
        <w:t>important</w:t>
      </w:r>
      <w:r>
        <w:rPr>
          <w:b w:val="0"/>
          <w:i w:val="0"/>
          <w:smallCaps w:val="0"/>
          <w:strike w:val="0"/>
          <w:sz w:val="22"/>
          <w:u w:val="single"/>
        </w:rPr>
        <w:t xml:space="preserve"> now than ever</w:t>
      </w:r>
      <w:r>
        <w:rPr>
          <w:b w:val="0"/>
          <w:i w:val="0"/>
          <w:smallCaps w:val="0"/>
          <w:strike w:val="0"/>
          <w:sz w:val="16"/>
          <w:u w:val="none"/>
        </w:rPr>
        <w:t>."</w:t>
      </w:r>
    </w:p>
    <w:p>
      <w:pPr>
        <w:spacing w:after="60"/>
      </w:pPr>
      <w:r>
        <w:rPr>
          <w:b w:val="0"/>
          <w:i w:val="0"/>
          <w:smallCaps w:val="0"/>
          <w:strike w:val="0"/>
          <w:sz w:val="16"/>
          <w:u w:val="none"/>
        </w:rPr>
        <w:t xml:space="preserve">Both Barker and </w:t>
      </w:r>
      <w:r>
        <w:rPr>
          <w:b w:val="0"/>
          <w:i w:val="0"/>
          <w:smallCaps w:val="0"/>
          <w:strike w:val="0"/>
          <w:sz w:val="16"/>
          <w:u w:val="none"/>
        </w:rPr>
        <w:t>Koslov</w:t>
      </w:r>
      <w:r>
        <w:rPr>
          <w:b w:val="0"/>
          <w:i w:val="0"/>
          <w:smallCaps w:val="0"/>
          <w:strike w:val="0"/>
          <w:sz w:val="16"/>
          <w:u w:val="none"/>
        </w:rPr>
        <w:t xml:space="preserve"> noted that </w:t>
      </w:r>
      <w:r>
        <w:rPr>
          <w:b w:val="0"/>
          <w:i w:val="0"/>
          <w:smallCaps w:val="0"/>
          <w:strike w:val="0"/>
          <w:sz w:val="22"/>
          <w:u w:val="single"/>
        </w:rPr>
        <w:t>dominating the electromagnetic spectrum</w:t>
      </w:r>
      <w:r>
        <w:rPr>
          <w:b w:val="0"/>
          <w:i w:val="0"/>
          <w:smallCaps w:val="0"/>
          <w:strike w:val="0"/>
          <w:sz w:val="16"/>
          <w:u w:val="none"/>
        </w:rPr>
        <w:t xml:space="preserve"> in a fight against near-peer adversaries like China and Russia </w:t>
      </w:r>
      <w:r>
        <w:rPr>
          <w:b w:val="0"/>
          <w:i w:val="0"/>
          <w:smallCaps w:val="0"/>
          <w:strike w:val="0"/>
          <w:sz w:val="22"/>
          <w:u w:val="single"/>
        </w:rPr>
        <w:t>would be a close one</w:t>
      </w:r>
      <w:r>
        <w:rPr>
          <w:b w:val="0"/>
          <w:i w:val="0"/>
          <w:smallCaps w:val="0"/>
          <w:strike w:val="0"/>
          <w:sz w:val="16"/>
          <w:u w:val="none"/>
        </w:rPr>
        <w:t xml:space="preserve"> in a war and </w:t>
      </w:r>
      <w:r>
        <w:rPr>
          <w:b w:val="0"/>
          <w:i w:val="0"/>
          <w:smallCaps w:val="0"/>
          <w:strike w:val="0"/>
          <w:sz w:val="22"/>
          <w:u w:val="single"/>
        </w:rPr>
        <w:t xml:space="preserve">that the US must </w:t>
      </w:r>
      <w:r>
        <w:rPr>
          <w:b/>
          <w:i w:val="0"/>
          <w:smallCaps w:val="0"/>
          <w:strike w:val="0"/>
          <w:sz w:val="22"/>
          <w:u w:val="single"/>
        </w:rPr>
        <w:t>maintain the edge</w:t>
      </w:r>
      <w:r>
        <w:rPr>
          <w:b w:val="0"/>
          <w:i w:val="0"/>
          <w:smallCaps w:val="0"/>
          <w:strike w:val="0"/>
          <w:sz w:val="16"/>
          <w:u w:val="none"/>
        </w:rPr>
        <w:t>.</w:t>
      </w:r>
    </w:p>
    <w:p>
      <w:pPr>
        <w:spacing w:after="60"/>
      </w:pPr>
      <w:r>
        <w:rPr>
          <w:b w:val="0"/>
          <w:i w:val="0"/>
          <w:smallCaps w:val="0"/>
          <w:strike w:val="0"/>
          <w:sz w:val="16"/>
          <w:u w:val="none"/>
        </w:rPr>
        <w:t xml:space="preserve">"The spectrum is a bad place to be second, and </w:t>
      </w:r>
      <w:r>
        <w:rPr>
          <w:b w:val="0"/>
          <w:i w:val="0"/>
          <w:smallCaps w:val="0"/>
          <w:strike w:val="0"/>
          <w:sz w:val="22"/>
          <w:u w:val="single"/>
        </w:rPr>
        <w:t>if we lose in the spectrum</w:t>
      </w:r>
      <w:r>
        <w:rPr>
          <w:b w:val="0"/>
          <w:i w:val="0"/>
          <w:smallCaps w:val="0"/>
          <w:strike w:val="0"/>
          <w:sz w:val="16"/>
          <w:u w:val="none"/>
        </w:rPr>
        <w:t xml:space="preserve">, or are unable to </w:t>
      </w:r>
      <w:r>
        <w:rPr>
          <w:b w:val="0"/>
          <w:i w:val="0"/>
          <w:smallCaps w:val="0"/>
          <w:strike w:val="0"/>
          <w:sz w:val="16"/>
          <w:u w:val="none"/>
        </w:rPr>
        <w:t>effect</w:t>
      </w:r>
      <w:r>
        <w:rPr>
          <w:b w:val="0"/>
          <w:i w:val="0"/>
          <w:smallCaps w:val="0"/>
          <w:strike w:val="0"/>
          <w:sz w:val="16"/>
          <w:u w:val="none"/>
        </w:rPr>
        <w:t xml:space="preserve"> the spectrum, the joint force will lose, and </w:t>
      </w:r>
      <w:r>
        <w:rPr>
          <w:b w:val="0"/>
          <w:i w:val="0"/>
          <w:smallCaps w:val="0"/>
          <w:strike w:val="0"/>
          <w:sz w:val="22"/>
          <w:u w:val="single"/>
        </w:rPr>
        <w:t xml:space="preserve">we're going to </w:t>
      </w:r>
      <w:r>
        <w:rPr>
          <w:b/>
          <w:i w:val="0"/>
          <w:smallCaps w:val="0"/>
          <w:strike w:val="0"/>
          <w:sz w:val="22"/>
          <w:u w:val="single"/>
        </w:rPr>
        <w:t>lose very quickly</w:t>
      </w:r>
      <w:r>
        <w:rPr>
          <w:b w:val="0"/>
          <w:i w:val="0"/>
          <w:smallCaps w:val="0"/>
          <w:strike w:val="0"/>
          <w:sz w:val="16"/>
          <w:u w:val="none"/>
        </w:rPr>
        <w:t xml:space="preserve">," </w:t>
      </w:r>
      <w:r>
        <w:rPr>
          <w:b w:val="0"/>
          <w:i w:val="0"/>
          <w:smallCaps w:val="0"/>
          <w:strike w:val="0"/>
          <w:sz w:val="16"/>
          <w:u w:val="none"/>
        </w:rPr>
        <w:t>Koslov</w:t>
      </w:r>
      <w:r>
        <w:rPr>
          <w:b w:val="0"/>
          <w:i w:val="0"/>
          <w:smallCaps w:val="0"/>
          <w:strike w:val="0"/>
          <w:sz w:val="16"/>
          <w:u w:val="none"/>
        </w:rPr>
        <w:t xml:space="preserve"> said.</w:t>
      </w:r>
    </w:p>
    <w:p>
      <w:pPr>
        <w:spacing w:after="60"/>
      </w:pPr>
      <w:r>
        <w:rPr>
          <w:b w:val="0"/>
          <w:i w:val="0"/>
          <w:smallCaps w:val="0"/>
          <w:strike w:val="0"/>
          <w:sz w:val="16"/>
          <w:u w:val="none"/>
        </w:rPr>
        <w:t>The US has acknowledged the growing importance of electronic warfare in its warfighting strategies, recognizing not only the need to figure out how to defend against the enemy's use of it but also how to fight with it.</w:t>
      </w:r>
    </w:p>
    <w:p>
      <w:pPr>
        <w:spacing w:after="60"/>
      </w:pPr>
      <w:r>
        <w:rPr>
          <w:b w:val="0"/>
          <w:i w:val="0"/>
          <w:smallCaps w:val="0"/>
          <w:strike w:val="0"/>
          <w:sz w:val="16"/>
          <w:u w:val="none"/>
        </w:rPr>
        <w:t xml:space="preserve">Electronic warfare is a broad term for fighting involving elements of the electromagnetic spectrum. </w:t>
      </w:r>
      <w:r>
        <w:rPr>
          <w:b w:val="0"/>
          <w:i w:val="0"/>
          <w:smallCaps w:val="0"/>
          <w:strike w:val="0"/>
          <w:sz w:val="22"/>
          <w:u w:val="single"/>
        </w:rPr>
        <w:t xml:space="preserve">Increased US </w:t>
      </w:r>
      <w:r>
        <w:rPr>
          <w:b/>
          <w:i w:val="0"/>
          <w:smallCaps w:val="0"/>
          <w:strike w:val="0"/>
          <w:sz w:val="22"/>
          <w:u w:val="single"/>
        </w:rPr>
        <w:t>interest</w:t>
      </w:r>
      <w:r>
        <w:rPr>
          <w:b w:val="0"/>
          <w:i w:val="0"/>
          <w:smallCaps w:val="0"/>
          <w:strike w:val="0"/>
          <w:sz w:val="16"/>
          <w:u w:val="none"/>
        </w:rPr>
        <w:t xml:space="preserve"> in it more recently </w:t>
      </w:r>
      <w:r>
        <w:rPr>
          <w:b w:val="0"/>
          <w:i w:val="0"/>
          <w:smallCaps w:val="0"/>
          <w:strike w:val="0"/>
          <w:sz w:val="22"/>
          <w:u w:val="single"/>
        </w:rPr>
        <w:t xml:space="preserve">has been </w:t>
      </w:r>
      <w:r>
        <w:rPr>
          <w:b/>
          <w:i w:val="0"/>
          <w:smallCaps w:val="0"/>
          <w:strike w:val="0"/>
          <w:sz w:val="22"/>
          <w:u w:val="single"/>
        </w:rPr>
        <w:t>driven</w:t>
      </w:r>
      <w:r>
        <w:rPr>
          <w:b w:val="0"/>
          <w:i w:val="0"/>
          <w:smallCaps w:val="0"/>
          <w:strike w:val="0"/>
          <w:sz w:val="22"/>
          <w:u w:val="single"/>
        </w:rPr>
        <w:t xml:space="preserve"> by</w:t>
      </w:r>
      <w:r>
        <w:rPr>
          <w:b w:val="0"/>
          <w:i w:val="0"/>
          <w:smallCaps w:val="0"/>
          <w:strike w:val="0"/>
          <w:sz w:val="16"/>
          <w:u w:val="none"/>
        </w:rPr>
        <w:t xml:space="preserve"> the ongoing conflict in </w:t>
      </w:r>
      <w:r>
        <w:rPr>
          <w:b/>
          <w:i w:val="0"/>
          <w:smallCaps w:val="0"/>
          <w:strike w:val="0"/>
          <w:sz w:val="22"/>
          <w:u w:val="single"/>
        </w:rPr>
        <w:t>Ukraine</w:t>
      </w:r>
      <w:r>
        <w:rPr>
          <w:b w:val="0"/>
          <w:i w:val="0"/>
          <w:smallCaps w:val="0"/>
          <w:strike w:val="0"/>
          <w:sz w:val="16"/>
          <w:u w:val="none"/>
        </w:rPr>
        <w:t xml:space="preserve">, </w:t>
      </w:r>
      <w:r>
        <w:rPr>
          <w:b w:val="0"/>
          <w:i w:val="0"/>
          <w:smallCaps w:val="0"/>
          <w:strike w:val="0"/>
          <w:sz w:val="22"/>
          <w:u w:val="single"/>
        </w:rPr>
        <w:t>where</w:t>
      </w:r>
      <w:r>
        <w:rPr>
          <w:b w:val="0"/>
          <w:i w:val="0"/>
          <w:smallCaps w:val="0"/>
          <w:strike w:val="0"/>
          <w:sz w:val="16"/>
          <w:u w:val="none"/>
        </w:rPr>
        <w:t xml:space="preserve"> </w:t>
      </w:r>
      <w:r>
        <w:rPr>
          <w:b w:val="0"/>
          <w:i w:val="0"/>
          <w:smallCaps w:val="0"/>
          <w:strike w:val="0"/>
          <w:sz w:val="22"/>
          <w:u w:val="single"/>
        </w:rPr>
        <w:t>electronic warfare tactics,</w:t>
      </w:r>
      <w:r>
        <w:rPr>
          <w:b w:val="0"/>
          <w:i w:val="0"/>
          <w:smallCaps w:val="0"/>
          <w:strike w:val="0"/>
          <w:sz w:val="16"/>
          <w:u w:val="none"/>
        </w:rPr>
        <w:t xml:space="preserve"> such as GPS spoofing and signal jamming, </w:t>
      </w:r>
      <w:r>
        <w:rPr>
          <w:b w:val="0"/>
          <w:i w:val="0"/>
          <w:smallCaps w:val="0"/>
          <w:strike w:val="0"/>
          <w:sz w:val="22"/>
          <w:u w:val="single"/>
        </w:rPr>
        <w:t xml:space="preserve">have </w:t>
      </w:r>
      <w:r>
        <w:rPr>
          <w:b/>
          <w:i w:val="0"/>
          <w:smallCaps w:val="0"/>
          <w:strike w:val="0"/>
          <w:sz w:val="22"/>
          <w:u w:val="single"/>
        </w:rPr>
        <w:t>shaped</w:t>
      </w:r>
      <w:r>
        <w:rPr>
          <w:b w:val="0"/>
          <w:i w:val="0"/>
          <w:smallCaps w:val="0"/>
          <w:strike w:val="0"/>
          <w:sz w:val="22"/>
          <w:u w:val="single"/>
        </w:rPr>
        <w:t xml:space="preserve"> the </w:t>
      </w:r>
      <w:r>
        <w:rPr>
          <w:b/>
          <w:i w:val="0"/>
          <w:smallCaps w:val="0"/>
          <w:strike w:val="0"/>
          <w:sz w:val="22"/>
          <w:u w:val="single"/>
        </w:rPr>
        <w:t>fighting</w:t>
      </w:r>
      <w:r>
        <w:rPr>
          <w:b w:val="0"/>
          <w:i w:val="0"/>
          <w:smallCaps w:val="0"/>
          <w:strike w:val="0"/>
          <w:sz w:val="16"/>
          <w:u w:val="none"/>
        </w:rPr>
        <w:t>.</w:t>
      </w:r>
    </w:p>
    <w:p>
      <w:pPr>
        <w:spacing w:after="60"/>
      </w:pPr>
      <w:r>
        <w:rPr>
          <w:b w:val="0"/>
          <w:i w:val="0"/>
          <w:smallCaps w:val="0"/>
          <w:strike w:val="0"/>
          <w:sz w:val="16"/>
          <w:u w:val="none"/>
        </w:rPr>
        <w:t>The US has been watching the war closely to determine key takeaways, and it's been, as a defense expert previously told Business Insider, an "intelligence bonanza" for American forces.</w:t>
      </w:r>
    </w:p>
    <w:p>
      <w:pPr>
        <w:spacing w:after="60"/>
      </w:pPr>
      <w:r>
        <w:rPr>
          <w:b w:val="0"/>
          <w:i w:val="0"/>
          <w:smallCaps w:val="0"/>
          <w:strike w:val="0"/>
          <w:sz w:val="16"/>
          <w:u w:val="none"/>
        </w:rPr>
        <w:t>Related stories</w:t>
      </w:r>
    </w:p>
    <w:p>
      <w:pPr>
        <w:spacing w:after="60"/>
      </w:pPr>
      <w:r>
        <w:rPr>
          <w:b w:val="0"/>
          <w:i w:val="0"/>
          <w:smallCaps w:val="0"/>
          <w:strike w:val="0"/>
          <w:sz w:val="22"/>
          <w:u w:val="single"/>
        </w:rPr>
        <w:t>'Every trench'</w:t>
      </w:r>
      <w:r>
        <w:rPr>
          <w:b w:val="0"/>
          <w:i w:val="0"/>
          <w:smallCaps w:val="0"/>
          <w:strike w:val="0"/>
          <w:sz w:val="16"/>
          <w:u w:val="none"/>
        </w:rPr>
        <w:t xml:space="preserve"> in Ukraine </w:t>
      </w:r>
      <w:r>
        <w:rPr>
          <w:b w:val="0"/>
          <w:i w:val="0"/>
          <w:smallCaps w:val="0"/>
          <w:strike w:val="0"/>
          <w:sz w:val="22"/>
          <w:u w:val="single"/>
        </w:rPr>
        <w:t xml:space="preserve">needs a </w:t>
      </w:r>
      <w:r>
        <w:rPr>
          <w:b/>
          <w:i w:val="0"/>
          <w:smallCaps w:val="0"/>
          <w:strike w:val="0"/>
          <w:sz w:val="22"/>
          <w:u w:val="single"/>
        </w:rPr>
        <w:t>close-range</w:t>
      </w:r>
      <w:r>
        <w:rPr>
          <w:b w:val="0"/>
          <w:i w:val="0"/>
          <w:smallCaps w:val="0"/>
          <w:strike w:val="0"/>
          <w:sz w:val="22"/>
          <w:u w:val="single"/>
        </w:rPr>
        <w:t xml:space="preserve"> electronic warfare</w:t>
      </w:r>
      <w:r>
        <w:rPr>
          <w:b w:val="0"/>
          <w:i w:val="0"/>
          <w:smallCaps w:val="0"/>
          <w:strike w:val="0"/>
          <w:sz w:val="16"/>
          <w:u w:val="none"/>
        </w:rPr>
        <w:t xml:space="preserve"> </w:t>
      </w:r>
      <w:r>
        <w:rPr>
          <w:b/>
          <w:i w:val="0"/>
          <w:smallCaps w:val="0"/>
          <w:strike w:val="0"/>
          <w:sz w:val="22"/>
          <w:u w:val="single"/>
        </w:rPr>
        <w:t>shield</w:t>
      </w:r>
      <w:r>
        <w:rPr>
          <w:b w:val="0"/>
          <w:i w:val="0"/>
          <w:smallCaps w:val="0"/>
          <w:strike w:val="0"/>
          <w:sz w:val="16"/>
          <w:u w:val="none"/>
        </w:rPr>
        <w:t xml:space="preserve"> against drones and other threats, top official says</w:t>
      </w:r>
    </w:p>
    <w:p>
      <w:pPr>
        <w:spacing w:after="60"/>
      </w:pPr>
      <w:r>
        <w:rPr>
          <w:b w:val="0"/>
          <w:i w:val="0"/>
          <w:smallCaps w:val="0"/>
          <w:strike w:val="0"/>
          <w:sz w:val="16"/>
          <w:u w:val="none"/>
        </w:rPr>
        <w:t>A new US-Swedish bomb may have already been pulled from Ukraine because it's useless against Russian jamming</w:t>
      </w:r>
    </w:p>
    <w:p>
      <w:pPr>
        <w:spacing w:after="60"/>
      </w:pPr>
      <w:r>
        <w:rPr>
          <w:b w:val="0"/>
          <w:i w:val="0"/>
          <w:smallCaps w:val="0"/>
          <w:strike w:val="0"/>
          <w:sz w:val="16"/>
          <w:u w:val="none"/>
        </w:rPr>
        <w:t xml:space="preserve">One thing </w:t>
      </w:r>
      <w:r>
        <w:rPr>
          <w:b w:val="0"/>
          <w:i w:val="0"/>
          <w:smallCaps w:val="0"/>
          <w:strike w:val="0"/>
          <w:sz w:val="22"/>
          <w:u w:val="single"/>
        </w:rPr>
        <w:t>the US has observed</w:t>
      </w:r>
      <w:r>
        <w:rPr>
          <w:b w:val="0"/>
          <w:i w:val="0"/>
          <w:smallCaps w:val="0"/>
          <w:strike w:val="0"/>
          <w:sz w:val="16"/>
          <w:u w:val="none"/>
        </w:rPr>
        <w:t xml:space="preserve"> in Ukraine is the </w:t>
      </w:r>
      <w:r>
        <w:rPr>
          <w:b/>
          <w:i w:val="0"/>
          <w:smallCaps w:val="0"/>
          <w:strike w:val="0"/>
          <w:sz w:val="22"/>
          <w:u w:val="single"/>
        </w:rPr>
        <w:t>degradation</w:t>
      </w:r>
      <w:r>
        <w:rPr>
          <w:b w:val="0"/>
          <w:i w:val="0"/>
          <w:smallCaps w:val="0"/>
          <w:strike w:val="0"/>
          <w:sz w:val="22"/>
          <w:u w:val="single"/>
        </w:rPr>
        <w:t xml:space="preserve"> of some of its more advanced</w:t>
      </w:r>
      <w:r>
        <w:rPr>
          <w:b w:val="0"/>
          <w:i w:val="0"/>
          <w:smallCaps w:val="0"/>
          <w:strike w:val="0"/>
          <w:sz w:val="16"/>
          <w:u w:val="none"/>
        </w:rPr>
        <w:t xml:space="preserve">, precision-guided </w:t>
      </w:r>
      <w:r>
        <w:rPr>
          <w:b/>
          <w:i w:val="0"/>
          <w:smallCaps w:val="0"/>
          <w:strike w:val="0"/>
          <w:sz w:val="22"/>
          <w:u w:val="single"/>
        </w:rPr>
        <w:t>weapons systems</w:t>
      </w:r>
      <w:r>
        <w:rPr>
          <w:b w:val="0"/>
          <w:i w:val="0"/>
          <w:smallCaps w:val="0"/>
          <w:strike w:val="0"/>
          <w:sz w:val="22"/>
          <w:u w:val="single"/>
        </w:rPr>
        <w:t xml:space="preserve"> by Russian jamming</w:t>
      </w:r>
      <w:r>
        <w:rPr>
          <w:b w:val="0"/>
          <w:i w:val="0"/>
          <w:smallCaps w:val="0"/>
          <w:strike w:val="0"/>
          <w:sz w:val="16"/>
          <w:u w:val="none"/>
        </w:rPr>
        <w:t>.</w:t>
      </w:r>
    </w:p>
    <w:p>
      <w:pPr>
        <w:spacing w:after="60"/>
      </w:pPr>
      <w:r>
        <w:rPr>
          <w:b w:val="0"/>
          <w:i w:val="0"/>
          <w:smallCaps w:val="0"/>
          <w:strike w:val="0"/>
          <w:sz w:val="16"/>
          <w:u w:val="none"/>
        </w:rPr>
        <w:t>In March, Daniel Patt, a senior fellow at the Hudson Institute, wrote in a statement to Congress that the 155mm GPS-guided Excalibur artillery shell "had a 70% efficiency rate hitting targets when first used in Ukraine" but that "after six weeks, efficiency declined to only 6% as the Russians adapted their electronic warfare systems to counter it." Russian efforts have also impacted the GMLRS launched by the HIMARS and JDAMs.</w:t>
      </w:r>
    </w:p>
    <w:p>
      <w:pPr>
        <w:spacing w:after="60"/>
      </w:pPr>
      <w:r>
        <w:rPr>
          <w:b w:val="0"/>
          <w:i w:val="0"/>
          <w:smallCaps w:val="0"/>
          <w:strike w:val="0"/>
          <w:sz w:val="16"/>
          <w:u w:val="none"/>
        </w:rPr>
        <w:t xml:space="preserve">Volunteers and Ukrainian military personnel attend a presentation of radio-electronic warfare (WB) and radio-electronic intelligence (PER) systems of the Ukrainian company </w:t>
      </w:r>
      <w:r>
        <w:rPr>
          <w:b w:val="0"/>
          <w:i w:val="0"/>
          <w:smallCaps w:val="0"/>
          <w:strike w:val="0"/>
          <w:sz w:val="16"/>
          <w:u w:val="none"/>
        </w:rPr>
        <w:t>Kvertus</w:t>
      </w:r>
      <w:r>
        <w:rPr>
          <w:b w:val="0"/>
          <w:i w:val="0"/>
          <w:smallCaps w:val="0"/>
          <w:strike w:val="0"/>
          <w:sz w:val="16"/>
          <w:u w:val="none"/>
        </w:rPr>
        <w:t xml:space="preserve"> in Lviv region on May 28, 2024, amid the Russian invasion of Ukraine.</w:t>
      </w:r>
    </w:p>
    <w:p>
      <w:pPr>
        <w:spacing w:after="60"/>
      </w:pPr>
      <w:r>
        <w:rPr>
          <w:b w:val="0"/>
          <w:i w:val="0"/>
          <w:smallCaps w:val="0"/>
          <w:strike w:val="0"/>
          <w:sz w:val="16"/>
          <w:u w:val="none"/>
        </w:rPr>
        <w:t xml:space="preserve">Patt explained that "the </w:t>
      </w:r>
      <w:r>
        <w:rPr>
          <w:b w:val="0"/>
          <w:i w:val="0"/>
          <w:smallCaps w:val="0"/>
          <w:strike w:val="0"/>
          <w:sz w:val="22"/>
          <w:u w:val="single"/>
        </w:rPr>
        <w:t>peak efficiency</w:t>
      </w:r>
      <w:r>
        <w:rPr>
          <w:b w:val="0"/>
          <w:i w:val="0"/>
          <w:smallCaps w:val="0"/>
          <w:strike w:val="0"/>
          <w:sz w:val="16"/>
          <w:u w:val="none"/>
        </w:rPr>
        <w:t xml:space="preserve"> </w:t>
      </w:r>
      <w:r>
        <w:rPr>
          <w:b w:val="0"/>
          <w:i w:val="0"/>
          <w:smallCaps w:val="0"/>
          <w:strike w:val="0"/>
          <w:sz w:val="22"/>
          <w:u w:val="single"/>
        </w:rPr>
        <w:t>of a new weapon system</w:t>
      </w:r>
      <w:r>
        <w:rPr>
          <w:b w:val="0"/>
          <w:i w:val="0"/>
          <w:smallCaps w:val="0"/>
          <w:strike w:val="0"/>
          <w:sz w:val="16"/>
          <w:u w:val="none"/>
        </w:rPr>
        <w:t xml:space="preserve"> </w:t>
      </w:r>
      <w:r>
        <w:rPr>
          <w:b w:val="0"/>
          <w:i w:val="0"/>
          <w:smallCaps w:val="0"/>
          <w:strike w:val="0"/>
          <w:sz w:val="22"/>
          <w:u w:val="single"/>
        </w:rPr>
        <w:t>is only about 2 weeks before</w:t>
      </w:r>
      <w:r>
        <w:rPr>
          <w:b w:val="0"/>
          <w:i w:val="0"/>
          <w:smallCaps w:val="0"/>
          <w:strike w:val="0"/>
          <w:sz w:val="16"/>
          <w:u w:val="none"/>
        </w:rPr>
        <w:t xml:space="preserve"> </w:t>
      </w:r>
      <w:r>
        <w:rPr>
          <w:b w:val="0"/>
          <w:i w:val="0"/>
          <w:smallCaps w:val="0"/>
          <w:strike w:val="0"/>
          <w:sz w:val="22"/>
          <w:u w:val="single"/>
        </w:rPr>
        <w:t>countermeasures emerge</w:t>
      </w:r>
      <w:r>
        <w:rPr>
          <w:b w:val="0"/>
          <w:i w:val="0"/>
          <w:smallCaps w:val="0"/>
          <w:strike w:val="0"/>
          <w:sz w:val="16"/>
          <w:u w:val="none"/>
        </w:rPr>
        <w:t>." That information could prove vital for a future great-power fight against an adversary like China or Russia.</w:t>
      </w:r>
    </w:p>
    <w:p>
      <w:pPr>
        <w:spacing w:after="60"/>
      </w:pPr>
      <w:r>
        <w:rPr>
          <w:b w:val="0"/>
          <w:i w:val="0"/>
          <w:smallCaps w:val="0"/>
          <w:strike w:val="0"/>
          <w:sz w:val="16"/>
          <w:u w:val="none"/>
        </w:rPr>
        <w:t xml:space="preserve">At the C4ISRNET conference, Barker called the </w:t>
      </w:r>
      <w:r>
        <w:rPr>
          <w:b w:val="0"/>
          <w:i w:val="0"/>
          <w:smallCaps w:val="0"/>
          <w:strike w:val="0"/>
          <w:sz w:val="22"/>
          <w:u w:val="single"/>
        </w:rPr>
        <w:t>electromagnetic spectrum another "terrain" of battle</w:t>
      </w:r>
      <w:r>
        <w:rPr>
          <w:b w:val="0"/>
          <w:i w:val="0"/>
          <w:smallCaps w:val="0"/>
          <w:strike w:val="0"/>
          <w:sz w:val="16"/>
          <w:u w:val="none"/>
        </w:rPr>
        <w:t>.</w:t>
      </w:r>
    </w:p>
    <w:p>
      <w:pPr>
        <w:spacing w:after="60"/>
      </w:pPr>
      <w:r>
        <w:rPr>
          <w:b w:val="0"/>
          <w:i w:val="0"/>
          <w:smallCaps w:val="0"/>
          <w:strike w:val="0"/>
          <w:sz w:val="16"/>
          <w:u w:val="none"/>
        </w:rPr>
        <w:t>"We have to treat the EMS as terrain," he said. "</w:t>
      </w:r>
      <w:r>
        <w:rPr>
          <w:b w:val="0"/>
          <w:i w:val="0"/>
          <w:smallCaps w:val="0"/>
          <w:strike w:val="0"/>
          <w:sz w:val="22"/>
          <w:u w:val="single"/>
        </w:rPr>
        <w:t xml:space="preserve">You have to be able to </w:t>
      </w:r>
      <w:r>
        <w:rPr>
          <w:b/>
          <w:i w:val="0"/>
          <w:smallCaps w:val="0"/>
          <w:strike w:val="0"/>
          <w:sz w:val="22"/>
          <w:u w:val="single"/>
        </w:rPr>
        <w:t>hold terrain</w:t>
      </w:r>
      <w:r>
        <w:rPr>
          <w:b w:val="0"/>
          <w:i w:val="0"/>
          <w:smallCaps w:val="0"/>
          <w:strike w:val="0"/>
          <w:sz w:val="16"/>
          <w:u w:val="none"/>
        </w:rPr>
        <w:t>, you have to be able to maneuver inside of it, and you also have to be able to affect the enemy."</w:t>
      </w:r>
    </w:p>
    <w:p>
      <w:pPr>
        <w:spacing w:after="60"/>
      </w:pPr>
      <w:r>
        <w:rPr>
          <w:b w:val="0"/>
          <w:i w:val="0"/>
          <w:smallCaps w:val="0"/>
          <w:strike w:val="0"/>
          <w:sz w:val="16"/>
          <w:u w:val="none"/>
        </w:rPr>
        <w:t>Barker mentioned a recent electronic warfare tabletop exercise, which looked at over 70 different capabilities spread across the joint force and how they fit into the various battlefield strategies and potential fighting scenarios.</w:t>
      </w:r>
    </w:p>
    <w:p>
      <w:pPr>
        <w:spacing w:after="60"/>
      </w:pPr>
      <w:r>
        <w:rPr>
          <w:b w:val="0"/>
          <w:i w:val="0"/>
          <w:smallCaps w:val="0"/>
          <w:strike w:val="0"/>
          <w:sz w:val="16"/>
          <w:u w:val="none"/>
        </w:rPr>
        <w:t>He said the exercise helped them to identify "gaps we need to focus on," such as understanding more about what both allies and adversaries look like in the spectrum, as well as needing a "layered approach" to fighting electronic warfare. It's a complex problem, and he said there's no "silver bullet."</w:t>
      </w:r>
    </w:p>
    <w:p>
      <w:pPr>
        <w:spacing w:after="60"/>
      </w:pPr>
      <w:r>
        <w:rPr>
          <w:b w:val="0"/>
          <w:i w:val="0"/>
          <w:smallCaps w:val="0"/>
          <w:strike w:val="0"/>
          <w:sz w:val="16"/>
          <w:u w:val="none"/>
        </w:rPr>
        <w:t xml:space="preserve">At the conference, both Barker and </w:t>
      </w:r>
      <w:r>
        <w:rPr>
          <w:b w:val="0"/>
          <w:i w:val="0"/>
          <w:smallCaps w:val="0"/>
          <w:strike w:val="0"/>
          <w:sz w:val="22"/>
          <w:u w:val="single"/>
        </w:rPr>
        <w:t>Koslov</w:t>
      </w:r>
      <w:r>
        <w:rPr>
          <w:b w:val="0"/>
          <w:i w:val="0"/>
          <w:smallCaps w:val="0"/>
          <w:strike w:val="0"/>
          <w:sz w:val="16"/>
          <w:u w:val="none"/>
        </w:rPr>
        <w:t xml:space="preserve"> </w:t>
      </w:r>
      <w:r>
        <w:rPr>
          <w:b w:val="0"/>
          <w:i w:val="0"/>
          <w:smallCaps w:val="0"/>
          <w:strike w:val="0"/>
          <w:sz w:val="22"/>
          <w:u w:val="single"/>
        </w:rPr>
        <w:t>highlighted</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importance</w:t>
      </w:r>
      <w:r>
        <w:rPr>
          <w:b w:val="0"/>
          <w:i w:val="0"/>
          <w:smallCaps w:val="0"/>
          <w:strike w:val="0"/>
          <w:sz w:val="22"/>
          <w:u w:val="single"/>
        </w:rPr>
        <w:t xml:space="preserve"> of having </w:t>
      </w:r>
      <w:r>
        <w:rPr>
          <w:b/>
          <w:i w:val="0"/>
          <w:smallCaps w:val="0"/>
          <w:strike w:val="0"/>
          <w:sz w:val="22"/>
          <w:u w:val="single"/>
        </w:rPr>
        <w:t>systems communicate</w:t>
      </w:r>
      <w:r>
        <w:rPr>
          <w:b w:val="0"/>
          <w:i w:val="0"/>
          <w:smallCaps w:val="0"/>
          <w:strike w:val="0"/>
          <w:sz w:val="16"/>
          <w:u w:val="none"/>
        </w:rPr>
        <w:t xml:space="preserve"> with one another </w:t>
      </w:r>
      <w:r>
        <w:rPr>
          <w:b w:val="0"/>
          <w:i w:val="0"/>
          <w:smallCaps w:val="0"/>
          <w:strike w:val="0"/>
          <w:sz w:val="22"/>
          <w:u w:val="single"/>
        </w:rPr>
        <w:t xml:space="preserve">about </w:t>
      </w:r>
      <w:r>
        <w:rPr>
          <w:b/>
          <w:i w:val="0"/>
          <w:smallCaps w:val="0"/>
          <w:strike w:val="0"/>
          <w:sz w:val="22"/>
          <w:u w:val="single"/>
        </w:rPr>
        <w:t>key data</w:t>
      </w:r>
      <w:r>
        <w:rPr>
          <w:b w:val="0"/>
          <w:i w:val="0"/>
          <w:smallCaps w:val="0"/>
          <w:strike w:val="0"/>
          <w:sz w:val="16"/>
          <w:u w:val="none"/>
        </w:rPr>
        <w:t xml:space="preserve"> and noted that </w:t>
      </w:r>
      <w:r>
        <w:rPr>
          <w:b w:val="0"/>
          <w:i w:val="0"/>
          <w:smallCaps w:val="0"/>
          <w:strike w:val="0"/>
          <w:sz w:val="22"/>
          <w:u w:val="single"/>
        </w:rPr>
        <w:t>when the US acquires new technology</w:t>
      </w:r>
      <w:r>
        <w:rPr>
          <w:b w:val="0"/>
          <w:i w:val="0"/>
          <w:smallCaps w:val="0"/>
          <w:strike w:val="0"/>
          <w:sz w:val="16"/>
          <w:u w:val="none"/>
        </w:rPr>
        <w:t xml:space="preserve"> from industry partners, </w:t>
      </w:r>
      <w:r>
        <w:rPr>
          <w:b w:val="0"/>
          <w:i w:val="0"/>
          <w:smallCaps w:val="0"/>
          <w:strike w:val="0"/>
          <w:sz w:val="22"/>
          <w:u w:val="single"/>
        </w:rPr>
        <w:t>prioritizing electronic warfare</w:t>
      </w:r>
      <w:r>
        <w:rPr>
          <w:b w:val="0"/>
          <w:i w:val="0"/>
          <w:smallCaps w:val="0"/>
          <w:strike w:val="0"/>
          <w:sz w:val="16"/>
          <w:u w:val="none"/>
        </w:rPr>
        <w:t xml:space="preserve"> defenses and capabilities </w:t>
      </w:r>
      <w:r>
        <w:rPr>
          <w:b w:val="0"/>
          <w:i w:val="0"/>
          <w:smallCaps w:val="0"/>
          <w:strike w:val="0"/>
          <w:sz w:val="22"/>
          <w:u w:val="single"/>
        </w:rPr>
        <w:t xml:space="preserve">is </w:t>
      </w:r>
      <w:r>
        <w:rPr>
          <w:b/>
          <w:i w:val="0"/>
          <w:smallCaps w:val="0"/>
          <w:strike w:val="0"/>
          <w:sz w:val="22"/>
          <w:u w:val="single"/>
        </w:rPr>
        <w:t>vital</w:t>
      </w:r>
      <w:r>
        <w:rPr>
          <w:b w:val="0"/>
          <w:i w:val="0"/>
          <w:smallCaps w:val="0"/>
          <w:strike w:val="0"/>
          <w:sz w:val="16"/>
          <w:u w:val="none"/>
        </w:rPr>
        <w:t>.</w:t>
      </w:r>
    </w:p>
    <w:p>
      <w:pPr>
        <w:spacing w:after="60"/>
      </w:pPr>
      <w:r>
        <w:rPr>
          <w:b w:val="0"/>
          <w:i w:val="0"/>
          <w:smallCaps w:val="0"/>
          <w:strike w:val="0"/>
          <w:sz w:val="16"/>
          <w:u w:val="none"/>
        </w:rPr>
        <w:t xml:space="preserve">Barker </w:t>
      </w:r>
      <w:r>
        <w:rPr>
          <w:b w:val="0"/>
          <w:i w:val="0"/>
          <w:smallCaps w:val="0"/>
          <w:strike w:val="0"/>
          <w:sz w:val="16"/>
          <w:u w:val="none"/>
        </w:rPr>
        <w:t>said</w:t>
      </w:r>
      <w:r>
        <w:rPr>
          <w:b w:val="0"/>
          <w:i w:val="0"/>
          <w:smallCaps w:val="0"/>
          <w:strike w:val="0"/>
          <w:sz w:val="16"/>
          <w:u w:val="none"/>
        </w:rPr>
        <w:t xml:space="preserve"> "we're realizing that we have to build, essentially, an EW arsenal across the landscape to be able to go at these different kinds of threats."</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