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That’s worse than extinction.</w:t>
      </w:r>
    </w:p>
    <w:p>
      <w:pPr>
        <w:spacing w:after="80"/>
      </w:pPr>
      <w:r>
        <w:rPr>
          <w:b w:val="0"/>
          <w:i w:val="0"/>
          <w:smallCaps w:val="0"/>
          <w:strike w:val="0"/>
          <w:u w:val="none"/>
        </w:rPr>
        <w:t xml:space="preserve">Di </w:t>
      </w:r>
      <w:r>
        <w:rPr>
          <w:b/>
          <w:i w:val="0"/>
          <w:smallCaps w:val="0"/>
          <w:strike w:val="0"/>
          <w:sz w:val="22"/>
          <w:u w:val="none"/>
        </w:rPr>
        <w:t>Minardi 20</w:t>
      </w:r>
      <w:r>
        <w:rPr>
          <w:b w:val="0"/>
          <w:i w:val="0"/>
          <w:smallCaps w:val="0"/>
          <w:strike w:val="0"/>
          <w:u w:val="none"/>
        </w:rPr>
        <w:t xml:space="preserve">, MA Political Science at Boston College, 10-15-20, </w:t>
      </w:r>
      <w:r>
        <w:rPr>
          <w:b w:val="0"/>
          <w:i w:val="0"/>
          <w:smallCaps w:val="0"/>
          <w:strike w:val="0"/>
          <w:u w:val="none"/>
        </w:rPr>
        <w:br/>
        <w:t>“The grim fate that could be ‘worse than extinction’,” https://www.bbc.com/future/article/20201014-totalitarian-world-in-chains-artificial-intelligence</w:t>
      </w:r>
    </w:p>
    <w:p>
      <w:pPr>
        <w:spacing w:after="60"/>
      </w:pPr>
      <w:r>
        <w:rPr>
          <w:b w:val="0"/>
          <w:i w:val="0"/>
          <w:smallCaps w:val="0"/>
          <w:strike w:val="0"/>
          <w:sz w:val="14"/>
          <w:u w:val="none"/>
        </w:rPr>
        <w:t xml:space="preserve">What would totalitarian governments of the past have looked like if they were never defeated? The Nazis operated with 20th Century </w:t>
      </w:r>
      <w:r>
        <w:rPr>
          <w:b w:val="0"/>
          <w:i w:val="0"/>
          <w:smallCaps w:val="0"/>
          <w:strike w:val="0"/>
          <w:sz w:val="14"/>
          <w:u w:val="none"/>
        </w:rPr>
        <w:t>technology</w:t>
      </w:r>
      <w:r>
        <w:rPr>
          <w:b w:val="0"/>
          <w:i w:val="0"/>
          <w:smallCaps w:val="0"/>
          <w:strike w:val="0"/>
          <w:sz w:val="14"/>
          <w:u w:val="none"/>
        </w:rPr>
        <w:t xml:space="preserve"> and it still took a world war to stop them. How much more powerful – and permanent – could the Nazis have been if they had beat the US to the atomic bomb? Controlling the most advanced technology of the time could have solidified Nazi power and changed the course of history.</w:t>
      </w:r>
    </w:p>
    <w:p>
      <w:pPr>
        <w:spacing w:after="60"/>
      </w:pPr>
      <w:r>
        <w:rPr>
          <w:b w:val="0"/>
          <w:i w:val="0"/>
          <w:smallCaps w:val="0"/>
          <w:strike w:val="0"/>
          <w:sz w:val="14"/>
          <w:u w:val="none"/>
        </w:rPr>
        <w:t xml:space="preserve">When </w:t>
      </w:r>
      <w:r>
        <w:rPr>
          <w:b w:val="0"/>
          <w:i w:val="0"/>
          <w:smallCaps w:val="0"/>
          <w:strike w:val="0"/>
          <w:sz w:val="22"/>
          <w:u w:val="single"/>
        </w:rPr>
        <w:t xml:space="preserve">we think </w:t>
      </w:r>
      <w:r>
        <w:rPr>
          <w:b w:val="0"/>
          <w:i w:val="0"/>
          <w:smallCaps w:val="0"/>
          <w:strike w:val="0"/>
          <w:sz w:val="22"/>
          <w:u w:val="single"/>
        </w:rPr>
        <w:t xml:space="preserve">of </w:t>
      </w:r>
      <w:r>
        <w:rPr>
          <w:b/>
          <w:i w:val="0"/>
          <w:smallCaps w:val="0"/>
          <w:strike w:val="0"/>
          <w:sz w:val="22"/>
          <w:u w:val="single"/>
        </w:rPr>
        <w:t>existential risks</w:t>
      </w:r>
      <w:r>
        <w:rPr>
          <w:b w:val="0"/>
          <w:i w:val="0"/>
          <w:smallCaps w:val="0"/>
          <w:strike w:val="0"/>
          <w:sz w:val="22"/>
          <w:u w:val="single"/>
        </w:rPr>
        <w:t xml:space="preserve">, events like </w:t>
      </w:r>
      <w:r>
        <w:rPr>
          <w:b/>
          <w:i w:val="0"/>
          <w:smallCaps w:val="0"/>
          <w:strike w:val="0"/>
          <w:sz w:val="22"/>
          <w:u w:val="single"/>
        </w:rPr>
        <w:t>nuclear war</w:t>
      </w:r>
      <w:r>
        <w:rPr>
          <w:b w:val="0"/>
          <w:i w:val="0"/>
          <w:smallCaps w:val="0"/>
          <w:strike w:val="0"/>
          <w:sz w:val="14"/>
          <w:u w:val="none"/>
        </w:rPr>
        <w:t xml:space="preserve"> or asteroid impacts often </w:t>
      </w:r>
      <w:r>
        <w:rPr>
          <w:b w:val="0"/>
          <w:i w:val="0"/>
          <w:smallCaps w:val="0"/>
          <w:strike w:val="0"/>
          <w:sz w:val="22"/>
          <w:u w:val="single"/>
        </w:rPr>
        <w:t>come to mind. Yet there’s one future threat that</w:t>
      </w:r>
      <w:r>
        <w:rPr>
          <w:b w:val="0"/>
          <w:i w:val="0"/>
          <w:smallCaps w:val="0"/>
          <w:strike w:val="0"/>
          <w:sz w:val="14"/>
          <w:u w:val="none"/>
        </w:rPr>
        <w:t xml:space="preserve"> is </w:t>
      </w:r>
      <w:r>
        <w:rPr>
          <w:b/>
          <w:i w:val="0"/>
          <w:smallCaps w:val="0"/>
          <w:strike w:val="0"/>
          <w:sz w:val="22"/>
          <w:u w:val="single"/>
        </w:rPr>
        <w:t>less well known</w:t>
      </w:r>
      <w:r>
        <w:rPr>
          <w:b w:val="0"/>
          <w:i w:val="0"/>
          <w:smallCaps w:val="0"/>
          <w:strike w:val="0"/>
          <w:sz w:val="14"/>
          <w:u w:val="none"/>
        </w:rPr>
        <w:t xml:space="preserve"> – and while it doesn’t involve the extinction of our species, </w:t>
      </w:r>
      <w:r>
        <w:rPr>
          <w:b w:val="0"/>
          <w:i w:val="0"/>
          <w:smallCaps w:val="0"/>
          <w:strike w:val="0"/>
          <w:sz w:val="22"/>
          <w:u w:val="single"/>
        </w:rPr>
        <w:t xml:space="preserve">it could be </w:t>
      </w:r>
      <w:r>
        <w:rPr>
          <w:b/>
          <w:i w:val="0"/>
          <w:smallCaps w:val="0"/>
          <w:strike w:val="0"/>
          <w:sz w:val="22"/>
          <w:u w:val="single"/>
        </w:rPr>
        <w:t>just as bad</w:t>
      </w:r>
      <w:r>
        <w:rPr>
          <w:b w:val="0"/>
          <w:i w:val="0"/>
          <w:smallCaps w:val="0"/>
          <w:strike w:val="0"/>
          <w:sz w:val="22"/>
          <w:u w:val="single"/>
        </w:rPr>
        <w:t>.</w:t>
      </w:r>
    </w:p>
    <w:p>
      <w:pPr>
        <w:spacing w:after="60"/>
      </w:pPr>
      <w:r>
        <w:rPr>
          <w:b w:val="0"/>
          <w:i w:val="0"/>
          <w:smallCaps w:val="0"/>
          <w:strike w:val="0"/>
          <w:sz w:val="14"/>
          <w:u w:val="none"/>
        </w:rPr>
        <w:t xml:space="preserve">It’s called the “world in chains” scenario, where, like the preceding thought experiment, </w:t>
      </w:r>
      <w:r>
        <w:rPr>
          <w:b w:val="0"/>
          <w:i w:val="0"/>
          <w:smallCaps w:val="0"/>
          <w:strike w:val="0"/>
          <w:sz w:val="22"/>
          <w:highlight w:val="cyan"/>
          <w:u w:val="single"/>
        </w:rPr>
        <w:t>a global totalitarian government uses</w:t>
      </w:r>
      <w:r>
        <w:rPr>
          <w:b w:val="0"/>
          <w:i w:val="0"/>
          <w:smallCaps w:val="0"/>
          <w:strike w:val="0"/>
          <w:sz w:val="22"/>
          <w:u w:val="single"/>
        </w:rPr>
        <w:t xml:space="preserve"> a </w:t>
      </w:r>
      <w:r>
        <w:rPr>
          <w:b w:val="0"/>
          <w:i w:val="0"/>
          <w:smallCaps w:val="0"/>
          <w:strike w:val="0"/>
          <w:sz w:val="22"/>
          <w:u w:val="single"/>
        </w:rPr>
        <w:t>novel</w:t>
      </w:r>
      <w:r>
        <w:rPr>
          <w:b w:val="0"/>
          <w:i w:val="0"/>
          <w:smallCaps w:val="0"/>
          <w:strike w:val="0"/>
          <w:sz w:val="22"/>
          <w:highlight w:val="cyan"/>
          <w:u w:val="single"/>
        </w:rPr>
        <w:t xml:space="preserve"> tech</w:t>
      </w:r>
      <w:r>
        <w:rPr>
          <w:b w:val="0"/>
          <w:i w:val="0"/>
          <w:smallCaps w:val="0"/>
          <w:strike w:val="0"/>
          <w:sz w:val="22"/>
          <w:u w:val="single"/>
        </w:rPr>
        <w:t xml:space="preserve">nology </w:t>
      </w:r>
      <w:r>
        <w:rPr>
          <w:b w:val="0"/>
          <w:i w:val="0"/>
          <w:smallCaps w:val="0"/>
          <w:strike w:val="0"/>
          <w:sz w:val="22"/>
          <w:highlight w:val="cyan"/>
          <w:u w:val="single"/>
        </w:rPr>
        <w:t>to lock</w:t>
      </w:r>
      <w:r>
        <w:rPr>
          <w:b w:val="0"/>
          <w:i w:val="0"/>
          <w:smallCaps w:val="0"/>
          <w:strike w:val="0"/>
          <w:sz w:val="22"/>
          <w:u w:val="single"/>
        </w:rPr>
        <w:t xml:space="preserve"> a majority of </w:t>
      </w:r>
      <w:r>
        <w:rPr>
          <w:b w:val="0"/>
          <w:i w:val="0"/>
          <w:smallCaps w:val="0"/>
          <w:strike w:val="0"/>
          <w:sz w:val="22"/>
          <w:highlight w:val="cyan"/>
          <w:u w:val="single"/>
        </w:rPr>
        <w:t xml:space="preserve">the world into </w:t>
      </w:r>
      <w:r>
        <w:rPr>
          <w:b/>
          <w:i w:val="0"/>
          <w:smallCaps w:val="0"/>
          <w:strike w:val="0"/>
          <w:sz w:val="22"/>
          <w:highlight w:val="cyan"/>
          <w:u w:val="single"/>
        </w:rPr>
        <w:t>perpetual suffering</w:t>
      </w:r>
      <w:r>
        <w:rPr>
          <w:b w:val="0"/>
          <w:i w:val="0"/>
          <w:smallCaps w:val="0"/>
          <w:strike w:val="0"/>
          <w:sz w:val="14"/>
          <w:u w:val="none"/>
        </w:rPr>
        <w:t>. If it sounds grim, you’d be right. But is it likely? Researchers and philosophers are beginning to ponder how it might come about – and, more importantly, what we can do to avoid it.</w:t>
      </w:r>
    </w:p>
    <w:p>
      <w:pPr>
        <w:spacing w:after="60"/>
      </w:pPr>
      <w:r>
        <w:rPr>
          <w:b w:val="0"/>
          <w:i w:val="0"/>
          <w:smallCaps w:val="0"/>
          <w:strike w:val="0"/>
          <w:sz w:val="14"/>
          <w:u w:val="none"/>
        </w:rPr>
        <w:t>Existential risks (</w:t>
      </w:r>
      <w:r>
        <w:rPr>
          <w:b/>
          <w:i w:val="0"/>
          <w:smallCaps w:val="0"/>
          <w:strike w:val="0"/>
          <w:sz w:val="22"/>
          <w:highlight w:val="cyan"/>
          <w:u w:val="single"/>
        </w:rPr>
        <w:t>x-risks</w:t>
      </w:r>
      <w:r>
        <w:rPr>
          <w:b w:val="0"/>
          <w:i w:val="0"/>
          <w:smallCaps w:val="0"/>
          <w:strike w:val="0"/>
          <w:sz w:val="14"/>
          <w:u w:val="none"/>
        </w:rPr>
        <w:t xml:space="preserve">) </w:t>
      </w:r>
      <w:r>
        <w:rPr>
          <w:b w:val="0"/>
          <w:i w:val="0"/>
          <w:smallCaps w:val="0"/>
          <w:strike w:val="0"/>
          <w:sz w:val="22"/>
          <w:u w:val="single"/>
        </w:rPr>
        <w:t xml:space="preserve">are disastrous because they </w:t>
      </w:r>
      <w:r>
        <w:rPr>
          <w:b w:val="0"/>
          <w:i w:val="0"/>
          <w:smallCaps w:val="0"/>
          <w:strike w:val="0"/>
          <w:sz w:val="22"/>
          <w:highlight w:val="cyan"/>
          <w:u w:val="single"/>
        </w:rPr>
        <w:t xml:space="preserve">lock humanity into a </w:t>
      </w:r>
      <w:r>
        <w:rPr>
          <w:b/>
          <w:i w:val="0"/>
          <w:smallCaps w:val="0"/>
          <w:strike w:val="0"/>
          <w:sz w:val="22"/>
          <w:highlight w:val="cyan"/>
          <w:u w:val="single"/>
        </w:rPr>
        <w:t>single fate</w:t>
      </w:r>
      <w:r>
        <w:rPr>
          <w:b w:val="0"/>
          <w:i w:val="0"/>
          <w:smallCaps w:val="0"/>
          <w:strike w:val="0"/>
          <w:sz w:val="22"/>
          <w:highlight w:val="cyan"/>
          <w:u w:val="single"/>
        </w:rPr>
        <w:t>, like</w:t>
      </w:r>
      <w:r>
        <w:rPr>
          <w:b w:val="0"/>
          <w:i w:val="0"/>
          <w:smallCaps w:val="0"/>
          <w:strike w:val="0"/>
          <w:sz w:val="22"/>
          <w:u w:val="single"/>
        </w:rPr>
        <w:t xml:space="preserve"> </w:t>
      </w:r>
      <w:r>
        <w:rPr>
          <w:b w:val="0"/>
          <w:i w:val="0"/>
          <w:smallCaps w:val="0"/>
          <w:strike w:val="0"/>
          <w:sz w:val="22"/>
          <w:u w:val="single"/>
        </w:rPr>
        <w:t>the permanent collapse of</w:t>
      </w:r>
      <w:r>
        <w:rPr>
          <w:b w:val="0"/>
          <w:i w:val="0"/>
          <w:smallCaps w:val="0"/>
          <w:strike w:val="0"/>
          <w:sz w:val="22"/>
          <w:u w:val="single"/>
        </w:rPr>
        <w:t xml:space="preserve"> </w:t>
      </w:r>
      <w:r>
        <w:rPr>
          <w:b w:val="0"/>
          <w:i w:val="0"/>
          <w:smallCaps w:val="0"/>
          <w:strike w:val="0"/>
          <w:sz w:val="22"/>
          <w:u w:val="single"/>
        </w:rPr>
        <w:t>civilisation</w:t>
      </w:r>
      <w:r>
        <w:rPr>
          <w:b w:val="0"/>
          <w:i w:val="0"/>
          <w:smallCaps w:val="0"/>
          <w:strike w:val="0"/>
          <w:sz w:val="22"/>
          <w:u w:val="single"/>
        </w:rPr>
        <w:t xml:space="preserve"> or the </w:t>
      </w:r>
      <w:r>
        <w:rPr>
          <w:b w:val="0"/>
          <w:i w:val="0"/>
          <w:smallCaps w:val="0"/>
          <w:strike w:val="0"/>
          <w:sz w:val="22"/>
          <w:highlight w:val="cyan"/>
          <w:u w:val="single"/>
        </w:rPr>
        <w:t>extinction</w:t>
      </w:r>
      <w:r>
        <w:rPr>
          <w:b w:val="0"/>
          <w:i w:val="0"/>
          <w:smallCaps w:val="0"/>
          <w:strike w:val="0"/>
          <w:sz w:val="22"/>
          <w:u w:val="single"/>
        </w:rPr>
        <w:t xml:space="preserve"> of our species.</w:t>
      </w:r>
      <w:r>
        <w:rPr>
          <w:b w:val="0"/>
          <w:i w:val="0"/>
          <w:smallCaps w:val="0"/>
          <w:strike w:val="0"/>
          <w:sz w:val="14"/>
          <w:u w:val="none"/>
        </w:rPr>
        <w:t xml:space="preserve"> These catastrophes can have natural causes, like an asteroid impact or a </w:t>
      </w:r>
      <w:r>
        <w:rPr>
          <w:b w:val="0"/>
          <w:i w:val="0"/>
          <w:smallCaps w:val="0"/>
          <w:strike w:val="0"/>
          <w:sz w:val="14"/>
          <w:u w:val="none"/>
        </w:rPr>
        <w:t>supervolcano</w:t>
      </w:r>
      <w:r>
        <w:rPr>
          <w:b w:val="0"/>
          <w:i w:val="0"/>
          <w:smallCaps w:val="0"/>
          <w:strike w:val="0"/>
          <w:sz w:val="14"/>
          <w:u w:val="none"/>
        </w:rPr>
        <w:t xml:space="preserve">, or be </w:t>
      </w:r>
      <w:r>
        <w:rPr>
          <w:b w:val="0"/>
          <w:i w:val="0"/>
          <w:smallCaps w:val="0"/>
          <w:strike w:val="0"/>
          <w:sz w:val="14"/>
          <w:u w:val="none"/>
        </w:rPr>
        <w:t>human-made</w:t>
      </w:r>
      <w:r>
        <w:rPr>
          <w:b w:val="0"/>
          <w:i w:val="0"/>
          <w:smallCaps w:val="0"/>
          <w:strike w:val="0"/>
          <w:sz w:val="14"/>
          <w:u w:val="none"/>
        </w:rPr>
        <w:t xml:space="preserve"> from sources like nuclear war or climate change. Allowing one to happen would be “an abject end to the human story" and would let down the hundreds of generations that came before us, says Haydn Belfield, academic project manager at the Centre for the Study of Existential Risk at the University of Cambridge.</w:t>
      </w:r>
    </w:p>
    <w:p>
      <w:pPr>
        <w:spacing w:after="60"/>
      </w:pPr>
      <w:r>
        <w:rPr>
          <w:b w:val="0"/>
          <w:i w:val="0"/>
          <w:smallCaps w:val="0"/>
          <w:strike w:val="0"/>
          <w:sz w:val="14"/>
          <w:u w:val="none"/>
        </w:rPr>
        <w:t>Toby Ord, a senior research fellow at the Future of Humanity Institute (FHI) at Oxford University, believes that the odds of an existential catastrophe happening this century from natural causes are less than one in 2,000, because humans have survived for 2,000 centuries without one. However, when he adds the probability of human-made disasters, Ord believes the chances increase to a startling one in six. He refers to this century as “the precipice” because the risk of losing our future has never been so high.</w:t>
      </w:r>
    </w:p>
    <w:p>
      <w:pPr>
        <w:spacing w:after="60"/>
      </w:pPr>
      <w:r>
        <w:rPr>
          <w:b w:val="0"/>
          <w:i w:val="0"/>
          <w:smallCaps w:val="0"/>
          <w:strike w:val="0"/>
          <w:sz w:val="14"/>
          <w:u w:val="none"/>
        </w:rPr>
        <w:t>Researchers at the Center on Long-Term Risk, a non-profit research institute in London, have expanded upon x-risks with the even-more-chilling prospect of suffering risks. These “</w:t>
      </w:r>
      <w:r>
        <w:rPr>
          <w:b/>
          <w:i w:val="0"/>
          <w:smallCaps w:val="0"/>
          <w:strike w:val="0"/>
          <w:sz w:val="22"/>
          <w:highlight w:val="cyan"/>
          <w:u w:val="single"/>
        </w:rPr>
        <w:t>s-risks</w:t>
      </w:r>
      <w:r>
        <w:rPr>
          <w:b w:val="0"/>
          <w:i w:val="0"/>
          <w:smallCaps w:val="0"/>
          <w:strike w:val="0"/>
          <w:sz w:val="14"/>
          <w:highlight w:val="cyan"/>
          <w:u w:val="none"/>
        </w:rPr>
        <w:t xml:space="preserve">” </w:t>
      </w:r>
      <w:r>
        <w:rPr>
          <w:b w:val="0"/>
          <w:i w:val="0"/>
          <w:smallCaps w:val="0"/>
          <w:strike w:val="0"/>
          <w:sz w:val="22"/>
          <w:highlight w:val="cyan"/>
          <w:u w:val="single"/>
        </w:rPr>
        <w:t>are</w:t>
      </w:r>
      <w:r>
        <w:rPr>
          <w:b w:val="0"/>
          <w:i w:val="0"/>
          <w:smallCaps w:val="0"/>
          <w:strike w:val="0"/>
          <w:sz w:val="22"/>
          <w:u w:val="single"/>
        </w:rPr>
        <w:t xml:space="preserve"> defined as “suffering </w:t>
      </w:r>
      <w:r>
        <w:rPr>
          <w:b w:val="0"/>
          <w:i w:val="0"/>
          <w:smallCaps w:val="0"/>
          <w:strike w:val="0"/>
          <w:sz w:val="22"/>
          <w:highlight w:val="cyan"/>
          <w:u w:val="single"/>
        </w:rPr>
        <w:t xml:space="preserve">on an </w:t>
      </w:r>
      <w:r>
        <w:rPr>
          <w:b/>
          <w:i w:val="0"/>
          <w:smallCaps w:val="0"/>
          <w:strike w:val="0"/>
          <w:sz w:val="22"/>
          <w:highlight w:val="cyan"/>
          <w:u w:val="single"/>
        </w:rPr>
        <w:t>astronomical scale</w:t>
      </w:r>
      <w:r>
        <w:rPr>
          <w:b w:val="0"/>
          <w:i w:val="0"/>
          <w:smallCaps w:val="0"/>
          <w:strike w:val="0"/>
          <w:sz w:val="22"/>
          <w:u w:val="single"/>
        </w:rPr>
        <w:t>, vastly exceeding all suffering that has existed on Earth so far</w:t>
      </w:r>
      <w:r>
        <w:rPr>
          <w:b w:val="0"/>
          <w:i w:val="0"/>
          <w:smallCaps w:val="0"/>
          <w:strike w:val="0"/>
          <w:sz w:val="14"/>
          <w:u w:val="none"/>
        </w:rPr>
        <w:t xml:space="preserve">.” In these scenarios, </w:t>
      </w:r>
      <w:r>
        <w:rPr>
          <w:b w:val="0"/>
          <w:i w:val="0"/>
          <w:smallCaps w:val="0"/>
          <w:strike w:val="0"/>
          <w:sz w:val="22"/>
          <w:u w:val="single"/>
        </w:rPr>
        <w:t xml:space="preserve">life </w:t>
      </w:r>
      <w:r>
        <w:rPr>
          <w:b/>
          <w:i w:val="0"/>
          <w:smallCaps w:val="0"/>
          <w:strike w:val="0"/>
          <w:sz w:val="22"/>
          <w:u w:val="single"/>
        </w:rPr>
        <w:t>continues</w:t>
      </w:r>
      <w:r>
        <w:rPr>
          <w:b w:val="0"/>
          <w:i w:val="0"/>
          <w:smallCaps w:val="0"/>
          <w:strike w:val="0"/>
          <w:sz w:val="14"/>
          <w:u w:val="none"/>
        </w:rPr>
        <w:t xml:space="preserve"> for billions of people, </w:t>
      </w:r>
      <w:r>
        <w:rPr>
          <w:b w:val="0"/>
          <w:i w:val="0"/>
          <w:smallCaps w:val="0"/>
          <w:strike w:val="0"/>
          <w:sz w:val="22"/>
          <w:u w:val="single"/>
        </w:rPr>
        <w:t xml:space="preserve">but the quality is </w:t>
      </w:r>
      <w:r>
        <w:rPr>
          <w:b/>
          <w:i w:val="0"/>
          <w:smallCaps w:val="0"/>
          <w:strike w:val="0"/>
          <w:sz w:val="22"/>
          <w:u w:val="single"/>
        </w:rPr>
        <w:t>so low</w:t>
      </w:r>
      <w:r>
        <w:rPr>
          <w:b w:val="0"/>
          <w:i w:val="0"/>
          <w:smallCaps w:val="0"/>
          <w:strike w:val="0"/>
          <w:sz w:val="22"/>
          <w:u w:val="single"/>
        </w:rPr>
        <w:t xml:space="preserve"> and the </w:t>
      </w:r>
      <w:r>
        <w:rPr>
          <w:b/>
          <w:i w:val="0"/>
          <w:smallCaps w:val="0"/>
          <w:strike w:val="0"/>
          <w:sz w:val="22"/>
          <w:u w:val="single"/>
        </w:rPr>
        <w:t>outlook so bleak</w:t>
      </w:r>
      <w:r>
        <w:rPr>
          <w:b w:val="0"/>
          <w:i w:val="0"/>
          <w:smallCaps w:val="0"/>
          <w:strike w:val="0"/>
          <w:sz w:val="14"/>
          <w:u w:val="none"/>
        </w:rPr>
        <w:t xml:space="preserve"> that </w:t>
      </w:r>
      <w:r>
        <w:rPr>
          <w:b w:val="0"/>
          <w:i w:val="0"/>
          <w:smallCaps w:val="0"/>
          <w:strike w:val="0"/>
          <w:sz w:val="22"/>
          <w:highlight w:val="cyan"/>
          <w:u w:val="single"/>
        </w:rPr>
        <w:t>dying</w:t>
      </w:r>
      <w:r>
        <w:rPr>
          <w:b w:val="0"/>
          <w:i w:val="0"/>
          <w:smallCaps w:val="0"/>
          <w:strike w:val="0"/>
          <w:sz w:val="22"/>
          <w:u w:val="single"/>
        </w:rPr>
        <w:t xml:space="preserve"> out </w:t>
      </w:r>
      <w:r>
        <w:rPr>
          <w:b w:val="0"/>
          <w:i w:val="0"/>
          <w:smallCaps w:val="0"/>
          <w:strike w:val="0"/>
          <w:sz w:val="22"/>
          <w:highlight w:val="cyan"/>
          <w:u w:val="single"/>
        </w:rPr>
        <w:t xml:space="preserve">would be </w:t>
      </w:r>
      <w:r>
        <w:rPr>
          <w:b/>
          <w:i w:val="0"/>
          <w:smallCaps w:val="0"/>
          <w:strike w:val="0"/>
          <w:sz w:val="22"/>
          <w:highlight w:val="cyan"/>
          <w:u w:val="single"/>
        </w:rPr>
        <w:t>preferable</w:t>
      </w:r>
      <w:r>
        <w:rPr>
          <w:b w:val="0"/>
          <w:i w:val="0"/>
          <w:smallCaps w:val="0"/>
          <w:strike w:val="0"/>
          <w:sz w:val="22"/>
          <w:u w:val="single"/>
        </w:rPr>
        <w:t>.</w:t>
      </w:r>
      <w:r>
        <w:rPr>
          <w:b w:val="0"/>
          <w:i w:val="0"/>
          <w:smallCaps w:val="0"/>
          <w:strike w:val="0"/>
          <w:sz w:val="14"/>
          <w:u w:val="none"/>
        </w:rPr>
        <w:t xml:space="preserve"> In short: </w:t>
      </w:r>
      <w:r>
        <w:rPr>
          <w:b w:val="0"/>
          <w:i w:val="0"/>
          <w:smallCaps w:val="0"/>
          <w:strike w:val="0"/>
          <w:sz w:val="22"/>
          <w:highlight w:val="cyan"/>
          <w:u w:val="single"/>
        </w:rPr>
        <w:t xml:space="preserve">a future with </w:t>
      </w:r>
      <w:r>
        <w:rPr>
          <w:b/>
          <w:i w:val="0"/>
          <w:smallCaps w:val="0"/>
          <w:strike w:val="0"/>
          <w:sz w:val="22"/>
          <w:highlight w:val="cyan"/>
          <w:u w:val="single"/>
        </w:rPr>
        <w:t>negative value</w:t>
      </w:r>
      <w:r>
        <w:rPr>
          <w:b w:val="0"/>
          <w:i w:val="0"/>
          <w:smallCaps w:val="0"/>
          <w:strike w:val="0"/>
          <w:sz w:val="14"/>
          <w:u w:val="none"/>
        </w:rPr>
        <w:t xml:space="preserve"> </w:t>
      </w:r>
      <w:r>
        <w:rPr>
          <w:b w:val="0"/>
          <w:i w:val="0"/>
          <w:smallCaps w:val="0"/>
          <w:strike w:val="0"/>
          <w:sz w:val="22"/>
          <w:u w:val="single"/>
        </w:rPr>
        <w:t xml:space="preserve">is worse than one </w:t>
      </w:r>
      <w:r>
        <w:rPr>
          <w:b/>
          <w:i w:val="0"/>
          <w:smallCaps w:val="0"/>
          <w:strike w:val="0"/>
          <w:sz w:val="22"/>
          <w:u w:val="single"/>
        </w:rPr>
        <w:t>with no value at all</w:t>
      </w:r>
      <w:r>
        <w:rPr>
          <w:b w:val="0"/>
          <w:i w:val="0"/>
          <w:smallCaps w:val="0"/>
          <w:strike w:val="0"/>
          <w:sz w:val="14"/>
          <w:u w:val="none"/>
        </w:rPr>
        <w:t>.</w:t>
      </w:r>
    </w:p>
    <w:p>
      <w:pPr>
        <w:spacing w:after="60"/>
      </w:pPr>
      <w:r>
        <w:rPr>
          <w:b w:val="0"/>
          <w:i w:val="0"/>
          <w:smallCaps w:val="0"/>
          <w:strike w:val="0"/>
          <w:sz w:val="14"/>
          <w:u w:val="none"/>
        </w:rPr>
        <w:t xml:space="preserve">This is where the “world in chains” scenario comes in. If </w:t>
      </w:r>
      <w:r>
        <w:rPr>
          <w:b w:val="0"/>
          <w:i w:val="0"/>
          <w:smallCaps w:val="0"/>
          <w:strike w:val="0"/>
          <w:sz w:val="22"/>
          <w:highlight w:val="cyan"/>
          <w:u w:val="single"/>
        </w:rPr>
        <w:t xml:space="preserve">a </w:t>
      </w:r>
      <w:r>
        <w:rPr>
          <w:b/>
          <w:i w:val="0"/>
          <w:smallCaps w:val="0"/>
          <w:strike w:val="0"/>
          <w:sz w:val="22"/>
          <w:highlight w:val="cyan"/>
          <w:u w:val="single"/>
        </w:rPr>
        <w:t>malevolent group</w:t>
      </w:r>
      <w:r>
        <w:rPr>
          <w:b w:val="0"/>
          <w:i w:val="0"/>
          <w:smallCaps w:val="0"/>
          <w:strike w:val="0"/>
          <w:sz w:val="14"/>
          <w:u w:val="none"/>
        </w:rPr>
        <w:t xml:space="preserve"> or government suddenly </w:t>
      </w:r>
      <w:r>
        <w:rPr>
          <w:b w:val="0"/>
          <w:i w:val="0"/>
          <w:smallCaps w:val="0"/>
          <w:strike w:val="0"/>
          <w:sz w:val="22"/>
          <w:highlight w:val="cyan"/>
          <w:u w:val="single"/>
        </w:rPr>
        <w:t>gained</w:t>
      </w:r>
      <w:r>
        <w:rPr>
          <w:b w:val="0"/>
          <w:i w:val="0"/>
          <w:smallCaps w:val="0"/>
          <w:strike w:val="0"/>
          <w:sz w:val="14"/>
          <w:highlight w:val="cyan"/>
          <w:u w:val="none"/>
        </w:rPr>
        <w:t xml:space="preserve"> </w:t>
      </w:r>
      <w:r>
        <w:rPr>
          <w:b/>
          <w:i w:val="0"/>
          <w:smallCaps w:val="0"/>
          <w:strike w:val="0"/>
          <w:sz w:val="22"/>
          <w:highlight w:val="cyan"/>
          <w:u w:val="single"/>
        </w:rPr>
        <w:t>world-dominating</w:t>
      </w:r>
      <w:r>
        <w:rPr>
          <w:b/>
          <w:i w:val="0"/>
          <w:smallCaps w:val="0"/>
          <w:strike w:val="0"/>
          <w:sz w:val="22"/>
          <w:u w:val="single"/>
        </w:rPr>
        <w:t xml:space="preserve"> power through </w:t>
      </w:r>
      <w:r>
        <w:rPr>
          <w:b/>
          <w:i w:val="0"/>
          <w:smallCaps w:val="0"/>
          <w:strike w:val="0"/>
          <w:sz w:val="22"/>
          <w:highlight w:val="cyan"/>
          <w:u w:val="single"/>
        </w:rPr>
        <w:t>tech</w:t>
      </w:r>
      <w:r>
        <w:rPr>
          <w:b/>
          <w:i w:val="0"/>
          <w:smallCaps w:val="0"/>
          <w:strike w:val="0"/>
          <w:sz w:val="22"/>
          <w:u w:val="single"/>
        </w:rPr>
        <w:t>nology</w:t>
      </w:r>
      <w:r>
        <w:rPr>
          <w:b w:val="0"/>
          <w:i w:val="0"/>
          <w:smallCaps w:val="0"/>
          <w:strike w:val="0"/>
          <w:sz w:val="14"/>
          <w:u w:val="none"/>
        </w:rPr>
        <w:t xml:space="preserve">, and there was nothing to stand in its way, </w:t>
      </w:r>
      <w:r>
        <w:rPr>
          <w:b w:val="0"/>
          <w:i w:val="0"/>
          <w:smallCaps w:val="0"/>
          <w:strike w:val="0"/>
          <w:sz w:val="22"/>
          <w:u w:val="single"/>
        </w:rPr>
        <w:t>it could l</w:t>
      </w:r>
      <w:r>
        <w:rPr>
          <w:b w:val="0"/>
          <w:i w:val="0"/>
          <w:smallCaps w:val="0"/>
          <w:strike w:val="0"/>
          <w:sz w:val="22"/>
          <w:highlight w:val="cyan"/>
          <w:u w:val="single"/>
        </w:rPr>
        <w:t>ead to</w:t>
      </w:r>
      <w:r>
        <w:rPr>
          <w:b w:val="0"/>
          <w:i w:val="0"/>
          <w:smallCaps w:val="0"/>
          <w:strike w:val="0"/>
          <w:sz w:val="22"/>
          <w:u w:val="single"/>
        </w:rPr>
        <w:t xml:space="preserve"> an extended period of </w:t>
      </w:r>
      <w:r>
        <w:rPr>
          <w:b/>
          <w:i w:val="0"/>
          <w:smallCaps w:val="0"/>
          <w:strike w:val="0"/>
          <w:sz w:val="22"/>
          <w:u w:val="single"/>
        </w:rPr>
        <w:t xml:space="preserve">abject suffering and </w:t>
      </w:r>
      <w:r>
        <w:rPr>
          <w:b/>
          <w:i w:val="0"/>
          <w:smallCaps w:val="0"/>
          <w:strike w:val="0"/>
          <w:sz w:val="22"/>
          <w:highlight w:val="cyan"/>
          <w:u w:val="single"/>
        </w:rPr>
        <w:t>subjugation</w:t>
      </w:r>
      <w:r>
        <w:rPr>
          <w:b w:val="0"/>
          <w:i w:val="0"/>
          <w:smallCaps w:val="0"/>
          <w:strike w:val="0"/>
          <w:sz w:val="14"/>
          <w:u w:val="none"/>
        </w:rPr>
        <w:t xml:space="preserve">. A 2017 report on existential risks from the Global Priorities Project, in conjunction with FHI and the Ministry for Foreign Affairs of Finland, warned that </w:t>
      </w:r>
      <w:r>
        <w:rPr>
          <w:b w:val="0"/>
          <w:i w:val="0"/>
          <w:smallCaps w:val="0"/>
          <w:strike w:val="0"/>
          <w:sz w:val="22"/>
          <w:u w:val="single"/>
        </w:rPr>
        <w:t>“a long future under a</w:t>
      </w:r>
      <w:r>
        <w:rPr>
          <w:b w:val="0"/>
          <w:i w:val="0"/>
          <w:smallCaps w:val="0"/>
          <w:strike w:val="0"/>
          <w:sz w:val="14"/>
          <w:u w:val="none"/>
        </w:rPr>
        <w:t xml:space="preserve"> particularly brutal </w:t>
      </w:r>
      <w:r>
        <w:rPr>
          <w:b w:val="0"/>
          <w:i w:val="0"/>
          <w:smallCaps w:val="0"/>
          <w:strike w:val="0"/>
          <w:sz w:val="22"/>
          <w:u w:val="single"/>
        </w:rPr>
        <w:t xml:space="preserve">global totalitarian state could </w:t>
      </w:r>
      <w:r>
        <w:rPr>
          <w:b/>
          <w:i w:val="0"/>
          <w:smallCaps w:val="0"/>
          <w:strike w:val="0"/>
          <w:sz w:val="22"/>
          <w:u w:val="single"/>
        </w:rPr>
        <w:t>arguably be worse than complete extinction</w:t>
      </w:r>
      <w:r>
        <w:rPr>
          <w:b w:val="0"/>
          <w:i w:val="0"/>
          <w:smallCaps w:val="0"/>
          <w:strike w:val="0"/>
          <w:sz w:val="14"/>
          <w:u w:val="none"/>
        </w:rPr>
        <w:t>”.</w:t>
      </w:r>
    </w:p>
    <w:p>
      <w:pPr>
        <w:spacing w:after="60"/>
      </w:pPr>
      <w:r>
        <w:rPr>
          <w:b w:val="0"/>
          <w:i w:val="0"/>
          <w:smallCaps w:val="0"/>
          <w:strike w:val="0"/>
          <w:sz w:val="14"/>
          <w:u w:val="none"/>
        </w:rPr>
        <w:t>Singleton hypothesis</w:t>
      </w:r>
    </w:p>
    <w:p>
      <w:pPr>
        <w:spacing w:after="60"/>
      </w:pPr>
      <w:r>
        <w:rPr>
          <w:b w:val="0"/>
          <w:i w:val="0"/>
          <w:smallCaps w:val="0"/>
          <w:strike w:val="0"/>
          <w:sz w:val="14"/>
          <w:u w:val="none"/>
        </w:rPr>
        <w:t xml:space="preserve">Though global totalitarianism is still a niche topic of study, researchers in the field of existential risk are increasingly turning their attention to </w:t>
      </w:r>
      <w:r>
        <w:rPr>
          <w:b w:val="0"/>
          <w:i w:val="0"/>
          <w:smallCaps w:val="0"/>
          <w:strike w:val="0"/>
          <w:sz w:val="22"/>
          <w:u w:val="single"/>
        </w:rPr>
        <w:t xml:space="preserve">its most likely cause: </w:t>
      </w:r>
      <w:r>
        <w:rPr>
          <w:b/>
          <w:i w:val="0"/>
          <w:smallCaps w:val="0"/>
          <w:strike w:val="0"/>
          <w:sz w:val="22"/>
          <w:u w:val="single"/>
        </w:rPr>
        <w:t>artificial intelligence</w:t>
      </w:r>
      <w:r>
        <w:rPr>
          <w:b w:val="0"/>
          <w:i w:val="0"/>
          <w:smallCaps w:val="0"/>
          <w:strike w:val="0"/>
          <w:sz w:val="14"/>
          <w:u w:val="none"/>
        </w:rPr>
        <w:t>.</w:t>
      </w:r>
    </w:p>
    <w:p>
      <w:pPr>
        <w:spacing w:after="60"/>
      </w:pPr>
      <w:r>
        <w:rPr>
          <w:b w:val="0"/>
          <w:i w:val="0"/>
          <w:smallCaps w:val="0"/>
          <w:strike w:val="0"/>
          <w:sz w:val="14"/>
          <w:u w:val="none"/>
        </w:rPr>
        <w:t xml:space="preserve">In his “singleton hypothesis”, Nick Bostrom, director at Oxford’s FHI, has explained how </w:t>
      </w:r>
      <w:r>
        <w:rPr>
          <w:b w:val="0"/>
          <w:i w:val="0"/>
          <w:smallCaps w:val="0"/>
          <w:strike w:val="0"/>
          <w:sz w:val="22"/>
          <w:u w:val="single"/>
        </w:rPr>
        <w:t>a global government</w:t>
      </w:r>
      <w:r>
        <w:rPr>
          <w:b w:val="0"/>
          <w:i w:val="0"/>
          <w:smallCaps w:val="0"/>
          <w:strike w:val="0"/>
          <w:sz w:val="14"/>
          <w:u w:val="none"/>
        </w:rPr>
        <w:t xml:space="preserve"> </w:t>
      </w:r>
      <w:r>
        <w:rPr>
          <w:b w:val="0"/>
          <w:i w:val="0"/>
          <w:smallCaps w:val="0"/>
          <w:strike w:val="0"/>
          <w:sz w:val="22"/>
          <w:u w:val="single"/>
        </w:rPr>
        <w:t xml:space="preserve">could form with </w:t>
      </w:r>
      <w:r>
        <w:rPr>
          <w:b w:val="0"/>
          <w:i w:val="0"/>
          <w:smallCaps w:val="0"/>
          <w:strike w:val="0"/>
          <w:sz w:val="22"/>
          <w:highlight w:val="cyan"/>
          <w:u w:val="single"/>
        </w:rPr>
        <w:t>AI</w:t>
      </w:r>
      <w:r>
        <w:rPr>
          <w:b w:val="0"/>
          <w:i w:val="0"/>
          <w:smallCaps w:val="0"/>
          <w:strike w:val="0"/>
          <w:sz w:val="14"/>
          <w:u w:val="none"/>
        </w:rPr>
        <w:t xml:space="preserve"> or other powerful technologies – </w:t>
      </w:r>
      <w:r>
        <w:rPr>
          <w:b w:val="0"/>
          <w:i w:val="0"/>
          <w:smallCaps w:val="0"/>
          <w:strike w:val="0"/>
          <w:sz w:val="22"/>
          <w:u w:val="single"/>
        </w:rPr>
        <w:t xml:space="preserve">and why it might be </w:t>
      </w:r>
      <w:r>
        <w:rPr>
          <w:b/>
          <w:i w:val="0"/>
          <w:smallCaps w:val="0"/>
          <w:strike w:val="0"/>
          <w:sz w:val="22"/>
          <w:highlight w:val="cyan"/>
          <w:u w:val="single"/>
        </w:rPr>
        <w:t>impossible to overthrow</w:t>
      </w:r>
      <w:r>
        <w:rPr>
          <w:b w:val="0"/>
          <w:i w:val="0"/>
          <w:smallCaps w:val="0"/>
          <w:strike w:val="0"/>
          <w:sz w:val="14"/>
          <w:u w:val="none"/>
        </w:rPr>
        <w:t xml:space="preserve">. He writes that </w:t>
      </w:r>
      <w:r>
        <w:rPr>
          <w:b w:val="0"/>
          <w:i w:val="0"/>
          <w:smallCaps w:val="0"/>
          <w:strike w:val="0"/>
          <w:sz w:val="22"/>
          <w:u w:val="single"/>
        </w:rPr>
        <w:t xml:space="preserve">a world with “a single decision-making agency at the highest level” could occur if that agency “obtains a decisive lead through a </w:t>
      </w:r>
      <w:r>
        <w:rPr>
          <w:b/>
          <w:i w:val="0"/>
          <w:smallCaps w:val="0"/>
          <w:strike w:val="0"/>
          <w:sz w:val="22"/>
          <w:u w:val="single"/>
        </w:rPr>
        <w:t>technological breakthrough</w:t>
      </w:r>
      <w:r>
        <w:rPr>
          <w:b w:val="0"/>
          <w:i w:val="0"/>
          <w:smallCaps w:val="0"/>
          <w:strike w:val="0"/>
          <w:sz w:val="14"/>
          <w:u w:val="none"/>
        </w:rPr>
        <w:t xml:space="preserve"> in artificial intelligence or molecular nanotechnology”. Once in charge, </w:t>
      </w:r>
      <w:r>
        <w:rPr>
          <w:b w:val="0"/>
          <w:i w:val="0"/>
          <w:smallCaps w:val="0"/>
          <w:strike w:val="0"/>
          <w:sz w:val="22"/>
          <w:u w:val="single"/>
        </w:rPr>
        <w:t xml:space="preserve">it would control advances in technology that prevent </w:t>
      </w:r>
      <w:r>
        <w:rPr>
          <w:b/>
          <w:i w:val="0"/>
          <w:smallCaps w:val="0"/>
          <w:strike w:val="0"/>
          <w:sz w:val="22"/>
          <w:u w:val="single"/>
        </w:rPr>
        <w:t>internal challenges</w:t>
      </w:r>
      <w:r>
        <w:rPr>
          <w:b w:val="0"/>
          <w:i w:val="0"/>
          <w:smallCaps w:val="0"/>
          <w:strike w:val="0"/>
          <w:sz w:val="22"/>
          <w:u w:val="single"/>
        </w:rPr>
        <w:t xml:space="preserve">, like </w:t>
      </w:r>
      <w:r>
        <w:rPr>
          <w:b/>
          <w:i w:val="0"/>
          <w:smallCaps w:val="0"/>
          <w:strike w:val="0"/>
          <w:sz w:val="22"/>
          <w:u w:val="single"/>
        </w:rPr>
        <w:t>surveillance</w:t>
      </w:r>
      <w:r>
        <w:rPr>
          <w:b w:val="0"/>
          <w:i w:val="0"/>
          <w:smallCaps w:val="0"/>
          <w:strike w:val="0"/>
          <w:sz w:val="14"/>
          <w:u w:val="none"/>
        </w:rPr>
        <w:t xml:space="preserve"> or autonomous weapons, </w:t>
      </w:r>
      <w:r>
        <w:rPr>
          <w:b w:val="0"/>
          <w:i w:val="0"/>
          <w:smallCaps w:val="0"/>
          <w:strike w:val="0"/>
          <w:sz w:val="22"/>
          <w:u w:val="single"/>
        </w:rPr>
        <w:t>and</w:t>
      </w:r>
      <w:r>
        <w:rPr>
          <w:b w:val="0"/>
          <w:i w:val="0"/>
          <w:smallCaps w:val="0"/>
          <w:strike w:val="0"/>
          <w:sz w:val="14"/>
          <w:u w:val="none"/>
        </w:rPr>
        <w:t xml:space="preserve">, with this monopoly, </w:t>
      </w:r>
      <w:r>
        <w:rPr>
          <w:b w:val="0"/>
          <w:i w:val="0"/>
          <w:smallCaps w:val="0"/>
          <w:strike w:val="0"/>
          <w:sz w:val="22"/>
          <w:u w:val="single"/>
        </w:rPr>
        <w:t xml:space="preserve">remain </w:t>
      </w:r>
      <w:r>
        <w:rPr>
          <w:b/>
          <w:i w:val="0"/>
          <w:smallCaps w:val="0"/>
          <w:strike w:val="0"/>
          <w:sz w:val="22"/>
          <w:u w:val="single"/>
        </w:rPr>
        <w:t>perpetually stable</w:t>
      </w:r>
      <w:r>
        <w:rPr>
          <w:b w:val="0"/>
          <w:i w:val="0"/>
          <w:smallCaps w:val="0"/>
          <w:strike w:val="0"/>
          <w:sz w:val="14"/>
          <w:u w:val="none"/>
        </w:rPr>
        <w:t>.</w:t>
      </w:r>
    </w:p>
    <w:p>
      <w:pPr>
        <w:spacing w:after="60"/>
      </w:pPr>
      <w:r>
        <w:rPr>
          <w:b w:val="0"/>
          <w:i w:val="0"/>
          <w:smallCaps w:val="0"/>
          <w:strike w:val="0"/>
          <w:sz w:val="14"/>
          <w:u w:val="none"/>
        </w:rPr>
        <w:t xml:space="preserve">If the singleton is totalitarian, </w:t>
      </w:r>
      <w:r>
        <w:rPr>
          <w:b w:val="0"/>
          <w:i w:val="0"/>
          <w:smallCaps w:val="0"/>
          <w:strike w:val="0"/>
          <w:sz w:val="22"/>
          <w:u w:val="single"/>
        </w:rPr>
        <w:t xml:space="preserve">life would be </w:t>
      </w:r>
      <w:r>
        <w:rPr>
          <w:b/>
          <w:i w:val="0"/>
          <w:smallCaps w:val="0"/>
          <w:strike w:val="0"/>
          <w:sz w:val="22"/>
          <w:u w:val="single"/>
        </w:rPr>
        <w:t>bleak</w:t>
      </w:r>
      <w:r>
        <w:rPr>
          <w:b w:val="0"/>
          <w:i w:val="0"/>
          <w:smallCaps w:val="0"/>
          <w:strike w:val="0"/>
          <w:sz w:val="14"/>
          <w:u w:val="none"/>
        </w:rPr>
        <w:t xml:space="preserve">. Even in the countries with the strictest regimes, news leaks in and out from other countries and people can escape. </w:t>
      </w:r>
      <w:r>
        <w:rPr>
          <w:b w:val="0"/>
          <w:i w:val="0"/>
          <w:smallCaps w:val="0"/>
          <w:strike w:val="0"/>
          <w:sz w:val="22"/>
          <w:u w:val="single"/>
        </w:rPr>
        <w:t xml:space="preserve">A global totalitarian rule would eliminate even these small seeds of hope. To be </w:t>
      </w:r>
      <w:r>
        <w:rPr>
          <w:b w:val="0"/>
          <w:i w:val="0"/>
          <w:smallCaps w:val="0"/>
          <w:strike w:val="0"/>
          <w:sz w:val="22"/>
          <w:highlight w:val="cyan"/>
          <w:u w:val="single"/>
        </w:rPr>
        <w:t>worse than extinction</w:t>
      </w:r>
      <w:r>
        <w:rPr>
          <w:b w:val="0"/>
          <w:i w:val="0"/>
          <w:smallCaps w:val="0"/>
          <w:strike w:val="0"/>
          <w:sz w:val="22"/>
          <w:u w:val="single"/>
        </w:rPr>
        <w:t xml:space="preserve">, “that would mean </w:t>
      </w:r>
      <w:r>
        <w:rPr>
          <w:b w:val="0"/>
          <w:i w:val="0"/>
          <w:smallCaps w:val="0"/>
          <w:strike w:val="0"/>
          <w:sz w:val="22"/>
          <w:highlight w:val="cyan"/>
          <w:u w:val="single"/>
        </w:rPr>
        <w:t>we feel</w:t>
      </w:r>
      <w:r>
        <w:rPr>
          <w:b w:val="0"/>
          <w:i w:val="0"/>
          <w:smallCaps w:val="0"/>
          <w:strike w:val="0"/>
          <w:sz w:val="22"/>
          <w:u w:val="single"/>
        </w:rPr>
        <w:t xml:space="preserve"> </w:t>
      </w:r>
      <w:r>
        <w:rPr>
          <w:b/>
          <w:i w:val="0"/>
          <w:smallCaps w:val="0"/>
          <w:strike w:val="0"/>
          <w:sz w:val="22"/>
          <w:u w:val="single"/>
        </w:rPr>
        <w:t xml:space="preserve">absolutely </w:t>
      </w:r>
      <w:r>
        <w:rPr>
          <w:b/>
          <w:i w:val="0"/>
          <w:smallCaps w:val="0"/>
          <w:strike w:val="0"/>
          <w:sz w:val="22"/>
          <w:highlight w:val="cyan"/>
          <w:u w:val="single"/>
        </w:rPr>
        <w:t>no freedom</w:t>
      </w:r>
      <w:r>
        <w:rPr>
          <w:b w:val="0"/>
          <w:i w:val="0"/>
          <w:smallCaps w:val="0"/>
          <w:strike w:val="0"/>
          <w:sz w:val="22"/>
          <w:u w:val="single"/>
        </w:rPr>
        <w:t xml:space="preserve">, </w:t>
      </w:r>
      <w:r>
        <w:rPr>
          <w:b/>
          <w:i w:val="0"/>
          <w:smallCaps w:val="0"/>
          <w:strike w:val="0"/>
          <w:sz w:val="22"/>
          <w:u w:val="single"/>
        </w:rPr>
        <w:t xml:space="preserve">no </w:t>
      </w:r>
      <w:r>
        <w:rPr>
          <w:b/>
          <w:i w:val="0"/>
          <w:smallCaps w:val="0"/>
          <w:strike w:val="0"/>
          <w:sz w:val="22"/>
          <w:highlight w:val="cyan"/>
          <w:u w:val="single"/>
        </w:rPr>
        <w:t>privacy</w:t>
      </w:r>
      <w:r>
        <w:rPr>
          <w:b w:val="0"/>
          <w:i w:val="0"/>
          <w:smallCaps w:val="0"/>
          <w:strike w:val="0"/>
          <w:sz w:val="22"/>
          <w:u w:val="single"/>
        </w:rPr>
        <w:t xml:space="preserve">, </w:t>
      </w:r>
      <w:r>
        <w:rPr>
          <w:b/>
          <w:i w:val="0"/>
          <w:smallCaps w:val="0"/>
          <w:strike w:val="0"/>
          <w:sz w:val="22"/>
          <w:u w:val="single"/>
        </w:rPr>
        <w:t>no hope of escaping</w:t>
      </w:r>
      <w:r>
        <w:rPr>
          <w:b w:val="0"/>
          <w:i w:val="0"/>
          <w:smallCaps w:val="0"/>
          <w:strike w:val="0"/>
          <w:sz w:val="22"/>
          <w:u w:val="single"/>
        </w:rPr>
        <w:t xml:space="preserve">, </w:t>
      </w:r>
      <w:r>
        <w:rPr>
          <w:b/>
          <w:i w:val="0"/>
          <w:smallCaps w:val="0"/>
          <w:strike w:val="0"/>
          <w:sz w:val="22"/>
          <w:u w:val="single"/>
        </w:rPr>
        <w:t xml:space="preserve">no </w:t>
      </w:r>
      <w:r>
        <w:rPr>
          <w:b/>
          <w:i w:val="0"/>
          <w:smallCaps w:val="0"/>
          <w:strike w:val="0"/>
          <w:sz w:val="22"/>
          <w:highlight w:val="cyan"/>
          <w:u w:val="single"/>
        </w:rPr>
        <w:t>agency</w:t>
      </w:r>
      <w:r>
        <w:rPr>
          <w:b/>
          <w:i w:val="0"/>
          <w:smallCaps w:val="0"/>
          <w:strike w:val="0"/>
          <w:sz w:val="22"/>
          <w:u w:val="single"/>
        </w:rPr>
        <w:t xml:space="preserve"> to control our lives at all</w:t>
      </w:r>
      <w:r>
        <w:rPr>
          <w:b w:val="0"/>
          <w:i w:val="0"/>
          <w:smallCaps w:val="0"/>
          <w:strike w:val="0"/>
          <w:sz w:val="14"/>
          <w:u w:val="none"/>
        </w:rPr>
        <w:t>", says Tucker Davey, a writer at the Future of Life Institute in Massachusetts, which focuses on existential risk research.</w:t>
      </w:r>
    </w:p>
    <w:p>
      <w:pPr>
        <w:spacing w:after="60"/>
      </w:pPr>
      <w:r>
        <w:rPr>
          <w:b w:val="0"/>
          <w:i w:val="0"/>
          <w:smallCaps w:val="0"/>
          <w:strike w:val="0"/>
          <w:sz w:val="14"/>
          <w:u w:val="none"/>
        </w:rPr>
        <w:t>“</w:t>
      </w:r>
      <w:r>
        <w:rPr>
          <w:b w:val="0"/>
          <w:i w:val="0"/>
          <w:smallCaps w:val="0"/>
          <w:strike w:val="0"/>
          <w:sz w:val="22"/>
          <w:u w:val="single"/>
        </w:rPr>
        <w:t>In totalitarian regimes of the past</w:t>
      </w:r>
      <w:r>
        <w:rPr>
          <w:b w:val="0"/>
          <w:i w:val="0"/>
          <w:smallCaps w:val="0"/>
          <w:strike w:val="0"/>
          <w:sz w:val="14"/>
          <w:u w:val="none"/>
        </w:rPr>
        <w:t>, [</w:t>
      </w:r>
      <w:r>
        <w:rPr>
          <w:b w:val="0"/>
          <w:i w:val="0"/>
          <w:smallCaps w:val="0"/>
          <w:strike w:val="0"/>
          <w:sz w:val="22"/>
          <w:u w:val="single"/>
        </w:rPr>
        <w:t>there was</w:t>
      </w:r>
      <w:r>
        <w:rPr>
          <w:b w:val="0"/>
          <w:i w:val="0"/>
          <w:smallCaps w:val="0"/>
          <w:strike w:val="0"/>
          <w:sz w:val="14"/>
          <w:u w:val="none"/>
        </w:rPr>
        <w:t xml:space="preserve">] so much </w:t>
      </w:r>
      <w:r>
        <w:rPr>
          <w:b w:val="0"/>
          <w:i w:val="0"/>
          <w:smallCaps w:val="0"/>
          <w:strike w:val="0"/>
          <w:sz w:val="22"/>
          <w:u w:val="single"/>
        </w:rPr>
        <w:t xml:space="preserve">paranoia and psychological suffering because you just have no idea if you're going to get </w:t>
      </w:r>
      <w:r>
        <w:rPr>
          <w:b/>
          <w:i w:val="0"/>
          <w:smallCaps w:val="0"/>
          <w:strike w:val="0"/>
          <w:sz w:val="22"/>
          <w:u w:val="single"/>
        </w:rPr>
        <w:t>killed</w:t>
      </w:r>
      <w:r>
        <w:rPr>
          <w:b w:val="0"/>
          <w:i w:val="0"/>
          <w:smallCaps w:val="0"/>
          <w:strike w:val="0"/>
          <w:sz w:val="14"/>
          <w:u w:val="none"/>
        </w:rPr>
        <w:t xml:space="preserve"> for saying the wrong thing,” he continues. “</w:t>
      </w:r>
      <w:r>
        <w:rPr>
          <w:b w:val="0"/>
          <w:i w:val="0"/>
          <w:smallCaps w:val="0"/>
          <w:strike w:val="0"/>
          <w:sz w:val="22"/>
          <w:u w:val="single"/>
        </w:rPr>
        <w:t xml:space="preserve">And now imagine that </w:t>
      </w:r>
      <w:r>
        <w:rPr>
          <w:b/>
          <w:i w:val="0"/>
          <w:smallCaps w:val="0"/>
          <w:strike w:val="0"/>
          <w:sz w:val="22"/>
          <w:u w:val="single"/>
        </w:rPr>
        <w:t>there's not even a question</w:t>
      </w:r>
      <w:r>
        <w:rPr>
          <w:b w:val="0"/>
          <w:i w:val="0"/>
          <w:smallCaps w:val="0"/>
          <w:strike w:val="0"/>
          <w:sz w:val="14"/>
          <w:u w:val="none"/>
        </w:rPr>
        <w:t xml:space="preserve">, every single thing you say is being reported and being </w:t>
      </w:r>
      <w:r>
        <w:rPr>
          <w:b w:val="0"/>
          <w:i w:val="0"/>
          <w:smallCaps w:val="0"/>
          <w:strike w:val="0"/>
          <w:sz w:val="14"/>
          <w:u w:val="none"/>
        </w:rPr>
        <w:t>analysed</w:t>
      </w:r>
      <w:r>
        <w:rPr>
          <w:b w:val="0"/>
          <w:i w:val="0"/>
          <w:smallCaps w:val="0"/>
          <w:strike w:val="0"/>
          <w:sz w:val="14"/>
          <w:u w:val="none"/>
        </w:rPr>
        <w:t>.”</w:t>
      </w:r>
    </w:p>
    <w:p>
      <w:pPr>
        <w:spacing w:after="60"/>
      </w:pPr>
      <w:r>
        <w:rPr>
          <w:b w:val="0"/>
          <w:i w:val="0"/>
          <w:smallCaps w:val="0"/>
          <w:strike w:val="0"/>
          <w:sz w:val="14"/>
          <w:u w:val="none"/>
        </w:rPr>
        <w:t xml:space="preserve">“We may not yet have the technologies to do this,” Ord said in a recent interview, “but </w:t>
      </w:r>
      <w:r>
        <w:rPr>
          <w:b w:val="0"/>
          <w:i w:val="0"/>
          <w:smallCaps w:val="0"/>
          <w:strike w:val="0"/>
          <w:sz w:val="22"/>
          <w:u w:val="single"/>
        </w:rPr>
        <w:t xml:space="preserve">it looks like the kinds of technologies we’re developing make that </w:t>
      </w:r>
      <w:r>
        <w:rPr>
          <w:b/>
          <w:i w:val="0"/>
          <w:smallCaps w:val="0"/>
          <w:strike w:val="0"/>
          <w:sz w:val="22"/>
          <w:u w:val="single"/>
        </w:rPr>
        <w:t>easier and easier</w:t>
      </w:r>
      <w:r>
        <w:rPr>
          <w:b w:val="0"/>
          <w:i w:val="0"/>
          <w:smallCaps w:val="0"/>
          <w:strike w:val="0"/>
          <w:sz w:val="14"/>
          <w:u w:val="none"/>
        </w:rPr>
        <w:t xml:space="preserve">. And it seems plausible that </w:t>
      </w:r>
      <w:r>
        <w:rPr>
          <w:b w:val="0"/>
          <w:i w:val="0"/>
          <w:smallCaps w:val="0"/>
          <w:strike w:val="0"/>
          <w:sz w:val="22"/>
          <w:u w:val="single"/>
        </w:rPr>
        <w:t xml:space="preserve">this may become possible at some time in the next </w:t>
      </w:r>
      <w:r>
        <w:rPr>
          <w:b/>
          <w:i w:val="0"/>
          <w:smallCaps w:val="0"/>
          <w:strike w:val="0"/>
          <w:sz w:val="22"/>
          <w:u w:val="single"/>
        </w:rPr>
        <w:t>100 years</w:t>
      </w:r>
      <w:r>
        <w:rPr>
          <w:b w:val="0"/>
          <w:i w:val="0"/>
          <w:smallCaps w:val="0"/>
          <w:strike w:val="0"/>
          <w:sz w:val="14"/>
          <w:u w:val="none"/>
        </w:rPr>
        <w:t>.”</w:t>
      </w:r>
    </w:p>
    <w:p>
      <w:pPr>
        <w:spacing w:after="60"/>
      </w:pPr>
      <w:r>
        <w:rPr>
          <w:b w:val="0"/>
          <w:i w:val="0"/>
          <w:smallCaps w:val="0"/>
          <w:strike w:val="0"/>
          <w:sz w:val="14"/>
          <w:u w:val="none"/>
        </w:rPr>
        <w:t>AI and authoritarianism</w:t>
      </w:r>
    </w:p>
    <w:p>
      <w:pPr>
        <w:spacing w:after="60"/>
      </w:pPr>
      <w:r>
        <w:rPr>
          <w:b w:val="0"/>
          <w:i w:val="0"/>
          <w:smallCaps w:val="0"/>
          <w:strike w:val="0"/>
          <w:sz w:val="14"/>
          <w:u w:val="none"/>
        </w:rPr>
        <w:t xml:space="preserve">Though life under a global totalitarian government is still an unlikely and far-future scenario, </w:t>
      </w:r>
      <w:r>
        <w:rPr>
          <w:b w:val="0"/>
          <w:i w:val="0"/>
          <w:smallCaps w:val="0"/>
          <w:strike w:val="0"/>
          <w:sz w:val="22"/>
          <w:highlight w:val="cyan"/>
          <w:u w:val="single"/>
        </w:rPr>
        <w:t>AI is</w:t>
      </w:r>
      <w:r>
        <w:rPr>
          <w:b w:val="0"/>
          <w:i w:val="0"/>
          <w:smallCaps w:val="0"/>
          <w:strike w:val="0"/>
          <w:sz w:val="22"/>
          <w:u w:val="single"/>
        </w:rPr>
        <w:t xml:space="preserve"> </w:t>
      </w:r>
      <w:r>
        <w:rPr>
          <w:b/>
          <w:i w:val="0"/>
          <w:smallCaps w:val="0"/>
          <w:strike w:val="0"/>
          <w:sz w:val="22"/>
          <w:u w:val="single"/>
        </w:rPr>
        <w:t xml:space="preserve">already </w:t>
      </w:r>
      <w:r>
        <w:rPr>
          <w:b/>
          <w:i w:val="0"/>
          <w:smallCaps w:val="0"/>
          <w:strike w:val="0"/>
          <w:sz w:val="22"/>
          <w:highlight w:val="cyan"/>
          <w:u w:val="single"/>
        </w:rPr>
        <w:t>enabling authoritarianism</w:t>
      </w:r>
      <w:r>
        <w:rPr>
          <w:b w:val="0"/>
          <w:i w:val="0"/>
          <w:smallCaps w:val="0"/>
          <w:strike w:val="0"/>
          <w:sz w:val="14"/>
          <w:u w:val="none"/>
        </w:rPr>
        <w:t xml:space="preserve"> in some countries and strengthening </w:t>
      </w:r>
      <w:r>
        <w:rPr>
          <w:b w:val="0"/>
          <w:i w:val="0"/>
          <w:smallCaps w:val="0"/>
          <w:strike w:val="0"/>
          <w:sz w:val="22"/>
          <w:u w:val="single"/>
        </w:rPr>
        <w:t xml:space="preserve">infrastructure that could be </w:t>
      </w:r>
      <w:r>
        <w:rPr>
          <w:b/>
          <w:i w:val="0"/>
          <w:smallCaps w:val="0"/>
          <w:strike w:val="0"/>
          <w:sz w:val="22"/>
          <w:u w:val="single"/>
        </w:rPr>
        <w:t>seized by an opportunistic despot in others</w:t>
      </w:r>
      <w:r>
        <w:rPr>
          <w:b w:val="0"/>
          <w:i w:val="0"/>
          <w:smallCaps w:val="0"/>
          <w:strike w:val="0"/>
          <w:sz w:val="14"/>
          <w:u w:val="none"/>
        </w:rPr>
        <w:t>.</w:t>
      </w:r>
    </w:p>
    <w:p>
      <w:pPr>
        <w:spacing w:after="60"/>
      </w:pPr>
      <w:r>
        <w:rPr>
          <w:b w:val="0"/>
          <w:i w:val="0"/>
          <w:smallCaps w:val="0"/>
          <w:strike w:val="0"/>
          <w:sz w:val="14"/>
          <w:u w:val="none"/>
        </w:rPr>
        <w:t xml:space="preserve">“We've seen sort of a reckoning with the shift from very utopian </w:t>
      </w:r>
      <w:r>
        <w:rPr>
          <w:b w:val="0"/>
          <w:i w:val="0"/>
          <w:smallCaps w:val="0"/>
          <w:strike w:val="0"/>
          <w:sz w:val="22"/>
          <w:u w:val="single"/>
        </w:rPr>
        <w:t>visions of</w:t>
      </w:r>
      <w:r>
        <w:rPr>
          <w:b w:val="0"/>
          <w:i w:val="0"/>
          <w:smallCaps w:val="0"/>
          <w:strike w:val="0"/>
          <w:sz w:val="14"/>
          <w:u w:val="none"/>
        </w:rPr>
        <w:t xml:space="preserve"> what </w:t>
      </w:r>
      <w:r>
        <w:rPr>
          <w:b w:val="0"/>
          <w:i w:val="0"/>
          <w:smallCaps w:val="0"/>
          <w:strike w:val="0"/>
          <w:sz w:val="22"/>
          <w:u w:val="single"/>
        </w:rPr>
        <w:t>tech</w:t>
      </w:r>
      <w:r>
        <w:rPr>
          <w:b w:val="0"/>
          <w:i w:val="0"/>
          <w:smallCaps w:val="0"/>
          <w:strike w:val="0"/>
          <w:sz w:val="14"/>
          <w:u w:val="none"/>
        </w:rPr>
        <w:t xml:space="preserve">nology might bring to much more sobering realities that </w:t>
      </w:r>
      <w:r>
        <w:rPr>
          <w:b w:val="0"/>
          <w:i w:val="0"/>
          <w:smallCaps w:val="0"/>
          <w:strike w:val="0"/>
          <w:sz w:val="22"/>
          <w:u w:val="single"/>
        </w:rPr>
        <w:t>are</w:t>
      </w:r>
      <w:r>
        <w:rPr>
          <w:b w:val="0"/>
          <w:i w:val="0"/>
          <w:smallCaps w:val="0"/>
          <w:strike w:val="0"/>
          <w:sz w:val="14"/>
          <w:u w:val="none"/>
        </w:rPr>
        <w:t xml:space="preserve">, in some respects, </w:t>
      </w:r>
      <w:r>
        <w:rPr>
          <w:b/>
          <w:i w:val="0"/>
          <w:smallCaps w:val="0"/>
          <w:strike w:val="0"/>
          <w:sz w:val="22"/>
          <w:u w:val="single"/>
        </w:rPr>
        <w:t>already quite dystopian</w:t>
      </w:r>
      <w:r>
        <w:rPr>
          <w:b w:val="0"/>
          <w:i w:val="0"/>
          <w:smallCaps w:val="0"/>
          <w:strike w:val="0"/>
          <w:sz w:val="14"/>
          <w:u w:val="none"/>
        </w:rPr>
        <w:t xml:space="preserve">,” says Elsa Kania, an adjunct senior fellow at the Center for New American Security, a bipartisan non-profit that develops national security and </w:t>
      </w:r>
      <w:r>
        <w:rPr>
          <w:b w:val="0"/>
          <w:i w:val="0"/>
          <w:smallCaps w:val="0"/>
          <w:strike w:val="0"/>
          <w:sz w:val="14"/>
          <w:u w:val="none"/>
        </w:rPr>
        <w:t>defence</w:t>
      </w:r>
      <w:r>
        <w:rPr>
          <w:b w:val="0"/>
          <w:i w:val="0"/>
          <w:smallCaps w:val="0"/>
          <w:strike w:val="0"/>
          <w:sz w:val="14"/>
          <w:u w:val="none"/>
        </w:rPr>
        <w:t xml:space="preserve"> policies.</w:t>
      </w:r>
    </w:p>
    <w:p>
      <w:pPr>
        <w:spacing w:after="60"/>
      </w:pPr>
      <w:r>
        <w:rPr>
          <w:b w:val="0"/>
          <w:i w:val="0"/>
          <w:smallCaps w:val="0"/>
          <w:strike w:val="0"/>
          <w:sz w:val="14"/>
          <w:u w:val="none"/>
        </w:rPr>
        <w:t>In the past, surveillance required hundreds of thousands of people – one in every 100 citizens in East Germany was an informant – but now it can be done by technology. In the United States, the National Security Agency (NSA) collected hundreds of millions of American call and text records before they stopped domestic surveillance in 2019, and there are an estimated four to six million CCTV cameras across the United Kingdom. Eighteen of the 20 most surveilled cities in the world are in China, but London is the third. The difference between them lies less in the tech that the countries employ and more in how they use it.</w:t>
      </w:r>
    </w:p>
    <w:p>
      <w:pPr>
        <w:spacing w:after="60"/>
      </w:pPr>
      <w:r>
        <w:rPr>
          <w:b w:val="0"/>
          <w:i w:val="0"/>
          <w:smallCaps w:val="0"/>
          <w:strike w:val="0"/>
          <w:sz w:val="14"/>
          <w:u w:val="none"/>
        </w:rPr>
        <w:t xml:space="preserve">What if the definition of what is illegal in the US and the UK expanded to include </w:t>
      </w:r>
      <w:r>
        <w:rPr>
          <w:b w:val="0"/>
          <w:i w:val="0"/>
          <w:smallCaps w:val="0"/>
          <w:strike w:val="0"/>
          <w:sz w:val="14"/>
          <w:u w:val="none"/>
        </w:rPr>
        <w:t>criticising</w:t>
      </w:r>
      <w:r>
        <w:rPr>
          <w:b w:val="0"/>
          <w:i w:val="0"/>
          <w:smallCaps w:val="0"/>
          <w:strike w:val="0"/>
          <w:sz w:val="14"/>
          <w:u w:val="none"/>
        </w:rPr>
        <w:t xml:space="preserve"> the government or </w:t>
      </w:r>
      <w:r>
        <w:rPr>
          <w:b w:val="0"/>
          <w:i w:val="0"/>
          <w:smallCaps w:val="0"/>
          <w:strike w:val="0"/>
          <w:sz w:val="14"/>
          <w:u w:val="none"/>
        </w:rPr>
        <w:t>practising</w:t>
      </w:r>
      <w:r>
        <w:rPr>
          <w:b w:val="0"/>
          <w:i w:val="0"/>
          <w:smallCaps w:val="0"/>
          <w:strike w:val="0"/>
          <w:sz w:val="14"/>
          <w:u w:val="none"/>
        </w:rPr>
        <w:t xml:space="preserve"> certain religions? The infrastructure is already in place to enforce it, and AI – which the NSA has already begun experimenting with – would enable agencies to search through our data faster than ever before.</w:t>
      </w:r>
    </w:p>
    <w:p>
      <w:pPr>
        <w:spacing w:after="60"/>
      </w:pPr>
      <w:r>
        <w:rPr>
          <w:b w:val="0"/>
          <w:i w:val="0"/>
          <w:smallCaps w:val="0"/>
          <w:strike w:val="0"/>
          <w:sz w:val="14"/>
          <w:u w:val="none"/>
        </w:rPr>
        <w:t xml:space="preserve">In addition to enhancing surveillance, </w:t>
      </w:r>
      <w:r>
        <w:rPr>
          <w:b w:val="0"/>
          <w:i w:val="0"/>
          <w:smallCaps w:val="0"/>
          <w:strike w:val="0"/>
          <w:sz w:val="22"/>
          <w:highlight w:val="cyan"/>
          <w:u w:val="single"/>
        </w:rPr>
        <w:t>AI</w:t>
      </w:r>
      <w:r>
        <w:rPr>
          <w:b w:val="0"/>
          <w:i w:val="0"/>
          <w:smallCaps w:val="0"/>
          <w:strike w:val="0"/>
          <w:sz w:val="22"/>
          <w:u w:val="single"/>
        </w:rPr>
        <w:t xml:space="preserve"> also </w:t>
      </w:r>
      <w:r>
        <w:rPr>
          <w:b w:val="0"/>
          <w:i w:val="0"/>
          <w:smallCaps w:val="0"/>
          <w:strike w:val="0"/>
          <w:sz w:val="22"/>
          <w:highlight w:val="cyan"/>
          <w:u w:val="single"/>
        </w:rPr>
        <w:t>underpins</w:t>
      </w:r>
      <w:r>
        <w:rPr>
          <w:b w:val="0"/>
          <w:i w:val="0"/>
          <w:smallCaps w:val="0"/>
          <w:strike w:val="0"/>
          <w:sz w:val="22"/>
          <w:u w:val="single"/>
        </w:rPr>
        <w:t xml:space="preserve"> the </w:t>
      </w:r>
      <w:r>
        <w:rPr>
          <w:b w:val="0"/>
          <w:i w:val="0"/>
          <w:smallCaps w:val="0"/>
          <w:strike w:val="0"/>
          <w:sz w:val="22"/>
          <w:u w:val="single"/>
        </w:rPr>
        <w:t xml:space="preserve">growth of </w:t>
      </w:r>
      <w:r>
        <w:rPr>
          <w:b/>
          <w:i w:val="0"/>
          <w:smallCaps w:val="0"/>
          <w:strike w:val="0"/>
          <w:sz w:val="22"/>
          <w:highlight w:val="cyan"/>
          <w:u w:val="single"/>
        </w:rPr>
        <w:t>online misinfo</w:t>
      </w:r>
      <w:r>
        <w:rPr>
          <w:b/>
          <w:i w:val="0"/>
          <w:smallCaps w:val="0"/>
          <w:strike w:val="0"/>
          <w:sz w:val="22"/>
          <w:u w:val="single"/>
        </w:rPr>
        <w:t>rmation</w:t>
      </w:r>
      <w:r>
        <w:rPr>
          <w:b w:val="0"/>
          <w:i w:val="0"/>
          <w:smallCaps w:val="0"/>
          <w:strike w:val="0"/>
          <w:sz w:val="14"/>
          <w:u w:val="none"/>
        </w:rPr>
        <w:t xml:space="preserve">, which is another </w:t>
      </w:r>
      <w:r>
        <w:rPr>
          <w:b w:val="0"/>
          <w:i w:val="0"/>
          <w:smallCaps w:val="0"/>
          <w:strike w:val="0"/>
          <w:sz w:val="22"/>
          <w:u w:val="single"/>
        </w:rPr>
        <w:t xml:space="preserve">tool </w:t>
      </w:r>
      <w:r>
        <w:rPr>
          <w:b w:val="0"/>
          <w:i w:val="0"/>
          <w:smallCaps w:val="0"/>
          <w:strike w:val="0"/>
          <w:sz w:val="22"/>
          <w:u w:val="single"/>
        </w:rPr>
        <w:t xml:space="preserve">of the </w:t>
      </w:r>
      <w:r>
        <w:rPr>
          <w:b/>
          <w:i w:val="0"/>
          <w:smallCaps w:val="0"/>
          <w:strike w:val="0"/>
          <w:sz w:val="22"/>
          <w:u w:val="single"/>
        </w:rPr>
        <w:t>authoritarian</w:t>
      </w:r>
      <w:r>
        <w:rPr>
          <w:b w:val="0"/>
          <w:i w:val="0"/>
          <w:smallCaps w:val="0"/>
          <w:strike w:val="0"/>
          <w:sz w:val="14"/>
          <w:u w:val="none"/>
        </w:rPr>
        <w:t xml:space="preserve">. AI-powered </w:t>
      </w:r>
      <w:r>
        <w:rPr>
          <w:b/>
          <w:i w:val="0"/>
          <w:smallCaps w:val="0"/>
          <w:strike w:val="0"/>
          <w:sz w:val="22"/>
          <w:u w:val="single"/>
        </w:rPr>
        <w:t>deep fakes</w:t>
      </w:r>
      <w:r>
        <w:rPr>
          <w:b w:val="0"/>
          <w:i w:val="0"/>
          <w:smallCaps w:val="0"/>
          <w:strike w:val="0"/>
          <w:sz w:val="14"/>
          <w:u w:val="none"/>
        </w:rPr>
        <w:t xml:space="preserve">, which </w:t>
      </w:r>
      <w:r>
        <w:rPr>
          <w:b w:val="0"/>
          <w:i w:val="0"/>
          <w:smallCaps w:val="0"/>
          <w:strike w:val="0"/>
          <w:sz w:val="22"/>
          <w:u w:val="single"/>
        </w:rPr>
        <w:t xml:space="preserve">can </w:t>
      </w:r>
      <w:r>
        <w:rPr>
          <w:b w:val="0"/>
          <w:i w:val="0"/>
          <w:smallCaps w:val="0"/>
          <w:strike w:val="0"/>
          <w:sz w:val="22"/>
          <w:highlight w:val="cyan"/>
          <w:u w:val="single"/>
        </w:rPr>
        <w:t xml:space="preserve">spread </w:t>
      </w:r>
      <w:r>
        <w:rPr>
          <w:b/>
          <w:i w:val="0"/>
          <w:smallCaps w:val="0"/>
          <w:strike w:val="0"/>
          <w:sz w:val="22"/>
          <w:highlight w:val="cyan"/>
          <w:u w:val="single"/>
        </w:rPr>
        <w:t>fabricated</w:t>
      </w:r>
      <w:r>
        <w:rPr>
          <w:b/>
          <w:i w:val="0"/>
          <w:smallCaps w:val="0"/>
          <w:strike w:val="0"/>
          <w:sz w:val="22"/>
          <w:u w:val="single"/>
        </w:rPr>
        <w:t xml:space="preserve"> political </w:t>
      </w:r>
      <w:r>
        <w:rPr>
          <w:b/>
          <w:i w:val="0"/>
          <w:smallCaps w:val="0"/>
          <w:strike w:val="0"/>
          <w:sz w:val="22"/>
          <w:highlight w:val="cyan"/>
          <w:u w:val="single"/>
        </w:rPr>
        <w:t>messages</w:t>
      </w:r>
      <w:r>
        <w:rPr>
          <w:b w:val="0"/>
          <w:i w:val="0"/>
          <w:smallCaps w:val="0"/>
          <w:strike w:val="0"/>
          <w:sz w:val="14"/>
          <w:highlight w:val="cyan"/>
          <w:u w:val="none"/>
        </w:rPr>
        <w:t xml:space="preserve">, </w:t>
      </w:r>
      <w:r>
        <w:rPr>
          <w:b w:val="0"/>
          <w:i w:val="0"/>
          <w:smallCaps w:val="0"/>
          <w:strike w:val="0"/>
          <w:sz w:val="22"/>
          <w:highlight w:val="cyan"/>
          <w:u w:val="single"/>
        </w:rPr>
        <w:t>and algorithmic micro-targetin</w:t>
      </w:r>
      <w:r>
        <w:rPr>
          <w:b w:val="0"/>
          <w:i w:val="0"/>
          <w:smallCaps w:val="0"/>
          <w:strike w:val="0"/>
          <w:sz w:val="22"/>
          <w:u w:val="single"/>
        </w:rPr>
        <w:t xml:space="preserve">g on social media are </w:t>
      </w:r>
      <w:r>
        <w:rPr>
          <w:b w:val="0"/>
          <w:i w:val="0"/>
          <w:smallCaps w:val="0"/>
          <w:strike w:val="0"/>
          <w:sz w:val="22"/>
          <w:highlight w:val="cyan"/>
          <w:u w:val="single"/>
        </w:rPr>
        <w:t xml:space="preserve">making propaganda more </w:t>
      </w:r>
      <w:r>
        <w:rPr>
          <w:b/>
          <w:i w:val="0"/>
          <w:smallCaps w:val="0"/>
          <w:strike w:val="0"/>
          <w:sz w:val="22"/>
          <w:highlight w:val="cyan"/>
          <w:u w:val="single"/>
        </w:rPr>
        <w:t>persuasive</w:t>
      </w:r>
      <w:r>
        <w:rPr>
          <w:b w:val="0"/>
          <w:i w:val="0"/>
          <w:smallCaps w:val="0"/>
          <w:strike w:val="0"/>
          <w:sz w:val="22"/>
          <w:highlight w:val="cyan"/>
          <w:u w:val="single"/>
        </w:rPr>
        <w:t>. This undermines</w:t>
      </w:r>
      <w:r>
        <w:rPr>
          <w:b w:val="0"/>
          <w:i w:val="0"/>
          <w:smallCaps w:val="0"/>
          <w:strike w:val="0"/>
          <w:sz w:val="22"/>
          <w:u w:val="single"/>
        </w:rPr>
        <w:t xml:space="preserve"> our </w:t>
      </w:r>
      <w:r>
        <w:rPr>
          <w:b/>
          <w:i w:val="0"/>
          <w:smallCaps w:val="0"/>
          <w:strike w:val="0"/>
          <w:sz w:val="22"/>
          <w:u w:val="single"/>
        </w:rPr>
        <w:t xml:space="preserve">epistemic </w:t>
      </w:r>
      <w:r>
        <w:rPr>
          <w:b/>
          <w:i w:val="0"/>
          <w:smallCaps w:val="0"/>
          <w:strike w:val="0"/>
          <w:sz w:val="22"/>
          <w:highlight w:val="cyan"/>
          <w:u w:val="single"/>
        </w:rPr>
        <w:t>security</w:t>
      </w:r>
      <w:r>
        <w:rPr>
          <w:b w:val="0"/>
          <w:i w:val="0"/>
          <w:smallCaps w:val="0"/>
          <w:strike w:val="0"/>
          <w:sz w:val="14"/>
          <w:u w:val="none"/>
        </w:rPr>
        <w:t xml:space="preserve"> – the ability to determine what is true and act on it – </w:t>
      </w:r>
      <w:r>
        <w:rPr>
          <w:b w:val="0"/>
          <w:i w:val="0"/>
          <w:smallCaps w:val="0"/>
          <w:strike w:val="0"/>
          <w:sz w:val="22"/>
          <w:highlight w:val="cyan"/>
          <w:u w:val="single"/>
        </w:rPr>
        <w:t>that democracies depend on</w:t>
      </w:r>
      <w:r>
        <w:rPr>
          <w:b w:val="0"/>
          <w:i w:val="0"/>
          <w:smallCaps w:val="0"/>
          <w:strike w:val="0"/>
          <w:sz w:val="14"/>
          <w:highlight w:val="cyan"/>
          <w:u w:val="none"/>
        </w:rPr>
        <w:t>.</w:t>
      </w:r>
    </w:p>
    <w:p>
      <w:pPr>
        <w:spacing w:after="60"/>
      </w:pPr>
      <w:r>
        <w:rPr>
          <w:b w:val="0"/>
          <w:i w:val="0"/>
          <w:smallCaps w:val="0"/>
          <w:strike w:val="0"/>
          <w:sz w:val="14"/>
          <w:u w:val="none"/>
        </w:rPr>
        <w:t>“Over the last few years, we've seen the rise of filter bubbles and people getting shunted by various algorithms into believing various conspiracy theories, or even if they’re not conspiracy theories, into believing only parts of the truth,” says Belfield. “</w:t>
      </w:r>
      <w:r>
        <w:rPr>
          <w:b w:val="0"/>
          <w:i w:val="0"/>
          <w:smallCaps w:val="0"/>
          <w:strike w:val="0"/>
          <w:sz w:val="22"/>
          <w:u w:val="single"/>
        </w:rPr>
        <w:t xml:space="preserve">You can imagine things getting </w:t>
      </w:r>
      <w:r>
        <w:rPr>
          <w:b/>
          <w:i w:val="0"/>
          <w:smallCaps w:val="0"/>
          <w:strike w:val="0"/>
          <w:sz w:val="22"/>
          <w:u w:val="single"/>
        </w:rPr>
        <w:t>much worse</w:t>
      </w:r>
      <w:r>
        <w:rPr>
          <w:b w:val="0"/>
          <w:i w:val="0"/>
          <w:smallCaps w:val="0"/>
          <w:strike w:val="0"/>
          <w:sz w:val="14"/>
          <w:u w:val="none"/>
        </w:rPr>
        <w:t xml:space="preserve">, especially </w:t>
      </w:r>
      <w:r>
        <w:rPr>
          <w:b w:val="0"/>
          <w:i w:val="0"/>
          <w:smallCaps w:val="0"/>
          <w:strike w:val="0"/>
          <w:sz w:val="22"/>
          <w:u w:val="single"/>
        </w:rPr>
        <w:t>with deep fakes and things like that, until it's increasingly harder for us to</w:t>
      </w:r>
      <w:r>
        <w:rPr>
          <w:b w:val="0"/>
          <w:i w:val="0"/>
          <w:smallCaps w:val="0"/>
          <w:strike w:val="0"/>
          <w:sz w:val="14"/>
          <w:u w:val="none"/>
        </w:rPr>
        <w:t xml:space="preserve">, as a society, </w:t>
      </w:r>
      <w:r>
        <w:rPr>
          <w:b w:val="0"/>
          <w:i w:val="0"/>
          <w:smallCaps w:val="0"/>
          <w:strike w:val="0"/>
          <w:sz w:val="22"/>
          <w:u w:val="single"/>
        </w:rPr>
        <w:t>decide these are the facts of the matter</w:t>
      </w:r>
      <w:r>
        <w:rPr>
          <w:b w:val="0"/>
          <w:i w:val="0"/>
          <w:smallCaps w:val="0"/>
          <w:strike w:val="0"/>
          <w:sz w:val="14"/>
          <w:u w:val="none"/>
        </w:rPr>
        <w:t>, this is what we have to do about it, and then take collective action.”</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