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u w:val="none"/>
        </w:rPr>
        <w:t xml:space="preserve">Ukraine escalation creates </w:t>
      </w:r>
      <w:r>
        <w:rPr>
          <w:b/>
          <w:i w:val="0"/>
          <w:smallCaps w:val="0"/>
          <w:strike w:val="0"/>
          <w:color w:val="000000"/>
          <w:u w:val="single"/>
        </w:rPr>
        <w:t>refugee flows</w:t>
      </w:r>
      <w:r>
        <w:rPr>
          <w:b/>
          <w:i w:val="0"/>
          <w:smallCaps w:val="0"/>
          <w:strike w:val="0"/>
          <w:color w:val="000000"/>
          <w:u w:val="none"/>
        </w:rPr>
        <w:t>—causes Central Asia war</w:t>
      </w:r>
    </w:p>
    <w:p>
      <w:pPr>
        <w:spacing w:after="80"/>
      </w:pPr>
      <w:r>
        <w:rPr>
          <w:b/>
          <w:i w:val="0"/>
          <w:smallCaps w:val="0"/>
          <w:strike w:val="0"/>
          <w:sz w:val="22"/>
          <w:u w:val="none"/>
        </w:rPr>
        <w:t>Lizan 15</w:t>
      </w:r>
      <w:r>
        <w:rPr>
          <w:b w:val="0"/>
          <w:i w:val="0"/>
          <w:smallCaps w:val="0"/>
          <w:strike w:val="0"/>
          <w:color w:val="000000"/>
          <w:sz w:val="16"/>
          <w:u w:val="none"/>
        </w:rPr>
        <w:t>—</w:t>
      </w:r>
      <w:r>
        <w:rPr>
          <w:b w:val="0"/>
          <w:i w:val="0"/>
          <w:smallCaps w:val="0"/>
          <w:strike w:val="0"/>
          <w:color w:val="000000"/>
          <w:u w:val="none"/>
        </w:rPr>
        <w:t>(</w:t>
      </w:r>
      <w:r>
        <w:rPr>
          <w:b w:val="0"/>
          <w:i w:val="0"/>
          <w:smallCaps w:val="0"/>
          <w:strike w:val="0"/>
          <w:color w:val="000000"/>
          <w:u w:val="none"/>
        </w:rPr>
        <w:t xml:space="preserve">JD, National University Odesa Law Academy, article was originally published in </w:t>
      </w:r>
      <w:r>
        <w:rPr>
          <w:b w:val="0"/>
          <w:i w:val="0"/>
          <w:smallCaps w:val="0"/>
          <w:strike w:val="0"/>
          <w:color w:val="000000"/>
          <w:u w:val="none"/>
        </w:rPr>
        <w:t>Odnako</w:t>
      </w:r>
      <w:r>
        <w:rPr>
          <w:b w:val="0"/>
          <w:i w:val="0"/>
          <w:smallCaps w:val="0"/>
          <w:strike w:val="0"/>
          <w:color w:val="000000"/>
          <w:u w:val="none"/>
        </w:rPr>
        <w:t xml:space="preserve">, a Russian foreign policy magazine, URL is to a translation). Ivan Lizan. “Three Fronts </w:t>
      </w:r>
      <w:r>
        <w:rPr>
          <w:b w:val="0"/>
          <w:i w:val="0"/>
          <w:smallCaps w:val="0"/>
          <w:strike w:val="0"/>
          <w:color w:val="000000"/>
          <w:u w:val="none"/>
        </w:rPr>
        <w:t>For</w:t>
      </w:r>
      <w:r>
        <w:rPr>
          <w:b w:val="0"/>
          <w:i w:val="0"/>
          <w:smallCaps w:val="0"/>
          <w:strike w:val="0"/>
          <w:color w:val="000000"/>
          <w:u w:val="none"/>
        </w:rPr>
        <w:t xml:space="preserve"> Russia: How Washington Will Fan The Flames of Chaos In Central Asia.” Information Clearinghouse. February 23</w:t>
      </w:r>
      <w:r>
        <w:rPr>
          <w:b w:val="0"/>
          <w:i w:val="0"/>
          <w:smallCaps w:val="0"/>
          <w:strike w:val="0"/>
          <w:color w:val="000000"/>
          <w:u w:val="none"/>
        </w:rPr>
        <w:t>. .</w:t>
      </w:r>
    </w:p>
    <w:p>
      <w:pPr>
        <w:spacing w:after="60"/>
      </w:pPr>
      <w:r>
        <w:rPr>
          <w:b w:val="0"/>
          <w:i w:val="0"/>
          <w:smallCaps w:val="0"/>
          <w:strike w:val="0"/>
          <w:color w:val="000000"/>
          <w:highlight w:val="cyan"/>
          <w:u w:val="single"/>
        </w:rPr>
        <w:t>If</w:t>
      </w:r>
      <w:r>
        <w:rPr>
          <w:b w:val="0"/>
          <w:i w:val="0"/>
          <w:smallCaps w:val="0"/>
          <w:strike w:val="0"/>
          <w:color w:val="000000"/>
          <w:sz w:val="16"/>
          <w:u w:val="none"/>
        </w:rPr>
        <w:t xml:space="preserve"> </w:t>
      </w:r>
      <w:r>
        <w:rPr>
          <w:b w:val="0"/>
          <w:i w:val="0"/>
          <w:smallCaps w:val="0"/>
          <w:strike w:val="0"/>
          <w:color w:val="000000"/>
          <w:u w:val="single"/>
        </w:rPr>
        <w:t>the war in</w:t>
      </w:r>
      <w:r>
        <w:rPr>
          <w:b w:val="0"/>
          <w:i w:val="0"/>
          <w:smallCaps w:val="0"/>
          <w:strike w:val="0"/>
          <w:color w:val="000000"/>
          <w:sz w:val="16"/>
          <w:u w:val="none"/>
        </w:rPr>
        <w:t xml:space="preserve"> </w:t>
      </w:r>
      <w:r>
        <w:rPr>
          <w:b/>
          <w:i w:val="0"/>
          <w:smallCaps w:val="0"/>
          <w:strike w:val="0"/>
          <w:color w:val="000000"/>
          <w:highlight w:val="cyan"/>
          <w:u w:val="single"/>
        </w:rPr>
        <w:t>Ukraine</w:t>
      </w:r>
      <w:r>
        <w:rPr>
          <w:b w:val="0"/>
          <w:i w:val="0"/>
          <w:smallCaps w:val="0"/>
          <w:strike w:val="0"/>
          <w:color w:val="000000"/>
          <w:sz w:val="16"/>
          <w:highlight w:val="cyan"/>
          <w:u w:val="none"/>
        </w:rPr>
        <w:t xml:space="preserve"> </w:t>
      </w:r>
      <w:r>
        <w:rPr>
          <w:b w:val="0"/>
          <w:i w:val="0"/>
          <w:smallCaps w:val="0"/>
          <w:strike w:val="0"/>
          <w:color w:val="000000"/>
          <w:highlight w:val="cyan"/>
          <w:u w:val="single"/>
        </w:rPr>
        <w:t>leads to</w:t>
      </w:r>
      <w:r>
        <w:rPr>
          <w:b w:val="0"/>
          <w:i w:val="0"/>
          <w:smallCaps w:val="0"/>
          <w:strike w:val="0"/>
          <w:color w:val="000000"/>
          <w:sz w:val="16"/>
          <w:highlight w:val="cyan"/>
          <w:u w:val="none"/>
        </w:rPr>
        <w:t xml:space="preserve"> </w:t>
      </w:r>
      <w:r>
        <w:rPr>
          <w:b/>
          <w:i w:val="0"/>
          <w:smallCaps w:val="0"/>
          <w:strike w:val="0"/>
          <w:color w:val="000000"/>
          <w:highlight w:val="cyan"/>
          <w:u w:val="single"/>
        </w:rPr>
        <w:t>millions of refugees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tens of thousands of</w:t>
      </w:r>
      <w:r>
        <w:rPr>
          <w:b w:val="0"/>
          <w:i w:val="0"/>
          <w:smallCaps w:val="0"/>
          <w:strike w:val="0"/>
          <w:color w:val="000000"/>
          <w:sz w:val="16"/>
          <w:u w:val="none"/>
        </w:rPr>
        <w:t xml:space="preserve"> </w:t>
      </w:r>
      <w:r>
        <w:rPr>
          <w:b/>
          <w:i w:val="0"/>
          <w:smallCaps w:val="0"/>
          <w:strike w:val="0"/>
          <w:color w:val="000000"/>
          <w:highlight w:val="cyan"/>
          <w:u w:val="single"/>
        </w:rPr>
        <w:t>deaths</w:t>
      </w:r>
      <w:r>
        <w:rPr>
          <w:b w:val="0"/>
          <w:i w:val="0"/>
          <w:smallCaps w:val="0"/>
          <w:strike w:val="0"/>
          <w:color w:val="000000"/>
          <w:highlight w:val="cyan"/>
          <w:u w:val="single"/>
        </w:rPr>
        <w:t>,</w:t>
      </w:r>
      <w:r>
        <w:rPr>
          <w:b w:val="0"/>
          <w:i w:val="0"/>
          <w:smallCaps w:val="0"/>
          <w:strike w:val="0"/>
          <w:color w:val="000000"/>
          <w:u w:val="single"/>
        </w:rPr>
        <w:t xml:space="preserve"> and</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highlight w:val="cyan"/>
          <w:u w:val="single"/>
        </w:rPr>
        <w:t>destruction of cities</w:t>
      </w:r>
      <w:r>
        <w:rPr>
          <w:b w:val="0"/>
          <w:i w:val="0"/>
          <w:smallCaps w:val="0"/>
          <w:strike w:val="0"/>
          <w:color w:val="000000"/>
          <w:u w:val="single"/>
        </w:rPr>
        <w:t>, defrosting the</w:t>
      </w:r>
      <w:r>
        <w:rPr>
          <w:b w:val="0"/>
          <w:i w:val="0"/>
          <w:smallCaps w:val="0"/>
          <w:strike w:val="0"/>
          <w:color w:val="000000"/>
          <w:sz w:val="16"/>
          <w:u w:val="none"/>
        </w:rPr>
        <w:t xml:space="preserve"> </w:t>
      </w:r>
      <w:r>
        <w:rPr>
          <w:b/>
          <w:i w:val="0"/>
          <w:smallCaps w:val="0"/>
          <w:strike w:val="0"/>
          <w:color w:val="000000"/>
          <w:highlight w:val="cyan"/>
          <w:u w:val="single"/>
        </w:rPr>
        <w:t>Karabakh conflict</w:t>
      </w:r>
      <w:r>
        <w:rPr>
          <w:b w:val="0"/>
          <w:i w:val="0"/>
          <w:smallCaps w:val="0"/>
          <w:strike w:val="0"/>
          <w:color w:val="000000"/>
          <w:sz w:val="16"/>
          <w:highlight w:val="cyan"/>
          <w:u w:val="none"/>
        </w:rPr>
        <w:t xml:space="preserve"> </w:t>
      </w:r>
      <w:r>
        <w:rPr>
          <w:b w:val="0"/>
          <w:i w:val="0"/>
          <w:smallCaps w:val="0"/>
          <w:strike w:val="0"/>
          <w:color w:val="000000"/>
          <w:highlight w:val="cyan"/>
          <w:u w:val="single"/>
        </w:rPr>
        <w:t>will</w:t>
      </w:r>
      <w:r>
        <w:rPr>
          <w:b w:val="0"/>
          <w:i w:val="0"/>
          <w:smallCaps w:val="0"/>
          <w:strike w:val="0"/>
          <w:color w:val="000000"/>
          <w:sz w:val="16"/>
          <w:u w:val="none"/>
        </w:rPr>
        <w:t xml:space="preserve"> </w:t>
      </w:r>
      <w:r>
        <w:rPr>
          <w:b/>
          <w:i w:val="0"/>
          <w:smallCaps w:val="0"/>
          <w:strike w:val="0"/>
          <w:color w:val="000000"/>
          <w:u w:val="single"/>
        </w:rPr>
        <w:t>completely</w:t>
      </w:r>
      <w:r>
        <w:rPr>
          <w:b w:val="0"/>
          <w:i w:val="0"/>
          <w:smallCaps w:val="0"/>
          <w:strike w:val="0"/>
          <w:color w:val="000000"/>
          <w:sz w:val="16"/>
          <w:u w:val="none"/>
        </w:rPr>
        <w:t xml:space="preserve"> </w:t>
      </w:r>
      <w:r>
        <w:rPr>
          <w:b/>
          <w:i w:val="0"/>
          <w:smallCaps w:val="0"/>
          <w:strike w:val="0"/>
          <w:color w:val="000000"/>
          <w:highlight w:val="cyan"/>
          <w:u w:val="single"/>
        </w:rPr>
        <w:t>undermine</w:t>
      </w:r>
      <w:r>
        <w:rPr>
          <w:b w:val="0"/>
          <w:i w:val="0"/>
          <w:smallCaps w:val="0"/>
          <w:strike w:val="0"/>
          <w:color w:val="000000"/>
          <w:sz w:val="16"/>
          <w:highlight w:val="cyan"/>
          <w:u w:val="none"/>
        </w:rPr>
        <w:t xml:space="preserve"> </w:t>
      </w:r>
      <w:r>
        <w:rPr>
          <w:b w:val="0"/>
          <w:i w:val="0"/>
          <w:smallCaps w:val="0"/>
          <w:strike w:val="0"/>
          <w:color w:val="000000"/>
          <w:highlight w:val="cyan"/>
          <w:u w:val="single"/>
        </w:rPr>
        <w:t>Russia’s</w:t>
      </w:r>
      <w:r>
        <w:rPr>
          <w:b w:val="0"/>
          <w:i w:val="0"/>
          <w:smallCaps w:val="0"/>
          <w:strike w:val="0"/>
          <w:color w:val="000000"/>
          <w:sz w:val="16"/>
          <w:u w:val="none"/>
        </w:rPr>
        <w:t xml:space="preserve"> </w:t>
      </w:r>
      <w:r>
        <w:rPr>
          <w:b/>
          <w:i w:val="0"/>
          <w:smallCaps w:val="0"/>
          <w:strike w:val="0"/>
          <w:color w:val="000000"/>
          <w:u w:val="single"/>
        </w:rPr>
        <w:t>entire</w:t>
      </w:r>
      <w:r>
        <w:rPr>
          <w:b w:val="0"/>
          <w:i w:val="0"/>
          <w:smallCaps w:val="0"/>
          <w:strike w:val="0"/>
          <w:color w:val="000000"/>
          <w:sz w:val="16"/>
          <w:u w:val="none"/>
        </w:rPr>
        <w:t xml:space="preserve"> </w:t>
      </w:r>
      <w:r>
        <w:rPr>
          <w:b/>
          <w:i w:val="0"/>
          <w:smallCaps w:val="0"/>
          <w:strike w:val="0"/>
          <w:color w:val="000000"/>
          <w:highlight w:val="cyan"/>
          <w:u w:val="single"/>
        </w:rPr>
        <w:t>fo</w:t>
      </w:r>
      <w:r>
        <w:rPr>
          <w:b w:val="0"/>
          <w:i w:val="0"/>
          <w:smallCaps w:val="0"/>
          <w:strike w:val="0"/>
          <w:color w:val="000000"/>
          <w:u w:val="single"/>
        </w:rPr>
        <w:t>reign</w:t>
      </w:r>
      <w:r>
        <w:rPr>
          <w:b w:val="0"/>
          <w:i w:val="0"/>
          <w:smallCaps w:val="0"/>
          <w:strike w:val="0"/>
          <w:color w:val="000000"/>
          <w:sz w:val="16"/>
          <w:u w:val="none"/>
        </w:rPr>
        <w:t xml:space="preserve"> </w:t>
      </w:r>
      <w:r>
        <w:rPr>
          <w:b/>
          <w:i w:val="0"/>
          <w:smallCaps w:val="0"/>
          <w:strike w:val="0"/>
          <w:color w:val="000000"/>
          <w:highlight w:val="cyan"/>
          <w:u w:val="single"/>
        </w:rPr>
        <w:t>po</w:t>
      </w:r>
      <w:r>
        <w:rPr>
          <w:b w:val="0"/>
          <w:i w:val="0"/>
          <w:smallCaps w:val="0"/>
          <w:strike w:val="0"/>
          <w:color w:val="000000"/>
          <w:u w:val="single"/>
        </w:rPr>
        <w:t>licy</w:t>
      </w:r>
      <w:r>
        <w:rPr>
          <w:b w:val="0"/>
          <w:i w:val="0"/>
          <w:smallCaps w:val="0"/>
          <w:strike w:val="0"/>
          <w:color w:val="000000"/>
          <w:sz w:val="16"/>
          <w:u w:val="none"/>
        </w:rPr>
        <w:t xml:space="preserve"> </w:t>
      </w:r>
      <w:r>
        <w:rPr>
          <w:b w:val="0"/>
          <w:i w:val="0"/>
          <w:smallCaps w:val="0"/>
          <w:strike w:val="0"/>
          <w:color w:val="000000"/>
          <w:highlight w:val="cyan"/>
          <w:u w:val="single"/>
        </w:rPr>
        <w:t>in the Caucasus.</w:t>
      </w:r>
      <w:r>
        <w:rPr>
          <w:b w:val="0"/>
          <w:i w:val="0"/>
          <w:smallCaps w:val="0"/>
          <w:strike w:val="0"/>
          <w:color w:val="000000"/>
          <w:sz w:val="16"/>
          <w:u w:val="none"/>
        </w:rPr>
        <w:t xml:space="preserve"> Every city in </w:t>
      </w:r>
      <w:r>
        <w:rPr>
          <w:b/>
          <w:i w:val="0"/>
          <w:smallCaps w:val="0"/>
          <w:strike w:val="0"/>
          <w:color w:val="000000"/>
          <w:highlight w:val="cyan"/>
          <w:u w:val="single"/>
        </w:rPr>
        <w:t>Central Asia</w:t>
      </w:r>
      <w:r>
        <w:rPr>
          <w:b w:val="0"/>
          <w:i w:val="0"/>
          <w:smallCaps w:val="0"/>
          <w:strike w:val="0"/>
          <w:color w:val="000000"/>
          <w:sz w:val="16"/>
          <w:highlight w:val="cyan"/>
          <w:u w:val="none"/>
        </w:rPr>
        <w:t xml:space="preserve"> </w:t>
      </w:r>
      <w:r>
        <w:rPr>
          <w:b w:val="0"/>
          <w:i w:val="0"/>
          <w:smallCaps w:val="0"/>
          <w:strike w:val="0"/>
          <w:color w:val="000000"/>
          <w:highlight w:val="cyan"/>
          <w:u w:val="single"/>
        </w:rPr>
        <w:t>is</w:t>
      </w:r>
      <w:r>
        <w:rPr>
          <w:b w:val="0"/>
          <w:i w:val="0"/>
          <w:smallCaps w:val="0"/>
          <w:strike w:val="0"/>
          <w:color w:val="000000"/>
          <w:sz w:val="16"/>
          <w:u w:val="none"/>
        </w:rPr>
        <w:t xml:space="preserve"> under threat of explosions and attacks. </w:t>
      </w:r>
      <w:r>
        <w:rPr>
          <w:b w:val="0"/>
          <w:i w:val="0"/>
          <w:smallCaps w:val="0"/>
          <w:strike w:val="0"/>
          <w:color w:val="000000"/>
          <w:highlight w:val="cyan"/>
          <w:u w:val="single"/>
        </w:rPr>
        <w:t>So far</w:t>
      </w:r>
      <w:r>
        <w:rPr>
          <w:b w:val="0"/>
          <w:i w:val="0"/>
          <w:smallCaps w:val="0"/>
          <w:strike w:val="0"/>
          <w:color w:val="000000"/>
          <w:sz w:val="16"/>
          <w:u w:val="none"/>
        </w:rPr>
        <w:t xml:space="preserve"> this </w:t>
      </w:r>
      <w:r>
        <w:rPr>
          <w:b w:val="0"/>
          <w:i w:val="0"/>
          <w:smallCaps w:val="0"/>
          <w:strike w:val="0"/>
          <w:color w:val="000000"/>
          <w:highlight w:val="cyan"/>
          <w:u w:val="single"/>
        </w:rPr>
        <w:t>“</w:t>
      </w:r>
      <w:r>
        <w:rPr>
          <w:b/>
          <w:i w:val="0"/>
          <w:smallCaps w:val="0"/>
          <w:strike w:val="0"/>
          <w:color w:val="000000"/>
          <w:highlight w:val="cyan"/>
          <w:u w:val="single"/>
        </w:rPr>
        <w:t>up-and-coming</w:t>
      </w:r>
      <w:r>
        <w:rPr>
          <w:b w:val="0"/>
          <w:i w:val="0"/>
          <w:smallCaps w:val="0"/>
          <w:strike w:val="0"/>
          <w:color w:val="000000"/>
          <w:sz w:val="16"/>
          <w:u w:val="none"/>
        </w:rPr>
        <w:t xml:space="preserve"> </w:t>
      </w:r>
      <w:r>
        <w:rPr>
          <w:b/>
          <w:i w:val="0"/>
          <w:smallCaps w:val="0"/>
          <w:strike w:val="0"/>
          <w:color w:val="000000"/>
          <w:u w:val="single"/>
        </w:rPr>
        <w:t>front</w:t>
      </w:r>
      <w:r>
        <w:rPr>
          <w:b w:val="0"/>
          <w:i w:val="0"/>
          <w:smallCaps w:val="0"/>
          <w:strike w:val="0"/>
          <w:color w:val="000000"/>
          <w:u w:val="single"/>
        </w:rPr>
        <w:t>”</w:t>
      </w:r>
      <w:r>
        <w:rPr>
          <w:b w:val="0"/>
          <w:i w:val="0"/>
          <w:smallCaps w:val="0"/>
          <w:strike w:val="0"/>
          <w:color w:val="000000"/>
          <w:sz w:val="16"/>
          <w:u w:val="none"/>
        </w:rPr>
        <w:t xml:space="preserve"> has attracted the least media coverage – Novorossiya dominates on national television channels, in newspapers, and on websites –, </w:t>
      </w:r>
      <w:r>
        <w:rPr>
          <w:b w:val="0"/>
          <w:i w:val="0"/>
          <w:smallCaps w:val="0"/>
          <w:strike w:val="0"/>
          <w:color w:val="000000"/>
          <w:highlight w:val="cyan"/>
          <w:u w:val="single"/>
        </w:rPr>
        <w:t>but</w:t>
      </w:r>
      <w:r>
        <w:rPr>
          <w:b w:val="0"/>
          <w:i w:val="0"/>
          <w:smallCaps w:val="0"/>
          <w:strike w:val="0"/>
          <w:color w:val="000000"/>
          <w:u w:val="single"/>
        </w:rPr>
        <w:t xml:space="preserve"> </w:t>
      </w:r>
      <w:r>
        <w:rPr>
          <w:b w:val="0"/>
          <w:i w:val="0"/>
          <w:smallCaps w:val="0"/>
          <w:strike w:val="0"/>
          <w:color w:val="000000"/>
          <w:highlight w:val="cyan"/>
          <w:u w:val="single"/>
        </w:rPr>
        <w:t>this</w:t>
      </w:r>
      <w:r>
        <w:rPr>
          <w:b w:val="0"/>
          <w:i w:val="0"/>
          <w:smallCaps w:val="0"/>
          <w:strike w:val="0"/>
          <w:color w:val="000000"/>
          <w:sz w:val="16"/>
          <w:highlight w:val="cyan"/>
          <w:u w:val="none"/>
        </w:rPr>
        <w:t xml:space="preserve"> </w:t>
      </w:r>
      <w:r>
        <w:rPr>
          <w:b/>
          <w:i w:val="0"/>
          <w:smallCaps w:val="0"/>
          <w:strike w:val="0"/>
          <w:color w:val="000000"/>
          <w:highlight w:val="cyan"/>
          <w:u w:val="single"/>
        </w:rPr>
        <w:t>theater</w:t>
      </w:r>
      <w:r>
        <w:rPr>
          <w:b w:val="0"/>
          <w:i w:val="0"/>
          <w:smallCaps w:val="0"/>
          <w:strike w:val="0"/>
          <w:color w:val="000000"/>
          <w:sz w:val="16"/>
          <w:u w:val="none"/>
        </w:rPr>
        <w:t xml:space="preserve"> </w:t>
      </w:r>
      <w:r>
        <w:rPr>
          <w:b/>
          <w:i w:val="0"/>
          <w:smallCaps w:val="0"/>
          <w:strike w:val="0"/>
          <w:color w:val="000000"/>
          <w:u w:val="single"/>
        </w:rPr>
        <w:t>of war</w:t>
      </w:r>
      <w:r>
        <w:rPr>
          <w:b w:val="0"/>
          <w:i w:val="0"/>
          <w:smallCaps w:val="0"/>
          <w:strike w:val="0"/>
          <w:color w:val="000000"/>
          <w:sz w:val="16"/>
          <w:u w:val="none"/>
        </w:rPr>
        <w:t xml:space="preserve"> </w:t>
      </w:r>
      <w:r>
        <w:rPr>
          <w:b w:val="0"/>
          <w:i w:val="0"/>
          <w:smallCaps w:val="0"/>
          <w:strike w:val="0"/>
          <w:color w:val="000000"/>
          <w:highlight w:val="cyan"/>
          <w:u w:val="single"/>
        </w:rPr>
        <w:t>could be</w:t>
      </w:r>
      <w:r>
        <w:rPr>
          <w:b w:val="0"/>
          <w:i w:val="0"/>
          <w:smallCaps w:val="0"/>
          <w:strike w:val="0"/>
          <w:color w:val="000000"/>
          <w:sz w:val="16"/>
          <w:u w:val="none"/>
        </w:rPr>
        <w:t xml:space="preserve">come </w:t>
      </w:r>
      <w:r>
        <w:rPr>
          <w:b/>
          <w:i w:val="0"/>
          <w:smallCaps w:val="0"/>
          <w:strike w:val="0"/>
          <w:color w:val="000000"/>
          <w:highlight w:val="cyan"/>
          <w:u w:val="single"/>
        </w:rPr>
        <w:t>one of the most complex</w:t>
      </w:r>
      <w:r>
        <w:rPr>
          <w:b w:val="0"/>
          <w:i w:val="0"/>
          <w:smallCaps w:val="0"/>
          <w:strike w:val="0"/>
          <w:color w:val="000000"/>
          <w:sz w:val="16"/>
          <w:highlight w:val="cyan"/>
          <w:u w:val="none"/>
        </w:rPr>
        <w:t xml:space="preserve"> </w:t>
      </w:r>
      <w:r>
        <w:rPr>
          <w:b w:val="0"/>
          <w:i w:val="0"/>
          <w:smallCaps w:val="0"/>
          <w:strike w:val="0"/>
          <w:color w:val="000000"/>
          <w:highlight w:val="cyan"/>
          <w:u w:val="single"/>
        </w:rPr>
        <w:t>after</w:t>
      </w:r>
      <w:r>
        <w:rPr>
          <w:b w:val="0"/>
          <w:i w:val="0"/>
          <w:smallCaps w:val="0"/>
          <w:strike w:val="0"/>
          <w:color w:val="000000"/>
          <w:sz w:val="16"/>
          <w:u w:val="none"/>
        </w:rPr>
        <w:t xml:space="preserve"> </w:t>
      </w:r>
      <w:r>
        <w:rPr>
          <w:b w:val="0"/>
          <w:i w:val="0"/>
          <w:smallCaps w:val="0"/>
          <w:strike w:val="0"/>
          <w:color w:val="000000"/>
          <w:u w:val="single"/>
        </w:rPr>
        <w:t>the conflict in the</w:t>
      </w:r>
      <w:r>
        <w:rPr>
          <w:b w:val="0"/>
          <w:i w:val="0"/>
          <w:smallCaps w:val="0"/>
          <w:strike w:val="0"/>
          <w:color w:val="000000"/>
          <w:sz w:val="16"/>
          <w:u w:val="none"/>
        </w:rPr>
        <w:t xml:space="preserve"> </w:t>
      </w:r>
      <w:r>
        <w:rPr>
          <w:b/>
          <w:i w:val="0"/>
          <w:smallCaps w:val="0"/>
          <w:strike w:val="0"/>
          <w:color w:val="000000"/>
          <w:highlight w:val="cyan"/>
          <w:u w:val="single"/>
        </w:rPr>
        <w:t>Ukraine</w:t>
      </w:r>
      <w:r>
        <w:rPr>
          <w:b w:val="0"/>
          <w:i w:val="0"/>
          <w:smallCaps w:val="0"/>
          <w:strike w:val="0"/>
          <w:color w:val="000000"/>
          <w:u w:val="single"/>
        </w:rPr>
        <w:t>.</w:t>
      </w:r>
      <w:r>
        <w:rPr>
          <w:b w:val="0"/>
          <w:i w:val="0"/>
          <w:smallCaps w:val="0"/>
          <w:strike w:val="0"/>
          <w:color w:val="000000"/>
          <w:sz w:val="16"/>
          <w:u w:val="none"/>
        </w:rPr>
        <w:t xml:space="preserve"> A subsidiary of the Caliphate under Russia’s belly </w:t>
      </w:r>
      <w:r>
        <w:rPr>
          <w:b w:val="0"/>
          <w:i w:val="0"/>
          <w:smallCaps w:val="0"/>
          <w:strike w:val="0"/>
          <w:color w:val="000000"/>
          <w:sz w:val="16"/>
          <w:u w:val="none"/>
        </w:rPr>
        <w:t>The</w:t>
      </w:r>
      <w:r>
        <w:rPr>
          <w:b w:val="0"/>
          <w:i w:val="0"/>
          <w:smallCaps w:val="0"/>
          <w:strike w:val="0"/>
          <w:color w:val="000000"/>
          <w:sz w:val="16"/>
          <w:u w:val="none"/>
        </w:rPr>
        <w:t xml:space="preserve"> indisputable trend in Afghanistan – and the key source of instability in the region – is to an alliance between the Taliban and the Islamic State. Even so, the formation of their union is in its early days, references to it are scarce and fragmentary, and the true scale of the activities of the IS emissaries is unclear, like an iceberg whose tip barely shows above the surface of the water. But it has been established that IS agitators are active in Pakistan and in Afghanistan’s southern provinces, which are controlled by the Taliban. But, in this case, the first victim of chaos in Afghanistan is Pakistan, which at the insistence of, and with help from, the United States nurtured the Taliban in the 1980s. That project has taken on a life of its own and is a recurring nightmare for Islamabad, which has decided to establish a friendlier relationship China and Russia. This trend can be seen in the Taliban’s attacks on Pakistani schools, whose teachers now have the right to carry guns, regular arrests of terrorists in the major cities, and the start of activities in support of </w:t>
      </w:r>
      <w:r>
        <w:rPr>
          <w:b w:val="0"/>
          <w:i w:val="0"/>
          <w:smallCaps w:val="0"/>
          <w:strike w:val="0"/>
          <w:color w:val="000000"/>
          <w:sz w:val="16"/>
          <w:u w:val="none"/>
        </w:rPr>
        <w:t>tribes</w:t>
      </w:r>
      <w:r>
        <w:rPr>
          <w:b w:val="0"/>
          <w:i w:val="0"/>
          <w:smallCaps w:val="0"/>
          <w:strike w:val="0"/>
          <w:color w:val="000000"/>
          <w:sz w:val="16"/>
          <w:u w:val="none"/>
        </w:rPr>
        <w:t xml:space="preserve"> hostile to the Taliban in the north. The latest legislative development in Pakistan is a constitutional amendment to expand military court jurisdiction [over civilians]. Throughout the country, terrorists, Islamists and their sympathizers are being detained. In the northwest alone, more than 8,000 arrests have been made, including members of the clergy. Religious organizations have been banned and IS emissaries are being caught. Since the Americans do not like putting all their eggs in one basket, they will provide support to the government in Kabul, which will allow them to remain in the country legitimately, and at the same time to the Taliban, which is transforming itself into IS. The outcome will be a state of chaos in which the Americans will not formally take part; instead, they will sit back on their military bases, waiting to see who wins. And then Washington will </w:t>
      </w:r>
      <w:r>
        <w:rPr>
          <w:b w:val="0"/>
          <w:i w:val="0"/>
          <w:smallCaps w:val="0"/>
          <w:strike w:val="0"/>
          <w:color w:val="000000"/>
          <w:sz w:val="16"/>
          <w:u w:val="none"/>
        </w:rPr>
        <w:t>provide assistance to</w:t>
      </w:r>
      <w:r>
        <w:rPr>
          <w:b w:val="0"/>
          <w:i w:val="0"/>
          <w:smallCaps w:val="0"/>
          <w:strike w:val="0"/>
          <w:color w:val="000000"/>
          <w:sz w:val="16"/>
          <w:u w:val="none"/>
        </w:rPr>
        <w:t xml:space="preserve"> the victor. Note that its security services have been supporting the Taliban for a long time and quite effectively: some of the official security forces and police in Afghanistan are former Taliban and Mujahideen. Method of destruction </w:t>
      </w:r>
      <w:r>
        <w:rPr>
          <w:b w:val="0"/>
          <w:i w:val="0"/>
          <w:smallCaps w:val="0"/>
          <w:strike w:val="0"/>
          <w:color w:val="000000"/>
          <w:sz w:val="16"/>
          <w:u w:val="none"/>
        </w:rPr>
        <w:t>The</w:t>
      </w:r>
      <w:r>
        <w:rPr>
          <w:b w:val="0"/>
          <w:i w:val="0"/>
          <w:smallCaps w:val="0"/>
          <w:strike w:val="0"/>
          <w:color w:val="000000"/>
          <w:sz w:val="16"/>
          <w:u w:val="none"/>
        </w:rPr>
        <w:t xml:space="preserve"> first way to destabilize Central Asia is to create problems on the borders, along with the threat that Mujahideen will penetrate the region. The testing of the </w:t>
      </w:r>
      <w:r>
        <w:rPr>
          <w:b w:val="0"/>
          <w:i w:val="0"/>
          <w:smallCaps w:val="0"/>
          <w:strike w:val="0"/>
          <w:color w:val="000000"/>
          <w:sz w:val="16"/>
          <w:u w:val="none"/>
        </w:rPr>
        <w:t>neighbours</w:t>
      </w:r>
      <w:r>
        <w:rPr>
          <w:b w:val="0"/>
          <w:i w:val="0"/>
          <w:smallCaps w:val="0"/>
          <w:strike w:val="0"/>
          <w:color w:val="000000"/>
          <w:sz w:val="16"/>
          <w:u w:val="none"/>
        </w:rPr>
        <w:t xml:space="preserve"> has already started; problems have arisen in Turkmenistan, which has even had to ask Kabul to hold large-scale military operations in the border provinces. Tajikistan has forced the Taliban to negotiate the release of the border guards it abducted, and the Tajik border service reports that there is a large group of Mujahideen on its borders. In general, all the countries bordering Afghanistan have stepped up their border security. The second way is to send Islamists behind the lines. The process has already begun: the number of extremists in Tajikistan alone grew three-fold last year; however, even though they are being caught, it obviously will not be feasible to catch all of them. Furthermore, the situation is aggravated by the return of migrant workers from Russia, which will expand the recruiting base. If the stream of remittances from Russia dries up, the outcome may be popular discontent and managed riots. Kyrgyz expert Kadir Malikov reports that $70 million has been allocated to the IS military group </w:t>
      </w:r>
      <w:r>
        <w:rPr>
          <w:b w:val="0"/>
          <w:i w:val="0"/>
          <w:smallCaps w:val="0"/>
          <w:strike w:val="0"/>
          <w:color w:val="000000"/>
          <w:sz w:val="16"/>
          <w:u w:val="none"/>
        </w:rPr>
        <w:t>Maverenahr</w:t>
      </w:r>
      <w:r>
        <w:rPr>
          <w:b w:val="0"/>
          <w:i w:val="0"/>
          <w:smallCaps w:val="0"/>
          <w:strike w:val="0"/>
          <w:color w:val="000000"/>
          <w:sz w:val="16"/>
          <w:u w:val="none"/>
        </w:rPr>
        <w:t xml:space="preserve">, which includes representatives of all the Central Asian republics, to carry out acts of terrorism in the region. Special emphasis is placed on the Fergana Valley as the heart of Central Asia. Another point of vulnerability is Kyrgyzstan’s parliamentary elections, scheduled for this fall. The initiation of a new set of color revolutions will lead to chaos and the disintegration of countries. Self-supporting wars Waging war is expensive, so the destabilization of the region must be self-supporting or at least profitable for the U.S. military-industrial complex. And in this area Washington has had some success: it has given Uzbekistan 328 armored vehicles that Kiev had requested for its war with Novorossiya. At first glance, the deal isn’t profitable because the machines were a gift, but in </w:t>
      </w:r>
      <w:r>
        <w:rPr>
          <w:b w:val="0"/>
          <w:i w:val="0"/>
          <w:smallCaps w:val="0"/>
          <w:strike w:val="0"/>
          <w:color w:val="000000"/>
          <w:sz w:val="16"/>
          <w:u w:val="none"/>
        </w:rPr>
        <w:t>reality</w:t>
      </w:r>
      <w:r>
        <w:rPr>
          <w:b w:val="0"/>
          <w:i w:val="0"/>
          <w:smallCaps w:val="0"/>
          <w:strike w:val="0"/>
          <w:color w:val="000000"/>
          <w:sz w:val="16"/>
          <w:u w:val="none"/>
        </w:rPr>
        <w:t xml:space="preserve"> Uzbekistan will be tied to U.S. spare parts and ammunition. Washington made a similar decision on the transfer of equipment and weapons to Islamabad. But the United States has not been successful in its attempts to impose its weapons systems on India: the Indians have not signed any contracts, and Obama was shown Russian military hardware when he attended a military parade. </w:t>
      </w:r>
      <w:r>
        <w:rPr>
          <w:b w:val="0"/>
          <w:i w:val="0"/>
          <w:smallCaps w:val="0"/>
          <w:strike w:val="0"/>
          <w:color w:val="000000"/>
          <w:sz w:val="16"/>
          <w:u w:val="none"/>
        </w:rPr>
        <w:t>Thus</w:t>
      </w:r>
      <w:r>
        <w:rPr>
          <w:b w:val="0"/>
          <w:i w:val="0"/>
          <w:smallCaps w:val="0"/>
          <w:strike w:val="0"/>
          <w:color w:val="000000"/>
          <w:sz w:val="16"/>
          <w:u w:val="none"/>
        </w:rPr>
        <w:t xml:space="preserve"> the United States is drawing the countries in the region into war with its own protégés – the Taliban and Islamic State – and at the same time is supplying its enemies with weapons. *** </w:t>
      </w:r>
      <w:r>
        <w:rPr>
          <w:b w:val="0"/>
          <w:i w:val="0"/>
          <w:smallCaps w:val="0"/>
          <w:strike w:val="0"/>
          <w:color w:val="000000"/>
          <w:sz w:val="16"/>
          <w:u w:val="none"/>
        </w:rPr>
        <w:t>So</w:t>
      </w:r>
      <w:r>
        <w:rPr>
          <w:b w:val="0"/>
          <w:i w:val="0"/>
          <w:smallCaps w:val="0"/>
          <w:strike w:val="0"/>
          <w:color w:val="000000"/>
          <w:sz w:val="16"/>
          <w:u w:val="none"/>
        </w:rPr>
        <w:t xml:space="preserve"> 2015 will be marked by preparations for </w:t>
      </w:r>
      <w:r>
        <w:rPr>
          <w:b/>
          <w:i w:val="0"/>
          <w:smallCaps w:val="0"/>
          <w:strike w:val="0"/>
          <w:color w:val="000000"/>
          <w:highlight w:val="cyan"/>
          <w:u w:val="single"/>
        </w:rPr>
        <w:t>widespread destabilization</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i w:val="0"/>
          <w:smallCaps w:val="0"/>
          <w:strike w:val="0"/>
          <w:color w:val="000000"/>
          <w:u w:val="single"/>
        </w:rPr>
        <w:t>Central Asia</w:t>
      </w:r>
      <w:r>
        <w:rPr>
          <w:b w:val="0"/>
          <w:i w:val="0"/>
          <w:smallCaps w:val="0"/>
          <w:strike w:val="0"/>
          <w:color w:val="000000"/>
          <w:sz w:val="16"/>
          <w:u w:val="none"/>
        </w:rPr>
        <w:t xml:space="preserve"> and the transformation of </w:t>
      </w:r>
      <w:r>
        <w:rPr>
          <w:b w:val="0"/>
          <w:i w:val="0"/>
          <w:smallCaps w:val="0"/>
          <w:strike w:val="0"/>
          <w:color w:val="000000"/>
          <w:sz w:val="16"/>
          <w:u w:val="none"/>
        </w:rPr>
        <w:t>AfPak</w:t>
      </w:r>
      <w:r>
        <w:rPr>
          <w:b w:val="0"/>
          <w:i w:val="0"/>
          <w:smallCaps w:val="0"/>
          <w:strike w:val="0"/>
          <w:color w:val="000000"/>
          <w:sz w:val="16"/>
          <w:u w:val="none"/>
        </w:rPr>
        <w:t xml:space="preserve"> into an Islamic State subsidiary </w:t>
      </w:r>
      <w:r>
        <w:rPr>
          <w:b w:val="0"/>
          <w:i w:val="0"/>
          <w:smallCaps w:val="0"/>
          <w:strike w:val="0"/>
          <w:color w:val="000000"/>
          <w:highlight w:val="cyan"/>
          <w:u w:val="single"/>
        </w:rPr>
        <w:t>on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highlight w:val="cyan"/>
          <w:u w:val="single"/>
        </w:rPr>
        <w:t>borders of</w:t>
      </w:r>
      <w:r>
        <w:rPr>
          <w:b w:val="0"/>
          <w:i w:val="0"/>
          <w:smallCaps w:val="0"/>
          <w:strike w:val="0"/>
          <w:color w:val="000000"/>
          <w:sz w:val="16"/>
          <w:highlight w:val="cyan"/>
          <w:u w:val="none"/>
        </w:rPr>
        <w:t xml:space="preserve"> </w:t>
      </w:r>
      <w:r>
        <w:rPr>
          <w:b/>
          <w:i w:val="0"/>
          <w:smallCaps w:val="0"/>
          <w:strike w:val="0"/>
          <w:color w:val="000000"/>
          <w:highlight w:val="cyan"/>
          <w:u w:val="single"/>
        </w:rPr>
        <w:t>Russia</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highlight w:val="cyan"/>
          <w:u w:val="single"/>
        </w:rPr>
        <w:t>India</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highlight w:val="cyan"/>
          <w:u w:val="single"/>
        </w:rPr>
        <w:t>China</w:t>
      </w:r>
      <w:r>
        <w:rPr>
          <w:b w:val="0"/>
          <w:i w:val="0"/>
          <w:smallCaps w:val="0"/>
          <w:strike w:val="0"/>
          <w:color w:val="000000"/>
          <w:u w:val="single"/>
        </w:rPr>
        <w:t>, and</w:t>
      </w:r>
      <w:r>
        <w:rPr>
          <w:b w:val="0"/>
          <w:i w:val="0"/>
          <w:smallCaps w:val="0"/>
          <w:strike w:val="0"/>
          <w:color w:val="000000"/>
          <w:sz w:val="16"/>
          <w:u w:val="none"/>
        </w:rPr>
        <w:t xml:space="preserve"> </w:t>
      </w:r>
      <w:r>
        <w:rPr>
          <w:b/>
          <w:i w:val="0"/>
          <w:smallCaps w:val="0"/>
          <w:strike w:val="0"/>
          <w:color w:val="000000"/>
          <w:highlight w:val="cyan"/>
          <w:u w:val="single"/>
        </w:rPr>
        <w:t>Iran</w:t>
      </w:r>
      <w:r>
        <w:rPr>
          <w:b w:val="0"/>
          <w:i w:val="0"/>
          <w:smallCaps w:val="0"/>
          <w:strike w:val="0"/>
          <w:color w:val="000000"/>
          <w:sz w:val="16"/>
          <w:u w:val="none"/>
        </w:rPr>
        <w:t xml:space="preserve">. The </w:t>
      </w:r>
      <w:r>
        <w:rPr>
          <w:b w:val="0"/>
          <w:i w:val="0"/>
          <w:smallCaps w:val="0"/>
          <w:strike w:val="0"/>
          <w:color w:val="000000"/>
          <w:highlight w:val="cyan"/>
          <w:u w:val="single"/>
        </w:rPr>
        <w:t>start</w:t>
      </w:r>
      <w:r>
        <w:rPr>
          <w:b w:val="0"/>
          <w:i w:val="0"/>
          <w:smallCaps w:val="0"/>
          <w:strike w:val="0"/>
          <w:color w:val="000000"/>
          <w:sz w:val="16"/>
          <w:u w:val="none"/>
        </w:rPr>
        <w:t xml:space="preserve"> of </w:t>
      </w:r>
      <w:r>
        <w:rPr>
          <w:b/>
          <w:i w:val="0"/>
          <w:smallCaps w:val="0"/>
          <w:strike w:val="0"/>
          <w:color w:val="000000"/>
          <w:highlight w:val="cyan"/>
          <w:u w:val="single"/>
        </w:rPr>
        <w:t>full-scale war</w:t>
      </w:r>
      <w:r>
        <w:rPr>
          <w:b w:val="0"/>
          <w:i w:val="0"/>
          <w:smallCaps w:val="0"/>
          <w:strike w:val="0"/>
          <w:color w:val="000000"/>
          <w:sz w:val="16"/>
          <w:u w:val="none"/>
        </w:rPr>
        <w:t xml:space="preserve">, </w:t>
      </w:r>
      <w:r>
        <w:rPr>
          <w:b w:val="0"/>
          <w:i w:val="0"/>
          <w:smallCaps w:val="0"/>
          <w:strike w:val="0"/>
          <w:color w:val="000000"/>
          <w:u w:val="single"/>
        </w:rPr>
        <w:t>which will</w:t>
      </w:r>
      <w:r>
        <w:rPr>
          <w:b w:val="0"/>
          <w:i w:val="0"/>
          <w:smallCaps w:val="0"/>
          <w:strike w:val="0"/>
          <w:color w:val="000000"/>
          <w:sz w:val="16"/>
          <w:u w:val="none"/>
        </w:rPr>
        <w:t xml:space="preserve"> </w:t>
      </w:r>
      <w:r>
        <w:rPr>
          <w:b/>
          <w:i w:val="0"/>
          <w:smallCaps w:val="0"/>
          <w:strike w:val="0"/>
          <w:color w:val="000000"/>
          <w:u w:val="single"/>
        </w:rPr>
        <w:t>inevitably follow</w:t>
      </w:r>
      <w:r>
        <w:rPr>
          <w:b w:val="0"/>
          <w:i w:val="0"/>
          <w:smallCaps w:val="0"/>
          <w:strike w:val="0"/>
          <w:color w:val="000000"/>
          <w:sz w:val="16"/>
          <w:u w:val="none"/>
        </w:rPr>
        <w:t xml:space="preserve"> </w:t>
      </w:r>
      <w:r>
        <w:rPr>
          <w:b w:val="0"/>
          <w:i w:val="0"/>
          <w:smallCaps w:val="0"/>
          <w:strike w:val="0"/>
          <w:color w:val="000000"/>
          <w:u w:val="single"/>
        </w:rPr>
        <w:t>once chaos engulfs the region</w:t>
      </w:r>
      <w:r>
        <w:rPr>
          <w:b w:val="0"/>
          <w:i w:val="0"/>
          <w:smallCaps w:val="0"/>
          <w:strike w:val="0"/>
          <w:color w:val="000000"/>
          <w:sz w:val="16"/>
          <w:u w:val="none"/>
        </w:rPr>
        <w:t xml:space="preserve">, will lead to a bloodbath in the “Eurasian Balkans,” automatically </w:t>
      </w:r>
      <w:r>
        <w:rPr>
          <w:b w:val="0"/>
          <w:i w:val="0"/>
          <w:smallCaps w:val="0"/>
          <w:strike w:val="0"/>
          <w:color w:val="000000"/>
          <w:highlight w:val="cyan"/>
          <w:u w:val="single"/>
        </w:rPr>
        <w:t>involving</w:t>
      </w:r>
      <w:r>
        <w:rPr>
          <w:b w:val="0"/>
          <w:i w:val="0"/>
          <w:smallCaps w:val="0"/>
          <w:strike w:val="0"/>
          <w:color w:val="000000"/>
          <w:sz w:val="16"/>
          <w:u w:val="none"/>
        </w:rPr>
        <w:t xml:space="preserve"> more than </w:t>
      </w:r>
      <w:r>
        <w:rPr>
          <w:b/>
          <w:i w:val="0"/>
          <w:smallCaps w:val="0"/>
          <w:strike w:val="0"/>
          <w:color w:val="000000"/>
          <w:u w:val="single"/>
        </w:rPr>
        <w:t>a third of the world’s population</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almost </w:t>
      </w:r>
      <w:r>
        <w:rPr>
          <w:b/>
          <w:i w:val="0"/>
          <w:smallCaps w:val="0"/>
          <w:strike w:val="0"/>
          <w:color w:val="000000"/>
          <w:highlight w:val="cyan"/>
          <w:u w:val="single"/>
        </w:rPr>
        <w:t>all</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highlight w:val="cyan"/>
          <w:u w:val="single"/>
        </w:rPr>
        <w:t>U</w:t>
      </w:r>
      <w:r>
        <w:rPr>
          <w:b w:val="0"/>
          <w:i w:val="0"/>
          <w:smallCaps w:val="0"/>
          <w:strike w:val="0"/>
          <w:color w:val="000000"/>
          <w:u w:val="single"/>
        </w:rPr>
        <w:t>nited</w:t>
      </w:r>
      <w:r>
        <w:rPr>
          <w:b w:val="0"/>
          <w:i w:val="0"/>
          <w:smallCaps w:val="0"/>
          <w:strike w:val="0"/>
          <w:color w:val="000000"/>
          <w:sz w:val="16"/>
          <w:u w:val="none"/>
        </w:rPr>
        <w:t xml:space="preserve"> </w:t>
      </w:r>
      <w:r>
        <w:rPr>
          <w:b/>
          <w:i w:val="0"/>
          <w:smallCaps w:val="0"/>
          <w:strike w:val="0"/>
          <w:color w:val="000000"/>
          <w:highlight w:val="cyan"/>
          <w:u w:val="single"/>
        </w:rPr>
        <w:t>S</w:t>
      </w:r>
      <w:r>
        <w:rPr>
          <w:b w:val="0"/>
          <w:i w:val="0"/>
          <w:smallCaps w:val="0"/>
          <w:strike w:val="0"/>
          <w:color w:val="000000"/>
          <w:u w:val="single"/>
        </w:rPr>
        <w:t>tates’</w:t>
      </w:r>
      <w:r>
        <w:rPr>
          <w:b w:val="0"/>
          <w:i w:val="0"/>
          <w:smallCaps w:val="0"/>
          <w:strike w:val="0"/>
          <w:color w:val="000000"/>
          <w:sz w:val="16"/>
          <w:u w:val="none"/>
        </w:rPr>
        <w:t xml:space="preserve"> </w:t>
      </w:r>
      <w:r>
        <w:rPr>
          <w:b/>
          <w:i w:val="0"/>
          <w:smallCaps w:val="0"/>
          <w:strike w:val="0"/>
          <w:color w:val="000000"/>
          <w:u w:val="single"/>
        </w:rPr>
        <w:t>geopolitical</w:t>
      </w:r>
      <w:r>
        <w:rPr>
          <w:b w:val="0"/>
          <w:i w:val="0"/>
          <w:smallCaps w:val="0"/>
          <w:strike w:val="0"/>
          <w:color w:val="000000"/>
          <w:sz w:val="16"/>
          <w:u w:val="none"/>
        </w:rPr>
        <w:t xml:space="preserve"> </w:t>
      </w:r>
      <w:r>
        <w:rPr>
          <w:b/>
          <w:i w:val="0"/>
          <w:smallCaps w:val="0"/>
          <w:strike w:val="0"/>
          <w:color w:val="000000"/>
          <w:highlight w:val="cyan"/>
          <w:u w:val="single"/>
        </w:rPr>
        <w:t>rivals</w:t>
      </w:r>
      <w:r>
        <w:rPr>
          <w:b w:val="0"/>
          <w:i w:val="0"/>
          <w:smallCaps w:val="0"/>
          <w:strike w:val="0"/>
          <w:color w:val="000000"/>
          <w:u w:val="single"/>
        </w:rPr>
        <w:t>.</w:t>
      </w:r>
      <w:r>
        <w:rPr>
          <w:b w:val="0"/>
          <w:i w:val="0"/>
          <w:smallCaps w:val="0"/>
          <w:strike w:val="0"/>
          <w:color w:val="000000"/>
          <w:sz w:val="16"/>
          <w:u w:val="none"/>
        </w:rPr>
        <w:t xml:space="preserve"> It’s </w:t>
      </w:r>
      <w:r>
        <w:rPr>
          <w:b w:val="0"/>
          <w:i w:val="0"/>
          <w:smallCaps w:val="0"/>
          <w:strike w:val="0"/>
          <w:color w:val="000000"/>
          <w:u w:val="single"/>
        </w:rPr>
        <w:t>an opportunity Washington will find too good to miss.</w:t>
      </w:r>
      <w:r>
        <w:rPr>
          <w:b w:val="0"/>
          <w:i w:val="0"/>
          <w:smallCaps w:val="0"/>
          <w:strike w:val="0"/>
          <w:color w:val="000000"/>
          <w:sz w:val="16"/>
          <w:u w:val="none"/>
        </w:rPr>
        <w:t xml:space="preserve"> Russia’s response to this challenge </w:t>
      </w:r>
      <w:r>
        <w:rPr>
          <w:b w:val="0"/>
          <w:i w:val="0"/>
          <w:smallCaps w:val="0"/>
          <w:strike w:val="0"/>
          <w:color w:val="000000"/>
          <w:sz w:val="16"/>
          <w:u w:val="none"/>
        </w:rPr>
        <w:t>has to</w:t>
      </w:r>
      <w:r>
        <w:rPr>
          <w:b w:val="0"/>
          <w:i w:val="0"/>
          <w:smallCaps w:val="0"/>
          <w:strike w:val="0"/>
          <w:color w:val="000000"/>
          <w:sz w:val="16"/>
          <w:u w:val="none"/>
        </w:rPr>
        <w:t xml:space="preserve"> be multifaceted: involving the region in the process of Eurasian integration, providing military, economic, and political assistance, working closely with its allies in the Shanghai Cooperation Organization and the BRICS, strengthening the Pakistani army, and of course assisting with the capture of the bearded servants of the Caliphate. But the most important response should be the accelerated modernization of its armed forces as well as those of its allies and efforts to strengthen the Collective Security Treaty Organization and give it the right to circumvent the highly inefficient United Nations. The region is extremely important: </w:t>
      </w:r>
      <w:r>
        <w:rPr>
          <w:b w:val="0"/>
          <w:i w:val="0"/>
          <w:smallCaps w:val="0"/>
          <w:strike w:val="0"/>
          <w:color w:val="000000"/>
          <w:highlight w:val="cyan"/>
          <w:u w:val="single"/>
        </w:rPr>
        <w:t>if</w:t>
      </w:r>
      <w:r>
        <w:rPr>
          <w:b w:val="0"/>
          <w:i w:val="0"/>
          <w:smallCaps w:val="0"/>
          <w:strike w:val="0"/>
          <w:color w:val="000000"/>
          <w:sz w:val="16"/>
          <w:highlight w:val="cyan"/>
          <w:u w:val="none"/>
        </w:rPr>
        <w:t xml:space="preserve"> </w:t>
      </w:r>
      <w:r>
        <w:rPr>
          <w:b/>
          <w:i w:val="0"/>
          <w:smallCaps w:val="0"/>
          <w:strike w:val="0"/>
          <w:color w:val="000000"/>
          <w:highlight w:val="cyan"/>
          <w:u w:val="single"/>
        </w:rPr>
        <w:t>Ukraine</w:t>
      </w:r>
      <w:r>
        <w:rPr>
          <w:b w:val="0"/>
          <w:i w:val="0"/>
          <w:smallCaps w:val="0"/>
          <w:strike w:val="0"/>
          <w:color w:val="000000"/>
          <w:sz w:val="16"/>
          <w:highlight w:val="cyan"/>
          <w:u w:val="none"/>
        </w:rPr>
        <w:t xml:space="preserve"> </w:t>
      </w:r>
      <w:r>
        <w:rPr>
          <w:b w:val="0"/>
          <w:i w:val="0"/>
          <w:smallCaps w:val="0"/>
          <w:strike w:val="0"/>
          <w:color w:val="000000"/>
          <w:highlight w:val="cyan"/>
          <w:u w:val="single"/>
        </w:rPr>
        <w:t>is a</w:t>
      </w:r>
      <w:r>
        <w:rPr>
          <w:b w:val="0"/>
          <w:i w:val="0"/>
          <w:smallCaps w:val="0"/>
          <w:strike w:val="0"/>
          <w:color w:val="000000"/>
          <w:sz w:val="16"/>
          <w:highlight w:val="cyan"/>
          <w:u w:val="none"/>
        </w:rPr>
        <w:t xml:space="preserve"> </w:t>
      </w:r>
      <w:r>
        <w:rPr>
          <w:b/>
          <w:i w:val="0"/>
          <w:smallCaps w:val="0"/>
          <w:strike w:val="0"/>
          <w:color w:val="000000"/>
          <w:highlight w:val="cyan"/>
          <w:u w:val="single"/>
        </w:rPr>
        <w:t>fuse of war</w:t>
      </w:r>
      <w:r>
        <w:rPr>
          <w:b w:val="0"/>
          <w:i w:val="0"/>
          <w:smallCaps w:val="0"/>
          <w:strike w:val="0"/>
          <w:color w:val="000000"/>
          <w:u w:val="single"/>
        </w:rPr>
        <w:t>,</w:t>
      </w:r>
      <w:r>
        <w:rPr>
          <w:b w:val="0"/>
          <w:i w:val="0"/>
          <w:smallCaps w:val="0"/>
          <w:strike w:val="0"/>
          <w:color w:val="000000"/>
          <w:sz w:val="16"/>
          <w:u w:val="none"/>
        </w:rPr>
        <w:t xml:space="preserve"> then </w:t>
      </w:r>
      <w:r>
        <w:rPr>
          <w:b/>
          <w:i w:val="0"/>
          <w:smallCaps w:val="0"/>
          <w:strike w:val="0"/>
          <w:color w:val="000000"/>
          <w:highlight w:val="cyan"/>
          <w:u w:val="single"/>
        </w:rPr>
        <w:t>Central Asia</w:t>
      </w:r>
      <w:r>
        <w:rPr>
          <w:b w:val="0"/>
          <w:i w:val="0"/>
          <w:smallCaps w:val="0"/>
          <w:strike w:val="0"/>
          <w:color w:val="000000"/>
          <w:sz w:val="16"/>
          <w:highlight w:val="cyan"/>
          <w:u w:val="none"/>
        </w:rPr>
        <w:t xml:space="preserve"> </w:t>
      </w:r>
      <w:r>
        <w:rPr>
          <w:b w:val="0"/>
          <w:i w:val="0"/>
          <w:smallCaps w:val="0"/>
          <w:strike w:val="0"/>
          <w:color w:val="000000"/>
          <w:highlight w:val="cyan"/>
          <w:u w:val="single"/>
        </w:rPr>
        <w:t>is a</w:t>
      </w:r>
      <w:r>
        <w:rPr>
          <w:b w:val="0"/>
          <w:i w:val="0"/>
          <w:smallCaps w:val="0"/>
          <w:strike w:val="0"/>
          <w:color w:val="000000"/>
          <w:sz w:val="16"/>
          <w:highlight w:val="cyan"/>
          <w:u w:val="none"/>
        </w:rPr>
        <w:t xml:space="preserve"> </w:t>
      </w:r>
      <w:r>
        <w:rPr>
          <w:b/>
          <w:i w:val="0"/>
          <w:smallCaps w:val="0"/>
          <w:strike w:val="0"/>
          <w:color w:val="000000"/>
          <w:highlight w:val="cyan"/>
          <w:u w:val="single"/>
        </w:rPr>
        <w:t>munitions depot</w:t>
      </w:r>
      <w:r>
        <w:rPr>
          <w:b w:val="0"/>
          <w:i w:val="0"/>
          <w:smallCaps w:val="0"/>
          <w:strike w:val="0"/>
          <w:color w:val="000000"/>
          <w:u w:val="single"/>
        </w:rPr>
        <w:t>. If it blows up,</w:t>
      </w:r>
      <w:r>
        <w:rPr>
          <w:b w:val="0"/>
          <w:i w:val="0"/>
          <w:smallCaps w:val="0"/>
          <w:strike w:val="0"/>
          <w:color w:val="000000"/>
          <w:sz w:val="16"/>
          <w:u w:val="none"/>
        </w:rPr>
        <w:t xml:space="preserve"> </w:t>
      </w:r>
      <w:r>
        <w:rPr>
          <w:b/>
          <w:i w:val="0"/>
          <w:smallCaps w:val="0"/>
          <w:strike w:val="0"/>
          <w:color w:val="000000"/>
          <w:u w:val="single"/>
        </w:rPr>
        <w:t>half the continent</w:t>
      </w:r>
      <w:r>
        <w:rPr>
          <w:b w:val="0"/>
          <w:i w:val="0"/>
          <w:smallCaps w:val="0"/>
          <w:strike w:val="0"/>
          <w:color w:val="000000"/>
          <w:sz w:val="16"/>
          <w:u w:val="none"/>
        </w:rPr>
        <w:t xml:space="preserve"> </w:t>
      </w:r>
      <w:r>
        <w:rPr>
          <w:b w:val="0"/>
          <w:i w:val="0"/>
          <w:smallCaps w:val="0"/>
          <w:strike w:val="0"/>
          <w:color w:val="000000"/>
          <w:u w:val="single"/>
        </w:rPr>
        <w:t>will be hit</w:t>
      </w:r>
      <w:r>
        <w:rPr>
          <w:b w:val="0"/>
          <w:i w:val="0"/>
          <w:smallCaps w:val="0"/>
          <w:strike w:val="0"/>
          <w:color w:val="000000"/>
          <w:sz w:val="16"/>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