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u w:val="single"/>
        </w:rPr>
        <w:t>Extinction</w:t>
      </w:r>
      <w:r>
        <w:rPr>
          <w:b/>
          <w:i w:val="0"/>
          <w:smallCaps w:val="0"/>
          <w:strike w:val="0"/>
          <w:color w:val="000000"/>
          <w:u w:val="none"/>
        </w:rPr>
        <w:t>.</w:t>
      </w:r>
    </w:p>
    <w:p>
      <w:pPr>
        <w:spacing w:after="80"/>
      </w:pPr>
      <w:r>
        <w:rPr>
          <w:b w:val="0"/>
          <w:i w:val="0"/>
          <w:smallCaps w:val="0"/>
          <w:strike w:val="0"/>
          <w:color w:val="000000"/>
          <w:u w:val="none"/>
        </w:rPr>
        <w:t xml:space="preserve">Louis René </w:t>
      </w:r>
      <w:r>
        <w:rPr>
          <w:b/>
          <w:i w:val="0"/>
          <w:smallCaps w:val="0"/>
          <w:strike w:val="0"/>
          <w:color w:val="000000"/>
          <w:sz w:val="26"/>
          <w:u w:val="none"/>
        </w:rPr>
        <w:t>Beres 17</w:t>
      </w:r>
      <w:r>
        <w:rPr>
          <w:b w:val="0"/>
          <w:i w:val="0"/>
          <w:smallCaps w:val="0"/>
          <w:strike w:val="0"/>
          <w:color w:val="000000"/>
          <w:u w:val="none"/>
        </w:rPr>
        <w:t>. Emeritus professor of international law at Purdue University. 2-10-2017. "The Fast Track to Armageddon." US News &amp; World Report. https://www.usnews.com/opinion/world-report/articles/2017-02-10/donald-trump-iran-and-the-fast-track-to-nuclear-war-in-the-middle-east</w:t>
      </w:r>
    </w:p>
    <w:p>
      <w:pPr>
        <w:spacing w:after="60"/>
      </w:pPr>
      <w:r>
        <w:rPr>
          <w:b w:val="0"/>
          <w:i w:val="0"/>
          <w:smallCaps w:val="0"/>
          <w:strike w:val="0"/>
          <w:color w:val="000000"/>
          <w:sz w:val="16"/>
          <w:u w:val="none"/>
        </w:rPr>
        <w:t xml:space="preserve">When all pertinent factors are </w:t>
      </w:r>
      <w:r>
        <w:rPr>
          <w:b w:val="0"/>
          <w:i w:val="0"/>
          <w:smallCaps w:val="0"/>
          <w:strike w:val="0"/>
          <w:color w:val="000000"/>
          <w:sz w:val="16"/>
          <w:u w:val="none"/>
        </w:rPr>
        <w:t>taken into account</w:t>
      </w:r>
      <w:r>
        <w:rPr>
          <w:b w:val="0"/>
          <w:i w:val="0"/>
          <w:smallCaps w:val="0"/>
          <w:strike w:val="0"/>
          <w:color w:val="000000"/>
          <w:sz w:val="16"/>
          <w:u w:val="none"/>
        </w:rPr>
        <w:t xml:space="preserve">, U.S. President Donald </w:t>
      </w:r>
      <w:r>
        <w:rPr>
          <w:b w:val="0"/>
          <w:i w:val="0"/>
          <w:smallCaps w:val="0"/>
          <w:strike w:val="0"/>
          <w:color w:val="000000"/>
          <w:u w:val="single"/>
        </w:rPr>
        <w:t>Trump could sometime undertake more-or-less</w:t>
      </w:r>
      <w:r>
        <w:rPr>
          <w:b w:val="0"/>
          <w:i w:val="0"/>
          <w:smallCaps w:val="0"/>
          <w:strike w:val="0"/>
          <w:color w:val="000000"/>
          <w:sz w:val="16"/>
          <w:u w:val="none"/>
        </w:rPr>
        <w:t xml:space="preserve"> </w:t>
      </w:r>
      <w:r>
        <w:rPr>
          <w:b/>
          <w:i w:val="0"/>
          <w:smallCaps w:val="0"/>
          <w:strike w:val="0"/>
          <w:color w:val="000000"/>
          <w:u w:val="single"/>
        </w:rPr>
        <w:t>selective</w:t>
      </w:r>
      <w:r>
        <w:rPr>
          <w:b w:val="0"/>
          <w:i w:val="0"/>
          <w:smallCaps w:val="0"/>
          <w:strike w:val="0"/>
          <w:color w:val="000000"/>
          <w:sz w:val="16"/>
          <w:u w:val="none"/>
        </w:rPr>
        <w:t xml:space="preserve"> </w:t>
      </w:r>
      <w:r>
        <w:rPr>
          <w:b w:val="0"/>
          <w:i w:val="0"/>
          <w:smallCaps w:val="0"/>
          <w:strike w:val="0"/>
          <w:color w:val="000000"/>
          <w:u w:val="single"/>
        </w:rPr>
        <w:t>military action against</w:t>
      </w:r>
      <w:r>
        <w:rPr>
          <w:b w:val="0"/>
          <w:i w:val="0"/>
          <w:smallCaps w:val="0"/>
          <w:strike w:val="0"/>
          <w:color w:val="000000"/>
          <w:sz w:val="16"/>
          <w:u w:val="none"/>
        </w:rPr>
        <w:t xml:space="preserve"> </w:t>
      </w:r>
      <w:r>
        <w:rPr>
          <w:b w:val="0"/>
          <w:i w:val="0"/>
          <w:smallCaps w:val="0"/>
          <w:strike w:val="0"/>
          <w:color w:val="000000"/>
          <w:highlight w:val="cyan"/>
          <w:u w:val="single"/>
        </w:rPr>
        <w:t>Iran</w:t>
      </w:r>
      <w:r>
        <w:rPr>
          <w:b w:val="0"/>
          <w:i w:val="0"/>
          <w:smallCaps w:val="0"/>
          <w:strike w:val="0"/>
          <w:color w:val="000000"/>
          <w:sz w:val="16"/>
          <w:u w:val="none"/>
        </w:rPr>
        <w:t xml:space="preserve">. </w:t>
      </w:r>
      <w:r>
        <w:rPr>
          <w:b w:val="0"/>
          <w:i w:val="0"/>
          <w:smallCaps w:val="0"/>
          <w:strike w:val="0"/>
          <w:color w:val="000000"/>
          <w:u w:val="single"/>
        </w:rPr>
        <w:t>In response, the Islamic Republic</w:t>
      </w:r>
      <w:r>
        <w:rPr>
          <w:b w:val="0"/>
          <w:i w:val="0"/>
          <w:smallCaps w:val="0"/>
          <w:strike w:val="0"/>
          <w:color w:val="000000"/>
          <w:sz w:val="16"/>
          <w:u w:val="none"/>
        </w:rPr>
        <w:t xml:space="preserve"> – then having </w:t>
      </w:r>
      <w:r>
        <w:rPr>
          <w:b w:val="0"/>
          <w:i w:val="0"/>
          <w:smallCaps w:val="0"/>
          <w:strike w:val="0"/>
          <w:color w:val="000000"/>
          <w:sz w:val="16"/>
          <w:u w:val="none"/>
        </w:rPr>
        <w:t>absolutely no</w:t>
      </w:r>
      <w:r>
        <w:rPr>
          <w:b w:val="0"/>
          <w:i w:val="0"/>
          <w:smallCaps w:val="0"/>
          <w:strike w:val="0"/>
          <w:color w:val="000000"/>
          <w:sz w:val="16"/>
          <w:u w:val="none"/>
        </w:rPr>
        <w:t xml:space="preserve"> meaningful option to launching at least certain forms of armed reprisal – </w:t>
      </w:r>
      <w:r>
        <w:rPr>
          <w:b w:val="0"/>
          <w:i w:val="0"/>
          <w:smallCaps w:val="0"/>
          <w:strike w:val="0"/>
          <w:color w:val="000000"/>
          <w:u w:val="single"/>
        </w:rPr>
        <w:t>would</w:t>
      </w:r>
      <w:r>
        <w:rPr>
          <w:b w:val="0"/>
          <w:i w:val="0"/>
          <w:smallCaps w:val="0"/>
          <w:strike w:val="0"/>
          <w:color w:val="000000"/>
          <w:sz w:val="16"/>
          <w:u w:val="none"/>
        </w:rPr>
        <w:t xml:space="preserve"> </w:t>
      </w:r>
      <w:r>
        <w:rPr>
          <w:b/>
          <w:i w:val="0"/>
          <w:smallCaps w:val="0"/>
          <w:strike w:val="0"/>
          <w:color w:val="000000"/>
          <w:highlight w:val="cyan"/>
          <w:u w:val="single"/>
        </w:rPr>
        <w:t>target American</w:t>
      </w:r>
      <w:r>
        <w:rPr>
          <w:b w:val="0"/>
          <w:i w:val="0"/>
          <w:smallCaps w:val="0"/>
          <w:strike w:val="0"/>
          <w:color w:val="000000"/>
          <w:sz w:val="16"/>
          <w:u w:val="none"/>
        </w:rPr>
        <w:t xml:space="preserve"> </w:t>
      </w:r>
      <w:r>
        <w:rPr>
          <w:b/>
          <w:i w:val="0"/>
          <w:smallCaps w:val="0"/>
          <w:strike w:val="0"/>
          <w:color w:val="000000"/>
          <w:u w:val="single"/>
        </w:rPr>
        <w:t>military</w:t>
      </w:r>
      <w:r>
        <w:rPr>
          <w:b w:val="0"/>
          <w:i w:val="0"/>
          <w:smallCaps w:val="0"/>
          <w:strike w:val="0"/>
          <w:color w:val="000000"/>
          <w:sz w:val="16"/>
          <w:u w:val="none"/>
        </w:rPr>
        <w:t xml:space="preserve"> </w:t>
      </w:r>
      <w:r>
        <w:rPr>
          <w:b/>
          <w:i w:val="0"/>
          <w:smallCaps w:val="0"/>
          <w:strike w:val="0"/>
          <w:color w:val="000000"/>
          <w:highlight w:val="cyan"/>
          <w:u w:val="single"/>
        </w:rPr>
        <w:t>forces</w:t>
      </w:r>
      <w:r>
        <w:rPr>
          <w:b w:val="0"/>
          <w:i w:val="0"/>
          <w:smallCaps w:val="0"/>
          <w:strike w:val="0"/>
          <w:color w:val="000000"/>
          <w:sz w:val="16"/>
          <w:u w:val="none"/>
        </w:rPr>
        <w:t xml:space="preserve"> </w:t>
      </w:r>
      <w:r>
        <w:rPr>
          <w:b/>
          <w:i w:val="0"/>
          <w:smallCaps w:val="0"/>
          <w:strike w:val="0"/>
          <w:color w:val="000000"/>
          <w:u w:val="single"/>
        </w:rPr>
        <w:t>in the region</w:t>
      </w:r>
      <w:r>
        <w:rPr>
          <w:b w:val="0"/>
          <w:i w:val="0"/>
          <w:smallCaps w:val="0"/>
          <w:strike w:val="0"/>
          <w:color w:val="000000"/>
          <w:sz w:val="16"/>
          <w:u w:val="none"/>
        </w:rPr>
        <w:t xml:space="preserve"> and/or carefully chosen Israeli targets. Whatever its precise configuration of selected targets, Tehran's retaliatory blow would be expressly designed so as not to elicit an unacceptably massive (possibly even nuclear) </w:t>
      </w:r>
      <w:r>
        <w:rPr>
          <w:b w:val="0"/>
          <w:i w:val="0"/>
          <w:smallCaps w:val="0"/>
          <w:strike w:val="0"/>
          <w:color w:val="000000"/>
          <w:sz w:val="16"/>
          <w:u w:val="none"/>
        </w:rPr>
        <w:t>counter-retaliation</w:t>
      </w:r>
      <w:r>
        <w:rPr>
          <w:b w:val="0"/>
          <w:i w:val="0"/>
          <w:smallCaps w:val="0"/>
          <w:strike w:val="0"/>
          <w:color w:val="000000"/>
          <w:sz w:val="16"/>
          <w:u w:val="none"/>
        </w:rPr>
        <w:t xml:space="preserve">. With </w:t>
      </w:r>
      <w:r>
        <w:rPr>
          <w:b w:val="0"/>
          <w:i w:val="0"/>
          <w:smallCaps w:val="0"/>
          <w:strike w:val="0"/>
          <w:color w:val="000000"/>
          <w:sz w:val="16"/>
          <w:u w:val="none"/>
        </w:rPr>
        <w:t>particular regard</w:t>
      </w:r>
      <w:r>
        <w:rPr>
          <w:b w:val="0"/>
          <w:i w:val="0"/>
          <w:smallCaps w:val="0"/>
          <w:strike w:val="0"/>
          <w:color w:val="000000"/>
          <w:sz w:val="16"/>
          <w:u w:val="none"/>
        </w:rPr>
        <w:t xml:space="preserve"> to Israel, moreover, this sort of retaliation would plausibly include, inter alia, a substantial reliance upon Iran's own surrogate militia forces in Hezbollah. All such bewildering </w:t>
      </w:r>
      <w:r>
        <w:rPr>
          <w:b w:val="0"/>
          <w:i w:val="0"/>
          <w:smallCaps w:val="0"/>
          <w:strike w:val="0"/>
          <w:color w:val="000000"/>
          <w:u w:val="single"/>
        </w:rPr>
        <w:t>calculations</w:t>
      </w:r>
      <w:r>
        <w:rPr>
          <w:b w:val="0"/>
          <w:i w:val="0"/>
          <w:smallCaps w:val="0"/>
          <w:strike w:val="0"/>
          <w:color w:val="000000"/>
          <w:sz w:val="16"/>
          <w:u w:val="none"/>
        </w:rPr>
        <w:t xml:space="preserve">, of course, </w:t>
      </w:r>
      <w:r>
        <w:rPr>
          <w:b w:val="0"/>
          <w:i w:val="0"/>
          <w:smallCaps w:val="0"/>
          <w:strike w:val="0"/>
          <w:color w:val="000000"/>
          <w:u w:val="single"/>
        </w:rPr>
        <w:t>must assume</w:t>
      </w:r>
      <w:r>
        <w:rPr>
          <w:b w:val="0"/>
          <w:i w:val="0"/>
          <w:smallCaps w:val="0"/>
          <w:strike w:val="0"/>
          <w:color w:val="000000"/>
          <w:sz w:val="16"/>
          <w:u w:val="none"/>
        </w:rPr>
        <w:t xml:space="preserve"> </w:t>
      </w:r>
      <w:r>
        <w:rPr>
          <w:b/>
          <w:i w:val="0"/>
          <w:smallCaps w:val="0"/>
          <w:strike w:val="0"/>
          <w:color w:val="000000"/>
          <w:u w:val="single"/>
        </w:rPr>
        <w:t>perfect rationality</w:t>
      </w:r>
      <w:r>
        <w:rPr>
          <w:b w:val="0"/>
          <w:i w:val="0"/>
          <w:smallCaps w:val="0"/>
          <w:strike w:val="0"/>
          <w:color w:val="000000"/>
          <w:sz w:val="16"/>
          <w:u w:val="none"/>
        </w:rPr>
        <w:t xml:space="preserve"> on all sides. </w:t>
      </w:r>
      <w:r>
        <w:rPr>
          <w:b w:val="0"/>
          <w:i w:val="0"/>
          <w:smallCaps w:val="0"/>
          <w:strike w:val="0"/>
          <w:color w:val="000000"/>
          <w:u w:val="single"/>
        </w:rPr>
        <w:t>If</w:t>
      </w:r>
      <w:r>
        <w:rPr>
          <w:b w:val="0"/>
          <w:i w:val="0"/>
          <w:smallCaps w:val="0"/>
          <w:strike w:val="0"/>
          <w:color w:val="000000"/>
          <w:sz w:val="16"/>
          <w:u w:val="none"/>
        </w:rPr>
        <w:t xml:space="preserve">, for example, </w:t>
      </w:r>
      <w:r>
        <w:rPr>
          <w:b w:val="0"/>
          <w:i w:val="0"/>
          <w:smallCaps w:val="0"/>
          <w:strike w:val="0"/>
          <w:color w:val="000000"/>
          <w:u w:val="single"/>
        </w:rPr>
        <w:t>the new American president should</w:t>
      </w:r>
      <w:r>
        <w:rPr>
          <w:b w:val="0"/>
          <w:i w:val="0"/>
          <w:smallCaps w:val="0"/>
          <w:strike w:val="0"/>
          <w:color w:val="000000"/>
          <w:sz w:val="16"/>
          <w:u w:val="none"/>
        </w:rPr>
        <w:t xml:space="preserve"> </w:t>
      </w:r>
      <w:r>
        <w:rPr>
          <w:b/>
          <w:i w:val="0"/>
          <w:smallCaps w:val="0"/>
          <w:strike w:val="0"/>
          <w:color w:val="000000"/>
          <w:u w:val="single"/>
        </w:rPr>
        <w:t>cast all caution to the winds</w:t>
      </w:r>
      <w:r>
        <w:rPr>
          <w:b w:val="0"/>
          <w:i w:val="0"/>
          <w:smallCaps w:val="0"/>
          <w:strike w:val="0"/>
          <w:color w:val="000000"/>
          <w:sz w:val="16"/>
          <w:u w:val="none"/>
        </w:rPr>
        <w:t xml:space="preserve"> </w:t>
      </w:r>
      <w:r>
        <w:rPr>
          <w:b w:val="0"/>
          <w:i w:val="0"/>
          <w:smallCaps w:val="0"/>
          <w:strike w:val="0"/>
          <w:color w:val="000000"/>
          <w:u w:val="single"/>
        </w:rPr>
        <w:t>with his own first strike</w:t>
      </w:r>
      <w:r>
        <w:rPr>
          <w:b w:val="0"/>
          <w:i w:val="0"/>
          <w:smallCaps w:val="0"/>
          <w:strike w:val="0"/>
          <w:color w:val="000000"/>
          <w:sz w:val="16"/>
          <w:u w:val="none"/>
        </w:rPr>
        <w:t xml:space="preserve"> (a strike that would be defended by Washington, in law, as an allegedly legitimate expression of international law-enforcement, or "anticipatory self-defense"), </w:t>
      </w:r>
      <w:r>
        <w:rPr>
          <w:b w:val="0"/>
          <w:i w:val="0"/>
          <w:smallCaps w:val="0"/>
          <w:strike w:val="0"/>
          <w:color w:val="000000"/>
          <w:u w:val="single"/>
        </w:rPr>
        <w:t>the Iranian response, whether</w:t>
      </w:r>
      <w:r>
        <w:rPr>
          <w:b w:val="0"/>
          <w:i w:val="0"/>
          <w:smallCaps w:val="0"/>
          <w:strike w:val="0"/>
          <w:color w:val="000000"/>
          <w:sz w:val="16"/>
          <w:u w:val="none"/>
        </w:rPr>
        <w:t xml:space="preserve"> </w:t>
      </w:r>
      <w:r>
        <w:rPr>
          <w:b/>
          <w:i w:val="0"/>
          <w:smallCaps w:val="0"/>
          <w:strike w:val="0"/>
          <w:color w:val="000000"/>
          <w:u w:val="single"/>
        </w:rPr>
        <w:t>rational or irrational</w:t>
      </w:r>
      <w:r>
        <w:rPr>
          <w:b w:val="0"/>
          <w:i w:val="0"/>
          <w:smallCaps w:val="0"/>
          <w:strike w:val="0"/>
          <w:color w:val="000000"/>
          <w:sz w:val="16"/>
          <w:u w:val="none"/>
        </w:rPr>
        <w:t xml:space="preserve">, </w:t>
      </w:r>
      <w:r>
        <w:rPr>
          <w:b w:val="0"/>
          <w:i w:val="0"/>
          <w:smallCaps w:val="0"/>
          <w:strike w:val="0"/>
          <w:color w:val="000000"/>
          <w:u w:val="single"/>
        </w:rPr>
        <w:t>could expectedly be "proportionate" – that is,</w:t>
      </w:r>
      <w:r>
        <w:rPr>
          <w:b w:val="0"/>
          <w:i w:val="0"/>
          <w:smallCaps w:val="0"/>
          <w:strike w:val="0"/>
          <w:color w:val="000000"/>
          <w:sz w:val="16"/>
          <w:u w:val="none"/>
        </w:rPr>
        <w:t xml:space="preserve"> </w:t>
      </w:r>
      <w:r>
        <w:rPr>
          <w:b/>
          <w:i w:val="0"/>
          <w:smallCaps w:val="0"/>
          <w:strike w:val="0"/>
          <w:color w:val="000000"/>
          <w:u w:val="single"/>
        </w:rPr>
        <w:t>comparably massive</w:t>
      </w:r>
      <w:r>
        <w:rPr>
          <w:b w:val="0"/>
          <w:i w:val="0"/>
          <w:smallCaps w:val="0"/>
          <w:strike w:val="0"/>
          <w:color w:val="000000"/>
          <w:sz w:val="16"/>
          <w:u w:val="none"/>
        </w:rPr>
        <w:t xml:space="preserve">. </w:t>
      </w:r>
      <w:r>
        <w:rPr>
          <w:b w:val="0"/>
          <w:i w:val="0"/>
          <w:smallCaps w:val="0"/>
          <w:strike w:val="0"/>
          <w:color w:val="000000"/>
          <w:u w:val="single"/>
        </w:rPr>
        <w:t>In that prospectively escalatory case, any</w:t>
      </w:r>
      <w:r>
        <w:rPr>
          <w:b w:val="0"/>
          <w:i w:val="0"/>
          <w:smallCaps w:val="0"/>
          <w:strike w:val="0"/>
          <w:color w:val="000000"/>
          <w:sz w:val="16"/>
          <w:u w:val="none"/>
        </w:rPr>
        <w:t xml:space="preserve"> </w:t>
      </w:r>
      <w:r>
        <w:rPr>
          <w:b/>
          <w:i w:val="0"/>
          <w:smallCaps w:val="0"/>
          <w:strike w:val="0"/>
          <w:color w:val="000000"/>
          <w:u w:val="single"/>
        </w:rPr>
        <w:t>contemplated</w:t>
      </w:r>
      <w:r>
        <w:rPr>
          <w:b w:val="0"/>
          <w:i w:val="0"/>
          <w:smallCaps w:val="0"/>
          <w:strike w:val="0"/>
          <w:color w:val="000000"/>
          <w:sz w:val="16"/>
          <w:u w:val="none"/>
        </w:rPr>
        <w:t xml:space="preserve"> </w:t>
      </w:r>
      <w:r>
        <w:rPr>
          <w:b/>
          <w:i w:val="0"/>
          <w:smallCaps w:val="0"/>
          <w:strike w:val="0"/>
          <w:color w:val="000000"/>
          <w:highlight w:val="cyan"/>
          <w:u w:val="single"/>
        </w:rPr>
        <w:t>introduction of nuc</w:t>
      </w:r>
      <w:r>
        <w:rPr>
          <w:b w:val="0"/>
          <w:i w:val="0"/>
          <w:smallCaps w:val="0"/>
          <w:strike w:val="0"/>
          <w:color w:val="000000"/>
          <w:u w:val="single"/>
        </w:rPr>
        <w:t>lear weapon</w:t>
      </w:r>
      <w:r>
        <w:rPr>
          <w:b/>
          <w:i w:val="0"/>
          <w:smallCaps w:val="0"/>
          <w:strike w:val="0"/>
          <w:color w:val="000000"/>
          <w:highlight w:val="cyan"/>
          <w:u w:val="single"/>
        </w:rPr>
        <w:t>s into the</w:t>
      </w:r>
      <w:r>
        <w:rPr>
          <w:b w:val="0"/>
          <w:i w:val="0"/>
          <w:smallCaps w:val="0"/>
          <w:strike w:val="0"/>
          <w:color w:val="000000"/>
          <w:sz w:val="16"/>
          <w:u w:val="none"/>
        </w:rPr>
        <w:t xml:space="preserve"> </w:t>
      </w:r>
      <w:r>
        <w:rPr>
          <w:b/>
          <w:i w:val="0"/>
          <w:smallCaps w:val="0"/>
          <w:strike w:val="0"/>
          <w:color w:val="000000"/>
          <w:u w:val="single"/>
        </w:rPr>
        <w:t>ensuing</w:t>
      </w:r>
      <w:r>
        <w:rPr>
          <w:b w:val="0"/>
          <w:i w:val="0"/>
          <w:smallCaps w:val="0"/>
          <w:strike w:val="0"/>
          <w:color w:val="000000"/>
          <w:sz w:val="16"/>
          <w:u w:val="none"/>
        </w:rPr>
        <w:t xml:space="preserve"> </w:t>
      </w:r>
      <w:r>
        <w:rPr>
          <w:b/>
          <w:i w:val="0"/>
          <w:smallCaps w:val="0"/>
          <w:strike w:val="0"/>
          <w:color w:val="000000"/>
          <w:highlight w:val="cyan"/>
          <w:u w:val="single"/>
        </w:rPr>
        <w:t>conflagration</w:t>
      </w:r>
      <w:r>
        <w:rPr>
          <w:b w:val="0"/>
          <w:i w:val="0"/>
          <w:smallCaps w:val="0"/>
          <w:strike w:val="0"/>
          <w:color w:val="000000"/>
          <w:sz w:val="16"/>
          <w:highlight w:val="cyan"/>
          <w:u w:val="none"/>
        </w:rPr>
        <w:t xml:space="preserve"> </w:t>
      </w:r>
      <w:r>
        <w:rPr>
          <w:b w:val="0"/>
          <w:i w:val="0"/>
          <w:smallCaps w:val="0"/>
          <w:strike w:val="0"/>
          <w:color w:val="000000"/>
          <w:highlight w:val="cyan"/>
          <w:u w:val="single"/>
        </w:rPr>
        <w:t>might not</w:t>
      </w:r>
      <w:r>
        <w:rPr>
          <w:b w:val="0"/>
          <w:i w:val="0"/>
          <w:smallCaps w:val="0"/>
          <w:strike w:val="0"/>
          <w:color w:val="000000"/>
          <w:sz w:val="16"/>
          <w:u w:val="none"/>
        </w:rPr>
        <w:t xml:space="preserve"> </w:t>
      </w:r>
      <w:r>
        <w:rPr>
          <w:b w:val="0"/>
          <w:i w:val="0"/>
          <w:smallCaps w:val="0"/>
          <w:strike w:val="0"/>
          <w:color w:val="000000"/>
          <w:u w:val="single"/>
        </w:rPr>
        <w:t>necessarily</w:t>
      </w:r>
      <w:r>
        <w:rPr>
          <w:b w:val="0"/>
          <w:i w:val="0"/>
          <w:smallCaps w:val="0"/>
          <w:strike w:val="0"/>
          <w:color w:val="000000"/>
          <w:sz w:val="16"/>
          <w:u w:val="none"/>
        </w:rPr>
        <w:t xml:space="preserve"> </w:t>
      </w:r>
      <w:r>
        <w:rPr>
          <w:b w:val="0"/>
          <w:i w:val="0"/>
          <w:smallCaps w:val="0"/>
          <w:strike w:val="0"/>
          <w:color w:val="000000"/>
          <w:highlight w:val="cyan"/>
          <w:u w:val="single"/>
        </w:rPr>
        <w:t>be dismissed</w:t>
      </w:r>
      <w:r>
        <w:rPr>
          <w:b w:val="0"/>
          <w:i w:val="0"/>
          <w:smallCaps w:val="0"/>
          <w:strike w:val="0"/>
          <w:color w:val="000000"/>
          <w:sz w:val="16"/>
          <w:u w:val="none"/>
        </w:rPr>
        <w:t xml:space="preserve"> </w:t>
      </w:r>
      <w:r>
        <w:rPr>
          <w:b w:val="0"/>
          <w:i w:val="0"/>
          <w:smallCaps w:val="0"/>
          <w:strike w:val="0"/>
          <w:color w:val="000000"/>
          <w:u w:val="single"/>
        </w:rPr>
        <w:t>out of hand.</w:t>
      </w:r>
      <w:r>
        <w:rPr>
          <w:b w:val="0"/>
          <w:i w:val="0"/>
          <w:smallCaps w:val="0"/>
          <w:strike w:val="0"/>
          <w:color w:val="000000"/>
          <w:sz w:val="16"/>
          <w:u w:val="none"/>
        </w:rPr>
        <w:t xml:space="preserve"> At that point, moreover, </w:t>
      </w:r>
      <w:r>
        <w:rPr>
          <w:b w:val="0"/>
          <w:i w:val="0"/>
          <w:smallCaps w:val="0"/>
          <w:strike w:val="0"/>
          <w:color w:val="000000"/>
          <w:u w:val="single"/>
        </w:rPr>
        <w:t>any such introduction would have to originate from</w:t>
      </w:r>
      <w:r>
        <w:rPr>
          <w:b w:val="0"/>
          <w:i w:val="0"/>
          <w:smallCaps w:val="0"/>
          <w:strike w:val="0"/>
          <w:color w:val="000000"/>
          <w:sz w:val="16"/>
          <w:u w:val="none"/>
        </w:rPr>
        <w:t xml:space="preserve"> </w:t>
      </w:r>
      <w:r>
        <w:rPr>
          <w:b w:val="0"/>
          <w:i w:val="0"/>
          <w:smallCaps w:val="0"/>
          <w:strike w:val="0"/>
          <w:color w:val="000000"/>
          <w:highlight w:val="cyan"/>
          <w:u w:val="single"/>
        </w:rPr>
        <w:t>the American</w:t>
      </w:r>
      <w:r>
        <w:rPr>
          <w:b w:val="0"/>
          <w:i w:val="0"/>
          <w:smallCaps w:val="0"/>
          <w:strike w:val="0"/>
          <w:color w:val="000000"/>
          <w:sz w:val="16"/>
          <w:u w:val="none"/>
        </w:rPr>
        <w:t xml:space="preserve"> </w:t>
      </w:r>
      <w:r>
        <w:rPr>
          <w:b w:val="0"/>
          <w:i w:val="0"/>
          <w:smallCaps w:val="0"/>
          <w:strike w:val="0"/>
          <w:color w:val="000000"/>
          <w:u w:val="single"/>
        </w:rPr>
        <w:t>and/or Israeli side.</w:t>
      </w:r>
      <w:r>
        <w:rPr>
          <w:b w:val="0"/>
          <w:i w:val="0"/>
          <w:smallCaps w:val="0"/>
          <w:strike w:val="0"/>
          <w:color w:val="000000"/>
          <w:sz w:val="16"/>
          <w:u w:val="none"/>
        </w:rPr>
        <w:t xml:space="preserve"> This indisputable inference is "true by definition," "simply" because Iran would not yet have become an operationally nuclear power. In such circumstances, </w:t>
      </w:r>
      <w:r>
        <w:rPr>
          <w:b w:val="0"/>
          <w:i w:val="0"/>
          <w:smallCaps w:val="0"/>
          <w:strike w:val="0"/>
          <w:color w:val="000000"/>
          <w:u w:val="single"/>
        </w:rPr>
        <w:t>Trump</w:t>
      </w:r>
      <w:r>
        <w:rPr>
          <w:b w:val="0"/>
          <w:i w:val="0"/>
          <w:smallCaps w:val="0"/>
          <w:strike w:val="0"/>
          <w:color w:val="000000"/>
          <w:sz w:val="16"/>
          <w:u w:val="none"/>
        </w:rPr>
        <w:t xml:space="preserve">, especially in view of his favored argumentum ad baculum stance in virtually all matters, </w:t>
      </w:r>
      <w:r>
        <w:rPr>
          <w:b w:val="0"/>
          <w:i w:val="0"/>
          <w:smallCaps w:val="0"/>
          <w:strike w:val="0"/>
          <w:color w:val="000000"/>
          <w:highlight w:val="cyan"/>
          <w:u w:val="single"/>
        </w:rPr>
        <w:t>might decide</w:t>
      </w:r>
      <w:r>
        <w:rPr>
          <w:b w:val="0"/>
          <w:i w:val="0"/>
          <w:smallCaps w:val="0"/>
          <w:strike w:val="0"/>
          <w:color w:val="000000"/>
          <w:sz w:val="16"/>
          <w:u w:val="none"/>
        </w:rPr>
        <w:t xml:space="preserve"> </w:t>
      </w:r>
      <w:r>
        <w:rPr>
          <w:b w:val="0"/>
          <w:i w:val="0"/>
          <w:smallCaps w:val="0"/>
          <w:strike w:val="0"/>
          <w:color w:val="000000"/>
          <w:u w:val="single"/>
        </w:rPr>
        <w:t>upon a so-called</w:t>
      </w:r>
      <w:r>
        <w:rPr>
          <w:b w:val="0"/>
          <w:i w:val="0"/>
          <w:smallCaps w:val="0"/>
          <w:strike w:val="0"/>
          <w:color w:val="000000"/>
          <w:sz w:val="16"/>
          <w:u w:val="none"/>
        </w:rPr>
        <w:t xml:space="preserve"> </w:t>
      </w:r>
      <w:r>
        <w:rPr>
          <w:b/>
          <w:i w:val="0"/>
          <w:smallCaps w:val="0"/>
          <w:strike w:val="0"/>
          <w:color w:val="000000"/>
          <w:highlight w:val="cyan"/>
          <w:u w:val="single"/>
        </w:rPr>
        <w:t>"mad dog" strategy</w:t>
      </w:r>
      <w:r>
        <w:rPr>
          <w:b w:val="0"/>
          <w:i w:val="0"/>
          <w:smallCaps w:val="0"/>
          <w:strike w:val="0"/>
          <w:color w:val="000000"/>
          <w:sz w:val="16"/>
          <w:u w:val="none"/>
        </w:rPr>
        <w:t xml:space="preserve"> </w:t>
      </w:r>
      <w:r>
        <w:rPr>
          <w:b w:val="0"/>
          <w:i w:val="0"/>
          <w:smallCaps w:val="0"/>
          <w:strike w:val="0"/>
          <w:color w:val="000000"/>
          <w:u w:val="single"/>
        </w:rPr>
        <w:t>vis-a-vis Iran</w:t>
      </w:r>
      <w:r>
        <w:rPr>
          <w:b w:val="0"/>
          <w:i w:val="0"/>
          <w:smallCaps w:val="0"/>
          <w:strike w:val="0"/>
          <w:color w:val="000000"/>
          <w:sz w:val="16"/>
          <w:u w:val="none"/>
        </w:rPr>
        <w:t xml:space="preserve">. Here, </w:t>
      </w:r>
      <w:r>
        <w:rPr>
          <w:b w:val="0"/>
          <w:i w:val="0"/>
          <w:smallCaps w:val="0"/>
          <w:strike w:val="0"/>
          <w:color w:val="000000"/>
          <w:u w:val="single"/>
        </w:rPr>
        <w:t>the American president would display a last-resort dependence upon a strategy</w:t>
      </w:r>
      <w:r>
        <w:rPr>
          <w:b w:val="0"/>
          <w:i w:val="0"/>
          <w:smallCaps w:val="0"/>
          <w:strike w:val="0"/>
          <w:color w:val="000000"/>
          <w:sz w:val="16"/>
          <w:u w:val="none"/>
        </w:rPr>
        <w:t xml:space="preserve"> </w:t>
      </w:r>
      <w:r>
        <w:rPr>
          <w:b w:val="0"/>
          <w:i w:val="0"/>
          <w:smallCaps w:val="0"/>
          <w:strike w:val="0"/>
          <w:color w:val="000000"/>
          <w:highlight w:val="cyan"/>
          <w:u w:val="single"/>
        </w:rPr>
        <w:t>of</w:t>
      </w:r>
      <w:r>
        <w:rPr>
          <w:b w:val="0"/>
          <w:i w:val="0"/>
          <w:smallCaps w:val="0"/>
          <w:strike w:val="0"/>
          <w:color w:val="000000"/>
          <w:sz w:val="16"/>
          <w:highlight w:val="cyan"/>
          <w:u w:val="none"/>
        </w:rPr>
        <w:t xml:space="preserve"> </w:t>
      </w:r>
      <w:r>
        <w:rPr>
          <w:b/>
          <w:i w:val="0"/>
          <w:smallCaps w:val="0"/>
          <w:strike w:val="0"/>
          <w:color w:val="000000"/>
          <w:highlight w:val="cyan"/>
          <w:u w:val="single"/>
        </w:rPr>
        <w:t>pretended irrationality</w:t>
      </w:r>
      <w:r>
        <w:rPr>
          <w:b w:val="0"/>
          <w:i w:val="0"/>
          <w:smallCaps w:val="0"/>
          <w:strike w:val="0"/>
          <w:color w:val="000000"/>
          <w:sz w:val="16"/>
          <w:u w:val="none"/>
        </w:rPr>
        <w:t xml:space="preserve">, or what I have called in my own latest books and monographs, the "rationality of pretended irrationality." Significantly, </w:t>
      </w:r>
      <w:r>
        <w:rPr>
          <w:b w:val="0"/>
          <w:i w:val="0"/>
          <w:smallCaps w:val="0"/>
          <w:strike w:val="0"/>
          <w:color w:val="000000"/>
          <w:u w:val="single"/>
        </w:rPr>
        <w:t>any such residual reliance, while intuitively sensible and apparently compelling, could</w:t>
      </w:r>
      <w:r>
        <w:rPr>
          <w:b w:val="0"/>
          <w:i w:val="0"/>
          <w:smallCaps w:val="0"/>
          <w:strike w:val="0"/>
          <w:color w:val="000000"/>
          <w:sz w:val="16"/>
          <w:u w:val="none"/>
        </w:rPr>
        <w:t xml:space="preserve"> still </w:t>
      </w:r>
      <w:r>
        <w:rPr>
          <w:b/>
          <w:i w:val="0"/>
          <w:smallCaps w:val="0"/>
          <w:strike w:val="0"/>
          <w:color w:val="000000"/>
          <w:u w:val="single"/>
        </w:rPr>
        <w:t>backfire</w:t>
      </w:r>
      <w:r>
        <w:rPr>
          <w:b w:val="0"/>
          <w:i w:val="0"/>
          <w:smallCaps w:val="0"/>
          <w:strike w:val="0"/>
          <w:color w:val="000000"/>
          <w:sz w:val="16"/>
          <w:u w:val="none"/>
        </w:rPr>
        <w:t xml:space="preserve">, thereby </w:t>
      </w:r>
      <w:r>
        <w:rPr>
          <w:b w:val="0"/>
          <w:i w:val="0"/>
          <w:smallCaps w:val="0"/>
          <w:strike w:val="0"/>
          <w:color w:val="000000"/>
          <w:highlight w:val="cyan"/>
          <w:u w:val="single"/>
        </w:rPr>
        <w:t>opening up</w:t>
      </w:r>
      <w:r>
        <w:rPr>
          <w:b w:val="0"/>
          <w:i w:val="0"/>
          <w:smallCaps w:val="0"/>
          <w:strike w:val="0"/>
          <w:color w:val="000000"/>
          <w:sz w:val="16"/>
          <w:u w:val="none"/>
        </w:rPr>
        <w:t xml:space="preserve"> </w:t>
      </w:r>
      <w:r>
        <w:rPr>
          <w:b w:val="0"/>
          <w:i w:val="0"/>
          <w:smallCaps w:val="0"/>
          <w:strike w:val="0"/>
          <w:color w:val="000000"/>
          <w:u w:val="single"/>
        </w:rPr>
        <w:t>an</w:t>
      </w:r>
      <w:r>
        <w:rPr>
          <w:b w:val="0"/>
          <w:i w:val="0"/>
          <w:smallCaps w:val="0"/>
          <w:strike w:val="0"/>
          <w:color w:val="000000"/>
          <w:sz w:val="16"/>
          <w:u w:val="none"/>
        </w:rPr>
        <w:t xml:space="preserve"> </w:t>
      </w:r>
      <w:r>
        <w:rPr>
          <w:b/>
          <w:i w:val="0"/>
          <w:smallCaps w:val="0"/>
          <w:strike w:val="0"/>
          <w:color w:val="000000"/>
          <w:u w:val="single"/>
        </w:rPr>
        <w:t>"Armageddon path"</w:t>
      </w:r>
      <w:r>
        <w:rPr>
          <w:b w:val="0"/>
          <w:i w:val="0"/>
          <w:smallCaps w:val="0"/>
          <w:strike w:val="0"/>
          <w:color w:val="000000"/>
          <w:sz w:val="16"/>
          <w:u w:val="none"/>
        </w:rPr>
        <w:t xml:space="preserve"> </w:t>
      </w:r>
      <w:r>
        <w:rPr>
          <w:b w:val="0"/>
          <w:i w:val="0"/>
          <w:smallCaps w:val="0"/>
          <w:strike w:val="0"/>
          <w:color w:val="000000"/>
          <w:u w:val="single"/>
        </w:rPr>
        <w:t>to a</w:t>
      </w:r>
      <w:r>
        <w:rPr>
          <w:b w:val="0"/>
          <w:i w:val="0"/>
          <w:smallCaps w:val="0"/>
          <w:strike w:val="0"/>
          <w:color w:val="000000"/>
          <w:sz w:val="16"/>
          <w:u w:val="none"/>
        </w:rPr>
        <w:t xml:space="preserve"> </w:t>
      </w:r>
      <w:r>
        <w:rPr>
          <w:b w:val="0"/>
          <w:i w:val="0"/>
          <w:smallCaps w:val="0"/>
          <w:strike w:val="0"/>
          <w:color w:val="000000"/>
          <w:u w:val="single"/>
        </w:rPr>
        <w:t>now</w:t>
      </w:r>
      <w:r>
        <w:rPr>
          <w:b w:val="0"/>
          <w:i w:val="0"/>
          <w:smallCaps w:val="0"/>
          <w:strike w:val="0"/>
          <w:color w:val="000000"/>
          <w:sz w:val="16"/>
          <w:u w:val="none"/>
        </w:rPr>
        <w:t xml:space="preserve"> </w:t>
      </w:r>
      <w:r>
        <w:rPr>
          <w:b/>
          <w:i w:val="0"/>
          <w:smallCaps w:val="0"/>
          <w:strike w:val="0"/>
          <w:color w:val="000000"/>
          <w:highlight w:val="cyan"/>
          <w:u w:val="single"/>
        </w:rPr>
        <w:t>unstoppable escalation.</w:t>
      </w:r>
      <w:r>
        <w:rPr>
          <w:b w:val="0"/>
          <w:i w:val="0"/>
          <w:smallCaps w:val="0"/>
          <w:strike w:val="0"/>
          <w:color w:val="000000"/>
          <w:sz w:val="16"/>
          <w:u w:val="none"/>
        </w:rPr>
        <w:t xml:space="preserve"> If, on the other hand, Trump's "punishing" or defensive initial strike against Iran were conspicuously less than massive, a fully rational Iranian adversary would likely ensure that its chosen reprisal was correspondingly "limited." But if Trump's consciously rational and calibrated attack upon Iran were wittingly or unwittingly launched against an irrational enemy leadership, </w:t>
      </w:r>
      <w:r>
        <w:rPr>
          <w:b w:val="0"/>
          <w:i w:val="0"/>
          <w:smallCaps w:val="0"/>
          <w:strike w:val="0"/>
          <w:color w:val="000000"/>
          <w:highlight w:val="cyan"/>
          <w:u w:val="single"/>
        </w:rPr>
        <w:t>the Iranian</w:t>
      </w:r>
      <w:r>
        <w:rPr>
          <w:b w:val="0"/>
          <w:i w:val="0"/>
          <w:smallCaps w:val="0"/>
          <w:strike w:val="0"/>
          <w:color w:val="000000"/>
          <w:sz w:val="16"/>
          <w:highlight w:val="cyan"/>
          <w:u w:val="none"/>
        </w:rPr>
        <w:t xml:space="preserve"> </w:t>
      </w:r>
      <w:r>
        <w:rPr>
          <w:b/>
          <w:i w:val="0"/>
          <w:smallCaps w:val="0"/>
          <w:strike w:val="0"/>
          <w:color w:val="000000"/>
          <w:highlight w:val="cyan"/>
          <w:u w:val="single"/>
        </w:rPr>
        <w:t>response</w:t>
      </w:r>
      <w:r>
        <w:rPr>
          <w:b w:val="0"/>
          <w:i w:val="0"/>
          <w:smallCaps w:val="0"/>
          <w:strike w:val="0"/>
          <w:color w:val="000000"/>
          <w:sz w:val="16"/>
          <w:highlight w:val="cyan"/>
          <w:u w:val="none"/>
        </w:rPr>
        <w:t xml:space="preserve"> </w:t>
      </w:r>
      <w:r>
        <w:rPr>
          <w:b w:val="0"/>
          <w:i w:val="0"/>
          <w:smallCaps w:val="0"/>
          <w:strike w:val="0"/>
          <w:color w:val="000000"/>
          <w:highlight w:val="cyan"/>
          <w:u w:val="single"/>
        </w:rPr>
        <w:t>could then be</w:t>
      </w:r>
      <w:r>
        <w:rPr>
          <w:b w:val="0"/>
          <w:i w:val="0"/>
          <w:smallCaps w:val="0"/>
          <w:strike w:val="0"/>
          <w:color w:val="000000"/>
          <w:sz w:val="16"/>
          <w:u w:val="none"/>
        </w:rPr>
        <w:t xml:space="preserve"> </w:t>
      </w:r>
      <w:r>
        <w:rPr>
          <w:b/>
          <w:i w:val="0"/>
          <w:smallCaps w:val="0"/>
          <w:strike w:val="0"/>
          <w:color w:val="000000"/>
          <w:u w:val="single"/>
        </w:rPr>
        <w:t>"roaring missiles,"</w:t>
      </w:r>
      <w:r>
        <w:rPr>
          <w:b w:val="0"/>
          <w:i w:val="0"/>
          <w:smallCaps w:val="0"/>
          <w:strike w:val="0"/>
          <w:color w:val="000000"/>
          <w:sz w:val="16"/>
          <w:u w:val="none"/>
        </w:rPr>
        <w:t xml:space="preserve"> </w:t>
      </w:r>
      <w:r>
        <w:rPr>
          <w:b w:val="0"/>
          <w:i w:val="0"/>
          <w:smallCaps w:val="0"/>
          <w:strike w:val="0"/>
          <w:color w:val="000000"/>
          <w:u w:val="single"/>
        </w:rPr>
        <w:t>or an</w:t>
      </w:r>
      <w:r>
        <w:rPr>
          <w:b w:val="0"/>
          <w:i w:val="0"/>
          <w:smallCaps w:val="0"/>
          <w:strike w:val="0"/>
          <w:color w:val="000000"/>
          <w:sz w:val="16"/>
          <w:u w:val="none"/>
        </w:rPr>
        <w:t xml:space="preserve"> </w:t>
      </w:r>
      <w:r>
        <w:rPr>
          <w:b/>
          <w:i w:val="0"/>
          <w:smallCaps w:val="0"/>
          <w:strike w:val="0"/>
          <w:color w:val="000000"/>
          <w:highlight w:val="cyan"/>
          <w:u w:val="single"/>
        </w:rPr>
        <w:t>all-out retal</w:t>
      </w:r>
      <w:r>
        <w:rPr>
          <w:b w:val="0"/>
          <w:i w:val="0"/>
          <w:smallCaps w:val="0"/>
          <w:strike w:val="0"/>
          <w:color w:val="000000"/>
          <w:u w:val="single"/>
        </w:rPr>
        <w:t>iation.</w:t>
      </w:r>
      <w:r>
        <w:rPr>
          <w:b w:val="0"/>
          <w:i w:val="0"/>
          <w:smallCaps w:val="0"/>
          <w:strike w:val="0"/>
          <w:color w:val="000000"/>
          <w:sz w:val="16"/>
          <w:u w:val="none"/>
        </w:rPr>
        <w:t xml:space="preserve"> This presumably unanticipated response, while non-nuclear, could be directed at some </w:t>
      </w:r>
      <w:r>
        <w:rPr>
          <w:b w:val="0"/>
          <w:i w:val="0"/>
          <w:smallCaps w:val="0"/>
          <w:strike w:val="0"/>
          <w:color w:val="000000"/>
          <w:sz w:val="16"/>
          <w:u w:val="none"/>
        </w:rPr>
        <w:t>as yet</w:t>
      </w:r>
      <w:r>
        <w:rPr>
          <w:b w:val="0"/>
          <w:i w:val="0"/>
          <w:smallCaps w:val="0"/>
          <w:strike w:val="0"/>
          <w:color w:val="000000"/>
          <w:sz w:val="16"/>
          <w:u w:val="none"/>
        </w:rPr>
        <w:t xml:space="preserve"> undeterminable combination of U.S. and Israeli targets. Cumulatively, it could still inflict very substantial </w:t>
      </w:r>
      <w:r>
        <w:rPr>
          <w:b w:val="0"/>
          <w:i w:val="0"/>
          <w:smallCaps w:val="0"/>
          <w:strike w:val="0"/>
          <w:color w:val="000000"/>
          <w:sz w:val="16"/>
          <w:u w:val="none"/>
        </w:rPr>
        <w:t>harms</w:t>
      </w:r>
      <w:r>
        <w:rPr>
          <w:b w:val="0"/>
          <w:i w:val="0"/>
          <w:smallCaps w:val="0"/>
          <w:strike w:val="0"/>
          <w:color w:val="000000"/>
          <w:sz w:val="16"/>
          <w:u w:val="none"/>
        </w:rPr>
        <w:t xml:space="preserve">. For the moment, at least, any Iranian missile reprisal against U.S. interests and personnel would have to exclude the American homeland. This same limiting prediction, however, cannot be made in reference to any considered Israeli targets. On the contrary, </w:t>
      </w:r>
      <w:r>
        <w:rPr>
          <w:b w:val="0"/>
          <w:i w:val="0"/>
          <w:smallCaps w:val="0"/>
          <w:strike w:val="0"/>
          <w:color w:val="000000"/>
          <w:u w:val="single"/>
        </w:rPr>
        <w:t>any reciprocal Iranian attack directed against Israel would plausibly target that country's</w:t>
      </w:r>
      <w:r>
        <w:rPr>
          <w:b w:val="0"/>
          <w:i w:val="0"/>
          <w:smallCaps w:val="0"/>
          <w:strike w:val="0"/>
          <w:color w:val="000000"/>
          <w:sz w:val="16"/>
          <w:u w:val="none"/>
        </w:rPr>
        <w:t xml:space="preserve"> </w:t>
      </w:r>
      <w:r>
        <w:rPr>
          <w:b/>
          <w:i w:val="0"/>
          <w:smallCaps w:val="0"/>
          <w:strike w:val="0"/>
          <w:color w:val="000000"/>
          <w:u w:val="single"/>
        </w:rPr>
        <w:t>military assets</w:t>
      </w:r>
      <w:r>
        <w:rPr>
          <w:b w:val="0"/>
          <w:i w:val="0"/>
          <w:smallCaps w:val="0"/>
          <w:strike w:val="0"/>
          <w:color w:val="000000"/>
          <w:sz w:val="16"/>
          <w:u w:val="none"/>
        </w:rPr>
        <w:t xml:space="preserve"> </w:t>
      </w:r>
      <w:r>
        <w:rPr>
          <w:b w:val="0"/>
          <w:i w:val="0"/>
          <w:smallCaps w:val="0"/>
          <w:strike w:val="0"/>
          <w:color w:val="000000"/>
          <w:u w:val="single"/>
        </w:rPr>
        <w:t>and could also include a significant number of</w:t>
      </w:r>
      <w:r>
        <w:rPr>
          <w:b w:val="0"/>
          <w:i w:val="0"/>
          <w:smallCaps w:val="0"/>
          <w:strike w:val="0"/>
          <w:color w:val="000000"/>
          <w:sz w:val="16"/>
          <w:u w:val="none"/>
        </w:rPr>
        <w:t xml:space="preserve"> </w:t>
      </w:r>
      <w:r>
        <w:rPr>
          <w:b/>
          <w:i w:val="0"/>
          <w:smallCaps w:val="0"/>
          <w:strike w:val="0"/>
          <w:color w:val="000000"/>
          <w:u w:val="single"/>
        </w:rPr>
        <w:t>"soft" civilian populations</w:t>
      </w:r>
      <w:r>
        <w:rPr>
          <w:b w:val="0"/>
          <w:i w:val="0"/>
          <w:smallCaps w:val="0"/>
          <w:strike w:val="0"/>
          <w:color w:val="000000"/>
          <w:sz w:val="16"/>
          <w:u w:val="none"/>
        </w:rPr>
        <w:t xml:space="preserve"> and corollary infrastructures. Even if it is being played only by rational adversaries, the advancing strategic "game" would demand that each contestant relentlessly strive for "escalation dominance." Ominously, it is </w:t>
      </w:r>
      <w:r>
        <w:rPr>
          <w:b w:val="0"/>
          <w:i w:val="0"/>
          <w:smallCaps w:val="0"/>
          <w:strike w:val="0"/>
          <w:color w:val="000000"/>
          <w:u w:val="single"/>
        </w:rPr>
        <w:t>in the thoroughly unpracticed internal dynamics of any such rivalry</w:t>
      </w:r>
      <w:r>
        <w:rPr>
          <w:b w:val="0"/>
          <w:i w:val="0"/>
          <w:smallCaps w:val="0"/>
          <w:strike w:val="0"/>
          <w:color w:val="000000"/>
          <w:sz w:val="16"/>
          <w:u w:val="none"/>
        </w:rPr>
        <w:t xml:space="preserve"> that the serious prospect of </w:t>
      </w:r>
      <w:r>
        <w:rPr>
          <w:b w:val="0"/>
          <w:i w:val="0"/>
          <w:smallCaps w:val="0"/>
          <w:strike w:val="0"/>
          <w:color w:val="000000"/>
          <w:highlight w:val="cyan"/>
          <w:u w:val="single"/>
        </w:rPr>
        <w:t>a genuine</w:t>
      </w:r>
      <w:r>
        <w:rPr>
          <w:b w:val="0"/>
          <w:i w:val="0"/>
          <w:smallCaps w:val="0"/>
          <w:strike w:val="0"/>
          <w:color w:val="000000"/>
          <w:u w:val="single"/>
        </w:rPr>
        <w:t>ly</w:t>
      </w:r>
      <w:r>
        <w:rPr>
          <w:b w:val="0"/>
          <w:i w:val="0"/>
          <w:smallCaps w:val="0"/>
          <w:strike w:val="0"/>
          <w:color w:val="000000"/>
          <w:sz w:val="16"/>
          <w:u w:val="none"/>
        </w:rPr>
        <w:t xml:space="preserve"> </w:t>
      </w:r>
      <w:r>
        <w:rPr>
          <w:b/>
          <w:i w:val="0"/>
          <w:smallCaps w:val="0"/>
          <w:strike w:val="0"/>
          <w:color w:val="000000"/>
          <w:highlight w:val="cyan"/>
          <w:u w:val="single"/>
        </w:rPr>
        <w:t>"Armageddon" scenario</w:t>
      </w:r>
      <w:r>
        <w:rPr>
          <w:b w:val="0"/>
          <w:i w:val="0"/>
          <w:smallCaps w:val="0"/>
          <w:strike w:val="0"/>
          <w:color w:val="000000"/>
          <w:sz w:val="16"/>
          <w:u w:val="none"/>
        </w:rPr>
        <w:t xml:space="preserve"> </w:t>
      </w:r>
      <w:r>
        <w:rPr>
          <w:b w:val="0"/>
          <w:i w:val="0"/>
          <w:smallCaps w:val="0"/>
          <w:strike w:val="0"/>
          <w:color w:val="000000"/>
          <w:u w:val="single"/>
        </w:rPr>
        <w:t>could</w:t>
      </w:r>
      <w:r>
        <w:rPr>
          <w:b w:val="0"/>
          <w:i w:val="0"/>
          <w:smallCaps w:val="0"/>
          <w:strike w:val="0"/>
          <w:color w:val="000000"/>
          <w:sz w:val="16"/>
          <w:u w:val="none"/>
        </w:rPr>
        <w:t xml:space="preserve"> sometime </w:t>
      </w:r>
      <w:r>
        <w:rPr>
          <w:b w:val="0"/>
          <w:i w:val="0"/>
          <w:smallCaps w:val="0"/>
          <w:strike w:val="0"/>
          <w:color w:val="000000"/>
          <w:u w:val="single"/>
        </w:rPr>
        <w:t>be realized. This</w:t>
      </w:r>
      <w:r>
        <w:rPr>
          <w:b w:val="0"/>
          <w:i w:val="0"/>
          <w:smallCaps w:val="0"/>
          <w:strike w:val="0"/>
          <w:color w:val="000000"/>
          <w:sz w:val="16"/>
          <w:u w:val="none"/>
        </w:rPr>
        <w:t xml:space="preserve"> intolerable </w:t>
      </w:r>
      <w:r>
        <w:rPr>
          <w:b w:val="0"/>
          <w:i w:val="0"/>
          <w:smallCaps w:val="0"/>
          <w:strike w:val="0"/>
          <w:color w:val="000000"/>
          <w:u w:val="single"/>
        </w:rPr>
        <w:t>outcome could be produced</w:t>
      </w:r>
      <w:r>
        <w:rPr>
          <w:b w:val="0"/>
          <w:i w:val="0"/>
          <w:smallCaps w:val="0"/>
          <w:strike w:val="0"/>
          <w:color w:val="000000"/>
          <w:sz w:val="16"/>
          <w:u w:val="none"/>
        </w:rPr>
        <w:t xml:space="preserve"> either </w:t>
      </w:r>
      <w:r>
        <w:rPr>
          <w:b w:val="0"/>
          <w:i w:val="0"/>
          <w:smallCaps w:val="0"/>
          <w:strike w:val="0"/>
          <w:color w:val="000000"/>
          <w:u w:val="single"/>
        </w:rPr>
        <w:t>in unexpected increments</w:t>
      </w:r>
      <w:r>
        <w:rPr>
          <w:b w:val="0"/>
          <w:i w:val="0"/>
          <w:smallCaps w:val="0"/>
          <w:strike w:val="0"/>
          <w:color w:val="000000"/>
          <w:sz w:val="16"/>
          <w:u w:val="none"/>
        </w:rPr>
        <w:t xml:space="preserve"> of escalation by any or </w:t>
      </w:r>
      <w:r>
        <w:rPr>
          <w:b w:val="0"/>
          <w:i w:val="0"/>
          <w:smallCaps w:val="0"/>
          <w:strike w:val="0"/>
          <w:color w:val="000000"/>
          <w:sz w:val="16"/>
          <w:u w:val="none"/>
        </w:rPr>
        <w:t>all of</w:t>
      </w:r>
      <w:r>
        <w:rPr>
          <w:b w:val="0"/>
          <w:i w:val="0"/>
          <w:smallCaps w:val="0"/>
          <w:strike w:val="0"/>
          <w:color w:val="000000"/>
          <w:sz w:val="16"/>
          <w:u w:val="none"/>
        </w:rPr>
        <w:t xml:space="preserve"> the three dominant national players, </w:t>
      </w:r>
      <w:r>
        <w:rPr>
          <w:b w:val="0"/>
          <w:i w:val="0"/>
          <w:smallCaps w:val="0"/>
          <w:strike w:val="0"/>
          <w:color w:val="000000"/>
          <w:u w:val="single"/>
        </w:rPr>
        <w:t>or</w:t>
      </w:r>
      <w:r>
        <w:rPr>
          <w:b w:val="0"/>
          <w:i w:val="0"/>
          <w:smallCaps w:val="0"/>
          <w:strike w:val="0"/>
          <w:color w:val="000000"/>
          <w:sz w:val="16"/>
          <w:u w:val="none"/>
        </w:rPr>
        <w:t xml:space="preserve"> instead, </w:t>
      </w:r>
      <w:r>
        <w:rPr>
          <w:b w:val="0"/>
          <w:i w:val="0"/>
          <w:smallCaps w:val="0"/>
          <w:strike w:val="0"/>
          <w:color w:val="000000"/>
          <w:u w:val="single"/>
        </w:rPr>
        <w:t>by any sudden quantum leap in destructiveness</w:t>
      </w:r>
      <w:r>
        <w:rPr>
          <w:b w:val="0"/>
          <w:i w:val="0"/>
          <w:smallCaps w:val="0"/>
          <w:strike w:val="0"/>
          <w:color w:val="000000"/>
          <w:sz w:val="16"/>
          <w:u w:val="none"/>
        </w:rPr>
        <w:t xml:space="preserve"> undertaken by Iran, Israel and/or the United States. The only thing that is wholly predictable in usefully deciphering such complex dynamics is that they are all unpredictable. For example, even under the best or optimum assumptions of enemy rationality, </w:t>
      </w:r>
      <w:r>
        <w:rPr>
          <w:b w:val="0"/>
          <w:i w:val="0"/>
          <w:smallCaps w:val="0"/>
          <w:strike w:val="0"/>
          <w:color w:val="000000"/>
          <w:u w:val="single"/>
        </w:rPr>
        <w:t>all pertinent decision-makers would have to concern themselves</w:t>
      </w:r>
      <w:r>
        <w:rPr>
          <w:b w:val="0"/>
          <w:i w:val="0"/>
          <w:smallCaps w:val="0"/>
          <w:strike w:val="0"/>
          <w:color w:val="000000"/>
          <w:sz w:val="16"/>
          <w:u w:val="none"/>
        </w:rPr>
        <w:t xml:space="preserve"> </w:t>
      </w:r>
      <w:r>
        <w:rPr>
          <w:b w:val="0"/>
          <w:i w:val="0"/>
          <w:smallCaps w:val="0"/>
          <w:strike w:val="0"/>
          <w:color w:val="000000"/>
          <w:highlight w:val="cyan"/>
          <w:u w:val="single"/>
        </w:rPr>
        <w:t>with</w:t>
      </w:r>
      <w:r>
        <w:rPr>
          <w:b w:val="0"/>
          <w:i w:val="0"/>
          <w:smallCaps w:val="0"/>
          <w:strike w:val="0"/>
          <w:color w:val="000000"/>
          <w:sz w:val="16"/>
          <w:highlight w:val="cyan"/>
          <w:u w:val="none"/>
        </w:rPr>
        <w:t xml:space="preserve"> </w:t>
      </w:r>
      <w:r>
        <w:rPr>
          <w:b/>
          <w:i w:val="0"/>
          <w:smallCaps w:val="0"/>
          <w:strike w:val="0"/>
          <w:color w:val="000000"/>
          <w:highlight w:val="cyan"/>
          <w:u w:val="single"/>
        </w:rPr>
        <w:t>miscalculation</w:t>
      </w:r>
      <w:r>
        <w:rPr>
          <w:b w:val="0"/>
          <w:i w:val="0"/>
          <w:smallCaps w:val="0"/>
          <w:strike w:val="0"/>
          <w:color w:val="000000"/>
          <w:highlight w:val="cyan"/>
          <w:u w:val="single"/>
        </w:rPr>
        <w:t>s,</w:t>
      </w:r>
      <w:r>
        <w:rPr>
          <w:b w:val="0"/>
          <w:i w:val="0"/>
          <w:smallCaps w:val="0"/>
          <w:strike w:val="0"/>
          <w:color w:val="000000"/>
          <w:sz w:val="16"/>
          <w:highlight w:val="cyan"/>
          <w:u w:val="none"/>
        </w:rPr>
        <w:t xml:space="preserve"> </w:t>
      </w:r>
      <w:r>
        <w:rPr>
          <w:b/>
          <w:i w:val="0"/>
          <w:smallCaps w:val="0"/>
          <w:strike w:val="0"/>
          <w:color w:val="000000"/>
          <w:highlight w:val="cyan"/>
          <w:u w:val="single"/>
        </w:rPr>
        <w:t>error</w:t>
      </w:r>
      <w:r>
        <w:rPr>
          <w:b w:val="0"/>
          <w:i w:val="0"/>
          <w:smallCaps w:val="0"/>
          <w:strike w:val="0"/>
          <w:color w:val="000000"/>
          <w:highlight w:val="cyan"/>
          <w:u w:val="single"/>
        </w:rPr>
        <w:t>s</w:t>
      </w:r>
      <w:r>
        <w:rPr>
          <w:b w:val="0"/>
          <w:i w:val="0"/>
          <w:smallCaps w:val="0"/>
          <w:strike w:val="0"/>
          <w:color w:val="000000"/>
          <w:sz w:val="16"/>
          <w:u w:val="none"/>
        </w:rPr>
        <w:t xml:space="preserve"> in information, </w:t>
      </w:r>
      <w:r>
        <w:rPr>
          <w:b/>
          <w:i w:val="0"/>
          <w:smallCaps w:val="0"/>
          <w:strike w:val="0"/>
          <w:color w:val="000000"/>
          <w:highlight w:val="cyan"/>
          <w:u w:val="single"/>
        </w:rPr>
        <w:t>unauthorized uses</w:t>
      </w:r>
      <w:r>
        <w:rPr>
          <w:b w:val="0"/>
          <w:i w:val="0"/>
          <w:smallCaps w:val="0"/>
          <w:strike w:val="0"/>
          <w:color w:val="000000"/>
          <w:sz w:val="16"/>
          <w:u w:val="none"/>
        </w:rPr>
        <w:t xml:space="preserve"> </w:t>
      </w:r>
      <w:r>
        <w:rPr>
          <w:b w:val="0"/>
          <w:i w:val="0"/>
          <w:smallCaps w:val="0"/>
          <w:strike w:val="0"/>
          <w:color w:val="000000"/>
          <w:u w:val="single"/>
        </w:rPr>
        <w:t>of strategic weapons</w:t>
      </w:r>
      <w:r>
        <w:rPr>
          <w:b w:val="0"/>
          <w:i w:val="0"/>
          <w:smallCaps w:val="0"/>
          <w:strike w:val="0"/>
          <w:color w:val="000000"/>
          <w:sz w:val="16"/>
          <w:u w:val="none"/>
        </w:rPr>
        <w:t xml:space="preserve">, mechanical or computer </w:t>
      </w:r>
      <w:r>
        <w:rPr>
          <w:b/>
          <w:i w:val="0"/>
          <w:smallCaps w:val="0"/>
          <w:strike w:val="0"/>
          <w:color w:val="000000"/>
          <w:highlight w:val="cyan"/>
          <w:u w:val="single"/>
        </w:rPr>
        <w:t>malfunctions</w:t>
      </w:r>
      <w:r>
        <w:rPr>
          <w:b w:val="0"/>
          <w:i w:val="0"/>
          <w:smallCaps w:val="0"/>
          <w:strike w:val="0"/>
          <w:color w:val="000000"/>
          <w:sz w:val="16"/>
          <w:u w:val="none"/>
        </w:rPr>
        <w:t xml:space="preserve">, </w:t>
      </w:r>
      <w:r>
        <w:rPr>
          <w:b w:val="0"/>
          <w:i w:val="0"/>
          <w:smallCaps w:val="0"/>
          <w:strike w:val="0"/>
          <w:color w:val="000000"/>
          <w:u w:val="single"/>
        </w:rPr>
        <w:t>poorly recognized instances of</w:t>
      </w:r>
      <w:r>
        <w:rPr>
          <w:b w:val="0"/>
          <w:i w:val="0"/>
          <w:smallCaps w:val="0"/>
          <w:strike w:val="0"/>
          <w:color w:val="000000"/>
          <w:sz w:val="16"/>
          <w:u w:val="none"/>
        </w:rPr>
        <w:t xml:space="preserve"> </w:t>
      </w:r>
      <w:r>
        <w:rPr>
          <w:b/>
          <w:i w:val="0"/>
          <w:smallCaps w:val="0"/>
          <w:strike w:val="0"/>
          <w:color w:val="000000"/>
          <w:u w:val="single"/>
        </w:rPr>
        <w:t>cyberdefense</w:t>
      </w:r>
      <w:r>
        <w:rPr>
          <w:b w:val="0"/>
          <w:i w:val="0"/>
          <w:smallCaps w:val="0"/>
          <w:strike w:val="0"/>
          <w:color w:val="000000"/>
          <w:sz w:val="16"/>
          <w:u w:val="none"/>
        </w:rPr>
        <w:t xml:space="preserve">, </w:t>
      </w:r>
      <w:r>
        <w:rPr>
          <w:b/>
          <w:i w:val="0"/>
          <w:smallCaps w:val="0"/>
          <w:strike w:val="0"/>
          <w:color w:val="000000"/>
          <w:highlight w:val="cyan"/>
          <w:u w:val="single"/>
        </w:rPr>
        <w:t>cyber-war</w:t>
      </w:r>
      <w:r>
        <w:rPr>
          <w:b w:val="0"/>
          <w:i w:val="0"/>
          <w:smallCaps w:val="0"/>
          <w:strike w:val="0"/>
          <w:color w:val="000000"/>
          <w:sz w:val="16"/>
          <w:highlight w:val="cyan"/>
          <w:u w:val="none"/>
        </w:rPr>
        <w:t xml:space="preserve"> </w:t>
      </w:r>
      <w:r>
        <w:rPr>
          <w:b w:val="0"/>
          <w:i w:val="0"/>
          <w:smallCaps w:val="0"/>
          <w:strike w:val="0"/>
          <w:color w:val="000000"/>
          <w:highlight w:val="cyan"/>
          <w:u w:val="single"/>
        </w:rPr>
        <w:t>and</w:t>
      </w:r>
      <w:r>
        <w:rPr>
          <w:b w:val="0"/>
          <w:i w:val="0"/>
          <w:smallCaps w:val="0"/>
          <w:strike w:val="0"/>
          <w:color w:val="000000"/>
          <w:sz w:val="16"/>
          <w:u w:val="none"/>
        </w:rPr>
        <w:t xml:space="preserve"> even adversarial </w:t>
      </w:r>
      <w:r>
        <w:rPr>
          <w:b/>
          <w:i w:val="0"/>
          <w:smallCaps w:val="0"/>
          <w:strike w:val="0"/>
          <w:color w:val="000000"/>
          <w:highlight w:val="cyan"/>
          <w:u w:val="single"/>
        </w:rPr>
        <w:t>coups</w:t>
      </w:r>
      <w:r>
        <w:rPr>
          <w:b w:val="0"/>
          <w:i w:val="0"/>
          <w:smallCaps w:val="0"/>
          <w:strike w:val="0"/>
          <w:color w:val="000000"/>
          <w:sz w:val="16"/>
          <w:u w:val="none"/>
        </w:rPr>
        <w:t xml:space="preserve"> </w:t>
      </w:r>
      <w:r>
        <w:rPr>
          <w:b/>
          <w:i w:val="0"/>
          <w:smallCaps w:val="0"/>
          <w:strike w:val="0"/>
          <w:color w:val="000000"/>
          <w:u w:val="single"/>
        </w:rPr>
        <w:t>d'etats</w:t>
      </w:r>
      <w:r>
        <w:rPr>
          <w:b w:val="0"/>
          <w:i w:val="0"/>
          <w:smallCaps w:val="0"/>
          <w:strike w:val="0"/>
          <w:color w:val="000000"/>
          <w:sz w:val="16"/>
          <w:u w:val="none"/>
        </w:rPr>
        <w:t xml:space="preserve">. In the final analysis, informed citizens and participants in these hideously complicated games of strategy will need to recall that </w:t>
      </w:r>
      <w:r>
        <w:rPr>
          <w:b w:val="0"/>
          <w:i w:val="0"/>
          <w:smallCaps w:val="0"/>
          <w:strike w:val="0"/>
          <w:color w:val="000000"/>
          <w:highlight w:val="cyan"/>
          <w:u w:val="single"/>
        </w:rPr>
        <w:t>it is</w:t>
      </w:r>
      <w:r>
        <w:rPr>
          <w:b w:val="0"/>
          <w:i w:val="0"/>
          <w:smallCaps w:val="0"/>
          <w:strike w:val="0"/>
          <w:color w:val="000000"/>
          <w:sz w:val="16"/>
          <w:u w:val="none"/>
        </w:rPr>
        <w:t xml:space="preserve"> </w:t>
      </w:r>
      <w:r>
        <w:rPr>
          <w:b w:val="0"/>
          <w:i w:val="0"/>
          <w:smallCaps w:val="0"/>
          <w:strike w:val="0"/>
          <w:color w:val="000000"/>
          <w:u w:val="single"/>
        </w:rPr>
        <w:t>mathematically</w:t>
      </w:r>
      <w:r>
        <w:rPr>
          <w:b w:val="0"/>
          <w:i w:val="0"/>
          <w:smallCaps w:val="0"/>
          <w:strike w:val="0"/>
          <w:color w:val="000000"/>
          <w:sz w:val="16"/>
          <w:u w:val="none"/>
        </w:rPr>
        <w:t xml:space="preserve"> </w:t>
      </w:r>
      <w:r>
        <w:rPr>
          <w:b w:val="0"/>
          <w:i w:val="0"/>
          <w:smallCaps w:val="0"/>
          <w:strike w:val="0"/>
          <w:color w:val="000000"/>
          <w:highlight w:val="cyan"/>
          <w:u w:val="single"/>
        </w:rPr>
        <w:t>meaningless to assign</w:t>
      </w:r>
      <w:r>
        <w:rPr>
          <w:b w:val="0"/>
          <w:i w:val="0"/>
          <w:smallCaps w:val="0"/>
          <w:strike w:val="0"/>
          <w:color w:val="000000"/>
          <w:sz w:val="16"/>
          <w:u w:val="none"/>
        </w:rPr>
        <w:t xml:space="preserve"> </w:t>
      </w:r>
      <w:r>
        <w:rPr>
          <w:b w:val="0"/>
          <w:i w:val="0"/>
          <w:smallCaps w:val="0"/>
          <w:strike w:val="0"/>
          <w:color w:val="000000"/>
          <w:u w:val="single"/>
        </w:rPr>
        <w:t>any</w:t>
      </w:r>
      <w:r>
        <w:rPr>
          <w:b w:val="0"/>
          <w:i w:val="0"/>
          <w:smallCaps w:val="0"/>
          <w:strike w:val="0"/>
          <w:color w:val="000000"/>
          <w:sz w:val="16"/>
          <w:u w:val="none"/>
        </w:rPr>
        <w:t xml:space="preserve"> </w:t>
      </w:r>
      <w:r>
        <w:rPr>
          <w:b/>
          <w:i w:val="0"/>
          <w:smallCaps w:val="0"/>
          <w:strike w:val="0"/>
          <w:color w:val="000000"/>
          <w:highlight w:val="cyan"/>
          <w:u w:val="single"/>
        </w:rPr>
        <w:t>comforting probabilities</w:t>
      </w:r>
      <w:r>
        <w:rPr>
          <w:b w:val="0"/>
          <w:i w:val="0"/>
          <w:smallCaps w:val="0"/>
          <w:strike w:val="0"/>
          <w:color w:val="000000"/>
          <w:sz w:val="16"/>
          <w:highlight w:val="cyan"/>
          <w:u w:val="none"/>
        </w:rPr>
        <w:t xml:space="preserve"> </w:t>
      </w:r>
      <w:r>
        <w:rPr>
          <w:b w:val="0"/>
          <w:i w:val="0"/>
          <w:smallCaps w:val="0"/>
          <w:strike w:val="0"/>
          <w:color w:val="000000"/>
          <w:highlight w:val="cyan"/>
          <w:u w:val="single"/>
        </w:rPr>
        <w:t>to</w:t>
      </w:r>
      <w:r>
        <w:rPr>
          <w:b w:val="0"/>
          <w:i w:val="0"/>
          <w:smallCaps w:val="0"/>
          <w:strike w:val="0"/>
          <w:color w:val="000000"/>
          <w:sz w:val="16"/>
          <w:u w:val="none"/>
        </w:rPr>
        <w:t xml:space="preserve"> </w:t>
      </w:r>
      <w:r>
        <w:rPr>
          <w:b w:val="0"/>
          <w:i w:val="0"/>
          <w:smallCaps w:val="0"/>
          <w:strike w:val="0"/>
          <w:color w:val="000000"/>
          <w:u w:val="single"/>
        </w:rPr>
        <w:t>unique events</w:t>
      </w:r>
      <w:r>
        <w:rPr>
          <w:b w:val="0"/>
          <w:i w:val="0"/>
          <w:smallCaps w:val="0"/>
          <w:strike w:val="0"/>
          <w:color w:val="000000"/>
          <w:sz w:val="16"/>
          <w:u w:val="none"/>
        </w:rPr>
        <w:t xml:space="preserve">. Because </w:t>
      </w:r>
      <w:r>
        <w:rPr>
          <w:b w:val="0"/>
          <w:i w:val="0"/>
          <w:smallCaps w:val="0"/>
          <w:strike w:val="0"/>
          <w:color w:val="000000"/>
          <w:u w:val="single"/>
        </w:rPr>
        <w:t>an authentic nuclear war would represent</w:t>
      </w:r>
      <w:r>
        <w:rPr>
          <w:b w:val="0"/>
          <w:i w:val="0"/>
          <w:smallCaps w:val="0"/>
          <w:strike w:val="0"/>
          <w:color w:val="000000"/>
          <w:sz w:val="16"/>
          <w:u w:val="none"/>
        </w:rPr>
        <w:t xml:space="preserve"> precisely such </w:t>
      </w:r>
      <w:r>
        <w:rPr>
          <w:b w:val="0"/>
          <w:i w:val="0"/>
          <w:smallCaps w:val="0"/>
          <w:strike w:val="0"/>
          <w:color w:val="000000"/>
          <w:highlight w:val="cyan"/>
          <w:u w:val="single"/>
        </w:rPr>
        <w:t>an event</w:t>
      </w:r>
      <w:r>
        <w:rPr>
          <w:b w:val="0"/>
          <w:i w:val="0"/>
          <w:smallCaps w:val="0"/>
          <w:strike w:val="0"/>
          <w:color w:val="000000"/>
          <w:sz w:val="16"/>
          <w:u w:val="none"/>
        </w:rPr>
        <w:t xml:space="preserve">, one </w:t>
      </w:r>
      <w:r>
        <w:rPr>
          <w:b w:val="0"/>
          <w:i w:val="0"/>
          <w:smallCaps w:val="0"/>
          <w:strike w:val="0"/>
          <w:color w:val="000000"/>
          <w:highlight w:val="cyan"/>
          <w:u w:val="single"/>
        </w:rPr>
        <w:t>with</w:t>
      </w:r>
      <w:r>
        <w:rPr>
          <w:b w:val="0"/>
          <w:i w:val="0"/>
          <w:smallCaps w:val="0"/>
          <w:strike w:val="0"/>
          <w:color w:val="000000"/>
          <w:sz w:val="16"/>
          <w:highlight w:val="cyan"/>
          <w:u w:val="none"/>
        </w:rPr>
        <w:t xml:space="preserve"> </w:t>
      </w:r>
      <w:r>
        <w:rPr>
          <w:b/>
          <w:i w:val="0"/>
          <w:smallCaps w:val="0"/>
          <w:strike w:val="0"/>
          <w:color w:val="000000"/>
          <w:highlight w:val="cyan"/>
          <w:u w:val="single"/>
        </w:rPr>
        <w:t>utterly</w:t>
      </w:r>
      <w:r>
        <w:rPr>
          <w:b/>
          <w:i w:val="0"/>
          <w:smallCaps w:val="0"/>
          <w:strike w:val="0"/>
          <w:color w:val="000000"/>
          <w:u w:val="single"/>
        </w:rPr>
        <w:t xml:space="preserve"> </w:t>
      </w:r>
      <w:r>
        <w:rPr>
          <w:b/>
          <w:i w:val="0"/>
          <w:smallCaps w:val="0"/>
          <w:strike w:val="0"/>
          <w:color w:val="000000"/>
          <w:highlight w:val="cyan"/>
          <w:u w:val="single"/>
        </w:rPr>
        <w:t>unforeseen intersections</w:t>
      </w:r>
      <w:r>
        <w:rPr>
          <w:b w:val="0"/>
          <w:i w:val="0"/>
          <w:smallCaps w:val="0"/>
          <w:strike w:val="0"/>
          <w:color w:val="000000"/>
          <w:sz w:val="16"/>
          <w:u w:val="none"/>
        </w:rPr>
        <w:t xml:space="preserve">, interactions and "synergies," </w:t>
      </w:r>
      <w:r>
        <w:rPr>
          <w:b w:val="0"/>
          <w:i w:val="0"/>
          <w:smallCaps w:val="0"/>
          <w:strike w:val="0"/>
          <w:color w:val="000000"/>
          <w:u w:val="single"/>
        </w:rPr>
        <w:t xml:space="preserve">we can never predict with any reassuring degree of precision whether such a conflict would </w:t>
      </w:r>
      <w:r>
        <w:rPr>
          <w:b w:val="0"/>
          <w:i w:val="0"/>
          <w:smallCaps w:val="0"/>
          <w:strike w:val="0"/>
          <w:color w:val="000000"/>
          <w:u w:val="single"/>
        </w:rPr>
        <w:t>actually be</w:t>
      </w:r>
      <w:r>
        <w:rPr>
          <w:b w:val="0"/>
          <w:i w:val="0"/>
          <w:smallCaps w:val="0"/>
          <w:strike w:val="0"/>
          <w:color w:val="000000"/>
          <w:u w:val="single"/>
        </w:rPr>
        <w:t xml:space="preserve"> more or less probable</w:t>
      </w:r>
      <w:r>
        <w:rPr>
          <w:b w:val="0"/>
          <w:i w:val="0"/>
          <w:smallCaps w:val="0"/>
          <w:strike w:val="0"/>
          <w:color w:val="000000"/>
          <w:sz w:val="16"/>
          <w:u w:val="none"/>
        </w:rPr>
        <w:t xml:space="preserve">. Indeed, </w:t>
      </w:r>
      <w:r>
        <w:rPr>
          <w:b w:val="0"/>
          <w:i w:val="0"/>
          <w:smallCaps w:val="0"/>
          <w:strike w:val="0"/>
          <w:color w:val="000000"/>
          <w:u w:val="single"/>
        </w:rPr>
        <w:t>should Trump ever proceed to strike Iran on the erroneously nonspecific assumption</w:t>
      </w:r>
      <w:r>
        <w:rPr>
          <w:b w:val="0"/>
          <w:i w:val="0"/>
          <w:smallCaps w:val="0"/>
          <w:strike w:val="0"/>
          <w:color w:val="000000"/>
          <w:sz w:val="16"/>
          <w:u w:val="none"/>
        </w:rPr>
        <w:t xml:space="preserve"> that his generals have already "got everything covered," he ought then to be reminded of the classic military warning of Carl von Clausewitz: Long before any military planners could even envision a nuclear war, the great Prussian general had cautioned about "friction," or "</w:t>
      </w:r>
      <w:r>
        <w:rPr>
          <w:b w:val="0"/>
          <w:i w:val="0"/>
          <w:smallCaps w:val="0"/>
          <w:strike w:val="0"/>
          <w:color w:val="000000"/>
          <w:sz w:val="16"/>
          <w:u w:val="none"/>
        </w:rPr>
        <w:t xml:space="preserve">the difference between war on paper, and war as it actually is." Where it would be minimized or disregarded altogether by Trump, </w:t>
      </w:r>
      <w:r>
        <w:rPr>
          <w:b w:val="0"/>
          <w:i w:val="0"/>
          <w:smallCaps w:val="0"/>
          <w:strike w:val="0"/>
          <w:color w:val="000000"/>
          <w:highlight w:val="cyan"/>
          <w:u w:val="single"/>
        </w:rPr>
        <w:t>this</w:t>
      </w:r>
      <w:r>
        <w:rPr>
          <w:b w:val="0"/>
          <w:i w:val="0"/>
          <w:smallCaps w:val="0"/>
          <w:strike w:val="0"/>
          <w:color w:val="000000"/>
          <w:sz w:val="16"/>
          <w:u w:val="none"/>
        </w:rPr>
        <w:t xml:space="preserve"> difference </w:t>
      </w:r>
      <w:r>
        <w:rPr>
          <w:b w:val="0"/>
          <w:i w:val="0"/>
          <w:smallCaps w:val="0"/>
          <w:strike w:val="0"/>
          <w:color w:val="000000"/>
          <w:highlight w:val="cyan"/>
          <w:u w:val="single"/>
        </w:rPr>
        <w:t>could</w:t>
      </w:r>
      <w:r>
        <w:rPr>
          <w:b w:val="0"/>
          <w:i w:val="0"/>
          <w:smallCaps w:val="0"/>
          <w:strike w:val="0"/>
          <w:color w:val="000000"/>
          <w:sz w:val="16"/>
          <w:highlight w:val="cyan"/>
          <w:u w:val="none"/>
        </w:rPr>
        <w:t xml:space="preserve"> </w:t>
      </w:r>
      <w:r>
        <w:rPr>
          <w:b/>
          <w:i w:val="0"/>
          <w:smallCaps w:val="0"/>
          <w:strike w:val="0"/>
          <w:color w:val="000000"/>
          <w:highlight w:val="cyan"/>
          <w:u w:val="single"/>
        </w:rPr>
        <w:t>propel the unsteady Middle East toward</w:t>
      </w:r>
      <w:r>
        <w:rPr>
          <w:b w:val="0"/>
          <w:i w:val="0"/>
          <w:smallCaps w:val="0"/>
          <w:strike w:val="0"/>
          <w:color w:val="000000"/>
          <w:sz w:val="16"/>
          <w:u w:val="none"/>
        </w:rPr>
        <w:t xml:space="preserve"> </w:t>
      </w:r>
      <w:r>
        <w:rPr>
          <w:b/>
          <w:i w:val="0"/>
          <w:smallCaps w:val="0"/>
          <w:strike w:val="0"/>
          <w:color w:val="000000"/>
          <w:u w:val="single"/>
        </w:rPr>
        <w:t>an</w:t>
      </w:r>
      <w:r>
        <w:rPr>
          <w:b w:val="0"/>
          <w:i w:val="0"/>
          <w:smallCaps w:val="0"/>
          <w:strike w:val="0"/>
          <w:color w:val="000000"/>
          <w:sz w:val="16"/>
          <w:u w:val="none"/>
        </w:rPr>
        <w:t xml:space="preserve"> </w:t>
      </w:r>
      <w:r>
        <w:rPr>
          <w:b/>
          <w:i w:val="0"/>
          <w:smallCaps w:val="0"/>
          <w:strike w:val="0"/>
          <w:color w:val="000000"/>
          <w:highlight w:val="cyan"/>
          <w:u w:val="single"/>
        </w:rPr>
        <w:t>irreversible Armageddon</w:t>
      </w:r>
      <w:r>
        <w:rPr>
          <w:b w:val="0"/>
          <w:i w:val="0"/>
          <w:smallCaps w:val="0"/>
          <w:strike w:val="0"/>
          <w:color w:val="000000"/>
          <w:u w:val="single"/>
        </w:rPr>
        <w:t>.</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