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single"/>
        </w:rPr>
        <w:t>Global war</w:t>
      </w:r>
      <w:r>
        <w:rPr>
          <w:b/>
          <w:i w:val="0"/>
          <w:smallCaps w:val="0"/>
          <w:strike w:val="0"/>
          <w:u w:val="none"/>
        </w:rPr>
        <w:t xml:space="preserve"> AND existential </w:t>
      </w:r>
      <w:r>
        <w:rPr>
          <w:b/>
          <w:i w:val="0"/>
          <w:smallCaps w:val="0"/>
          <w:strike w:val="0"/>
          <w:u w:val="single"/>
        </w:rPr>
        <w:t>terror</w:t>
      </w:r>
      <w:r>
        <w:rPr>
          <w:b/>
          <w:i w:val="0"/>
          <w:smallCaps w:val="0"/>
          <w:strike w:val="0"/>
          <w:u w:val="none"/>
        </w:rPr>
        <w:t xml:space="preserve">, </w:t>
      </w:r>
      <w:r>
        <w:rPr>
          <w:b/>
          <w:i w:val="0"/>
          <w:smallCaps w:val="0"/>
          <w:strike w:val="0"/>
          <w:u w:val="single"/>
        </w:rPr>
        <w:t>prolif</w:t>
      </w:r>
      <w:r>
        <w:rPr>
          <w:b/>
          <w:i w:val="0"/>
          <w:smallCaps w:val="0"/>
          <w:strike w:val="0"/>
          <w:u w:val="none"/>
        </w:rPr>
        <w:t xml:space="preserve">, </w:t>
      </w:r>
      <w:r>
        <w:rPr>
          <w:b/>
          <w:i w:val="0"/>
          <w:smallCaps w:val="0"/>
          <w:strike w:val="0"/>
          <w:u w:val="single"/>
        </w:rPr>
        <w:t>disease</w:t>
      </w:r>
      <w:r>
        <w:rPr>
          <w:b/>
          <w:i w:val="0"/>
          <w:smallCaps w:val="0"/>
          <w:strike w:val="0"/>
          <w:u w:val="none"/>
        </w:rPr>
        <w:t xml:space="preserve">, and </w:t>
      </w:r>
      <w:r>
        <w:rPr>
          <w:b/>
          <w:i w:val="0"/>
          <w:smallCaps w:val="0"/>
          <w:strike w:val="0"/>
          <w:u w:val="single"/>
        </w:rPr>
        <w:t>pollution</w:t>
      </w:r>
      <w:r>
        <w:rPr>
          <w:b/>
          <w:i w:val="0"/>
          <w:smallCaps w:val="0"/>
          <w:strike w:val="0"/>
          <w:u w:val="none"/>
        </w:rPr>
        <w:t xml:space="preserve"> are </w:t>
      </w:r>
      <w:r>
        <w:rPr>
          <w:b/>
          <w:i w:val="0"/>
          <w:smallCaps w:val="0"/>
          <w:strike w:val="0"/>
          <w:u w:val="single"/>
        </w:rPr>
        <w:t>inevitable</w:t>
      </w:r>
      <w:r>
        <w:rPr>
          <w:b/>
          <w:i w:val="0"/>
          <w:smallCaps w:val="0"/>
          <w:strike w:val="0"/>
          <w:u w:val="none"/>
        </w:rPr>
        <w:t xml:space="preserve"> unless the U.S. rebuilds </w:t>
      </w:r>
      <w:r>
        <w:rPr>
          <w:b/>
          <w:i w:val="0"/>
          <w:smallCaps w:val="0"/>
          <w:strike w:val="0"/>
          <w:u w:val="single"/>
        </w:rPr>
        <w:t>relative</w:t>
      </w:r>
      <w:r>
        <w:rPr>
          <w:b/>
          <w:i w:val="0"/>
          <w:smallCaps w:val="0"/>
          <w:strike w:val="0"/>
          <w:u w:val="none"/>
        </w:rPr>
        <w:t xml:space="preserve"> economic strength</w:t>
      </w:r>
    </w:p>
    <w:p>
      <w:pPr>
        <w:spacing w:after="80"/>
      </w:pPr>
      <w:r>
        <w:rPr>
          <w:b w:val="0"/>
          <w:i w:val="0"/>
          <w:smallCaps w:val="0"/>
          <w:strike w:val="0"/>
          <w:u w:val="none"/>
        </w:rPr>
        <w:t xml:space="preserve">Dr. Richard </w:t>
      </w:r>
      <w:r>
        <w:rPr>
          <w:b/>
          <w:i w:val="0"/>
          <w:smallCaps w:val="0"/>
          <w:strike w:val="0"/>
          <w:sz w:val="22"/>
          <w:u w:val="none"/>
        </w:rPr>
        <w:t>Haass 20</w:t>
      </w:r>
      <w:r>
        <w:rPr>
          <w:b w:val="0"/>
          <w:i w:val="0"/>
          <w:smallCaps w:val="0"/>
          <w:strike w:val="0"/>
          <w:u w:val="none"/>
        </w:rPr>
        <w:t>, Master’s and Doctorate of Philosophy Degrees from Oxford University, Former Director of Policy Planning for the Department of State, Veteran Diplomat Under 4 Presidential Administrations, Awarded the Presidential Citizens Medal, Rhodes Scholar, “International Relations In The COVID-19 Era: Richard Haass On What Comes After A Pandemic”, Interview with Meghna Chakrabarti and Jack Beatty on NPR’s On Point, 4/22/2020, https://www.wbur.org/onpoint/2020/04/22/international-relations-coronavirus-richard-haass</w:t>
      </w:r>
    </w:p>
    <w:p>
      <w:pPr>
        <w:spacing w:after="60"/>
      </w:pPr>
      <w:r>
        <w:rPr>
          <w:b w:val="0"/>
          <w:i w:val="0"/>
          <w:smallCaps w:val="0"/>
          <w:strike w:val="0"/>
          <w:sz w:val="16"/>
          <w:u w:val="none"/>
        </w:rPr>
        <w:t xml:space="preserve">So </w:t>
      </w:r>
      <w:r>
        <w:rPr>
          <w:b w:val="0"/>
          <w:i w:val="0"/>
          <w:smallCaps w:val="0"/>
          <w:strike w:val="0"/>
          <w:sz w:val="22"/>
          <w:u w:val="single"/>
        </w:rPr>
        <w:t xml:space="preserve">suddenly, the world is being </w:t>
      </w:r>
      <w:r>
        <w:rPr>
          <w:b/>
          <w:i w:val="0"/>
          <w:smallCaps w:val="0"/>
          <w:strike w:val="0"/>
          <w:sz w:val="22"/>
          <w:u w:val="single"/>
        </w:rPr>
        <w:t>left on its own</w:t>
      </w:r>
      <w:r>
        <w:rPr>
          <w:b w:val="0"/>
          <w:i w:val="0"/>
          <w:smallCaps w:val="0"/>
          <w:strike w:val="0"/>
          <w:sz w:val="16"/>
          <w:u w:val="none"/>
        </w:rPr>
        <w:t xml:space="preserve">. And what we're seeing is </w:t>
      </w:r>
      <w:r>
        <w:rPr>
          <w:b w:val="0"/>
          <w:i w:val="0"/>
          <w:smallCaps w:val="0"/>
          <w:strike w:val="0"/>
          <w:sz w:val="22"/>
          <w:highlight w:val="cyan"/>
          <w:u w:val="single"/>
        </w:rPr>
        <w:t xml:space="preserve">the world is </w:t>
      </w:r>
      <w:r>
        <w:rPr>
          <w:b/>
          <w:i w:val="0"/>
          <w:smallCaps w:val="0"/>
          <w:strike w:val="0"/>
          <w:sz w:val="22"/>
          <w:highlight w:val="cyan"/>
          <w:u w:val="single"/>
        </w:rPr>
        <w:t>not on autopilot</w:t>
      </w:r>
      <w:r>
        <w:rPr>
          <w:b w:val="0"/>
          <w:i w:val="0"/>
          <w:smallCaps w:val="0"/>
          <w:strike w:val="0"/>
          <w:sz w:val="22"/>
          <w:u w:val="single"/>
        </w:rPr>
        <w:t xml:space="preserve">. It doesn't </w:t>
      </w:r>
      <w:r>
        <w:rPr>
          <w:b/>
          <w:i w:val="0"/>
          <w:smallCaps w:val="0"/>
          <w:strike w:val="0"/>
          <w:sz w:val="22"/>
          <w:u w:val="single"/>
        </w:rPr>
        <w:t>self-organize</w:t>
      </w:r>
      <w:r>
        <w:rPr>
          <w:b w:val="0"/>
          <w:i w:val="0"/>
          <w:smallCaps w:val="0"/>
          <w:strike w:val="0"/>
          <w:sz w:val="16"/>
          <w:u w:val="none"/>
        </w:rPr>
        <w:t xml:space="preserve">. And that's the most worrisome thing going forward that this pandemic is both a reflection, but also an accelerant of that because the United States has not rallied the world to meet the challenge posed by this pandemic. And instead, we've pulled back we become much more national, kind of an island power, the rest of the world, it's on its own, it's not doing very well. And this is this is the reason I'm so worried that </w:t>
      </w:r>
      <w:r>
        <w:rPr>
          <w:b w:val="0"/>
          <w:i w:val="0"/>
          <w:smallCaps w:val="0"/>
          <w:strike w:val="0"/>
          <w:sz w:val="22"/>
          <w:u w:val="single"/>
        </w:rPr>
        <w:t>a lot of the trends</w:t>
      </w:r>
      <w:r>
        <w:rPr>
          <w:b w:val="0"/>
          <w:i w:val="0"/>
          <w:smallCaps w:val="0"/>
          <w:strike w:val="0"/>
          <w:sz w:val="16"/>
          <w:u w:val="none"/>
        </w:rPr>
        <w:t xml:space="preserve"> that were in place, </w:t>
      </w:r>
      <w:r>
        <w:rPr>
          <w:b w:val="0"/>
          <w:i w:val="0"/>
          <w:smallCaps w:val="0"/>
          <w:strike w:val="0"/>
          <w:sz w:val="22"/>
          <w:u w:val="single"/>
        </w:rPr>
        <w:t>including</w:t>
      </w:r>
      <w:r>
        <w:rPr>
          <w:b w:val="0"/>
          <w:i w:val="0"/>
          <w:smallCaps w:val="0"/>
          <w:strike w:val="0"/>
          <w:sz w:val="16"/>
          <w:u w:val="none"/>
        </w:rPr>
        <w:t xml:space="preserve"> them </w:t>
      </w:r>
      <w:r>
        <w:rPr>
          <w:b w:val="0"/>
          <w:i w:val="0"/>
          <w:smallCaps w:val="0"/>
          <w:strike w:val="0"/>
          <w:sz w:val="16"/>
          <w:u w:val="none"/>
        </w:rPr>
        <w:t>on</w:t>
      </w:r>
      <w:r>
        <w:rPr>
          <w:b w:val="0"/>
          <w:i w:val="0"/>
          <w:smallCaps w:val="0"/>
          <w:strike w:val="0"/>
          <w:sz w:val="16"/>
          <w:u w:val="none"/>
        </w:rPr>
        <w:t xml:space="preserve"> America, much less involved in the world, </w:t>
      </w:r>
      <w:r>
        <w:rPr>
          <w:b/>
          <w:i w:val="0"/>
          <w:smallCaps w:val="0"/>
          <w:strike w:val="0"/>
          <w:sz w:val="22"/>
          <w:highlight w:val="cyan"/>
          <w:u w:val="single"/>
        </w:rPr>
        <w:t>nationalism</w:t>
      </w:r>
      <w:r>
        <w:rPr>
          <w:b w:val="0"/>
          <w:i w:val="0"/>
          <w:smallCaps w:val="0"/>
          <w:strike w:val="0"/>
          <w:sz w:val="22"/>
          <w:highlight w:val="cyan"/>
          <w:u w:val="single"/>
        </w:rPr>
        <w:t xml:space="preserve">, </w:t>
      </w:r>
      <w:r>
        <w:rPr>
          <w:b/>
          <w:i w:val="0"/>
          <w:smallCaps w:val="0"/>
          <w:strike w:val="0"/>
          <w:sz w:val="22"/>
          <w:highlight w:val="cyan"/>
          <w:u w:val="single"/>
        </w:rPr>
        <w:t>populism</w:t>
      </w:r>
      <w:r>
        <w:rPr>
          <w:b w:val="0"/>
          <w:i w:val="0"/>
          <w:smallCaps w:val="0"/>
          <w:strike w:val="0"/>
          <w:sz w:val="22"/>
          <w:u w:val="single"/>
        </w:rPr>
        <w:t xml:space="preserve">, the </w:t>
      </w:r>
      <w:r>
        <w:rPr>
          <w:b/>
          <w:i w:val="0"/>
          <w:smallCaps w:val="0"/>
          <w:strike w:val="0"/>
          <w:sz w:val="22"/>
          <w:highlight w:val="cyan"/>
          <w:u w:val="single"/>
        </w:rPr>
        <w:t>breakdown of</w:t>
      </w:r>
      <w:r>
        <w:rPr>
          <w:b/>
          <w:i w:val="0"/>
          <w:smallCaps w:val="0"/>
          <w:strike w:val="0"/>
          <w:sz w:val="22"/>
          <w:u w:val="single"/>
        </w:rPr>
        <w:t xml:space="preserve"> international </w:t>
      </w:r>
      <w:r>
        <w:rPr>
          <w:b/>
          <w:i w:val="0"/>
          <w:smallCaps w:val="0"/>
          <w:strike w:val="0"/>
          <w:sz w:val="22"/>
          <w:highlight w:val="cyan"/>
          <w:u w:val="single"/>
        </w:rPr>
        <w:t>collaboration</w:t>
      </w:r>
      <w:r>
        <w:rPr>
          <w:b w:val="0"/>
          <w:i w:val="0"/>
          <w:smallCaps w:val="0"/>
          <w:strike w:val="0"/>
          <w:sz w:val="16"/>
          <w:u w:val="none"/>
        </w:rPr>
        <w:t xml:space="preserve">, all those things were in train before this pandemic, and now </w:t>
      </w:r>
      <w:r>
        <w:rPr>
          <w:b w:val="0"/>
          <w:i w:val="0"/>
          <w:smallCaps w:val="0"/>
          <w:strike w:val="0"/>
          <w:sz w:val="22"/>
          <w:highlight w:val="cyan"/>
          <w:u w:val="single"/>
        </w:rPr>
        <w:t>we're seeing</w:t>
      </w:r>
      <w:r>
        <w:rPr>
          <w:b w:val="0"/>
          <w:i w:val="0"/>
          <w:smallCaps w:val="0"/>
          <w:strike w:val="0"/>
          <w:sz w:val="22"/>
          <w:u w:val="single"/>
        </w:rPr>
        <w:t xml:space="preserve"> them </w:t>
      </w:r>
      <w:r>
        <w:rPr>
          <w:b/>
          <w:i w:val="0"/>
          <w:smallCaps w:val="0"/>
          <w:strike w:val="0"/>
          <w:sz w:val="22"/>
          <w:highlight w:val="cyan"/>
          <w:u w:val="single"/>
        </w:rPr>
        <w:t>double down</w:t>
      </w:r>
      <w:r>
        <w:rPr>
          <w:b w:val="0"/>
          <w:i w:val="0"/>
          <w:smallCaps w:val="0"/>
          <w:strike w:val="0"/>
          <w:sz w:val="16"/>
          <w:u w:val="none"/>
        </w:rPr>
        <w:t xml:space="preserve">. </w:t>
      </w:r>
    </w:p>
    <w:p>
      <w:pPr>
        <w:spacing w:after="60"/>
      </w:pPr>
      <w:r>
        <w:rPr>
          <w:b w:val="0"/>
          <w:i w:val="0"/>
          <w:smallCaps w:val="0"/>
          <w:strike w:val="0"/>
          <w:sz w:val="16"/>
          <w:u w:val="none"/>
        </w:rPr>
        <w:t xml:space="preserve">MEGHNA: </w:t>
      </w:r>
      <w:r>
        <w:rPr>
          <w:b w:val="0"/>
          <w:i w:val="0"/>
          <w:smallCaps w:val="0"/>
          <w:strike w:val="0"/>
          <w:sz w:val="16"/>
          <w:u w:val="none"/>
        </w:rPr>
        <w:t>So</w:t>
      </w:r>
      <w:r>
        <w:rPr>
          <w:b w:val="0"/>
          <w:i w:val="0"/>
          <w:smallCaps w:val="0"/>
          <w:strike w:val="0"/>
          <w:sz w:val="16"/>
          <w:u w:val="none"/>
        </w:rPr>
        <w:t xml:space="preserve"> is the you're saying the world is not self-organizing right now, perhaps, at this moment? And at the same time, it doesn't? Is it feeling the loss of the centrality of American leadership? </w:t>
      </w:r>
      <w:r>
        <w:rPr>
          <w:b w:val="0"/>
          <w:i w:val="0"/>
          <w:smallCaps w:val="0"/>
          <w:strike w:val="0"/>
          <w:sz w:val="16"/>
          <w:u w:val="none"/>
        </w:rPr>
        <w:t>Because,</w:t>
      </w:r>
      <w:r>
        <w:rPr>
          <w:b w:val="0"/>
          <w:i w:val="0"/>
          <w:smallCaps w:val="0"/>
          <w:strike w:val="0"/>
          <w:sz w:val="16"/>
          <w:u w:val="none"/>
        </w:rPr>
        <w:t xml:space="preserve"> I think we could argue that the way that, for example, international leaders do talk about the United States right now, at times, they're not necessarily feeling the loss of American influence. </w:t>
      </w:r>
    </w:p>
    <w:p>
      <w:pPr>
        <w:spacing w:after="60"/>
      </w:pPr>
      <w:r>
        <w:rPr>
          <w:b w:val="0"/>
          <w:i w:val="0"/>
          <w:smallCaps w:val="0"/>
          <w:strike w:val="0"/>
          <w:sz w:val="16"/>
          <w:u w:val="none"/>
        </w:rPr>
        <w:t xml:space="preserve">HAASS: Well should I think </w:t>
      </w:r>
      <w:r>
        <w:rPr>
          <w:b w:val="0"/>
          <w:i w:val="0"/>
          <w:smallCaps w:val="0"/>
          <w:strike w:val="0"/>
          <w:sz w:val="22"/>
          <w:u w:val="single"/>
        </w:rPr>
        <w:t xml:space="preserve">they're feeling the </w:t>
      </w:r>
      <w:r>
        <w:rPr>
          <w:b/>
          <w:i w:val="0"/>
          <w:smallCaps w:val="0"/>
          <w:strike w:val="0"/>
          <w:sz w:val="22"/>
          <w:u w:val="single"/>
        </w:rPr>
        <w:t xml:space="preserve">loss of American </w:t>
      </w:r>
      <w:r>
        <w:rPr>
          <w:b/>
          <w:i w:val="0"/>
          <w:smallCaps w:val="0"/>
          <w:strike w:val="0"/>
          <w:sz w:val="22"/>
          <w:highlight w:val="cyan"/>
          <w:u w:val="single"/>
        </w:rPr>
        <w:t>leadership</w:t>
      </w:r>
      <w:r>
        <w:rPr>
          <w:b w:val="0"/>
          <w:i w:val="0"/>
          <w:smallCaps w:val="0"/>
          <w:strike w:val="0"/>
          <w:sz w:val="22"/>
          <w:highlight w:val="cyan"/>
          <w:u w:val="single"/>
        </w:rPr>
        <w:t xml:space="preserve"> in</w:t>
      </w:r>
      <w:r>
        <w:rPr>
          <w:b w:val="0"/>
          <w:i w:val="0"/>
          <w:smallCaps w:val="0"/>
          <w:strike w:val="0"/>
          <w:sz w:val="22"/>
          <w:u w:val="single"/>
        </w:rPr>
        <w:t xml:space="preserve"> the </w:t>
      </w:r>
      <w:r>
        <w:rPr>
          <w:b/>
          <w:i w:val="0"/>
          <w:smallCaps w:val="0"/>
          <w:strike w:val="0"/>
          <w:sz w:val="22"/>
          <w:u w:val="single"/>
        </w:rPr>
        <w:t xml:space="preserve">American </w:t>
      </w:r>
      <w:r>
        <w:rPr>
          <w:b/>
          <w:i w:val="0"/>
          <w:smallCaps w:val="0"/>
          <w:strike w:val="0"/>
          <w:sz w:val="22"/>
          <w:highlight w:val="cyan"/>
          <w:u w:val="single"/>
        </w:rPr>
        <w:t>example</w:t>
      </w:r>
      <w:r>
        <w:rPr>
          <w:b w:val="0"/>
          <w:i w:val="0"/>
          <w:smallCaps w:val="0"/>
          <w:strike w:val="0"/>
          <w:sz w:val="16"/>
          <w:u w:val="none"/>
        </w:rPr>
        <w:t xml:space="preserve">, that they had grown accustomed to your foreign policies </w:t>
      </w:r>
      <w:r>
        <w:rPr>
          <w:b w:val="0"/>
          <w:i w:val="0"/>
          <w:smallCaps w:val="0"/>
          <w:strike w:val="0"/>
          <w:sz w:val="22"/>
          <w:highlight w:val="cyan"/>
          <w:u w:val="single"/>
        </w:rPr>
        <w:t>about</w:t>
      </w:r>
      <w:r>
        <w:rPr>
          <w:b w:val="0"/>
          <w:i w:val="0"/>
          <w:smallCaps w:val="0"/>
          <w:strike w:val="0"/>
          <w:sz w:val="22"/>
          <w:u w:val="single"/>
        </w:rPr>
        <w:t xml:space="preserve"> what</w:t>
      </w:r>
      <w:r>
        <w:rPr>
          <w:b w:val="0"/>
          <w:i w:val="0"/>
          <w:smallCaps w:val="0"/>
          <w:strike w:val="0"/>
          <w:sz w:val="16"/>
          <w:u w:val="none"/>
        </w:rPr>
        <w:t xml:space="preserve"> our </w:t>
      </w:r>
      <w:r>
        <w:rPr>
          <w:b w:val="0"/>
          <w:i w:val="0"/>
          <w:smallCaps w:val="0"/>
          <w:strike w:val="0"/>
          <w:sz w:val="22"/>
          <w:highlight w:val="cyan"/>
          <w:u w:val="single"/>
        </w:rPr>
        <w:t>diplomats</w:t>
      </w:r>
      <w:r>
        <w:rPr>
          <w:b w:val="0"/>
          <w:i w:val="0"/>
          <w:smallCaps w:val="0"/>
          <w:strike w:val="0"/>
          <w:sz w:val="22"/>
          <w:u w:val="single"/>
        </w:rPr>
        <w:t xml:space="preserve"> say </w:t>
      </w:r>
      <w:r>
        <w:rPr>
          <w:b w:val="0"/>
          <w:i w:val="0"/>
          <w:smallCaps w:val="0"/>
          <w:strike w:val="0"/>
          <w:sz w:val="22"/>
          <w:highlight w:val="cyan"/>
          <w:u w:val="single"/>
        </w:rPr>
        <w:t>and</w:t>
      </w:r>
      <w:r>
        <w:rPr>
          <w:b w:val="0"/>
          <w:i w:val="0"/>
          <w:smallCaps w:val="0"/>
          <w:strike w:val="0"/>
          <w:sz w:val="16"/>
          <w:u w:val="none"/>
        </w:rPr>
        <w:t xml:space="preserve"> do what our </w:t>
      </w:r>
      <w:r>
        <w:rPr>
          <w:b w:val="0"/>
          <w:i w:val="0"/>
          <w:smallCaps w:val="0"/>
          <w:strike w:val="0"/>
          <w:sz w:val="22"/>
          <w:highlight w:val="cyan"/>
          <w:u w:val="single"/>
        </w:rPr>
        <w:t>military</w:t>
      </w:r>
      <w:r>
        <w:rPr>
          <w:b w:val="0"/>
          <w:i w:val="0"/>
          <w:smallCaps w:val="0"/>
          <w:strike w:val="0"/>
          <w:sz w:val="22"/>
          <w:u w:val="single"/>
        </w:rPr>
        <w:t xml:space="preserve"> does, </w:t>
      </w:r>
      <w:r>
        <w:rPr>
          <w:b w:val="0"/>
          <w:i w:val="0"/>
          <w:smallCaps w:val="0"/>
          <w:strike w:val="0"/>
          <w:sz w:val="22"/>
          <w:highlight w:val="cyan"/>
          <w:u w:val="single"/>
        </w:rPr>
        <w:t>but</w:t>
      </w:r>
      <w:r>
        <w:rPr>
          <w:b w:val="0"/>
          <w:i w:val="0"/>
          <w:smallCaps w:val="0"/>
          <w:strike w:val="0"/>
          <w:sz w:val="16"/>
          <w:u w:val="none"/>
        </w:rPr>
        <w:t xml:space="preserve"> it's </w:t>
      </w:r>
      <w:r>
        <w:rPr>
          <w:b/>
          <w:i w:val="0"/>
          <w:smallCaps w:val="0"/>
          <w:strike w:val="0"/>
          <w:sz w:val="22"/>
          <w:highlight w:val="cyan"/>
          <w:u w:val="single"/>
        </w:rPr>
        <w:t>also</w:t>
      </w:r>
      <w:r>
        <w:rPr>
          <w:b w:val="0"/>
          <w:i w:val="0"/>
          <w:smallCaps w:val="0"/>
          <w:strike w:val="0"/>
          <w:sz w:val="22"/>
          <w:u w:val="single"/>
        </w:rPr>
        <w:t xml:space="preserve"> the </w:t>
      </w:r>
      <w:r>
        <w:rPr>
          <w:b/>
          <w:i w:val="0"/>
          <w:smallCaps w:val="0"/>
          <w:strike w:val="0"/>
          <w:sz w:val="22"/>
          <w:u w:val="single"/>
        </w:rPr>
        <w:t>example</w:t>
      </w:r>
      <w:r>
        <w:rPr>
          <w:b w:val="0"/>
          <w:i w:val="0"/>
          <w:smallCaps w:val="0"/>
          <w:strike w:val="0"/>
          <w:sz w:val="22"/>
          <w:u w:val="single"/>
        </w:rPr>
        <w:t xml:space="preserve"> we set at </w:t>
      </w:r>
      <w:r>
        <w:rPr>
          <w:b/>
          <w:i w:val="0"/>
          <w:smallCaps w:val="0"/>
          <w:strike w:val="0"/>
          <w:sz w:val="22"/>
          <w:u w:val="single"/>
        </w:rPr>
        <w:t>home</w:t>
      </w:r>
      <w:r>
        <w:rPr>
          <w:b w:val="0"/>
          <w:i w:val="0"/>
          <w:smallCaps w:val="0"/>
          <w:strike w:val="0"/>
          <w:sz w:val="16"/>
          <w:u w:val="none"/>
        </w:rPr>
        <w:t xml:space="preserve">, the quality of our democracy, </w:t>
      </w:r>
      <w:r>
        <w:rPr>
          <w:b w:val="0"/>
          <w:i w:val="0"/>
          <w:smallCaps w:val="0"/>
          <w:strike w:val="0"/>
          <w:sz w:val="22"/>
          <w:u w:val="single"/>
        </w:rPr>
        <w:t xml:space="preserve">the </w:t>
      </w:r>
      <w:r>
        <w:rPr>
          <w:b/>
          <w:i w:val="0"/>
          <w:smallCaps w:val="0"/>
          <w:strike w:val="0"/>
          <w:sz w:val="22"/>
          <w:highlight w:val="cyan"/>
          <w:u w:val="single"/>
        </w:rPr>
        <w:t>strength of</w:t>
      </w:r>
      <w:r>
        <w:rPr>
          <w:b/>
          <w:i w:val="0"/>
          <w:smallCaps w:val="0"/>
          <w:strike w:val="0"/>
          <w:sz w:val="22"/>
          <w:u w:val="single"/>
        </w:rPr>
        <w:t xml:space="preserve"> our </w:t>
      </w:r>
      <w:r>
        <w:rPr>
          <w:b/>
          <w:i w:val="0"/>
          <w:smallCaps w:val="0"/>
          <w:strike w:val="0"/>
          <w:sz w:val="22"/>
          <w:highlight w:val="cyan"/>
          <w:u w:val="single"/>
        </w:rPr>
        <w:t>economy</w:t>
      </w:r>
      <w:r>
        <w:rPr>
          <w:b w:val="0"/>
          <w:i w:val="0"/>
          <w:smallCaps w:val="0"/>
          <w:strike w:val="0"/>
          <w:sz w:val="16"/>
          <w:u w:val="none"/>
        </w:rPr>
        <w:t xml:space="preserve">, the response say to a pandemic, so </w:t>
      </w:r>
      <w:r>
        <w:rPr>
          <w:b w:val="0"/>
          <w:i w:val="0"/>
          <w:smallCaps w:val="0"/>
          <w:strike w:val="0"/>
          <w:sz w:val="22"/>
          <w:u w:val="single"/>
        </w:rPr>
        <w:t>they're</w:t>
      </w:r>
      <w:r>
        <w:rPr>
          <w:b w:val="0"/>
          <w:i w:val="0"/>
          <w:smallCaps w:val="0"/>
          <w:strike w:val="0"/>
          <w:sz w:val="16"/>
          <w:u w:val="none"/>
        </w:rPr>
        <w:t xml:space="preserve"> looking at this United States and a lot of leaders and I speak to them all the time are essentially </w:t>
      </w:r>
      <w:r>
        <w:rPr>
          <w:b w:val="0"/>
          <w:i w:val="0"/>
          <w:smallCaps w:val="0"/>
          <w:strike w:val="0"/>
          <w:sz w:val="22"/>
          <w:u w:val="single"/>
        </w:rPr>
        <w:t xml:space="preserve">saying we </w:t>
      </w:r>
      <w:r>
        <w:rPr>
          <w:b/>
          <w:i w:val="0"/>
          <w:smallCaps w:val="0"/>
          <w:strike w:val="0"/>
          <w:sz w:val="22"/>
          <w:u w:val="single"/>
        </w:rPr>
        <w:t>don't recognize</w:t>
      </w:r>
      <w:r>
        <w:rPr>
          <w:b w:val="0"/>
          <w:i w:val="0"/>
          <w:smallCaps w:val="0"/>
          <w:strike w:val="0"/>
          <w:sz w:val="22"/>
          <w:u w:val="single"/>
        </w:rPr>
        <w:t xml:space="preserve"> this America</w:t>
      </w:r>
      <w:r>
        <w:rPr>
          <w:b w:val="0"/>
          <w:i w:val="0"/>
          <w:smallCaps w:val="0"/>
          <w:strike w:val="0"/>
          <w:sz w:val="16"/>
          <w:u w:val="none"/>
        </w:rPr>
        <w:t xml:space="preserve">. This is not the America we thought we knew. So, they're in a very difficult position where now </w:t>
      </w:r>
      <w:r>
        <w:rPr>
          <w:b w:val="0"/>
          <w:i w:val="0"/>
          <w:smallCaps w:val="0"/>
          <w:strike w:val="0"/>
          <w:sz w:val="22"/>
          <w:u w:val="single"/>
        </w:rPr>
        <w:t xml:space="preserve">they </w:t>
      </w:r>
      <w:r>
        <w:rPr>
          <w:b w:val="0"/>
          <w:i w:val="0"/>
          <w:smallCaps w:val="0"/>
          <w:strike w:val="0"/>
          <w:sz w:val="22"/>
          <w:u w:val="single"/>
        </w:rPr>
        <w:t>have to</w:t>
      </w:r>
      <w:r>
        <w:rPr>
          <w:b w:val="0"/>
          <w:i w:val="0"/>
          <w:smallCaps w:val="0"/>
          <w:strike w:val="0"/>
          <w:sz w:val="22"/>
          <w:u w:val="single"/>
        </w:rPr>
        <w:t xml:space="preserve"> essentially get on without us. But</w:t>
      </w:r>
      <w:r>
        <w:rPr>
          <w:b w:val="0"/>
          <w:i w:val="0"/>
          <w:smallCaps w:val="0"/>
          <w:strike w:val="0"/>
          <w:sz w:val="16"/>
          <w:u w:val="none"/>
        </w:rPr>
        <w:t xml:space="preserve"> they </w:t>
      </w:r>
      <w:r>
        <w:rPr>
          <w:b w:val="0"/>
          <w:i w:val="0"/>
          <w:smallCaps w:val="0"/>
          <w:strike w:val="0"/>
          <w:sz w:val="22"/>
          <w:u w:val="single"/>
        </w:rPr>
        <w:t xml:space="preserve">don't really have the </w:t>
      </w:r>
      <w:r>
        <w:rPr>
          <w:b/>
          <w:i w:val="0"/>
          <w:smallCaps w:val="0"/>
          <w:strike w:val="0"/>
          <w:sz w:val="22"/>
          <w:u w:val="single"/>
        </w:rPr>
        <w:t>capability</w:t>
      </w:r>
      <w:r>
        <w:rPr>
          <w:b w:val="0"/>
          <w:i w:val="0"/>
          <w:smallCaps w:val="0"/>
          <w:strike w:val="0"/>
          <w:sz w:val="22"/>
          <w:u w:val="single"/>
        </w:rPr>
        <w:t xml:space="preserve">. There's no one who has the power that we have, the influence they we have. </w:t>
      </w:r>
      <w:r>
        <w:rPr>
          <w:b w:val="0"/>
          <w:i w:val="0"/>
          <w:smallCaps w:val="0"/>
          <w:strike w:val="0"/>
          <w:sz w:val="22"/>
          <w:u w:val="single"/>
        </w:rPr>
        <w:t>So</w:t>
      </w:r>
      <w:r>
        <w:rPr>
          <w:b w:val="0"/>
          <w:i w:val="0"/>
          <w:smallCaps w:val="0"/>
          <w:strike w:val="0"/>
          <w:sz w:val="22"/>
          <w:u w:val="single"/>
        </w:rPr>
        <w:t xml:space="preserve"> </w:t>
      </w:r>
      <w:r>
        <w:rPr>
          <w:b/>
          <w:i w:val="0"/>
          <w:smallCaps w:val="0"/>
          <w:strike w:val="0"/>
          <w:sz w:val="22"/>
          <w:u w:val="single"/>
        </w:rPr>
        <w:t>no one can fill our shoes</w:t>
      </w:r>
      <w:r>
        <w:rPr>
          <w:b w:val="0"/>
          <w:i w:val="0"/>
          <w:smallCaps w:val="0"/>
          <w:strike w:val="0"/>
          <w:sz w:val="16"/>
          <w:u w:val="none"/>
        </w:rPr>
        <w:t xml:space="preserve">. </w:t>
      </w:r>
      <w:r>
        <w:rPr>
          <w:b w:val="0"/>
          <w:i w:val="0"/>
          <w:smallCaps w:val="0"/>
          <w:strike w:val="0"/>
          <w:sz w:val="16"/>
          <w:u w:val="none"/>
        </w:rPr>
        <w:t>So</w:t>
      </w:r>
      <w:r>
        <w:rPr>
          <w:b w:val="0"/>
          <w:i w:val="0"/>
          <w:smallCaps w:val="0"/>
          <w:strike w:val="0"/>
          <w:sz w:val="16"/>
          <w:u w:val="none"/>
        </w:rPr>
        <w:t xml:space="preserve"> everybody's on their own, and no one does better on his or her own than they do, again, in a collective effort where the United States leads, so they're not happy about the situation. They're increasingly reconciled to it. But </w:t>
      </w:r>
      <w:r>
        <w:rPr>
          <w:b w:val="0"/>
          <w:i w:val="0"/>
          <w:smallCaps w:val="0"/>
          <w:strike w:val="0"/>
          <w:sz w:val="22"/>
          <w:u w:val="single"/>
        </w:rPr>
        <w:t>they very much miss the</w:t>
      </w:r>
      <w:r>
        <w:rPr>
          <w:b w:val="0"/>
          <w:i w:val="0"/>
          <w:smallCaps w:val="0"/>
          <w:strike w:val="0"/>
          <w:sz w:val="16"/>
          <w:u w:val="none"/>
        </w:rPr>
        <w:t xml:space="preserve"> </w:t>
      </w:r>
      <w:r>
        <w:rPr>
          <w:b/>
          <w:i w:val="0"/>
          <w:smallCaps w:val="0"/>
          <w:strike w:val="0"/>
          <w:sz w:val="22"/>
          <w:u w:val="single"/>
        </w:rPr>
        <w:t>U</w:t>
      </w:r>
      <w:r>
        <w:rPr>
          <w:b w:val="0"/>
          <w:i w:val="0"/>
          <w:smallCaps w:val="0"/>
          <w:strike w:val="0"/>
          <w:sz w:val="16"/>
          <w:u w:val="none"/>
        </w:rPr>
        <w:t xml:space="preserve">nited </w:t>
      </w:r>
      <w:r>
        <w:rPr>
          <w:b/>
          <w:i w:val="0"/>
          <w:smallCaps w:val="0"/>
          <w:strike w:val="0"/>
          <w:sz w:val="22"/>
          <w:u w:val="single"/>
        </w:rPr>
        <w:t>S</w:t>
      </w:r>
      <w:r>
        <w:rPr>
          <w:b w:val="0"/>
          <w:i w:val="0"/>
          <w:smallCaps w:val="0"/>
          <w:strike w:val="0"/>
          <w:sz w:val="16"/>
          <w:u w:val="none"/>
        </w:rPr>
        <w:t xml:space="preserve">tates </w:t>
      </w:r>
      <w:r>
        <w:rPr>
          <w:b w:val="0"/>
          <w:i w:val="0"/>
          <w:smallCaps w:val="0"/>
          <w:strike w:val="0"/>
          <w:sz w:val="22"/>
          <w:u w:val="single"/>
        </w:rPr>
        <w:t xml:space="preserve">that for decades had help </w:t>
      </w:r>
      <w:r>
        <w:rPr>
          <w:b/>
          <w:i w:val="0"/>
          <w:smallCaps w:val="0"/>
          <w:strike w:val="0"/>
          <w:sz w:val="22"/>
          <w:u w:val="single"/>
        </w:rPr>
        <w:t>organize the world</w:t>
      </w:r>
      <w:r>
        <w:rPr>
          <w:b w:val="0"/>
          <w:i w:val="0"/>
          <w:smallCaps w:val="0"/>
          <w:strike w:val="0"/>
          <w:sz w:val="22"/>
          <w:u w:val="single"/>
        </w:rPr>
        <w:t xml:space="preserve"> to meet a </w:t>
      </w:r>
      <w:r>
        <w:rPr>
          <w:b/>
          <w:i w:val="0"/>
          <w:smallCaps w:val="0"/>
          <w:strike w:val="0"/>
          <w:sz w:val="22"/>
          <w:u w:val="single"/>
        </w:rPr>
        <w:t>whole range of challenges</w:t>
      </w:r>
      <w:r>
        <w:rPr>
          <w:b w:val="0"/>
          <w:i w:val="0"/>
          <w:smallCaps w:val="0"/>
          <w:strike w:val="0"/>
          <w:sz w:val="16"/>
          <w:u w:val="none"/>
        </w:rPr>
        <w:t xml:space="preserve">. </w:t>
      </w:r>
    </w:p>
    <w:p>
      <w:pPr>
        <w:spacing w:after="60"/>
      </w:pPr>
      <w:r>
        <w:rPr>
          <w:b w:val="0"/>
          <w:i w:val="0"/>
          <w:smallCaps w:val="0"/>
          <w:strike w:val="0"/>
          <w:u w:val="none"/>
        </w:rPr>
        <w:t xml:space="preserve">MEGHNA: Jack, do you want to respond to that? </w:t>
      </w:r>
    </w:p>
    <w:p>
      <w:pPr>
        <w:spacing w:after="60"/>
      </w:pPr>
      <w:r>
        <w:rPr>
          <w:b w:val="0"/>
          <w:i w:val="0"/>
          <w:smallCaps w:val="0"/>
          <w:strike w:val="0"/>
          <w:u w:val="none"/>
        </w:rPr>
        <w:t xml:space="preserve">BEATTY: Well, I think that's very well said. And sometimes that did lead to overreach I mean, Vietnam, Iraq. But on the other hand, it also led to, you know, arms control treaties and efforts to combat threats to the environment that that stretched across, administration's I, you know, I'm struck with this, and I put it to you, Richard, it's as if, you know, the, the greatest generation ratified their experience, they looked at their experience, and they accepted America's new role in the world. Were </w:t>
      </w:r>
      <w:r>
        <w:rPr>
          <w:b w:val="0"/>
          <w:i w:val="0"/>
          <w:smallCaps w:val="0"/>
          <w:strike w:val="0"/>
          <w:u w:val="none"/>
        </w:rPr>
        <w:t>a different</w:t>
      </w:r>
      <w:r>
        <w:rPr>
          <w:b w:val="0"/>
          <w:i w:val="0"/>
          <w:smallCaps w:val="0"/>
          <w:strike w:val="0"/>
          <w:u w:val="none"/>
        </w:rPr>
        <w:t xml:space="preserve"> people today. And it's inconceivable that in the post war, someone like Donald Trump could have gotten within, you know, hailing distance of the presidency just wouldn't have happened. For one thing, he wasn't a veteran. And I was just </w:t>
      </w:r>
      <w:r>
        <w:rPr>
          <w:b w:val="0"/>
          <w:i w:val="0"/>
          <w:smallCaps w:val="0"/>
          <w:strike w:val="0"/>
          <w:u w:val="none"/>
        </w:rPr>
        <w:t>gonna</w:t>
      </w:r>
      <w:r>
        <w:rPr>
          <w:b w:val="0"/>
          <w:i w:val="0"/>
          <w:smallCaps w:val="0"/>
          <w:strike w:val="0"/>
          <w:u w:val="none"/>
        </w:rPr>
        <w:t xml:space="preserve"> say, the people that voted for Trump or no, go vote for him again, and then not voting for anything like the foreign policy, the security policy, that the times demand, and that our past has mandated. They're the people who feel left behind from the post-Cold War world of globalization and so on. And they're still there. They're a different people from those after World War Two</w:t>
      </w:r>
    </w:p>
    <w:p>
      <w:pPr>
        <w:spacing w:after="60"/>
      </w:pPr>
      <w:r>
        <w:rPr>
          <w:b w:val="0"/>
          <w:i w:val="0"/>
          <w:smallCaps w:val="0"/>
          <w:strike w:val="0"/>
          <w:u w:val="none"/>
        </w:rPr>
        <w:t xml:space="preserve">MEGHNA: Jack, if I just can just dovetail what you're saying. And then Richard I’ll, off back to you. I would </w:t>
      </w:r>
      <w:r>
        <w:rPr>
          <w:b w:val="0"/>
          <w:i w:val="0"/>
          <w:smallCaps w:val="0"/>
          <w:strike w:val="0"/>
          <w:u w:val="none"/>
        </w:rPr>
        <w:t>actually say</w:t>
      </w:r>
      <w:r>
        <w:rPr>
          <w:b w:val="0"/>
          <w:i w:val="0"/>
          <w:smallCaps w:val="0"/>
          <w:strike w:val="0"/>
          <w:u w:val="none"/>
        </w:rPr>
        <w:t xml:space="preserve"> that that is not limited to the supporters of the President, that there is, in a sense amongst people a bipartisan agreement about feeling left behind, it's just that perhaps their preferred policy angles on how to solve that problem might be different. But your point is, is well taken, jack </w:t>
      </w:r>
      <w:r>
        <w:rPr>
          <w:b w:val="0"/>
          <w:i w:val="0"/>
          <w:smallCaps w:val="0"/>
          <w:strike w:val="0"/>
          <w:u w:val="none"/>
        </w:rPr>
        <w:t>and,</w:t>
      </w:r>
      <w:r>
        <w:rPr>
          <w:b w:val="0"/>
          <w:i w:val="0"/>
          <w:smallCaps w:val="0"/>
          <w:strike w:val="0"/>
          <w:u w:val="none"/>
        </w:rPr>
        <w:t xml:space="preserve"> Richard, you want to respond to that? So go ahead. </w:t>
      </w:r>
    </w:p>
    <w:p>
      <w:pPr>
        <w:spacing w:after="60"/>
      </w:pPr>
      <w:r>
        <w:rPr>
          <w:b w:val="0"/>
          <w:i w:val="0"/>
          <w:smallCaps w:val="0"/>
          <w:strike w:val="0"/>
          <w:u w:val="none"/>
        </w:rPr>
        <w:t xml:space="preserve">HAASS: No, absolutely. I think it's exactly right. And it's </w:t>
      </w:r>
      <w:r>
        <w:rPr>
          <w:b w:val="0"/>
          <w:i w:val="0"/>
          <w:smallCaps w:val="0"/>
          <w:strike w:val="0"/>
          <w:u w:val="none"/>
        </w:rPr>
        <w:t>really interesting</w:t>
      </w:r>
      <w:r>
        <w:rPr>
          <w:b w:val="0"/>
          <w:i w:val="0"/>
          <w:smallCaps w:val="0"/>
          <w:strike w:val="0"/>
          <w:u w:val="none"/>
        </w:rPr>
        <w:t xml:space="preserve"> to ask, why is this the case? And I think you're right Meghna, it is bipartisan, it crosses party lines. I think there's a sense that foreign policy has costs more than its benefited us people look at Iraq, they look at the World War, also in Afghanistan. And they simply, correctly I would say, don't think in any way either was worth it. These issues are not taught in our schools, or if they are taught, they're not required. So, you can graduate from Harvard, or Stanford or Princeton, and have no background whatsoever in international relations or in history. Our media, for the most </w:t>
      </w:r>
      <w:r>
        <w:rPr>
          <w:b w:val="0"/>
          <w:i w:val="0"/>
          <w:smallCaps w:val="0"/>
          <w:strike w:val="0"/>
          <w:u w:val="none"/>
        </w:rPr>
        <w:t>part</w:t>
      </w:r>
      <w:r>
        <w:rPr>
          <w:b w:val="0"/>
          <w:i w:val="0"/>
          <w:smallCaps w:val="0"/>
          <w:strike w:val="0"/>
          <w:u w:val="none"/>
        </w:rPr>
        <w:t xml:space="preserve"> doesn't cover these issues. Over the last 20-30 years, there's been a real reduction in the degree of international coverage. </w:t>
      </w:r>
      <w:r>
        <w:rPr>
          <w:b w:val="0"/>
          <w:i w:val="0"/>
          <w:smallCaps w:val="0"/>
          <w:strike w:val="0"/>
          <w:sz w:val="16"/>
          <w:u w:val="none"/>
        </w:rPr>
        <w:t xml:space="preserve">So, </w:t>
      </w:r>
      <w:r>
        <w:rPr>
          <w:b w:val="0"/>
          <w:i w:val="0"/>
          <w:smallCaps w:val="0"/>
          <w:strike w:val="0"/>
          <w:sz w:val="22"/>
          <w:u w:val="single"/>
        </w:rPr>
        <w:t>most</w:t>
      </w:r>
      <w:r>
        <w:rPr>
          <w:b w:val="0"/>
          <w:i w:val="0"/>
          <w:smallCaps w:val="0"/>
          <w:strike w:val="0"/>
          <w:sz w:val="16"/>
          <w:u w:val="none"/>
        </w:rPr>
        <w:t xml:space="preserve"> Americans simply </w:t>
      </w:r>
      <w:r>
        <w:rPr>
          <w:b w:val="0"/>
          <w:i w:val="0"/>
          <w:smallCaps w:val="0"/>
          <w:strike w:val="0"/>
          <w:sz w:val="22"/>
          <w:u w:val="single"/>
        </w:rPr>
        <w:t xml:space="preserve">don't see the connection between what goes on in the world and what goes on here in the </w:t>
      </w:r>
      <w:r>
        <w:rPr>
          <w:b/>
          <w:i w:val="0"/>
          <w:smallCaps w:val="0"/>
          <w:strike w:val="0"/>
          <w:sz w:val="22"/>
          <w:u w:val="single"/>
        </w:rPr>
        <w:t>U</w:t>
      </w:r>
      <w:r>
        <w:rPr>
          <w:b w:val="0"/>
          <w:i w:val="0"/>
          <w:smallCaps w:val="0"/>
          <w:strike w:val="0"/>
          <w:sz w:val="16"/>
          <w:u w:val="none"/>
        </w:rPr>
        <w:t xml:space="preserve">nited </w:t>
      </w:r>
      <w:r>
        <w:rPr>
          <w:b/>
          <w:i w:val="0"/>
          <w:smallCaps w:val="0"/>
          <w:strike w:val="0"/>
          <w:sz w:val="22"/>
          <w:u w:val="single"/>
        </w:rPr>
        <w:t>S</w:t>
      </w:r>
      <w:r>
        <w:rPr>
          <w:b w:val="0"/>
          <w:i w:val="0"/>
          <w:smallCaps w:val="0"/>
          <w:strike w:val="0"/>
          <w:sz w:val="16"/>
          <w:u w:val="none"/>
        </w:rPr>
        <w:t xml:space="preserve">tates. </w:t>
      </w:r>
    </w:p>
    <w:p>
      <w:pPr>
        <w:spacing w:after="60"/>
      </w:pPr>
      <w:r>
        <w:rPr>
          <w:b w:val="0"/>
          <w:i w:val="0"/>
          <w:smallCaps w:val="0"/>
          <w:strike w:val="0"/>
          <w:sz w:val="16"/>
          <w:u w:val="none"/>
        </w:rPr>
        <w:t xml:space="preserve">So, you know, here was this place called Wuhan where a virus broke out. And what we've learned in an extraordinarily expensive way, is that </w:t>
      </w:r>
      <w:r>
        <w:rPr>
          <w:b/>
          <w:i w:val="0"/>
          <w:smallCaps w:val="0"/>
          <w:strike w:val="0"/>
          <w:sz w:val="22"/>
          <w:u w:val="single"/>
        </w:rPr>
        <w:t>nothing stays local</w:t>
      </w:r>
      <w:r>
        <w:rPr>
          <w:b w:val="0"/>
          <w:i w:val="0"/>
          <w:smallCaps w:val="0"/>
          <w:strike w:val="0"/>
          <w:sz w:val="22"/>
          <w:u w:val="single"/>
        </w:rPr>
        <w:t xml:space="preserve"> for long</w:t>
      </w:r>
      <w:r>
        <w:rPr>
          <w:b w:val="0"/>
          <w:i w:val="0"/>
          <w:smallCaps w:val="0"/>
          <w:strike w:val="0"/>
          <w:sz w:val="16"/>
          <w:u w:val="none"/>
        </w:rPr>
        <w:t xml:space="preserve">. What happens in Wuhan doesn't stay in Wuhan, but it travels. And this has cost us trillions of dollars. And </w:t>
      </w:r>
      <w:r>
        <w:rPr>
          <w:b w:val="0"/>
          <w:i w:val="0"/>
          <w:smallCaps w:val="0"/>
          <w:strike w:val="0"/>
          <w:sz w:val="16"/>
          <w:u w:val="none"/>
        </w:rPr>
        <w:t>already what</w:t>
      </w:r>
      <w:r>
        <w:rPr>
          <w:b w:val="0"/>
          <w:i w:val="0"/>
          <w:smallCaps w:val="0"/>
          <w:strike w:val="0"/>
          <w:sz w:val="16"/>
          <w:u w:val="none"/>
        </w:rPr>
        <w:t xml:space="preserve"> more than 40,000 lives and the toll keeps mounting by the hour. This is an expensive lesson in why </w:t>
      </w:r>
      <w:r>
        <w:rPr>
          <w:b w:val="0"/>
          <w:i w:val="0"/>
          <w:smallCaps w:val="0"/>
          <w:strike w:val="0"/>
          <w:sz w:val="22"/>
          <w:highlight w:val="cyan"/>
          <w:u w:val="single"/>
        </w:rPr>
        <w:t xml:space="preserve">isolationism is </w:t>
      </w:r>
      <w:r>
        <w:rPr>
          <w:b/>
          <w:i w:val="0"/>
          <w:smallCaps w:val="0"/>
          <w:strike w:val="0"/>
          <w:sz w:val="22"/>
          <w:highlight w:val="cyan"/>
          <w:u w:val="single"/>
        </w:rPr>
        <w:t>not an option</w:t>
      </w:r>
      <w:r>
        <w:rPr>
          <w:b w:val="0"/>
          <w:i w:val="0"/>
          <w:smallCaps w:val="0"/>
          <w:strike w:val="0"/>
          <w:sz w:val="22"/>
          <w:highlight w:val="cyan"/>
          <w:u w:val="single"/>
        </w:rPr>
        <w:t xml:space="preserve"> in a </w:t>
      </w:r>
      <w:r>
        <w:rPr>
          <w:b/>
          <w:i w:val="0"/>
          <w:smallCaps w:val="0"/>
          <w:strike w:val="0"/>
          <w:sz w:val="22"/>
          <w:highlight w:val="cyan"/>
          <w:u w:val="single"/>
        </w:rPr>
        <w:t>global world</w:t>
      </w:r>
      <w:r>
        <w:rPr>
          <w:b w:val="0"/>
          <w:i w:val="0"/>
          <w:smallCaps w:val="0"/>
          <w:strike w:val="0"/>
          <w:sz w:val="16"/>
          <w:u w:val="none"/>
        </w:rPr>
        <w:t xml:space="preserve">. And the real question is, will we learn that lesson? Will we learn the right lesson? </w:t>
      </w:r>
      <w:r>
        <w:rPr>
          <w:b w:val="0"/>
          <w:i w:val="0"/>
          <w:smallCaps w:val="0"/>
          <w:strike w:val="0"/>
          <w:sz w:val="22"/>
          <w:u w:val="single"/>
        </w:rPr>
        <w:t>Will we</w:t>
      </w:r>
      <w:r>
        <w:rPr>
          <w:b w:val="0"/>
          <w:i w:val="0"/>
          <w:smallCaps w:val="0"/>
          <w:strike w:val="0"/>
          <w:sz w:val="16"/>
          <w:u w:val="none"/>
        </w:rPr>
        <w:t xml:space="preserve"> basically say we have got to </w:t>
      </w:r>
      <w:r>
        <w:rPr>
          <w:b w:val="0"/>
          <w:i w:val="0"/>
          <w:smallCaps w:val="0"/>
          <w:strike w:val="0"/>
          <w:sz w:val="22"/>
          <w:u w:val="single"/>
        </w:rPr>
        <w:t xml:space="preserve">get more involved in the world to prepare for the </w:t>
      </w:r>
      <w:r>
        <w:rPr>
          <w:b/>
          <w:i w:val="0"/>
          <w:smallCaps w:val="0"/>
          <w:strike w:val="0"/>
          <w:sz w:val="22"/>
          <w:u w:val="single"/>
        </w:rPr>
        <w:t>next pandemic</w:t>
      </w:r>
      <w:r>
        <w:rPr>
          <w:b w:val="0"/>
          <w:i w:val="0"/>
          <w:smallCaps w:val="0"/>
          <w:strike w:val="0"/>
          <w:sz w:val="22"/>
          <w:u w:val="single"/>
        </w:rPr>
        <w:t xml:space="preserve">? To do something about </w:t>
      </w:r>
      <w:r>
        <w:rPr>
          <w:b/>
          <w:i w:val="0"/>
          <w:smallCaps w:val="0"/>
          <w:strike w:val="0"/>
          <w:sz w:val="22"/>
          <w:u w:val="single"/>
        </w:rPr>
        <w:t>climate change</w:t>
      </w:r>
      <w:r>
        <w:rPr>
          <w:b w:val="0"/>
          <w:i w:val="0"/>
          <w:smallCaps w:val="0"/>
          <w:strike w:val="0"/>
          <w:sz w:val="22"/>
          <w:u w:val="single"/>
        </w:rPr>
        <w:t xml:space="preserve">? To do something about </w:t>
      </w:r>
      <w:r>
        <w:rPr>
          <w:b/>
          <w:i w:val="0"/>
          <w:smallCaps w:val="0"/>
          <w:strike w:val="0"/>
          <w:sz w:val="22"/>
          <w:u w:val="single"/>
        </w:rPr>
        <w:t>structuring the world, the digital world</w:t>
      </w:r>
      <w:r>
        <w:rPr>
          <w:b w:val="0"/>
          <w:i w:val="0"/>
          <w:smallCaps w:val="0"/>
          <w:strike w:val="0"/>
          <w:sz w:val="22"/>
          <w:u w:val="single"/>
        </w:rPr>
        <w:t xml:space="preserve"> so it's positive and not negative? Are we still going to </w:t>
      </w:r>
      <w:r>
        <w:rPr>
          <w:b w:val="0"/>
          <w:i w:val="0"/>
          <w:smallCaps w:val="0"/>
          <w:strike w:val="0"/>
          <w:sz w:val="22"/>
          <w:u w:val="single"/>
        </w:rPr>
        <w:t>deal say</w:t>
      </w:r>
      <w:r>
        <w:rPr>
          <w:b w:val="0"/>
          <w:i w:val="0"/>
          <w:smallCaps w:val="0"/>
          <w:strike w:val="0"/>
          <w:sz w:val="22"/>
          <w:u w:val="single"/>
        </w:rPr>
        <w:t xml:space="preserve"> with the threat of </w:t>
      </w:r>
      <w:r>
        <w:rPr>
          <w:b/>
          <w:i w:val="0"/>
          <w:smallCaps w:val="0"/>
          <w:strike w:val="0"/>
          <w:sz w:val="22"/>
          <w:u w:val="single"/>
        </w:rPr>
        <w:t>terrorism</w:t>
      </w:r>
      <w:r>
        <w:rPr>
          <w:b w:val="0"/>
          <w:i w:val="0"/>
          <w:smallCaps w:val="0"/>
          <w:strike w:val="0"/>
          <w:sz w:val="22"/>
          <w:u w:val="single"/>
        </w:rPr>
        <w:t xml:space="preserve"> or </w:t>
      </w:r>
      <w:r>
        <w:rPr>
          <w:b/>
          <w:i w:val="0"/>
          <w:smallCaps w:val="0"/>
          <w:strike w:val="0"/>
          <w:sz w:val="22"/>
          <w:u w:val="single"/>
        </w:rPr>
        <w:t>proliferation</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real </w:t>
      </w:r>
      <w:r>
        <w:rPr>
          <w:b w:val="0"/>
          <w:i w:val="0"/>
          <w:smallCaps w:val="0"/>
          <w:strike w:val="0"/>
          <w:sz w:val="22"/>
          <w:highlight w:val="cyan"/>
          <w:u w:val="single"/>
        </w:rPr>
        <w:t>question</w:t>
      </w:r>
      <w:r>
        <w:rPr>
          <w:b w:val="0"/>
          <w:i w:val="0"/>
          <w:smallCaps w:val="0"/>
          <w:strike w:val="0"/>
          <w:sz w:val="16"/>
          <w:u w:val="none"/>
        </w:rPr>
        <w:t xml:space="preserve">, for me, </w:t>
      </w:r>
      <w:r>
        <w:rPr>
          <w:b w:val="0"/>
          <w:i w:val="0"/>
          <w:smallCaps w:val="0"/>
          <w:strike w:val="0"/>
          <w:sz w:val="22"/>
          <w:highlight w:val="cyan"/>
          <w:u w:val="single"/>
        </w:rPr>
        <w:t>is</w:t>
      </w:r>
      <w:r>
        <w:rPr>
          <w:b w:val="0"/>
          <w:i w:val="0"/>
          <w:smallCaps w:val="0"/>
          <w:strike w:val="0"/>
          <w:sz w:val="16"/>
          <w:u w:val="none"/>
        </w:rPr>
        <w:t xml:space="preserve"> coming out of this, </w:t>
      </w:r>
      <w:r>
        <w:rPr>
          <w:b w:val="0"/>
          <w:i w:val="0"/>
          <w:smallCaps w:val="0"/>
          <w:strike w:val="0"/>
          <w:sz w:val="22"/>
          <w:highlight w:val="cyan"/>
          <w:u w:val="single"/>
        </w:rPr>
        <w:t>do we have</w:t>
      </w:r>
      <w:r>
        <w:rPr>
          <w:b w:val="0"/>
          <w:i w:val="0"/>
          <w:smallCaps w:val="0"/>
          <w:strike w:val="0"/>
          <w:sz w:val="22"/>
          <w:u w:val="single"/>
        </w:rPr>
        <w:t xml:space="preserve"> the </w:t>
      </w:r>
      <w:r>
        <w:rPr>
          <w:b/>
          <w:i w:val="0"/>
          <w:smallCaps w:val="0"/>
          <w:strike w:val="0"/>
          <w:sz w:val="22"/>
          <w:u w:val="single"/>
        </w:rPr>
        <w:t>bandwidth</w:t>
      </w:r>
      <w:r>
        <w:rPr>
          <w:b w:val="0"/>
          <w:i w:val="0"/>
          <w:smallCaps w:val="0"/>
          <w:strike w:val="0"/>
          <w:sz w:val="16"/>
          <w:u w:val="none"/>
        </w:rPr>
        <w:t xml:space="preserve"> Do we have </w:t>
      </w:r>
      <w:r>
        <w:rPr>
          <w:b/>
          <w:i w:val="0"/>
          <w:smallCaps w:val="0"/>
          <w:strike w:val="0"/>
          <w:sz w:val="22"/>
          <w:u w:val="single"/>
        </w:rPr>
        <w:t xml:space="preserve">the </w:t>
      </w:r>
      <w:r>
        <w:rPr>
          <w:b/>
          <w:i w:val="0"/>
          <w:smallCaps w:val="0"/>
          <w:strike w:val="0"/>
          <w:sz w:val="22"/>
          <w:highlight w:val="cyan"/>
          <w:u w:val="single"/>
        </w:rPr>
        <w:t>resources</w:t>
      </w:r>
      <w:r>
        <w:rPr>
          <w:b w:val="0"/>
          <w:i w:val="0"/>
          <w:smallCaps w:val="0"/>
          <w:strike w:val="0"/>
          <w:sz w:val="16"/>
          <w:u w:val="none"/>
        </w:rPr>
        <w:t xml:space="preserve"> to have we learned the lesson </w:t>
      </w:r>
      <w:r>
        <w:rPr>
          <w:b w:val="0"/>
          <w:i w:val="0"/>
          <w:smallCaps w:val="0"/>
          <w:strike w:val="0"/>
          <w:sz w:val="22"/>
          <w:u w:val="single"/>
        </w:rPr>
        <w:t xml:space="preserve">that we </w:t>
      </w:r>
      <w:r>
        <w:rPr>
          <w:b/>
          <w:i w:val="0"/>
          <w:smallCaps w:val="0"/>
          <w:strike w:val="0"/>
          <w:sz w:val="22"/>
          <w:u w:val="single"/>
        </w:rPr>
        <w:t>can't isolate</w:t>
      </w:r>
      <w:r>
        <w:rPr>
          <w:b w:val="0"/>
          <w:i w:val="0"/>
          <w:smallCaps w:val="0"/>
          <w:strike w:val="0"/>
          <w:sz w:val="22"/>
          <w:u w:val="single"/>
        </w:rPr>
        <w:t xml:space="preserve"> ourselves</w:t>
      </w:r>
      <w:r>
        <w:rPr>
          <w:b w:val="0"/>
          <w:i w:val="0"/>
          <w:smallCaps w:val="0"/>
          <w:strike w:val="0"/>
          <w:sz w:val="16"/>
          <w:u w:val="none"/>
        </w:rPr>
        <w:t xml:space="preserve"> from what goes on in the world and to do that safely? </w:t>
      </w:r>
    </w:p>
    <w:p>
      <w:pPr>
        <w:spacing w:after="60"/>
      </w:pPr>
      <w:r>
        <w:rPr>
          <w:b w:val="0"/>
          <w:i w:val="0"/>
          <w:smallCaps w:val="0"/>
          <w:strike w:val="0"/>
          <w:sz w:val="10"/>
          <w:u w:val="none"/>
        </w:rPr>
        <w:t xml:space="preserve">MEGHNA: I think that's a good question, Richard, because it seems to me that for there's a generation of Americans out there who most often see the effects of US foreign policy through the instruments of failed wars. I'm just going to put it like that. There have not been enough examples of the positive benefits of American foreign policy or American leaders and that is part of what is causing people to doubt right now. And on that point, I would like to </w:t>
      </w:r>
      <w:r>
        <w:rPr>
          <w:b w:val="0"/>
          <w:i w:val="0"/>
          <w:smallCaps w:val="0"/>
          <w:strike w:val="0"/>
          <w:sz w:val="10"/>
          <w:u w:val="none"/>
        </w:rPr>
        <w:t>actually take</w:t>
      </w:r>
      <w:r>
        <w:rPr>
          <w:b w:val="0"/>
          <w:i w:val="0"/>
          <w:smallCaps w:val="0"/>
          <w:strike w:val="0"/>
          <w:sz w:val="10"/>
          <w:u w:val="none"/>
        </w:rPr>
        <w:t xml:space="preserve"> a caller who has something to say about this. </w:t>
      </w:r>
      <w:r>
        <w:rPr>
          <w:b w:val="0"/>
          <w:i w:val="0"/>
          <w:smallCaps w:val="0"/>
          <w:strike w:val="0"/>
          <w:sz w:val="10"/>
          <w:u w:val="none"/>
        </w:rPr>
        <w:t>So</w:t>
      </w:r>
      <w:r>
        <w:rPr>
          <w:b w:val="0"/>
          <w:i w:val="0"/>
          <w:smallCaps w:val="0"/>
          <w:strike w:val="0"/>
          <w:sz w:val="10"/>
          <w:u w:val="none"/>
        </w:rPr>
        <w:t xml:space="preserve"> let's go to Jeremy, who's calling from Racine, Wisconsin. Jeremy, what's your </w:t>
      </w:r>
      <w:r>
        <w:rPr>
          <w:b w:val="0"/>
          <w:i w:val="0"/>
          <w:smallCaps w:val="0"/>
          <w:strike w:val="0"/>
          <w:sz w:val="10"/>
          <w:u w:val="none"/>
        </w:rPr>
        <w:t>thoughts</w:t>
      </w:r>
      <w:r>
        <w:rPr>
          <w:b w:val="0"/>
          <w:i w:val="0"/>
          <w:smallCaps w:val="0"/>
          <w:strike w:val="0"/>
          <w:sz w:val="10"/>
          <w:u w:val="none"/>
        </w:rPr>
        <w:t xml:space="preserve">? </w:t>
      </w:r>
    </w:p>
    <w:p>
      <w:pPr>
        <w:spacing w:after="60"/>
      </w:pPr>
      <w:r>
        <w:rPr>
          <w:b w:val="0"/>
          <w:i w:val="0"/>
          <w:smallCaps w:val="0"/>
          <w:strike w:val="0"/>
          <w:sz w:val="10"/>
          <w:u w:val="none"/>
        </w:rPr>
        <w:t xml:space="preserve">JEREMY: Alright, thanks for taking my call. I believe that we're coming </w:t>
      </w:r>
      <w:r>
        <w:rPr>
          <w:b w:val="0"/>
          <w:i w:val="0"/>
          <w:smallCaps w:val="0"/>
          <w:strike w:val="0"/>
          <w:sz w:val="10"/>
          <w:u w:val="none"/>
        </w:rPr>
        <w:t>into</w:t>
      </w:r>
      <w:r>
        <w:rPr>
          <w:b w:val="0"/>
          <w:i w:val="0"/>
          <w:smallCaps w:val="0"/>
          <w:strike w:val="0"/>
          <w:sz w:val="10"/>
          <w:u w:val="none"/>
        </w:rPr>
        <w:t xml:space="preserve"> a point in our history. That </w:t>
      </w:r>
      <w:r>
        <w:rPr>
          <w:b w:val="0"/>
          <w:i w:val="0"/>
          <w:smallCaps w:val="0"/>
          <w:strike w:val="0"/>
          <w:sz w:val="10"/>
          <w:u w:val="none"/>
        </w:rPr>
        <w:t>is</w:t>
      </w:r>
      <w:r>
        <w:rPr>
          <w:b w:val="0"/>
          <w:i w:val="0"/>
          <w:smallCaps w:val="0"/>
          <w:strike w:val="0"/>
          <w:sz w:val="10"/>
          <w:u w:val="none"/>
        </w:rPr>
        <w:t xml:space="preserve"> it's more of like an institutional crisis within our government and its inability to function with each other to have a clear intent, and to come together with all the resources to accomplish that. That intent clearly and to our desirable outcomes, given the fact what we did in Afghanistan and Iraq. We went in Iraq, we hosted Saddam Hussein, and then we kind of sat around and said, “now what</w:t>
      </w:r>
      <w:r>
        <w:rPr>
          <w:b w:val="0"/>
          <w:i w:val="0"/>
          <w:smallCaps w:val="0"/>
          <w:strike w:val="0"/>
          <w:sz w:val="10"/>
          <w:u w:val="none"/>
        </w:rPr>
        <w:t>”?.</w:t>
      </w:r>
      <w:r>
        <w:rPr>
          <w:b w:val="0"/>
          <w:i w:val="0"/>
          <w:smallCaps w:val="0"/>
          <w:strike w:val="0"/>
          <w:sz w:val="10"/>
          <w:u w:val="none"/>
        </w:rPr>
        <w:t xml:space="preserve"> We just wasted </w:t>
      </w:r>
      <w:r>
        <w:rPr>
          <w:b w:val="0"/>
          <w:i w:val="0"/>
          <w:smallCaps w:val="0"/>
          <w:strike w:val="0"/>
          <w:sz w:val="10"/>
          <w:u w:val="none"/>
        </w:rPr>
        <w:t>incredible</w:t>
      </w:r>
      <w:r>
        <w:rPr>
          <w:b w:val="0"/>
          <w:i w:val="0"/>
          <w:smallCaps w:val="0"/>
          <w:strike w:val="0"/>
          <w:sz w:val="10"/>
          <w:u w:val="none"/>
        </w:rPr>
        <w:t xml:space="preserve"> </w:t>
      </w:r>
      <w:r>
        <w:rPr>
          <w:b w:val="0"/>
          <w:i w:val="0"/>
          <w:smallCaps w:val="0"/>
          <w:strike w:val="0"/>
          <w:sz w:val="10"/>
          <w:u w:val="none"/>
        </w:rPr>
        <w:t>amount</w:t>
      </w:r>
      <w:r>
        <w:rPr>
          <w:b w:val="0"/>
          <w:i w:val="0"/>
          <w:smallCaps w:val="0"/>
          <w:strike w:val="0"/>
          <w:sz w:val="10"/>
          <w:u w:val="none"/>
        </w:rPr>
        <w:t xml:space="preserve"> of lives, resources and money to </w:t>
      </w:r>
      <w:r>
        <w:rPr>
          <w:b w:val="0"/>
          <w:i w:val="0"/>
          <w:smallCaps w:val="0"/>
          <w:strike w:val="0"/>
          <w:sz w:val="10"/>
          <w:u w:val="none"/>
        </w:rPr>
        <w:t>to</w:t>
      </w:r>
      <w:r>
        <w:rPr>
          <w:b w:val="0"/>
          <w:i w:val="0"/>
          <w:smallCaps w:val="0"/>
          <w:strike w:val="0"/>
          <w:sz w:val="10"/>
          <w:u w:val="none"/>
        </w:rPr>
        <w:t xml:space="preserve"> exert our foreign policy in an inefficient way. We </w:t>
      </w:r>
      <w:r>
        <w:rPr>
          <w:b w:val="0"/>
          <w:i w:val="0"/>
          <w:smallCaps w:val="0"/>
          <w:strike w:val="0"/>
          <w:sz w:val="10"/>
          <w:u w:val="none"/>
        </w:rPr>
        <w:t>just we</w:t>
      </w:r>
      <w:r>
        <w:rPr>
          <w:b w:val="0"/>
          <w:i w:val="0"/>
          <w:smallCaps w:val="0"/>
          <w:strike w:val="0"/>
          <w:sz w:val="10"/>
          <w:u w:val="none"/>
        </w:rPr>
        <w:t xml:space="preserve"> </w:t>
      </w:r>
      <w:r>
        <w:rPr>
          <w:b w:val="0"/>
          <w:i w:val="0"/>
          <w:smallCaps w:val="0"/>
          <w:strike w:val="0"/>
          <w:sz w:val="10"/>
          <w:u w:val="none"/>
        </w:rPr>
        <w:t>have to</w:t>
      </w:r>
      <w:r>
        <w:rPr>
          <w:b w:val="0"/>
          <w:i w:val="0"/>
          <w:smallCaps w:val="0"/>
          <w:strike w:val="0"/>
          <w:sz w:val="10"/>
          <w:u w:val="none"/>
        </w:rPr>
        <w:t xml:space="preserve"> restructure how we go about our foreign policy, how do we interact with other nations, instead of sending the big stick every time something goes wrong, we need to start working on better diplomacy and things like that. And Donald Trump is probably what I would consider, he is like, the fox in the henhouse. The American people just sent him into the henhouse, and he's just wreaking havoc all over the federal government. And that's pretty much what a lot of people feel right now. They just are tired with inability to come together and </w:t>
      </w:r>
      <w:r>
        <w:rPr>
          <w:b w:val="0"/>
          <w:i w:val="0"/>
          <w:smallCaps w:val="0"/>
          <w:strike w:val="0"/>
          <w:sz w:val="10"/>
          <w:u w:val="none"/>
        </w:rPr>
        <w:t>actually fix</w:t>
      </w:r>
      <w:r>
        <w:rPr>
          <w:b w:val="0"/>
          <w:i w:val="0"/>
          <w:smallCaps w:val="0"/>
          <w:strike w:val="0"/>
          <w:sz w:val="10"/>
          <w:u w:val="none"/>
        </w:rPr>
        <w:t xml:space="preserve"> something and make it coherent, that everybody can understand. Yeah. </w:t>
      </w:r>
    </w:p>
    <w:p>
      <w:pPr>
        <w:spacing w:after="60"/>
      </w:pPr>
      <w:r>
        <w:rPr>
          <w:b w:val="0"/>
          <w:i w:val="0"/>
          <w:smallCaps w:val="0"/>
          <w:strike w:val="0"/>
          <w:sz w:val="10"/>
          <w:u w:val="none"/>
        </w:rPr>
        <w:t xml:space="preserve">MEGHNA: Well, Jeremy, thank you for that thought. Richard Haass, did you want to respond to him? </w:t>
      </w:r>
    </w:p>
    <w:p>
      <w:pPr>
        <w:spacing w:after="60"/>
      </w:pPr>
      <w:r>
        <w:rPr>
          <w:b w:val="0"/>
          <w:i w:val="0"/>
          <w:smallCaps w:val="0"/>
          <w:strike w:val="0"/>
          <w:sz w:val="16"/>
          <w:u w:val="none"/>
        </w:rPr>
        <w:t xml:space="preserve">HAASS: Sure. Let me react to Jeremy. I think he's right, that we've overused the military tool, and we've underused other tools, including diplomacy, foreign aid, and so forth. He points to the dangers of overreach in Iraq, Afghanistan, Jack before mentioned Vietnam, but I also think </w:t>
      </w:r>
      <w:r>
        <w:rPr>
          <w:b w:val="0"/>
          <w:i w:val="0"/>
          <w:smallCaps w:val="0"/>
          <w:strike w:val="0"/>
          <w:sz w:val="22"/>
          <w:highlight w:val="cyan"/>
          <w:u w:val="single"/>
        </w:rPr>
        <w:t>there's a</w:t>
      </w:r>
      <w:r>
        <w:rPr>
          <w:b w:val="0"/>
          <w:i w:val="0"/>
          <w:smallCaps w:val="0"/>
          <w:strike w:val="0"/>
          <w:sz w:val="22"/>
          <w:u w:val="single"/>
        </w:rPr>
        <w:t xml:space="preserve"> real </w:t>
      </w:r>
      <w:r>
        <w:rPr>
          <w:b w:val="0"/>
          <w:i w:val="0"/>
          <w:smallCaps w:val="0"/>
          <w:strike w:val="0"/>
          <w:sz w:val="22"/>
          <w:highlight w:val="cyan"/>
          <w:u w:val="single"/>
        </w:rPr>
        <w:t xml:space="preserve">danger of </w:t>
      </w:r>
      <w:r>
        <w:rPr>
          <w:b/>
          <w:i w:val="0"/>
          <w:smallCaps w:val="0"/>
          <w:strike w:val="0"/>
          <w:sz w:val="22"/>
          <w:highlight w:val="cyan"/>
          <w:u w:val="single"/>
        </w:rPr>
        <w:t>underreach</w:t>
      </w:r>
      <w:r>
        <w:rPr>
          <w:b w:val="0"/>
          <w:i w:val="0"/>
          <w:smallCaps w:val="0"/>
          <w:strike w:val="0"/>
          <w:sz w:val="16"/>
          <w:u w:val="none"/>
        </w:rPr>
        <w:t xml:space="preserve"> of </w:t>
      </w:r>
      <w:r>
        <w:rPr>
          <w:b w:val="0"/>
          <w:i w:val="0"/>
          <w:smallCaps w:val="0"/>
          <w:strike w:val="0"/>
          <w:sz w:val="22"/>
          <w:u w:val="single"/>
        </w:rPr>
        <w:t xml:space="preserve">the </w:t>
      </w:r>
      <w:r>
        <w:rPr>
          <w:b/>
          <w:i w:val="0"/>
          <w:smallCaps w:val="0"/>
          <w:strike w:val="0"/>
          <w:sz w:val="22"/>
          <w:u w:val="single"/>
        </w:rPr>
        <w:t>U</w:t>
      </w:r>
      <w:r>
        <w:rPr>
          <w:b w:val="0"/>
          <w:i w:val="0"/>
          <w:smallCaps w:val="0"/>
          <w:strike w:val="0"/>
          <w:sz w:val="16"/>
          <w:u w:val="none"/>
        </w:rPr>
        <w:t xml:space="preserve">nited </w:t>
      </w:r>
      <w:r>
        <w:rPr>
          <w:b/>
          <w:i w:val="0"/>
          <w:smallCaps w:val="0"/>
          <w:strike w:val="0"/>
          <w:sz w:val="22"/>
          <w:u w:val="single"/>
        </w:rPr>
        <w:t>S</w:t>
      </w:r>
      <w:r>
        <w:rPr>
          <w:b w:val="0"/>
          <w:i w:val="0"/>
          <w:smallCaps w:val="0"/>
          <w:strike w:val="0"/>
          <w:sz w:val="16"/>
          <w:u w:val="none"/>
        </w:rPr>
        <w:t xml:space="preserve">tates </w:t>
      </w:r>
      <w:r>
        <w:rPr>
          <w:b w:val="0"/>
          <w:i w:val="0"/>
          <w:smallCaps w:val="0"/>
          <w:strike w:val="0"/>
          <w:sz w:val="22"/>
          <w:u w:val="single"/>
        </w:rPr>
        <w:t xml:space="preserve">does </w:t>
      </w:r>
      <w:r>
        <w:rPr>
          <w:b/>
          <w:i w:val="0"/>
          <w:smallCaps w:val="0"/>
          <w:strike w:val="0"/>
          <w:sz w:val="22"/>
          <w:u w:val="single"/>
        </w:rPr>
        <w:t>too little</w:t>
      </w:r>
      <w:r>
        <w:rPr>
          <w:b w:val="0"/>
          <w:i w:val="0"/>
          <w:smallCaps w:val="0"/>
          <w:strike w:val="0"/>
          <w:sz w:val="16"/>
          <w:u w:val="none"/>
        </w:rPr>
        <w:t xml:space="preserve">. And you said Meghna, that people don't see the benefits. Well, think about it, </w:t>
      </w:r>
      <w:r>
        <w:rPr>
          <w:b w:val="0"/>
          <w:i w:val="0"/>
          <w:smallCaps w:val="0"/>
          <w:strike w:val="0"/>
          <w:sz w:val="22"/>
          <w:u w:val="single"/>
        </w:rPr>
        <w:t xml:space="preserve">the first half of the century, we had two enormous </w:t>
      </w:r>
      <w:r>
        <w:rPr>
          <w:b/>
          <w:i w:val="0"/>
          <w:smallCaps w:val="0"/>
          <w:strike w:val="0"/>
          <w:sz w:val="22"/>
          <w:u w:val="single"/>
        </w:rPr>
        <w:t>world wars</w:t>
      </w:r>
      <w:r>
        <w:rPr>
          <w:b w:val="0"/>
          <w:i w:val="0"/>
          <w:smallCaps w:val="0"/>
          <w:strike w:val="0"/>
          <w:sz w:val="22"/>
          <w:u w:val="single"/>
        </w:rPr>
        <w:t xml:space="preserve">, when the </w:t>
      </w:r>
      <w:r>
        <w:rPr>
          <w:b/>
          <w:i w:val="0"/>
          <w:smallCaps w:val="0"/>
          <w:strike w:val="0"/>
          <w:sz w:val="22"/>
          <w:u w:val="single"/>
        </w:rPr>
        <w:t>U</w:t>
      </w:r>
      <w:r>
        <w:rPr>
          <w:b w:val="0"/>
          <w:i w:val="0"/>
          <w:smallCaps w:val="0"/>
          <w:strike w:val="0"/>
          <w:sz w:val="16"/>
          <w:u w:val="none"/>
        </w:rPr>
        <w:t xml:space="preserve">nited </w:t>
      </w:r>
      <w:r>
        <w:rPr>
          <w:b/>
          <w:i w:val="0"/>
          <w:smallCaps w:val="0"/>
          <w:strike w:val="0"/>
          <w:sz w:val="22"/>
          <w:u w:val="single"/>
        </w:rPr>
        <w:t>S</w:t>
      </w:r>
      <w:r>
        <w:rPr>
          <w:b w:val="0"/>
          <w:i w:val="0"/>
          <w:smallCaps w:val="0"/>
          <w:strike w:val="0"/>
          <w:sz w:val="16"/>
          <w:u w:val="none"/>
        </w:rPr>
        <w:t xml:space="preserve">tates </w:t>
      </w:r>
      <w:r>
        <w:rPr>
          <w:b w:val="0"/>
          <w:i w:val="0"/>
          <w:smallCaps w:val="0"/>
          <w:strike w:val="0"/>
          <w:sz w:val="22"/>
          <w:u w:val="single"/>
        </w:rPr>
        <w:t xml:space="preserve">was </w:t>
      </w:r>
      <w:r>
        <w:rPr>
          <w:b/>
          <w:i w:val="0"/>
          <w:smallCaps w:val="0"/>
          <w:strike w:val="0"/>
          <w:sz w:val="22"/>
          <w:u w:val="single"/>
        </w:rPr>
        <w:t>detached</w:t>
      </w:r>
      <w:r>
        <w:rPr>
          <w:b w:val="0"/>
          <w:i w:val="0"/>
          <w:smallCaps w:val="0"/>
          <w:strike w:val="0"/>
          <w:sz w:val="16"/>
          <w:u w:val="none"/>
        </w:rPr>
        <w:t xml:space="preserve"> from the world. </w:t>
      </w:r>
      <w:r>
        <w:rPr>
          <w:b/>
          <w:i w:val="0"/>
          <w:smallCaps w:val="0"/>
          <w:strike w:val="0"/>
          <w:sz w:val="22"/>
          <w:highlight w:val="cyan"/>
          <w:u w:val="single"/>
        </w:rPr>
        <w:t>We</w:t>
      </w:r>
      <w:r>
        <w:rPr>
          <w:b w:val="0"/>
          <w:i w:val="0"/>
          <w:smallCaps w:val="0"/>
          <w:strike w:val="0"/>
          <w:sz w:val="22"/>
          <w:u w:val="single"/>
        </w:rPr>
        <w:t xml:space="preserve">'ve </w:t>
      </w:r>
      <w:r>
        <w:rPr>
          <w:b w:val="0"/>
          <w:i w:val="0"/>
          <w:smallCaps w:val="0"/>
          <w:strike w:val="0"/>
          <w:sz w:val="22"/>
          <w:highlight w:val="cyan"/>
          <w:u w:val="single"/>
        </w:rPr>
        <w:t>avoided</w:t>
      </w:r>
      <w:r>
        <w:rPr>
          <w:b w:val="0"/>
          <w:i w:val="0"/>
          <w:smallCaps w:val="0"/>
          <w:strike w:val="0"/>
          <w:sz w:val="22"/>
          <w:u w:val="single"/>
        </w:rPr>
        <w:t xml:space="preserve"> a </w:t>
      </w:r>
      <w:r>
        <w:rPr>
          <w:b/>
          <w:i w:val="0"/>
          <w:smallCaps w:val="0"/>
          <w:strike w:val="0"/>
          <w:sz w:val="22"/>
          <w:highlight w:val="cyan"/>
          <w:u w:val="single"/>
        </w:rPr>
        <w:t>world war</w:t>
      </w:r>
      <w:r>
        <w:rPr>
          <w:b w:val="0"/>
          <w:i w:val="0"/>
          <w:smallCaps w:val="0"/>
          <w:strike w:val="0"/>
          <w:sz w:val="22"/>
          <w:highlight w:val="cyan"/>
          <w:u w:val="single"/>
        </w:rPr>
        <w:t xml:space="preserve"> between</w:t>
      </w:r>
      <w:r>
        <w:rPr>
          <w:b w:val="0"/>
          <w:i w:val="0"/>
          <w:smallCaps w:val="0"/>
          <w:strike w:val="0"/>
          <w:sz w:val="16"/>
          <w:u w:val="none"/>
        </w:rPr>
        <w:t xml:space="preserve"> or among the </w:t>
      </w:r>
      <w:r>
        <w:rPr>
          <w:b/>
          <w:i w:val="0"/>
          <w:smallCaps w:val="0"/>
          <w:strike w:val="0"/>
          <w:sz w:val="22"/>
          <w:highlight w:val="cyan"/>
          <w:u w:val="single"/>
        </w:rPr>
        <w:t>great powers</w:t>
      </w:r>
      <w:r>
        <w:rPr>
          <w:b w:val="0"/>
          <w:i w:val="0"/>
          <w:smallCaps w:val="0"/>
          <w:strike w:val="0"/>
          <w:sz w:val="22"/>
          <w:u w:val="single"/>
        </w:rPr>
        <w:t xml:space="preserve"> for</w:t>
      </w:r>
      <w:r>
        <w:rPr>
          <w:b w:val="0"/>
          <w:i w:val="0"/>
          <w:smallCaps w:val="0"/>
          <w:strike w:val="0"/>
          <w:sz w:val="16"/>
          <w:u w:val="none"/>
        </w:rPr>
        <w:t xml:space="preserve"> the last </w:t>
      </w:r>
      <w:r>
        <w:rPr>
          <w:b w:val="0"/>
          <w:i w:val="0"/>
          <w:smallCaps w:val="0"/>
          <w:strike w:val="0"/>
          <w:sz w:val="22"/>
          <w:u w:val="single"/>
        </w:rPr>
        <w:t xml:space="preserve">75 years, in </w:t>
      </w:r>
      <w:r>
        <w:rPr>
          <w:b/>
          <w:i w:val="0"/>
          <w:smallCaps w:val="0"/>
          <w:strike w:val="0"/>
          <w:sz w:val="22"/>
          <w:u w:val="single"/>
        </w:rPr>
        <w:t>large part</w:t>
      </w:r>
      <w:r>
        <w:rPr>
          <w:b w:val="0"/>
          <w:i w:val="0"/>
          <w:smallCaps w:val="0"/>
          <w:strike w:val="0"/>
          <w:sz w:val="22"/>
          <w:u w:val="single"/>
        </w:rPr>
        <w:t xml:space="preserve"> </w:t>
      </w:r>
      <w:r>
        <w:rPr>
          <w:b w:val="0"/>
          <w:i w:val="0"/>
          <w:smallCaps w:val="0"/>
          <w:strike w:val="0"/>
          <w:sz w:val="22"/>
          <w:highlight w:val="cyan"/>
          <w:u w:val="single"/>
        </w:rPr>
        <w:t>because</w:t>
      </w:r>
      <w:r>
        <w:rPr>
          <w:b w:val="0"/>
          <w:i w:val="0"/>
          <w:smallCaps w:val="0"/>
          <w:strike w:val="0"/>
          <w:sz w:val="22"/>
          <w:u w:val="single"/>
        </w:rPr>
        <w:t xml:space="preserve"> the </w:t>
      </w:r>
      <w:r>
        <w:rPr>
          <w:b/>
          <w:i w:val="0"/>
          <w:smallCaps w:val="0"/>
          <w:strike w:val="0"/>
          <w:sz w:val="22"/>
          <w:highlight w:val="cyan"/>
          <w:u w:val="single"/>
        </w:rPr>
        <w:t>U</w:t>
      </w:r>
      <w:r>
        <w:rPr>
          <w:b w:val="0"/>
          <w:i w:val="0"/>
          <w:smallCaps w:val="0"/>
          <w:strike w:val="0"/>
          <w:sz w:val="16"/>
          <w:u w:val="none"/>
        </w:rPr>
        <w:t xml:space="preserve">nited </w:t>
      </w:r>
      <w:r>
        <w:rPr>
          <w:b/>
          <w:i w:val="0"/>
          <w:smallCaps w:val="0"/>
          <w:strike w:val="0"/>
          <w:sz w:val="22"/>
          <w:highlight w:val="cyan"/>
          <w:u w:val="single"/>
        </w:rPr>
        <w:t>S</w:t>
      </w:r>
      <w:r>
        <w:rPr>
          <w:b w:val="0"/>
          <w:i w:val="0"/>
          <w:smallCaps w:val="0"/>
          <w:strike w:val="0"/>
          <w:sz w:val="16"/>
          <w:u w:val="none"/>
        </w:rPr>
        <w:t xml:space="preserve">tates </w:t>
      </w:r>
      <w:r>
        <w:rPr>
          <w:b w:val="0"/>
          <w:i w:val="0"/>
          <w:smallCaps w:val="0"/>
          <w:strike w:val="0"/>
          <w:sz w:val="22"/>
          <w:u w:val="single"/>
        </w:rPr>
        <w:t xml:space="preserve">has been </w:t>
      </w:r>
      <w:r>
        <w:rPr>
          <w:b w:val="0"/>
          <w:i w:val="0"/>
          <w:smallCaps w:val="0"/>
          <w:strike w:val="0"/>
          <w:sz w:val="22"/>
          <w:highlight w:val="cyan"/>
          <w:u w:val="single"/>
        </w:rPr>
        <w:t>involved</w:t>
      </w:r>
      <w:r>
        <w:rPr>
          <w:b w:val="0"/>
          <w:i w:val="0"/>
          <w:smallCaps w:val="0"/>
          <w:strike w:val="0"/>
          <w:sz w:val="16"/>
          <w:u w:val="none"/>
        </w:rPr>
        <w:t xml:space="preserve">. We've seen an enormous growth in the number of people who live in democracies and the degree of freedom. We've seen enormous improvements in the standard of living and the extension of lifespans. So, the last 70-75 years have </w:t>
      </w:r>
      <w:r>
        <w:rPr>
          <w:b w:val="0"/>
          <w:i w:val="0"/>
          <w:smallCaps w:val="0"/>
          <w:strike w:val="0"/>
          <w:sz w:val="16"/>
          <w:u w:val="none"/>
        </w:rPr>
        <w:t>actually been</w:t>
      </w:r>
      <w:r>
        <w:rPr>
          <w:b w:val="0"/>
          <w:i w:val="0"/>
          <w:smallCaps w:val="0"/>
          <w:strike w:val="0"/>
          <w:sz w:val="16"/>
          <w:u w:val="none"/>
        </w:rPr>
        <w:t xml:space="preserve"> the most successful era of human history ever. Ever. </w:t>
      </w:r>
    </w:p>
    <w:p>
      <w:pPr>
        <w:spacing w:after="60"/>
      </w:pPr>
      <w:r>
        <w:rPr>
          <w:b w:val="0"/>
          <w:i w:val="0"/>
          <w:smallCaps w:val="0"/>
          <w:strike w:val="0"/>
          <w:sz w:val="16"/>
          <w:u w:val="none"/>
        </w:rPr>
        <w:t xml:space="preserve">MEGHNA: Some would say it's anomalous. Yeah. Someone </w:t>
      </w:r>
      <w:r>
        <w:rPr>
          <w:b w:val="0"/>
          <w:i w:val="0"/>
          <w:smallCaps w:val="0"/>
          <w:strike w:val="0"/>
          <w:sz w:val="16"/>
          <w:u w:val="none"/>
        </w:rPr>
        <w:t>say</w:t>
      </w:r>
      <w:r>
        <w:rPr>
          <w:b w:val="0"/>
          <w:i w:val="0"/>
          <w:smallCaps w:val="0"/>
          <w:strike w:val="0"/>
          <w:sz w:val="16"/>
          <w:u w:val="none"/>
        </w:rPr>
        <w:t xml:space="preserve"> it's an anomalous 70 years. </w:t>
      </w:r>
    </w:p>
    <w:p>
      <w:pPr>
        <w:spacing w:after="60"/>
      </w:pPr>
      <w:r>
        <w:rPr>
          <w:b w:val="0"/>
          <w:i w:val="0"/>
          <w:smallCaps w:val="0"/>
          <w:strike w:val="0"/>
          <w:sz w:val="16"/>
          <w:u w:val="none"/>
        </w:rPr>
        <w:t xml:space="preserve">HAASS: Well, that's, to me, </w:t>
      </w:r>
      <w:r>
        <w:rPr>
          <w:b w:val="0"/>
          <w:i w:val="0"/>
          <w:smallCaps w:val="0"/>
          <w:strike w:val="0"/>
          <w:sz w:val="22"/>
          <w:u w:val="single"/>
        </w:rPr>
        <w:t>that's the big question</w:t>
      </w:r>
      <w:r>
        <w:rPr>
          <w:b w:val="0"/>
          <w:i w:val="0"/>
          <w:smallCaps w:val="0"/>
          <w:strike w:val="0"/>
          <w:sz w:val="16"/>
          <w:u w:val="none"/>
        </w:rPr>
        <w:t xml:space="preserve">. Were </w:t>
      </w:r>
      <w:r>
        <w:rPr>
          <w:b w:val="0"/>
          <w:i w:val="0"/>
          <w:smallCaps w:val="0"/>
          <w:strike w:val="0"/>
          <w:sz w:val="22"/>
          <w:u w:val="single"/>
        </w:rPr>
        <w:t>the last 70-75 years</w:t>
      </w:r>
      <w:r>
        <w:rPr>
          <w:b w:val="0"/>
          <w:i w:val="0"/>
          <w:smallCaps w:val="0"/>
          <w:strike w:val="0"/>
          <w:sz w:val="16"/>
          <w:u w:val="none"/>
        </w:rPr>
        <w:t xml:space="preserve">? Or are they the </w:t>
      </w:r>
      <w:r>
        <w:rPr>
          <w:b w:val="0"/>
          <w:i w:val="0"/>
          <w:smallCaps w:val="0"/>
          <w:strike w:val="0"/>
          <w:sz w:val="22"/>
          <w:u w:val="single"/>
        </w:rPr>
        <w:t xml:space="preserve">Can we make them the </w:t>
      </w:r>
      <w:r>
        <w:rPr>
          <w:b/>
          <w:i w:val="0"/>
          <w:smallCaps w:val="0"/>
          <w:strike w:val="0"/>
          <w:sz w:val="22"/>
          <w:u w:val="single"/>
        </w:rPr>
        <w:t>new normal</w:t>
      </w:r>
      <w:r>
        <w:rPr>
          <w:b w:val="0"/>
          <w:i w:val="0"/>
          <w:smallCaps w:val="0"/>
          <w:strike w:val="0"/>
          <w:sz w:val="16"/>
          <w:u w:val="none"/>
        </w:rPr>
        <w:t xml:space="preserve">? Can we </w:t>
      </w:r>
      <w:r>
        <w:rPr>
          <w:b/>
          <w:i w:val="0"/>
          <w:smallCaps w:val="0"/>
          <w:strike w:val="0"/>
          <w:sz w:val="22"/>
          <w:u w:val="single"/>
        </w:rPr>
        <w:t>extend them</w:t>
      </w:r>
      <w:r>
        <w:rPr>
          <w:b w:val="0"/>
          <w:i w:val="0"/>
          <w:smallCaps w:val="0"/>
          <w:strike w:val="0"/>
          <w:sz w:val="16"/>
          <w:u w:val="none"/>
        </w:rPr>
        <w:t xml:space="preserve">? </w:t>
      </w:r>
      <w:r>
        <w:rPr>
          <w:b w:val="0"/>
          <w:i w:val="0"/>
          <w:smallCaps w:val="0"/>
          <w:strike w:val="0"/>
          <w:sz w:val="22"/>
          <w:u w:val="single"/>
        </w:rPr>
        <w:t>Or did they become</w:t>
      </w:r>
      <w:r>
        <w:rPr>
          <w:b w:val="0"/>
          <w:i w:val="0"/>
          <w:smallCaps w:val="0"/>
          <w:strike w:val="0"/>
          <w:sz w:val="16"/>
          <w:u w:val="none"/>
        </w:rPr>
        <w:t xml:space="preserve"> something of </w:t>
      </w:r>
      <w:r>
        <w:rPr>
          <w:b w:val="0"/>
          <w:i w:val="0"/>
          <w:smallCaps w:val="0"/>
          <w:strike w:val="0"/>
          <w:sz w:val="22"/>
          <w:u w:val="single"/>
        </w:rPr>
        <w:t xml:space="preserve">an </w:t>
      </w:r>
      <w:r>
        <w:rPr>
          <w:b/>
          <w:i w:val="0"/>
          <w:smallCaps w:val="0"/>
          <w:strike w:val="0"/>
          <w:sz w:val="22"/>
          <w:u w:val="single"/>
        </w:rPr>
        <w:t>aberration</w:t>
      </w:r>
      <w:r>
        <w:rPr>
          <w:b w:val="0"/>
          <w:i w:val="0"/>
          <w:smallCaps w:val="0"/>
          <w:strike w:val="0"/>
          <w:sz w:val="16"/>
          <w:u w:val="none"/>
        </w:rPr>
        <w:t xml:space="preserve">? </w:t>
      </w:r>
      <w:r>
        <w:rPr>
          <w:b w:val="0"/>
          <w:i w:val="0"/>
          <w:smallCaps w:val="0"/>
          <w:strike w:val="0"/>
          <w:sz w:val="22"/>
          <w:u w:val="single"/>
        </w:rPr>
        <w:t xml:space="preserve">And </w:t>
      </w:r>
      <w:r>
        <w:rPr>
          <w:b w:val="0"/>
          <w:i w:val="0"/>
          <w:smallCaps w:val="0"/>
          <w:strike w:val="0"/>
          <w:sz w:val="22"/>
          <w:highlight w:val="cyan"/>
          <w:u w:val="single"/>
        </w:rPr>
        <w:t>do we go back to</w:t>
      </w:r>
      <w:r>
        <w:rPr>
          <w:b w:val="0"/>
          <w:i w:val="0"/>
          <w:smallCaps w:val="0"/>
          <w:strike w:val="0"/>
          <w:sz w:val="16"/>
          <w:u w:val="none"/>
        </w:rPr>
        <w:t xml:space="preserve"> the kind of world that for centuries before were we you know, that was the norm, World War One, World War Two </w:t>
      </w:r>
      <w:r>
        <w:rPr>
          <w:b/>
          <w:i w:val="0"/>
          <w:smallCaps w:val="0"/>
          <w:strike w:val="0"/>
          <w:sz w:val="22"/>
          <w:highlight w:val="cyan"/>
          <w:u w:val="single"/>
        </w:rPr>
        <w:t>constant wars</w:t>
      </w:r>
      <w:r>
        <w:rPr>
          <w:b w:val="0"/>
          <w:i w:val="0"/>
          <w:smallCaps w:val="0"/>
          <w:strike w:val="0"/>
          <w:sz w:val="16"/>
          <w:u w:val="none"/>
        </w:rPr>
        <w:t xml:space="preserve"> in Europe? And that's where we </w:t>
      </w:r>
      <w:r>
        <w:rPr>
          <w:b w:val="0"/>
          <w:i w:val="0"/>
          <w:smallCaps w:val="0"/>
          <w:strike w:val="0"/>
          <w:sz w:val="16"/>
          <w:u w:val="none"/>
        </w:rPr>
        <w:t>are</w:t>
      </w:r>
      <w:r>
        <w:rPr>
          <w:b w:val="0"/>
          <w:i w:val="0"/>
          <w:smallCaps w:val="0"/>
          <w:strike w:val="0"/>
          <w:sz w:val="16"/>
          <w:u w:val="none"/>
        </w:rPr>
        <w:t xml:space="preserve"> I </w:t>
      </w:r>
      <w:r>
        <w:rPr>
          <w:b w:val="0"/>
          <w:i w:val="0"/>
          <w:smallCaps w:val="0"/>
          <w:strike w:val="0"/>
          <w:sz w:val="16"/>
          <w:u w:val="none"/>
        </w:rPr>
        <w:t>actually think</w:t>
      </w:r>
      <w:r>
        <w:rPr>
          <w:b w:val="0"/>
          <w:i w:val="0"/>
          <w:smallCaps w:val="0"/>
          <w:strike w:val="0"/>
          <w:sz w:val="16"/>
          <w:u w:val="none"/>
        </w:rPr>
        <w:t xml:space="preserve"> </w:t>
      </w:r>
      <w:r>
        <w:rPr>
          <w:b w:val="0"/>
          <w:i w:val="0"/>
          <w:smallCaps w:val="0"/>
          <w:strike w:val="0"/>
          <w:sz w:val="22"/>
          <w:highlight w:val="cyan"/>
          <w:u w:val="single"/>
        </w:rPr>
        <w:t>we're at</w:t>
      </w:r>
      <w:r>
        <w:rPr>
          <w:b w:val="0"/>
          <w:i w:val="0"/>
          <w:smallCaps w:val="0"/>
          <w:strike w:val="0"/>
          <w:sz w:val="22"/>
          <w:u w:val="single"/>
        </w:rPr>
        <w:t xml:space="preserve"> one of those </w:t>
      </w:r>
      <w:r>
        <w:rPr>
          <w:b/>
          <w:i w:val="0"/>
          <w:smallCaps w:val="0"/>
          <w:strike w:val="0"/>
          <w:sz w:val="22"/>
          <w:highlight w:val="cyan"/>
          <w:u w:val="single"/>
        </w:rPr>
        <w:t>crossroads</w:t>
      </w:r>
      <w:r>
        <w:rPr>
          <w:b/>
          <w:i w:val="0"/>
          <w:smallCaps w:val="0"/>
          <w:strike w:val="0"/>
          <w:sz w:val="22"/>
          <w:u w:val="single"/>
        </w:rPr>
        <w:t xml:space="preserve"> in history</w:t>
      </w:r>
      <w:r>
        <w:rPr>
          <w:b w:val="0"/>
          <w:i w:val="0"/>
          <w:smallCaps w:val="0"/>
          <w:strike w:val="0"/>
          <w:sz w:val="16"/>
          <w:u w:val="none"/>
        </w:rPr>
        <w:t xml:space="preserve">. And the issue for us. Another way to think about it: </w:t>
      </w:r>
      <w:r>
        <w:rPr>
          <w:b w:val="0"/>
          <w:i w:val="0"/>
          <w:smallCaps w:val="0"/>
          <w:strike w:val="0"/>
          <w:sz w:val="22"/>
          <w:u w:val="single"/>
        </w:rPr>
        <w:t xml:space="preserve">are we the </w:t>
      </w:r>
      <w:r>
        <w:rPr>
          <w:b/>
          <w:i w:val="0"/>
          <w:smallCaps w:val="0"/>
          <w:strike w:val="0"/>
          <w:sz w:val="22"/>
          <w:u w:val="single"/>
        </w:rPr>
        <w:t>U</w:t>
      </w:r>
      <w:r>
        <w:rPr>
          <w:b w:val="0"/>
          <w:i w:val="0"/>
          <w:smallCaps w:val="0"/>
          <w:strike w:val="0"/>
          <w:sz w:val="16"/>
          <w:u w:val="none"/>
        </w:rPr>
        <w:t xml:space="preserve">nited </w:t>
      </w:r>
      <w:r>
        <w:rPr>
          <w:b/>
          <w:i w:val="0"/>
          <w:smallCaps w:val="0"/>
          <w:strike w:val="0"/>
          <w:sz w:val="22"/>
          <w:u w:val="single"/>
        </w:rPr>
        <w:t>S</w:t>
      </w:r>
      <w:r>
        <w:rPr>
          <w:b w:val="0"/>
          <w:i w:val="0"/>
          <w:smallCaps w:val="0"/>
          <w:strike w:val="0"/>
          <w:sz w:val="16"/>
          <w:u w:val="none"/>
        </w:rPr>
        <w:t xml:space="preserve">tates, after World War One </w:t>
      </w:r>
      <w:r>
        <w:rPr>
          <w:b w:val="0"/>
          <w:i w:val="0"/>
          <w:smallCaps w:val="0"/>
          <w:strike w:val="0"/>
          <w:sz w:val="22"/>
          <w:u w:val="single"/>
        </w:rPr>
        <w:t xml:space="preserve">that's going </w:t>
      </w:r>
      <w:r>
        <w:rPr>
          <w:b w:val="0"/>
          <w:i w:val="0"/>
          <w:smallCaps w:val="0"/>
          <w:strike w:val="0"/>
          <w:sz w:val="22"/>
          <w:highlight w:val="cyan"/>
          <w:u w:val="single"/>
        </w:rPr>
        <w:t xml:space="preserve">to </w:t>
      </w:r>
      <w:r>
        <w:rPr>
          <w:b/>
          <w:i w:val="0"/>
          <w:smallCaps w:val="0"/>
          <w:strike w:val="0"/>
          <w:sz w:val="22"/>
          <w:highlight w:val="cyan"/>
          <w:u w:val="single"/>
        </w:rPr>
        <w:t>retreat</w:t>
      </w:r>
      <w:r>
        <w:rPr>
          <w:b w:val="0"/>
          <w:i w:val="0"/>
          <w:smallCaps w:val="0"/>
          <w:strike w:val="0"/>
          <w:sz w:val="22"/>
          <w:highlight w:val="cyan"/>
          <w:u w:val="single"/>
        </w:rPr>
        <w:t xml:space="preserve"> from the world</w:t>
      </w:r>
      <w:r>
        <w:rPr>
          <w:b w:val="0"/>
          <w:i w:val="0"/>
          <w:smallCaps w:val="0"/>
          <w:strike w:val="0"/>
          <w:sz w:val="22"/>
          <w:u w:val="single"/>
        </w:rPr>
        <w:t xml:space="preserve"> and let it and </w:t>
      </w:r>
      <w:r>
        <w:rPr>
          <w:b/>
          <w:i w:val="0"/>
          <w:smallCaps w:val="0"/>
          <w:strike w:val="0"/>
          <w:sz w:val="22"/>
          <w:highlight w:val="cyan"/>
          <w:u w:val="single"/>
        </w:rPr>
        <w:t>let it unravel</w:t>
      </w:r>
      <w:r>
        <w:rPr>
          <w:b w:val="0"/>
          <w:i w:val="0"/>
          <w:smallCaps w:val="0"/>
          <w:strike w:val="0"/>
          <w:sz w:val="16"/>
          <w:u w:val="none"/>
        </w:rPr>
        <w:t xml:space="preserve">? </w:t>
      </w:r>
      <w:r>
        <w:rPr>
          <w:b w:val="0"/>
          <w:i w:val="0"/>
          <w:smallCaps w:val="0"/>
          <w:strike w:val="0"/>
          <w:sz w:val="22"/>
          <w:u w:val="single"/>
        </w:rPr>
        <w:t>Or</w:t>
      </w:r>
      <w:r>
        <w:rPr>
          <w:b w:val="0"/>
          <w:i w:val="0"/>
          <w:smallCaps w:val="0"/>
          <w:strike w:val="0"/>
          <w:sz w:val="16"/>
          <w:u w:val="none"/>
        </w:rPr>
        <w:t xml:space="preserve"> are we the United States after World War Two, that's going to have a creative surge, and try to </w:t>
      </w:r>
      <w:r>
        <w:rPr>
          <w:b/>
          <w:i w:val="0"/>
          <w:smallCaps w:val="0"/>
          <w:strike w:val="0"/>
          <w:sz w:val="22"/>
          <w:u w:val="single"/>
        </w:rPr>
        <w:t>restructure the world</w:t>
      </w:r>
      <w:r>
        <w:rPr>
          <w:b w:val="0"/>
          <w:i w:val="0"/>
          <w:smallCaps w:val="0"/>
          <w:strike w:val="0"/>
          <w:sz w:val="22"/>
          <w:u w:val="single"/>
        </w:rPr>
        <w:t xml:space="preserve"> to </w:t>
      </w:r>
      <w:r>
        <w:rPr>
          <w:b/>
          <w:i w:val="0"/>
          <w:smallCaps w:val="0"/>
          <w:strike w:val="0"/>
          <w:sz w:val="22"/>
          <w:u w:val="single"/>
        </w:rPr>
        <w:t>deal with the challenges</w:t>
      </w:r>
      <w:r>
        <w:rPr>
          <w:b w:val="0"/>
          <w:i w:val="0"/>
          <w:smallCaps w:val="0"/>
          <w:strike w:val="0"/>
          <w:sz w:val="22"/>
          <w:u w:val="single"/>
        </w:rPr>
        <w:t xml:space="preserve"> of this generation</w:t>
      </w:r>
      <w:r>
        <w:rPr>
          <w:b w:val="0"/>
          <w:i w:val="0"/>
          <w:smallCaps w:val="0"/>
          <w:strike w:val="0"/>
          <w:sz w:val="16"/>
          <w:u w:val="none"/>
        </w:rPr>
        <w:t>? And I think that is the fundamental question.</w:t>
      </w:r>
    </w:p>
    <w:p>
      <w:pPr>
        <w:spacing w:after="60"/>
      </w:pPr>
      <w:r>
        <w:rPr>
          <w:b w:val="0"/>
          <w:i w:val="0"/>
          <w:smallCaps w:val="0"/>
          <w:strike w:val="0"/>
          <w:u w:val="none"/>
        </w:rPr>
        <w:t xml:space="preserve">MEGHNA: And it is a very compelling one. Jack, </w:t>
      </w:r>
      <w:r>
        <w:rPr>
          <w:b w:val="0"/>
          <w:i w:val="0"/>
          <w:smallCaps w:val="0"/>
          <w:strike w:val="0"/>
          <w:u w:val="none"/>
        </w:rPr>
        <w:t>did you do</w:t>
      </w:r>
      <w:r>
        <w:rPr>
          <w:b w:val="0"/>
          <w:i w:val="0"/>
          <w:smallCaps w:val="0"/>
          <w:strike w:val="0"/>
          <w:u w:val="none"/>
        </w:rPr>
        <w:t xml:space="preserve"> you have some I know, you have some thoughts on that? </w:t>
      </w:r>
    </w:p>
    <w:p>
      <w:pPr>
        <w:spacing w:after="60"/>
      </w:pPr>
      <w:r>
        <w:rPr>
          <w:b w:val="0"/>
          <w:i w:val="0"/>
          <w:smallCaps w:val="0"/>
          <w:strike w:val="0"/>
          <w:u w:val="none"/>
        </w:rPr>
        <w:t xml:space="preserve">BEATTY: Well, I mean, that frames it will weigh and, and, you know, to be more specific will the election, even touch on this, you know, in in 2016, we had a Secretary of State running for president and she lost to a man who said, I know more about war than the generals and I alone can fix it. And I get my ideas about foreign policy from the Sunday shows. That showed what at least, you know, a decisive Electoral College majority thought about foreign policy. And Trump isn't going to run as the leader of the free world. He's going to run as ‘America First’, ‘America alone’, ‘America, The Wall’ is his metaphor. And I don't see how it keeps out. dizzy, but </w:t>
      </w:r>
      <w:r>
        <w:rPr>
          <w:b w:val="0"/>
          <w:i w:val="0"/>
          <w:smallCaps w:val="0"/>
          <w:strike w:val="0"/>
          <w:u w:val="none"/>
        </w:rPr>
        <w:t>nevermind</w:t>
      </w:r>
      <w:r>
        <w:rPr>
          <w:b w:val="0"/>
          <w:i w:val="0"/>
          <w:smallCaps w:val="0"/>
          <w:strike w:val="0"/>
          <w:u w:val="none"/>
        </w:rPr>
        <w:t xml:space="preserve">. In other words, that's going to be on the ballot and America's role in the world and his will Joe Biden who you know, can seem like yesterday's man in so many ways. Will Joe Biden rise to that and say no, even though it's difficult for Americans in </w:t>
      </w:r>
      <w:r>
        <w:rPr>
          <w:b w:val="0"/>
          <w:i w:val="0"/>
          <w:smallCaps w:val="0"/>
          <w:strike w:val="0"/>
          <w:u w:val="none"/>
        </w:rPr>
        <w:t>theu</w:t>
      </w:r>
      <w:r>
        <w:rPr>
          <w:b w:val="0"/>
          <w:i w:val="0"/>
          <w:smallCaps w:val="0"/>
          <w:strike w:val="0"/>
          <w:u w:val="none"/>
        </w:rPr>
        <w:t xml:space="preserve"> may have to spend money in foreign places to deal with threats. We </w:t>
      </w:r>
      <w:r>
        <w:rPr>
          <w:b w:val="0"/>
          <w:i w:val="0"/>
          <w:smallCaps w:val="0"/>
          <w:strike w:val="0"/>
          <w:u w:val="none"/>
        </w:rPr>
        <w:t>have to</w:t>
      </w:r>
      <w:r>
        <w:rPr>
          <w:b w:val="0"/>
          <w:i w:val="0"/>
          <w:smallCaps w:val="0"/>
          <w:strike w:val="0"/>
          <w:u w:val="none"/>
        </w:rPr>
        <w:t xml:space="preserve"> do it. Will he argue that it will he just simply let Trump American first carry that. </w:t>
      </w:r>
    </w:p>
    <w:p>
      <w:pPr>
        <w:spacing w:after="60"/>
      </w:pPr>
      <w:r>
        <w:rPr>
          <w:b w:val="0"/>
          <w:i w:val="0"/>
          <w:smallCaps w:val="0"/>
          <w:strike w:val="0"/>
          <w:u w:val="none"/>
        </w:rPr>
        <w:t xml:space="preserve">MEGHNA: Well, when we come back, we're going to talk about what the possibilities are in this moment. </w:t>
      </w:r>
      <w:r>
        <w:rPr>
          <w:b w:val="0"/>
          <w:i w:val="0"/>
          <w:smallCaps w:val="0"/>
          <w:strike w:val="0"/>
          <w:u w:val="none"/>
        </w:rPr>
        <w:t>So</w:t>
      </w:r>
      <w:r>
        <w:rPr>
          <w:b w:val="0"/>
          <w:i w:val="0"/>
          <w:smallCaps w:val="0"/>
          <w:strike w:val="0"/>
          <w:u w:val="none"/>
        </w:rPr>
        <w:t xml:space="preserve"> Richard Haass and Jack Beatty standby for just a moment. This is On Point. </w:t>
      </w:r>
    </w:p>
    <w:p>
      <w:pPr>
        <w:spacing w:after="60"/>
      </w:pPr>
      <w:r>
        <w:rPr>
          <w:b w:val="0"/>
          <w:i w:val="0"/>
          <w:smallCaps w:val="0"/>
          <w:strike w:val="0"/>
          <w:u w:val="none"/>
        </w:rPr>
        <w:t xml:space="preserve">MEGHNA: This is On Point. I'm Meghna Chakrabarti, we're talking with Richard Haass. He's President of the Council on Foreign Relations. He's also a veteran diplomat who served under four presidents. His recent essay in Foreign Affairs magazine is headlined, The Pandemic Will Accelerate History, Rather Than Reshape It. And we have a link to it at onpointradio.org. He has a forthcoming book due out in May called </w:t>
      </w:r>
      <w:r>
        <w:rPr>
          <w:b w:val="0"/>
          <w:i/>
          <w:smallCaps w:val="0"/>
          <w:strike w:val="0"/>
          <w:u w:val="none"/>
        </w:rPr>
        <w:t xml:space="preserve">The World </w:t>
      </w:r>
      <w:r>
        <w:rPr>
          <w:b w:val="0"/>
          <w:i/>
          <w:smallCaps w:val="0"/>
          <w:strike w:val="0"/>
          <w:u w:val="none"/>
        </w:rPr>
        <w:t>A</w:t>
      </w:r>
      <w:r>
        <w:rPr>
          <w:b w:val="0"/>
          <w:i/>
          <w:smallCaps w:val="0"/>
          <w:strike w:val="0"/>
          <w:u w:val="none"/>
        </w:rPr>
        <w:t xml:space="preserve"> Brief Introduction</w:t>
      </w:r>
      <w:r>
        <w:rPr>
          <w:b w:val="0"/>
          <w:i w:val="0"/>
          <w:smallCaps w:val="0"/>
          <w:strike w:val="0"/>
          <w:u w:val="none"/>
        </w:rPr>
        <w:t xml:space="preserve">. And Jack Beatty </w:t>
      </w:r>
      <w:r>
        <w:rPr>
          <w:b w:val="0"/>
          <w:i w:val="0"/>
          <w:smallCaps w:val="0"/>
          <w:strike w:val="0"/>
          <w:u w:val="none"/>
        </w:rPr>
        <w:t>On</w:t>
      </w:r>
      <w:r>
        <w:rPr>
          <w:b w:val="0"/>
          <w:i w:val="0"/>
          <w:smallCaps w:val="0"/>
          <w:strike w:val="0"/>
          <w:u w:val="none"/>
        </w:rPr>
        <w:t xml:space="preserve"> Point news analyst joins us as well. Richard, I wanted to talk with you and Jack about, you know about specific possibilities also that present themselves in this moment, and let's get very granular. I mean, let's talk about North Korea right now. Because even </w:t>
      </w:r>
      <w:r>
        <w:rPr>
          <w:b w:val="0"/>
          <w:i w:val="0"/>
          <w:smallCaps w:val="0"/>
          <w:strike w:val="0"/>
          <w:u w:val="none"/>
        </w:rPr>
        <w:t>in the midst of</w:t>
      </w:r>
      <w:r>
        <w:rPr>
          <w:b w:val="0"/>
          <w:i w:val="0"/>
          <w:smallCaps w:val="0"/>
          <w:strike w:val="0"/>
          <w:u w:val="none"/>
        </w:rPr>
        <w:t xml:space="preserve"> this pandemic, we could be at a turning point there with, you know, questions around the health of Kim Jong Un. I mean, is the US positioned right now to take advantage of whatever possibility might be emerging on the Korean peninsula? </w:t>
      </w:r>
    </w:p>
    <w:p>
      <w:pPr>
        <w:spacing w:after="60"/>
      </w:pPr>
      <w:r>
        <w:rPr>
          <w:b w:val="0"/>
          <w:i w:val="0"/>
          <w:smallCaps w:val="0"/>
          <w:strike w:val="0"/>
          <w:u w:val="none"/>
        </w:rPr>
        <w:t xml:space="preserve">HAASS: Well, you're right. Anytime there's a crisis there, there are inevitably possibilities. One obvious one is </w:t>
      </w:r>
      <w:r>
        <w:rPr>
          <w:b w:val="0"/>
          <w:i w:val="0"/>
          <w:smallCaps w:val="0"/>
          <w:strike w:val="0"/>
          <w:u w:val="none"/>
        </w:rPr>
        <w:t>in the area of</w:t>
      </w:r>
      <w:r>
        <w:rPr>
          <w:b w:val="0"/>
          <w:i w:val="0"/>
          <w:smallCaps w:val="0"/>
          <w:strike w:val="0"/>
          <w:u w:val="none"/>
        </w:rPr>
        <w:t xml:space="preserve"> improving global health governance. How do we increase the odds that the next outbreak of a disease does not lead to a global pandemic. In the case of North Korea, it's a little bit hard to read, it's in some ways the most closed country in the world. </w:t>
      </w:r>
      <w:r>
        <w:rPr>
          <w:b w:val="0"/>
          <w:i w:val="0"/>
          <w:smallCaps w:val="0"/>
          <w:strike w:val="0"/>
          <w:u w:val="none"/>
        </w:rPr>
        <w:t>But,</w:t>
      </w:r>
      <w:r>
        <w:rPr>
          <w:b w:val="0"/>
          <w:i w:val="0"/>
          <w:smallCaps w:val="0"/>
          <w:strike w:val="0"/>
          <w:u w:val="none"/>
        </w:rPr>
        <w:t xml:space="preserve"> this could lead to a degree of instability, which on one hand, would be threatening, given their dozens of nuclear weapons could lead to significant refugee flows. But it could also, possibly, set in motion trends that would end the division of the Korean Peninsula. This is one of last </w:t>
      </w:r>
      <w:r>
        <w:rPr>
          <w:b w:val="0"/>
          <w:i w:val="0"/>
          <w:smallCaps w:val="0"/>
          <w:strike w:val="0"/>
          <w:u w:val="none"/>
        </w:rPr>
        <w:t>holdout</w:t>
      </w:r>
      <w:r>
        <w:rPr>
          <w:b w:val="0"/>
          <w:i w:val="0"/>
          <w:smallCaps w:val="0"/>
          <w:strike w:val="0"/>
          <w:u w:val="none"/>
        </w:rPr>
        <w:t xml:space="preserve"> of the </w:t>
      </w:r>
      <w:r>
        <w:rPr>
          <w:b w:val="0"/>
          <w:i w:val="0"/>
          <w:smallCaps w:val="0"/>
          <w:strike w:val="0"/>
          <w:u w:val="none"/>
        </w:rPr>
        <w:t>post World</w:t>
      </w:r>
      <w:r>
        <w:rPr>
          <w:b w:val="0"/>
          <w:i w:val="0"/>
          <w:smallCaps w:val="0"/>
          <w:strike w:val="0"/>
          <w:u w:val="none"/>
        </w:rPr>
        <w:t xml:space="preserve"> War Two situation, you still have a divided peninsula between a closed communist north and a democratic open south. It's the most armed border in the world. </w:t>
      </w:r>
      <w:r>
        <w:rPr>
          <w:b w:val="0"/>
          <w:i w:val="0"/>
          <w:smallCaps w:val="0"/>
          <w:strike w:val="0"/>
          <w:u w:val="none"/>
        </w:rPr>
        <w:t>So</w:t>
      </w:r>
      <w:r>
        <w:rPr>
          <w:b w:val="0"/>
          <w:i w:val="0"/>
          <w:smallCaps w:val="0"/>
          <w:strike w:val="0"/>
          <w:u w:val="none"/>
        </w:rPr>
        <w:t xml:space="preserve"> it's just possible that this could set in motion trends. </w:t>
      </w:r>
      <w:r>
        <w:rPr>
          <w:b w:val="0"/>
          <w:i w:val="0"/>
          <w:smallCaps w:val="0"/>
          <w:strike w:val="0"/>
          <w:u w:val="none"/>
        </w:rPr>
        <w:t>So</w:t>
      </w:r>
      <w:r>
        <w:rPr>
          <w:b w:val="0"/>
          <w:i w:val="0"/>
          <w:smallCaps w:val="0"/>
          <w:strike w:val="0"/>
          <w:u w:val="none"/>
        </w:rPr>
        <w:t xml:space="preserve"> I would very much hope the United States was talking to the government in Seoul and South Korea, and to Chinese about how we will manage a situation if there is a instability in North Korea. This could become a moment to at a minimum deal with the nuclear challenge in the North, and possibly even the, again, the fundamental division of the Peninsula. </w:t>
      </w:r>
    </w:p>
    <w:p>
      <w:pPr>
        <w:spacing w:after="60"/>
      </w:pPr>
      <w:r>
        <w:rPr>
          <w:b w:val="0"/>
          <w:i w:val="0"/>
          <w:smallCaps w:val="0"/>
          <w:strike w:val="0"/>
          <w:u w:val="none"/>
        </w:rPr>
        <w:t xml:space="preserve">MEGHNA: In fact, you tweeted just yesterday that it's in fact essential for the US, China and South Korea to stay in close contact right now about this? </w:t>
      </w:r>
    </w:p>
    <w:p>
      <w:pPr>
        <w:spacing w:after="60"/>
      </w:pPr>
      <w:r>
        <w:rPr>
          <w:b w:val="0"/>
          <w:i w:val="0"/>
          <w:smallCaps w:val="0"/>
          <w:strike w:val="0"/>
          <w:u w:val="none"/>
        </w:rPr>
        <w:t xml:space="preserve">HAASS: Oh, absolutely. Because you can imagine you have a situation where you suddenly have hundreds of thousands of refugees, going from North Korea, either into South Korea, or into China. China might be tempted to intervene well, so might South Korea, so might the United States. Well, we don't want to have a situation where suddenly you have </w:t>
      </w:r>
      <w:r>
        <w:rPr>
          <w:b w:val="0"/>
          <w:i w:val="0"/>
          <w:smallCaps w:val="0"/>
          <w:strike w:val="0"/>
          <w:u w:val="none"/>
        </w:rPr>
        <w:t>a chaos</w:t>
      </w:r>
      <w:r>
        <w:rPr>
          <w:b w:val="0"/>
          <w:i w:val="0"/>
          <w:smallCaps w:val="0"/>
          <w:strike w:val="0"/>
          <w:u w:val="none"/>
        </w:rPr>
        <w:t xml:space="preserve"> and various armies moving forward. So, we've got to manage this at a minimum to avoid a bad situation becoming something incomparably worse. But </w:t>
      </w:r>
      <w:r>
        <w:rPr>
          <w:b w:val="0"/>
          <w:i w:val="0"/>
          <w:smallCaps w:val="0"/>
          <w:strike w:val="0"/>
          <w:u w:val="none"/>
        </w:rPr>
        <w:t>also</w:t>
      </w:r>
      <w:r>
        <w:rPr>
          <w:b w:val="0"/>
          <w:i w:val="0"/>
          <w:smallCaps w:val="0"/>
          <w:strike w:val="0"/>
          <w:u w:val="none"/>
        </w:rPr>
        <w:t xml:space="preserve"> to see if we can steer the situation to a lasting outcome that would also be better. This really requires intimate choreography among Beijing, Seoul and Washington. </w:t>
      </w:r>
    </w:p>
    <w:p>
      <w:pPr>
        <w:spacing w:after="60"/>
      </w:pPr>
      <w:r>
        <w:rPr>
          <w:b w:val="0"/>
          <w:i w:val="0"/>
          <w:smallCaps w:val="0"/>
          <w:strike w:val="0"/>
          <w:u w:val="none"/>
        </w:rPr>
        <w:t xml:space="preserve">MEGHNA: But let me ask you, though, honestly, given the trend that you write about in your, in your Foreign Affairs article that we've been watching over the past 15 years or so. Do you have any faith that that cooperation would </w:t>
      </w:r>
      <w:r>
        <w:rPr>
          <w:b w:val="0"/>
          <w:i w:val="0"/>
          <w:smallCaps w:val="0"/>
          <w:strike w:val="0"/>
          <w:u w:val="none"/>
        </w:rPr>
        <w:t>actually happen</w:t>
      </w:r>
      <w:r>
        <w:rPr>
          <w:b w:val="0"/>
          <w:i w:val="0"/>
          <w:smallCaps w:val="0"/>
          <w:strike w:val="0"/>
          <w:u w:val="none"/>
        </w:rPr>
        <w:t xml:space="preserve">? </w:t>
      </w:r>
    </w:p>
    <w:p>
      <w:pPr>
        <w:spacing w:after="60"/>
      </w:pPr>
      <w:r>
        <w:rPr>
          <w:b w:val="0"/>
          <w:i w:val="0"/>
          <w:smallCaps w:val="0"/>
          <w:strike w:val="0"/>
          <w:u w:val="none"/>
        </w:rPr>
        <w:t xml:space="preserve">HAASS: I have very little faith, though, on the ground, the military they are is quite significant. And it's a US/UN force and they are in close touch with the South Koreans. We have some connections to the Chinese, but I worry about it, quite honestly, I'm not </w:t>
      </w:r>
      <w:r>
        <w:rPr>
          <w:b w:val="0"/>
          <w:i w:val="0"/>
          <w:smallCaps w:val="0"/>
          <w:strike w:val="0"/>
          <w:u w:val="none"/>
        </w:rPr>
        <w:t>gonna</w:t>
      </w:r>
      <w:r>
        <w:rPr>
          <w:b w:val="0"/>
          <w:i w:val="0"/>
          <w:smallCaps w:val="0"/>
          <w:strike w:val="0"/>
          <w:u w:val="none"/>
        </w:rPr>
        <w:t xml:space="preserve"> sugarcoat it. People are so distracted for good </w:t>
      </w:r>
      <w:r>
        <w:rPr>
          <w:b w:val="0"/>
          <w:i w:val="0"/>
          <w:smallCaps w:val="0"/>
          <w:strike w:val="0"/>
          <w:u w:val="none"/>
        </w:rPr>
        <w:t>reason</w:t>
      </w:r>
      <w:r>
        <w:rPr>
          <w:b w:val="0"/>
          <w:i w:val="0"/>
          <w:smallCaps w:val="0"/>
          <w:strike w:val="0"/>
          <w:u w:val="none"/>
        </w:rPr>
        <w:t xml:space="preserve">. By the COVID-19. The US/Chinese relationship was in bad shape before this crisis, is now in worse shape. The US South Korean relationship hasn't been great. The President has been attacking the alliance trying to get the South Koreans to pay much more. So, I am not sure that we are up to the challenge. And again, North Korea is an extraordinarily difficult country to try to act in simply again, because it's the most shut off from the rest of the world. You know, we're sitting here talking about this and quite honestly, we do not know, either what the health reality is facing the North Korean leader or what, if anything, planning might be in place for succession. </w:t>
      </w:r>
    </w:p>
    <w:p>
      <w:pPr>
        <w:spacing w:after="60"/>
      </w:pPr>
      <w:r>
        <w:rPr>
          <w:b w:val="0"/>
          <w:i w:val="0"/>
          <w:smallCaps w:val="0"/>
          <w:strike w:val="0"/>
          <w:u w:val="none"/>
        </w:rPr>
        <w:t xml:space="preserve">MEGHNA: Right. I also feel like it's a very good example about the choice that you and Jack have been talking about that the United States is on the cusp of having to make about what kind of nation it's going to be because the issue of North Korea and the Korean Peninsula cannot be solved without the direct involvement of the United States and China. So that brings me back to this underlying question. Richard, </w:t>
      </w:r>
      <w:r>
        <w:rPr>
          <w:b w:val="0"/>
          <w:i w:val="0"/>
          <w:smallCaps w:val="0"/>
          <w:strike w:val="0"/>
          <w:u w:val="none"/>
        </w:rPr>
        <w:t>can you can you</w:t>
      </w:r>
      <w:r>
        <w:rPr>
          <w:b w:val="0"/>
          <w:i w:val="0"/>
          <w:smallCaps w:val="0"/>
          <w:strike w:val="0"/>
          <w:u w:val="none"/>
        </w:rPr>
        <w:t xml:space="preserve"> imagine, imagine a new model of American national security, a new paradigm of American national security, that doesn't have American primacy on the world stage at its heart? </w:t>
      </w:r>
    </w:p>
    <w:p>
      <w:pPr>
        <w:spacing w:after="60"/>
      </w:pPr>
      <w:r>
        <w:rPr>
          <w:b w:val="0"/>
          <w:i w:val="0"/>
          <w:smallCaps w:val="0"/>
          <w:strike w:val="0"/>
          <w:sz w:val="16"/>
          <w:u w:val="none"/>
        </w:rPr>
        <w:t xml:space="preserve">HAASS: Primacy can be understood as a fact of life or a goal. I don't think our goal ought to be one of primacy. We can't control that, because </w:t>
      </w:r>
      <w:r>
        <w:rPr>
          <w:b w:val="0"/>
          <w:i w:val="0"/>
          <w:smallCaps w:val="0"/>
          <w:strike w:val="0"/>
          <w:sz w:val="22"/>
          <w:highlight w:val="cyan"/>
          <w:u w:val="single"/>
        </w:rPr>
        <w:t xml:space="preserve">primacy is about </w:t>
      </w:r>
      <w:r>
        <w:rPr>
          <w:b/>
          <w:i w:val="0"/>
          <w:smallCaps w:val="0"/>
          <w:strike w:val="0"/>
          <w:sz w:val="22"/>
          <w:highlight w:val="cyan"/>
          <w:u w:val="single"/>
        </w:rPr>
        <w:t>relative strength</w:t>
      </w:r>
      <w:r>
        <w:rPr>
          <w:b w:val="0"/>
          <w:i w:val="0"/>
          <w:smallCaps w:val="0"/>
          <w:strike w:val="0"/>
          <w:sz w:val="16"/>
          <w:u w:val="none"/>
        </w:rPr>
        <w:t xml:space="preserve">. Right now, that the United States is still the world's most powerful military, we are the world's largest single economy. </w:t>
      </w:r>
      <w:r>
        <w:rPr>
          <w:b w:val="0"/>
          <w:i w:val="0"/>
          <w:smallCaps w:val="0"/>
          <w:strike w:val="0"/>
          <w:sz w:val="22"/>
          <w:u w:val="single"/>
        </w:rPr>
        <w:t>But</w:t>
      </w:r>
      <w:r>
        <w:rPr>
          <w:b w:val="0"/>
          <w:i w:val="0"/>
          <w:smallCaps w:val="0"/>
          <w:strike w:val="0"/>
          <w:sz w:val="16"/>
          <w:u w:val="none"/>
        </w:rPr>
        <w:t xml:space="preserve"> the fact is, </w:t>
      </w:r>
      <w:r>
        <w:rPr>
          <w:b w:val="0"/>
          <w:i w:val="0"/>
          <w:smallCaps w:val="0"/>
          <w:strike w:val="0"/>
          <w:sz w:val="22"/>
          <w:u w:val="single"/>
        </w:rPr>
        <w:t xml:space="preserve">for </w:t>
      </w:r>
      <w:r>
        <w:rPr>
          <w:b w:val="0"/>
          <w:i w:val="0"/>
          <w:smallCaps w:val="0"/>
          <w:strike w:val="0"/>
          <w:sz w:val="22"/>
          <w:u w:val="single"/>
        </w:rPr>
        <w:t>all of</w:t>
      </w:r>
      <w:r>
        <w:rPr>
          <w:b w:val="0"/>
          <w:i w:val="0"/>
          <w:smallCaps w:val="0"/>
          <w:strike w:val="0"/>
          <w:sz w:val="22"/>
          <w:u w:val="single"/>
        </w:rPr>
        <w:t xml:space="preserve"> our strength, we can't tackle</w:t>
      </w:r>
      <w:r>
        <w:rPr>
          <w:b w:val="0"/>
          <w:i w:val="0"/>
          <w:smallCaps w:val="0"/>
          <w:strike w:val="0"/>
          <w:sz w:val="16"/>
          <w:u w:val="none"/>
        </w:rPr>
        <w:t xml:space="preserve"> the </w:t>
      </w:r>
      <w:r>
        <w:rPr>
          <w:b w:val="0"/>
          <w:i w:val="0"/>
          <w:smallCaps w:val="0"/>
          <w:strike w:val="0"/>
          <w:sz w:val="22"/>
          <w:u w:val="single"/>
        </w:rPr>
        <w:t xml:space="preserve">emerging problems in the world </w:t>
      </w:r>
      <w:r>
        <w:rPr>
          <w:b/>
          <w:i w:val="0"/>
          <w:smallCaps w:val="0"/>
          <w:strike w:val="0"/>
          <w:sz w:val="22"/>
          <w:u w:val="single"/>
        </w:rPr>
        <w:t>on our own</w:t>
      </w:r>
      <w:r>
        <w:rPr>
          <w:b w:val="0"/>
          <w:i w:val="0"/>
          <w:smallCaps w:val="0"/>
          <w:strike w:val="0"/>
          <w:sz w:val="16"/>
          <w:u w:val="none"/>
        </w:rPr>
        <w:t xml:space="preserve">. We can't maintain </w:t>
      </w:r>
      <w:r>
        <w:rPr>
          <w:b/>
          <w:i w:val="0"/>
          <w:smallCaps w:val="0"/>
          <w:strike w:val="0"/>
          <w:sz w:val="22"/>
          <w:u w:val="single"/>
        </w:rPr>
        <w:t>global health</w:t>
      </w:r>
      <w:r>
        <w:rPr>
          <w:b w:val="0"/>
          <w:i w:val="0"/>
          <w:smallCaps w:val="0"/>
          <w:strike w:val="0"/>
          <w:sz w:val="16"/>
          <w:u w:val="none"/>
        </w:rPr>
        <w:t xml:space="preserve"> </w:t>
      </w:r>
      <w:r>
        <w:rPr>
          <w:b w:val="0"/>
          <w:i w:val="0"/>
          <w:smallCaps w:val="0"/>
          <w:strike w:val="0"/>
          <w:sz w:val="16"/>
          <w:u w:val="none"/>
        </w:rPr>
        <w:t>unilaterally,</w:t>
      </w:r>
      <w:r>
        <w:rPr>
          <w:b w:val="0"/>
          <w:i w:val="0"/>
          <w:smallCaps w:val="0"/>
          <w:strike w:val="0"/>
          <w:sz w:val="16"/>
          <w:u w:val="none"/>
        </w:rPr>
        <w:t xml:space="preserve"> we obviously can't deal with </w:t>
      </w:r>
      <w:r>
        <w:rPr>
          <w:b/>
          <w:i w:val="0"/>
          <w:smallCaps w:val="0"/>
          <w:strike w:val="0"/>
          <w:sz w:val="22"/>
          <w:u w:val="single"/>
        </w:rPr>
        <w:t>climate change</w:t>
      </w:r>
      <w:r>
        <w:rPr>
          <w:b w:val="0"/>
          <w:i w:val="0"/>
          <w:smallCaps w:val="0"/>
          <w:strike w:val="0"/>
          <w:sz w:val="16"/>
          <w:u w:val="none"/>
        </w:rPr>
        <w:t xml:space="preserve"> by ourselves. We can't control </w:t>
      </w:r>
      <w:r>
        <w:rPr>
          <w:b/>
          <w:i w:val="0"/>
          <w:smallCaps w:val="0"/>
          <w:strike w:val="0"/>
          <w:sz w:val="22"/>
          <w:u w:val="single"/>
        </w:rPr>
        <w:t>proliferation</w:t>
      </w:r>
      <w:r>
        <w:rPr>
          <w:b w:val="0"/>
          <w:i w:val="0"/>
          <w:smallCaps w:val="0"/>
          <w:strike w:val="0"/>
          <w:sz w:val="16"/>
          <w:u w:val="none"/>
        </w:rPr>
        <w:t xml:space="preserve"> or </w:t>
      </w:r>
      <w:r>
        <w:rPr>
          <w:b/>
          <w:i w:val="0"/>
          <w:smallCaps w:val="0"/>
          <w:strike w:val="0"/>
          <w:sz w:val="22"/>
          <w:u w:val="single"/>
        </w:rPr>
        <w:t>terrorism</w:t>
      </w:r>
      <w:r>
        <w:rPr>
          <w:b w:val="0"/>
          <w:i w:val="0"/>
          <w:smallCaps w:val="0"/>
          <w:strike w:val="0"/>
          <w:sz w:val="22"/>
          <w:u w:val="single"/>
        </w:rPr>
        <w:t>, or</w:t>
      </w:r>
      <w:r>
        <w:rPr>
          <w:b w:val="0"/>
          <w:i w:val="0"/>
          <w:smallCaps w:val="0"/>
          <w:strike w:val="0"/>
          <w:sz w:val="16"/>
          <w:u w:val="none"/>
        </w:rPr>
        <w:t xml:space="preserve"> set the </w:t>
      </w:r>
      <w:r>
        <w:rPr>
          <w:b w:val="0"/>
          <w:i w:val="0"/>
          <w:smallCaps w:val="0"/>
          <w:strike w:val="0"/>
          <w:sz w:val="22"/>
          <w:u w:val="single"/>
        </w:rPr>
        <w:t xml:space="preserve">rules for </w:t>
      </w:r>
      <w:r>
        <w:rPr>
          <w:b/>
          <w:i w:val="0"/>
          <w:smallCaps w:val="0"/>
          <w:strike w:val="0"/>
          <w:sz w:val="22"/>
          <w:u w:val="single"/>
        </w:rPr>
        <w:t>cyberspace</w:t>
      </w:r>
      <w:r>
        <w:rPr>
          <w:b w:val="0"/>
          <w:i w:val="0"/>
          <w:smallCaps w:val="0"/>
          <w:strike w:val="0"/>
          <w:sz w:val="16"/>
          <w:u w:val="none"/>
        </w:rPr>
        <w:t xml:space="preserve"> on our own. </w:t>
      </w:r>
      <w:r>
        <w:rPr>
          <w:b w:val="0"/>
          <w:i w:val="0"/>
          <w:smallCaps w:val="0"/>
          <w:strike w:val="0"/>
          <w:sz w:val="16"/>
          <w:u w:val="none"/>
        </w:rPr>
        <w:t>So</w:t>
      </w:r>
      <w:r>
        <w:rPr>
          <w:b w:val="0"/>
          <w:i w:val="0"/>
          <w:smallCaps w:val="0"/>
          <w:strike w:val="0"/>
          <w:sz w:val="16"/>
          <w:u w:val="none"/>
        </w:rPr>
        <w:t xml:space="preserve"> </w:t>
      </w:r>
      <w:r>
        <w:rPr>
          <w:b w:val="0"/>
          <w:i w:val="0"/>
          <w:smallCaps w:val="0"/>
          <w:strike w:val="0"/>
          <w:sz w:val="22"/>
          <w:u w:val="single"/>
        </w:rPr>
        <w:t>unilateralism</w:t>
      </w:r>
      <w:r>
        <w:rPr>
          <w:b w:val="0"/>
          <w:i w:val="0"/>
          <w:smallCaps w:val="0"/>
          <w:strike w:val="0"/>
          <w:sz w:val="16"/>
          <w:u w:val="none"/>
        </w:rPr>
        <w:t xml:space="preserve">, no matter how strong we are, </w:t>
      </w:r>
      <w:r>
        <w:rPr>
          <w:b w:val="0"/>
          <w:i w:val="0"/>
          <w:smallCaps w:val="0"/>
          <w:strike w:val="0"/>
          <w:sz w:val="22"/>
          <w:u w:val="single"/>
        </w:rPr>
        <w:t xml:space="preserve">is simply </w:t>
      </w:r>
      <w:r>
        <w:rPr>
          <w:b/>
          <w:i w:val="0"/>
          <w:smallCaps w:val="0"/>
          <w:strike w:val="0"/>
          <w:sz w:val="22"/>
          <w:u w:val="single"/>
        </w:rPr>
        <w:t>not</w:t>
      </w:r>
      <w:r>
        <w:rPr>
          <w:b w:val="0"/>
          <w:i w:val="0"/>
          <w:smallCaps w:val="0"/>
          <w:strike w:val="0"/>
          <w:sz w:val="16"/>
          <w:u w:val="none"/>
        </w:rPr>
        <w:t xml:space="preserve"> a </w:t>
      </w:r>
      <w:r>
        <w:rPr>
          <w:b/>
          <w:i w:val="0"/>
          <w:smallCaps w:val="0"/>
          <w:strike w:val="0"/>
          <w:sz w:val="22"/>
          <w:u w:val="single"/>
        </w:rPr>
        <w:t>viable</w:t>
      </w:r>
      <w:r>
        <w:rPr>
          <w:b w:val="0"/>
          <w:i w:val="0"/>
          <w:smallCaps w:val="0"/>
          <w:strike w:val="0"/>
          <w:sz w:val="16"/>
          <w:u w:val="none"/>
        </w:rPr>
        <w:t xml:space="preserve"> foreign policy strategy. </w:t>
      </w:r>
      <w:r>
        <w:rPr>
          <w:b w:val="0"/>
          <w:i w:val="0"/>
          <w:smallCaps w:val="0"/>
          <w:strike w:val="0"/>
          <w:sz w:val="22"/>
          <w:u w:val="single"/>
        </w:rPr>
        <w:t>We have got to partner with others. And the challenge with</w:t>
      </w:r>
      <w:r>
        <w:rPr>
          <w:b w:val="0"/>
          <w:i w:val="0"/>
          <w:smallCaps w:val="0"/>
          <w:strike w:val="0"/>
          <w:sz w:val="16"/>
          <w:u w:val="none"/>
        </w:rPr>
        <w:t xml:space="preserve"> a country like </w:t>
      </w:r>
      <w:r>
        <w:rPr>
          <w:b/>
          <w:i w:val="0"/>
          <w:smallCaps w:val="0"/>
          <w:strike w:val="0"/>
          <w:sz w:val="22"/>
          <w:u w:val="single"/>
        </w:rPr>
        <w:t>China</w:t>
      </w:r>
      <w:r>
        <w:rPr>
          <w:b w:val="0"/>
          <w:i w:val="0"/>
          <w:smallCaps w:val="0"/>
          <w:strike w:val="0"/>
          <w:sz w:val="16"/>
          <w:u w:val="none"/>
        </w:rPr>
        <w:t xml:space="preserve"> </w:t>
      </w:r>
      <w:r>
        <w:rPr>
          <w:b w:val="0"/>
          <w:i w:val="0"/>
          <w:smallCaps w:val="0"/>
          <w:strike w:val="0"/>
          <w:sz w:val="16"/>
          <w:u w:val="none"/>
        </w:rPr>
        <w:t>is:</w:t>
      </w:r>
      <w:r>
        <w:rPr>
          <w:b w:val="0"/>
          <w:i w:val="0"/>
          <w:smallCaps w:val="0"/>
          <w:strike w:val="0"/>
          <w:sz w:val="16"/>
          <w:u w:val="none"/>
        </w:rPr>
        <w:t xml:space="preserve"> how do we selectively partner with China, given our profound disagreements, the difference between our systems and the fact that we, for example, have real foreign policy differences, say over the fate of Taiwan</w:t>
      </w:r>
      <w:r>
        <w:rPr>
          <w:b w:val="0"/>
          <w:i w:val="0"/>
          <w:smallCaps w:val="0"/>
          <w:strike w:val="0"/>
          <w:sz w:val="10"/>
          <w:u w:val="none"/>
        </w:rPr>
        <w:t xml:space="preserve">. And that that to me, is going to be one of the real foreign policy challenges going forward. </w:t>
      </w:r>
    </w:p>
    <w:p>
      <w:pPr>
        <w:spacing w:after="60"/>
      </w:pPr>
      <w:r>
        <w:rPr>
          <w:b w:val="0"/>
          <w:i w:val="0"/>
          <w:smallCaps w:val="0"/>
          <w:strike w:val="0"/>
          <w:sz w:val="10"/>
          <w:u w:val="none"/>
        </w:rPr>
        <w:t xml:space="preserve">MEGHNA: Jack, did you want to respond to that? </w:t>
      </w:r>
    </w:p>
    <w:p>
      <w:pPr>
        <w:spacing w:after="60"/>
      </w:pPr>
      <w:r>
        <w:rPr>
          <w:b w:val="0"/>
          <w:i w:val="0"/>
          <w:smallCaps w:val="0"/>
          <w:strike w:val="0"/>
          <w:sz w:val="10"/>
          <w:u w:val="none"/>
        </w:rPr>
        <w:t xml:space="preserve">BEATTY: Undoubtedly, it is going to </w:t>
      </w:r>
      <w:r>
        <w:rPr>
          <w:b w:val="0"/>
          <w:i w:val="0"/>
          <w:smallCaps w:val="0"/>
          <w:strike w:val="0"/>
          <w:sz w:val="10"/>
          <w:u w:val="none"/>
        </w:rPr>
        <w:t>be</w:t>
      </w:r>
      <w:r>
        <w:rPr>
          <w:b w:val="0"/>
          <w:i w:val="0"/>
          <w:smallCaps w:val="0"/>
          <w:strike w:val="0"/>
          <w:sz w:val="10"/>
          <w:u w:val="none"/>
        </w:rPr>
        <w:t xml:space="preserve"> but you know, look at it. I mean, one of the one of the faults, I think of the of the current administration is the President sees things in a zero sum way, you know, we win, they lose even his view of trade, which is, you know, since Adam Smith, we accept that it's, you know, when comparative advantage and all that he sees that as No, I win, you lose, he was talking about the trade deficit with China just yesterday, and he said, Look, they ripped us off. They didn't rip us off. We got all </w:t>
      </w:r>
      <w:r>
        <w:rPr>
          <w:b w:val="0"/>
          <w:i w:val="0"/>
          <w:smallCaps w:val="0"/>
          <w:strike w:val="0"/>
          <w:sz w:val="10"/>
          <w:u w:val="none"/>
        </w:rPr>
        <w:t>that cheap goods</w:t>
      </w:r>
      <w:r>
        <w:rPr>
          <w:b w:val="0"/>
          <w:i w:val="0"/>
          <w:smallCaps w:val="0"/>
          <w:strike w:val="0"/>
          <w:sz w:val="10"/>
          <w:u w:val="none"/>
        </w:rPr>
        <w:t xml:space="preserve"> that we wanted from China. That's, that's called trick, he doesn't seem to understand that </w:t>
      </w:r>
      <w:r>
        <w:rPr>
          <w:b w:val="0"/>
          <w:i w:val="0"/>
          <w:smallCaps w:val="0"/>
          <w:strike w:val="0"/>
          <w:sz w:val="10"/>
          <w:u w:val="none"/>
        </w:rPr>
        <w:t>basic fundamental</w:t>
      </w:r>
      <w:r>
        <w:rPr>
          <w:b w:val="0"/>
          <w:i w:val="0"/>
          <w:smallCaps w:val="0"/>
          <w:strike w:val="0"/>
          <w:sz w:val="10"/>
          <w:u w:val="none"/>
        </w:rPr>
        <w:t xml:space="preserve"> of, of international economy. And he doesn't seem to, to look at foreign relations that way, either. Although you </w:t>
      </w:r>
      <w:r>
        <w:rPr>
          <w:b w:val="0"/>
          <w:i w:val="0"/>
          <w:smallCaps w:val="0"/>
          <w:strike w:val="0"/>
          <w:sz w:val="10"/>
          <w:u w:val="none"/>
        </w:rPr>
        <w:t>have to</w:t>
      </w:r>
      <w:r>
        <w:rPr>
          <w:b w:val="0"/>
          <w:i w:val="0"/>
          <w:smallCaps w:val="0"/>
          <w:strike w:val="0"/>
          <w:sz w:val="10"/>
          <w:u w:val="none"/>
        </w:rPr>
        <w:t xml:space="preserve"> give him a lot of credit for trying to warm relations with North Korea at the top.</w:t>
      </w:r>
    </w:p>
    <w:p>
      <w:pPr>
        <w:spacing w:after="60"/>
      </w:pPr>
      <w:r>
        <w:rPr>
          <w:b w:val="0"/>
          <w:i w:val="0"/>
          <w:smallCaps w:val="0"/>
          <w:strike w:val="0"/>
          <w:sz w:val="10"/>
          <w:u w:val="none"/>
        </w:rPr>
        <w:t xml:space="preserve">MEGHNA: Well, Richard, I </w:t>
      </w:r>
      <w:r>
        <w:rPr>
          <w:b w:val="0"/>
          <w:i w:val="0"/>
          <w:smallCaps w:val="0"/>
          <w:strike w:val="0"/>
          <w:sz w:val="10"/>
          <w:u w:val="none"/>
        </w:rPr>
        <w:t>wonder:</w:t>
      </w:r>
      <w:r>
        <w:rPr>
          <w:b w:val="0"/>
          <w:i w:val="0"/>
          <w:smallCaps w:val="0"/>
          <w:strike w:val="0"/>
          <w:sz w:val="10"/>
          <w:u w:val="none"/>
        </w:rPr>
        <w:t xml:space="preserve"> it sounds like you are lamenting the death of a sort of liberal world order that, as you pointed out, the United States has been the beneficiary of and the leader of for the past 75 years. But if you had a magic wand, and </w:t>
      </w:r>
      <w:r>
        <w:rPr>
          <w:b w:val="0"/>
          <w:i w:val="0"/>
          <w:smallCaps w:val="0"/>
          <w:strike w:val="0"/>
          <w:sz w:val="10"/>
          <w:u w:val="none"/>
        </w:rPr>
        <w:t>you could you could</w:t>
      </w:r>
      <w:r>
        <w:rPr>
          <w:b w:val="0"/>
          <w:i w:val="0"/>
          <w:smallCaps w:val="0"/>
          <w:strike w:val="0"/>
          <w:sz w:val="10"/>
          <w:u w:val="none"/>
        </w:rPr>
        <w:t xml:space="preserve"> wave it over Planet Earth right now, what would you change? I guess what I'm asking you is what would you do to, to set up the United States of the global community for success, as we come through this pandemic?</w:t>
      </w:r>
    </w:p>
    <w:p>
      <w:pPr>
        <w:spacing w:after="60"/>
      </w:pPr>
      <w:r>
        <w:rPr>
          <w:b w:val="0"/>
          <w:i w:val="0"/>
          <w:smallCaps w:val="0"/>
          <w:strike w:val="0"/>
          <w:sz w:val="10"/>
          <w:u w:val="none"/>
        </w:rPr>
        <w:t xml:space="preserve">HAASS: I would look in two directions. Domestically, I would try to make the case to Americans about why foreign policy was in our national interest, why our involvement in the world would improve the quality of life here at home. At the same time, we would also need to attend to our many challenges and shortcomings here at home. I once wrote a book called Foreign Policy Begins </w:t>
      </w:r>
      <w:r>
        <w:rPr>
          <w:b w:val="0"/>
          <w:i w:val="0"/>
          <w:smallCaps w:val="0"/>
          <w:strike w:val="0"/>
          <w:sz w:val="10"/>
          <w:u w:val="none"/>
        </w:rPr>
        <w:t>At</w:t>
      </w:r>
      <w:r>
        <w:rPr>
          <w:b w:val="0"/>
          <w:i w:val="0"/>
          <w:smallCaps w:val="0"/>
          <w:strike w:val="0"/>
          <w:sz w:val="10"/>
          <w:u w:val="none"/>
        </w:rPr>
        <w:t xml:space="preserve"> Home</w:t>
      </w:r>
      <w:r>
        <w:rPr>
          <w:b w:val="0"/>
          <w:i w:val="0"/>
          <w:smallCaps w:val="0"/>
          <w:strike w:val="0"/>
          <w:sz w:val="16"/>
          <w:u w:val="none"/>
        </w:rPr>
        <w:t xml:space="preserve">. And the whole idea was </w:t>
      </w:r>
      <w:r>
        <w:rPr>
          <w:b w:val="0"/>
          <w:i w:val="0"/>
          <w:smallCaps w:val="0"/>
          <w:strike w:val="0"/>
          <w:sz w:val="22"/>
          <w:highlight w:val="cyan"/>
          <w:u w:val="single"/>
        </w:rPr>
        <w:t xml:space="preserve">we </w:t>
      </w:r>
      <w:r>
        <w:rPr>
          <w:b/>
          <w:i w:val="0"/>
          <w:smallCaps w:val="0"/>
          <w:strike w:val="0"/>
          <w:sz w:val="22"/>
          <w:highlight w:val="cyan"/>
          <w:u w:val="single"/>
        </w:rPr>
        <w:t>need</w:t>
      </w:r>
      <w:r>
        <w:rPr>
          <w:b w:val="0"/>
          <w:i w:val="0"/>
          <w:smallCaps w:val="0"/>
          <w:strike w:val="0"/>
          <w:sz w:val="16"/>
          <w:u w:val="none"/>
        </w:rPr>
        <w:t xml:space="preserve">ed </w:t>
      </w:r>
      <w:r>
        <w:rPr>
          <w:b w:val="0"/>
          <w:i w:val="0"/>
          <w:smallCaps w:val="0"/>
          <w:strike w:val="0"/>
          <w:sz w:val="22"/>
          <w:u w:val="single"/>
        </w:rPr>
        <w:t xml:space="preserve">to establish </w:t>
      </w:r>
      <w:r>
        <w:rPr>
          <w:b w:val="0"/>
          <w:i w:val="0"/>
          <w:smallCaps w:val="0"/>
          <w:strike w:val="0"/>
          <w:sz w:val="22"/>
          <w:highlight w:val="cyan"/>
          <w:u w:val="single"/>
        </w:rPr>
        <w:t xml:space="preserve">a </w:t>
      </w:r>
      <w:r>
        <w:rPr>
          <w:b/>
          <w:i w:val="0"/>
          <w:smallCaps w:val="0"/>
          <w:strike w:val="0"/>
          <w:sz w:val="22"/>
          <w:highlight w:val="cyan"/>
          <w:u w:val="single"/>
        </w:rPr>
        <w:t>greater</w:t>
      </w:r>
      <w:r>
        <w:rPr>
          <w:b/>
          <w:i w:val="0"/>
          <w:smallCaps w:val="0"/>
          <w:strike w:val="0"/>
          <w:sz w:val="22"/>
          <w:u w:val="single"/>
        </w:rPr>
        <w:t xml:space="preserve"> domestic </w:t>
      </w:r>
      <w:r>
        <w:rPr>
          <w:b/>
          <w:i w:val="0"/>
          <w:smallCaps w:val="0"/>
          <w:strike w:val="0"/>
          <w:sz w:val="22"/>
          <w:highlight w:val="cyan"/>
          <w:u w:val="single"/>
        </w:rPr>
        <w:t>base</w:t>
      </w:r>
      <w:r>
        <w:rPr>
          <w:b w:val="0"/>
          <w:i w:val="0"/>
          <w:smallCaps w:val="0"/>
          <w:strike w:val="0"/>
          <w:sz w:val="22"/>
          <w:u w:val="single"/>
        </w:rPr>
        <w:t xml:space="preserve"> if we were going </w:t>
      </w:r>
      <w:r>
        <w:rPr>
          <w:b w:val="0"/>
          <w:i w:val="0"/>
          <w:smallCaps w:val="0"/>
          <w:strike w:val="0"/>
          <w:sz w:val="22"/>
          <w:highlight w:val="cyan"/>
          <w:u w:val="single"/>
        </w:rPr>
        <w:t xml:space="preserve">to be </w:t>
      </w:r>
      <w:r>
        <w:rPr>
          <w:b/>
          <w:i w:val="0"/>
          <w:smallCaps w:val="0"/>
          <w:strike w:val="0"/>
          <w:sz w:val="22"/>
          <w:highlight w:val="cyan"/>
          <w:u w:val="single"/>
        </w:rPr>
        <w:t>capable</w:t>
      </w:r>
      <w:r>
        <w:rPr>
          <w:b w:val="0"/>
          <w:i w:val="0"/>
          <w:smallCaps w:val="0"/>
          <w:strike w:val="0"/>
          <w:sz w:val="22"/>
          <w:highlight w:val="cyan"/>
          <w:u w:val="single"/>
        </w:rPr>
        <w:t xml:space="preserve"> of acting</w:t>
      </w:r>
      <w:r>
        <w:rPr>
          <w:b w:val="0"/>
          <w:i w:val="0"/>
          <w:smallCaps w:val="0"/>
          <w:strike w:val="0"/>
          <w:sz w:val="22"/>
          <w:u w:val="single"/>
        </w:rPr>
        <w:t xml:space="preserve"> in the world </w:t>
      </w:r>
      <w:r>
        <w:rPr>
          <w:b w:val="0"/>
          <w:i w:val="0"/>
          <w:smallCaps w:val="0"/>
          <w:strike w:val="0"/>
          <w:sz w:val="22"/>
          <w:highlight w:val="cyan"/>
          <w:u w:val="single"/>
        </w:rPr>
        <w:t>and</w:t>
      </w:r>
      <w:r>
        <w:rPr>
          <w:b w:val="0"/>
          <w:i w:val="0"/>
          <w:smallCaps w:val="0"/>
          <w:strike w:val="0"/>
          <w:sz w:val="22"/>
          <w:u w:val="single"/>
        </w:rPr>
        <w:t xml:space="preserve"> </w:t>
      </w:r>
      <w:r>
        <w:rPr>
          <w:b/>
          <w:i w:val="0"/>
          <w:smallCaps w:val="0"/>
          <w:strike w:val="0"/>
          <w:sz w:val="22"/>
          <w:u w:val="single"/>
        </w:rPr>
        <w:t>Americans</w:t>
      </w:r>
      <w:r>
        <w:rPr>
          <w:b w:val="0"/>
          <w:i w:val="0"/>
          <w:smallCaps w:val="0"/>
          <w:strike w:val="0"/>
          <w:sz w:val="22"/>
          <w:u w:val="single"/>
        </w:rPr>
        <w:t xml:space="preserve"> were going to be </w:t>
      </w:r>
      <w:r>
        <w:rPr>
          <w:b/>
          <w:i w:val="0"/>
          <w:smallCaps w:val="0"/>
          <w:strike w:val="0"/>
          <w:sz w:val="22"/>
          <w:highlight w:val="cyan"/>
          <w:u w:val="single"/>
        </w:rPr>
        <w:t>willing</w:t>
      </w:r>
      <w:r>
        <w:rPr>
          <w:b w:val="0"/>
          <w:i w:val="0"/>
          <w:smallCaps w:val="0"/>
          <w:strike w:val="0"/>
          <w:sz w:val="22"/>
          <w:u w:val="single"/>
        </w:rPr>
        <w:t xml:space="preserve"> to support it</w:t>
      </w:r>
      <w:r>
        <w:rPr>
          <w:b w:val="0"/>
          <w:i w:val="0"/>
          <w:smallCaps w:val="0"/>
          <w:strike w:val="0"/>
          <w:sz w:val="16"/>
          <w:u w:val="none"/>
        </w:rPr>
        <w:t xml:space="preserve">. I also made clear something the President might have missed in the book was the argument that foreign policy doesn't end at home, we've got to stay involved in the world. </w:t>
      </w:r>
      <w:r>
        <w:rPr>
          <w:b w:val="0"/>
          <w:i w:val="0"/>
          <w:smallCaps w:val="0"/>
          <w:strike w:val="0"/>
          <w:sz w:val="16"/>
          <w:u w:val="none"/>
        </w:rPr>
        <w:t>It's we</w:t>
      </w:r>
      <w:r>
        <w:rPr>
          <w:b w:val="0"/>
          <w:i w:val="0"/>
          <w:smallCaps w:val="0"/>
          <w:strike w:val="0"/>
          <w:sz w:val="16"/>
          <w:u w:val="none"/>
        </w:rPr>
        <w:t xml:space="preserve"> now circling back to where we began the conversation. We've got to </w:t>
      </w:r>
      <w:r>
        <w:rPr>
          <w:b w:val="0"/>
          <w:i w:val="0"/>
          <w:smallCaps w:val="0"/>
          <w:strike w:val="0"/>
          <w:sz w:val="16"/>
          <w:u w:val="none"/>
        </w:rPr>
        <w:t>take into account</w:t>
      </w:r>
      <w:r>
        <w:rPr>
          <w:b w:val="0"/>
          <w:i w:val="0"/>
          <w:smallCaps w:val="0"/>
          <w:strike w:val="0"/>
          <w:sz w:val="16"/>
          <w:u w:val="none"/>
        </w:rPr>
        <w:t xml:space="preserve"> this new global agenda and we've got to </w:t>
      </w:r>
      <w:r>
        <w:rPr>
          <w:b w:val="0"/>
          <w:i w:val="0"/>
          <w:smallCaps w:val="0"/>
          <w:strike w:val="0"/>
          <w:sz w:val="22"/>
          <w:u w:val="single"/>
        </w:rPr>
        <w:t xml:space="preserve">we've got </w:t>
      </w:r>
      <w:r>
        <w:rPr>
          <w:b w:val="0"/>
          <w:i w:val="0"/>
          <w:smallCaps w:val="0"/>
          <w:strike w:val="0"/>
          <w:sz w:val="22"/>
          <w:highlight w:val="cyan"/>
          <w:u w:val="single"/>
        </w:rPr>
        <w:t>to</w:t>
      </w:r>
      <w:r>
        <w:rPr>
          <w:b w:val="0"/>
          <w:i w:val="0"/>
          <w:smallCaps w:val="0"/>
          <w:strike w:val="0"/>
          <w:sz w:val="22"/>
          <w:u w:val="single"/>
        </w:rPr>
        <w:t xml:space="preserve"> figure out how to </w:t>
      </w:r>
      <w:r>
        <w:rPr>
          <w:b w:val="0"/>
          <w:i w:val="0"/>
          <w:smallCaps w:val="0"/>
          <w:strike w:val="0"/>
          <w:sz w:val="22"/>
          <w:highlight w:val="cyan"/>
          <w:u w:val="single"/>
        </w:rPr>
        <w:t>narrow</w:t>
      </w:r>
      <w:r>
        <w:rPr>
          <w:b w:val="0"/>
          <w:i w:val="0"/>
          <w:smallCaps w:val="0"/>
          <w:strike w:val="0"/>
          <w:sz w:val="22"/>
          <w:u w:val="single"/>
        </w:rPr>
        <w:t xml:space="preserve"> the gap between these </w:t>
      </w:r>
      <w:r>
        <w:rPr>
          <w:b w:val="0"/>
          <w:i w:val="0"/>
          <w:smallCaps w:val="0"/>
          <w:strike w:val="0"/>
          <w:sz w:val="22"/>
          <w:highlight w:val="cyan"/>
          <w:u w:val="single"/>
        </w:rPr>
        <w:t xml:space="preserve">emerging </w:t>
      </w:r>
      <w:r>
        <w:rPr>
          <w:b/>
          <w:i w:val="0"/>
          <w:smallCaps w:val="0"/>
          <w:strike w:val="0"/>
          <w:sz w:val="22"/>
          <w:highlight w:val="cyan"/>
          <w:u w:val="single"/>
        </w:rPr>
        <w:t>global challenges</w:t>
      </w:r>
      <w:r>
        <w:rPr>
          <w:b w:val="0"/>
          <w:i w:val="0"/>
          <w:smallCaps w:val="0"/>
          <w:strike w:val="0"/>
          <w:sz w:val="22"/>
          <w:highlight w:val="cyan"/>
          <w:u w:val="single"/>
        </w:rPr>
        <w:t>, like</w:t>
      </w:r>
      <w:r>
        <w:rPr>
          <w:b w:val="0"/>
          <w:i w:val="0"/>
          <w:smallCaps w:val="0"/>
          <w:strike w:val="0"/>
          <w:sz w:val="22"/>
          <w:u w:val="single"/>
        </w:rPr>
        <w:t xml:space="preserve"> global </w:t>
      </w:r>
      <w:r>
        <w:rPr>
          <w:b/>
          <w:i w:val="0"/>
          <w:smallCaps w:val="0"/>
          <w:strike w:val="0"/>
          <w:sz w:val="22"/>
          <w:highlight w:val="cyan"/>
          <w:u w:val="single"/>
        </w:rPr>
        <w:t>health</w:t>
      </w:r>
      <w:r>
        <w:rPr>
          <w:b w:val="0"/>
          <w:i w:val="0"/>
          <w:smallCaps w:val="0"/>
          <w:strike w:val="0"/>
          <w:sz w:val="22"/>
          <w:u w:val="single"/>
        </w:rPr>
        <w:t xml:space="preserve">, like </w:t>
      </w:r>
      <w:r>
        <w:rPr>
          <w:b/>
          <w:i w:val="0"/>
          <w:smallCaps w:val="0"/>
          <w:strike w:val="0"/>
          <w:sz w:val="22"/>
          <w:highlight w:val="cyan"/>
          <w:u w:val="single"/>
        </w:rPr>
        <w:t>climate</w:t>
      </w:r>
      <w:r>
        <w:rPr>
          <w:b w:val="0"/>
          <w:i w:val="0"/>
          <w:smallCaps w:val="0"/>
          <w:strike w:val="0"/>
          <w:sz w:val="22"/>
          <w:u w:val="single"/>
        </w:rPr>
        <w:t xml:space="preserve"> change, like </w:t>
      </w:r>
      <w:r>
        <w:rPr>
          <w:b/>
          <w:i w:val="0"/>
          <w:smallCaps w:val="0"/>
          <w:strike w:val="0"/>
          <w:sz w:val="22"/>
          <w:highlight w:val="cyan"/>
          <w:u w:val="single"/>
        </w:rPr>
        <w:t>terror</w:t>
      </w:r>
      <w:r>
        <w:rPr>
          <w:b w:val="0"/>
          <w:i w:val="0"/>
          <w:smallCaps w:val="0"/>
          <w:strike w:val="0"/>
          <w:sz w:val="22"/>
          <w:u w:val="single"/>
        </w:rPr>
        <w:t xml:space="preserve">ism, like </w:t>
      </w:r>
      <w:r>
        <w:rPr>
          <w:b/>
          <w:i w:val="0"/>
          <w:smallCaps w:val="0"/>
          <w:strike w:val="0"/>
          <w:sz w:val="22"/>
          <w:highlight w:val="cyan"/>
          <w:u w:val="single"/>
        </w:rPr>
        <w:t>prolif</w:t>
      </w:r>
      <w:r>
        <w:rPr>
          <w:b w:val="0"/>
          <w:i w:val="0"/>
          <w:smallCaps w:val="0"/>
          <w:strike w:val="0"/>
          <w:sz w:val="22"/>
          <w:u w:val="single"/>
        </w:rPr>
        <w:t xml:space="preserve">eration, and </w:t>
      </w:r>
      <w:r>
        <w:rPr>
          <w:b/>
          <w:i w:val="0"/>
          <w:smallCaps w:val="0"/>
          <w:strike w:val="0"/>
          <w:sz w:val="22"/>
          <w:u w:val="single"/>
        </w:rPr>
        <w:t>global arrangements</w:t>
      </w:r>
      <w:r>
        <w:rPr>
          <w:b w:val="0"/>
          <w:i w:val="0"/>
          <w:smallCaps w:val="0"/>
          <w:strike w:val="0"/>
          <w:sz w:val="16"/>
          <w:u w:val="none"/>
        </w:rPr>
        <w:t xml:space="preserve">. One of the phrases you constantly hear from people in my </w:t>
      </w:r>
      <w:r>
        <w:rPr>
          <w:b w:val="0"/>
          <w:i w:val="0"/>
          <w:smallCaps w:val="0"/>
          <w:strike w:val="0"/>
          <w:sz w:val="16"/>
          <w:u w:val="none"/>
        </w:rPr>
        <w:t>businesses</w:t>
      </w:r>
      <w:r>
        <w:rPr>
          <w:b w:val="0"/>
          <w:i w:val="0"/>
          <w:smallCaps w:val="0"/>
          <w:strike w:val="0"/>
          <w:sz w:val="16"/>
          <w:u w:val="none"/>
        </w:rPr>
        <w:t xml:space="preserve"> international community. Well, the fact is, there isn't one. And our goal should be to better build one where we </w:t>
      </w:r>
      <w:r>
        <w:rPr>
          <w:b w:val="0"/>
          <w:i w:val="0"/>
          <w:smallCaps w:val="0"/>
          <w:strike w:val="0"/>
          <w:sz w:val="16"/>
          <w:u w:val="none"/>
        </w:rPr>
        <w:t>take into account</w:t>
      </w:r>
      <w:r>
        <w:rPr>
          <w:b w:val="0"/>
          <w:i w:val="0"/>
          <w:smallCaps w:val="0"/>
          <w:strike w:val="0"/>
          <w:sz w:val="16"/>
          <w:u w:val="none"/>
        </w:rPr>
        <w:t xml:space="preserve"> this newest security agenda. So that's what I would focus on, I wouldn't let go of the old agenda. I'm still worried about </w:t>
      </w:r>
      <w:r>
        <w:rPr>
          <w:b/>
          <w:i w:val="0"/>
          <w:smallCaps w:val="0"/>
          <w:strike w:val="0"/>
          <w:sz w:val="22"/>
          <w:highlight w:val="cyan"/>
          <w:u w:val="single"/>
        </w:rPr>
        <w:t>Russia</w:t>
      </w:r>
      <w:r>
        <w:rPr>
          <w:b w:val="0"/>
          <w:i w:val="0"/>
          <w:smallCaps w:val="0"/>
          <w:strike w:val="0"/>
          <w:sz w:val="16"/>
          <w:u w:val="none"/>
        </w:rPr>
        <w:t xml:space="preserve">, what they're doing in Europe. I'm worried about </w:t>
      </w:r>
      <w:r>
        <w:rPr>
          <w:b/>
          <w:i w:val="0"/>
          <w:smallCaps w:val="0"/>
          <w:strike w:val="0"/>
          <w:sz w:val="22"/>
          <w:highlight w:val="cyan"/>
          <w:u w:val="single"/>
        </w:rPr>
        <w:t>Iran</w:t>
      </w:r>
      <w:r>
        <w:rPr>
          <w:b w:val="0"/>
          <w:i w:val="0"/>
          <w:smallCaps w:val="0"/>
          <w:strike w:val="0"/>
          <w:sz w:val="16"/>
          <w:u w:val="none"/>
        </w:rPr>
        <w:t xml:space="preserve">. I'm worried about </w:t>
      </w:r>
      <w:r>
        <w:rPr>
          <w:b/>
          <w:i w:val="0"/>
          <w:smallCaps w:val="0"/>
          <w:strike w:val="0"/>
          <w:sz w:val="22"/>
          <w:u w:val="single"/>
        </w:rPr>
        <w:t xml:space="preserve">North </w:t>
      </w:r>
      <w:r>
        <w:rPr>
          <w:b/>
          <w:i w:val="0"/>
          <w:smallCaps w:val="0"/>
          <w:strike w:val="0"/>
          <w:sz w:val="22"/>
          <w:highlight w:val="cyan"/>
          <w:u w:val="single"/>
        </w:rPr>
        <w:t>Korea</w:t>
      </w:r>
      <w:r>
        <w:rPr>
          <w:b w:val="0"/>
          <w:i w:val="0"/>
          <w:smallCaps w:val="0"/>
          <w:strike w:val="0"/>
          <w:sz w:val="16"/>
          <w:u w:val="none"/>
        </w:rPr>
        <w:t xml:space="preserve">, worried to some extent about </w:t>
      </w:r>
      <w:r>
        <w:rPr>
          <w:b/>
          <w:i w:val="0"/>
          <w:smallCaps w:val="0"/>
          <w:strike w:val="0"/>
          <w:sz w:val="22"/>
          <w:highlight w:val="cyan"/>
          <w:u w:val="single"/>
        </w:rPr>
        <w:t>China</w:t>
      </w:r>
      <w:r>
        <w:rPr>
          <w:b w:val="0"/>
          <w:i w:val="0"/>
          <w:smallCaps w:val="0"/>
          <w:strike w:val="0"/>
          <w:sz w:val="16"/>
          <w:u w:val="none"/>
        </w:rPr>
        <w:t xml:space="preserve">. But I would put much greater emphasis on building global arrangements to deal with this new set of challenges that, as we've seen over the last few months, </w:t>
      </w:r>
      <w:r>
        <w:rPr>
          <w:b w:val="0"/>
          <w:i w:val="0"/>
          <w:smallCaps w:val="0"/>
          <w:strike w:val="0"/>
          <w:sz w:val="16"/>
          <w:u w:val="none"/>
        </w:rPr>
        <w:t>has the ability to</w:t>
      </w:r>
      <w:r>
        <w:rPr>
          <w:b w:val="0"/>
          <w:i w:val="0"/>
          <w:smallCaps w:val="0"/>
          <w:strike w:val="0"/>
          <w:sz w:val="16"/>
          <w:u w:val="none"/>
        </w:rPr>
        <w:t xml:space="preserve"> fundamentally turn life here upside down.</w:t>
      </w:r>
    </w:p>
    <w:p>
      <w:pPr>
        <w:spacing w:after="60"/>
      </w:pPr>
      <w:r>
        <w:rPr>
          <w:b w:val="0"/>
          <w:i w:val="0"/>
          <w:smallCaps w:val="0"/>
          <w:strike w:val="0"/>
          <w:sz w:val="16"/>
          <w:u w:val="none"/>
        </w:rPr>
        <w:t xml:space="preserve">MEGHNA: Okay, so that makes me wonder you had said earlier that what has changed is the United States and that the sheen, or the shine of America's example to the world is no longer there. And I would think that Americans admit many Americans themselves also feel it because their lives are difficult. So could we achieve is a central part of achieving the vision you just laid out. Richard is actually </w:t>
      </w:r>
      <w:r>
        <w:rPr>
          <w:b/>
          <w:i w:val="0"/>
          <w:smallCaps w:val="0"/>
          <w:strike w:val="0"/>
          <w:sz w:val="22"/>
          <w:highlight w:val="cyan"/>
          <w:u w:val="single"/>
        </w:rPr>
        <w:t>focusing</w:t>
      </w:r>
      <w:r>
        <w:rPr>
          <w:b/>
          <w:i w:val="0"/>
          <w:smallCaps w:val="0"/>
          <w:strike w:val="0"/>
          <w:sz w:val="22"/>
          <w:u w:val="single"/>
        </w:rPr>
        <w:t xml:space="preserve"> here </w:t>
      </w:r>
      <w:r>
        <w:rPr>
          <w:b/>
          <w:i w:val="0"/>
          <w:smallCaps w:val="0"/>
          <w:strike w:val="0"/>
          <w:sz w:val="22"/>
          <w:highlight w:val="cyan"/>
          <w:u w:val="single"/>
        </w:rPr>
        <w:t>at</w:t>
      </w:r>
      <w:r>
        <w:rPr>
          <w:b/>
          <w:i w:val="0"/>
          <w:smallCaps w:val="0"/>
          <w:strike w:val="0"/>
          <w:sz w:val="22"/>
          <w:highlight w:val="cyan"/>
          <w:u w:val="single"/>
        </w:rPr>
        <w:t xml:space="preserve"> home</w:t>
      </w:r>
      <w:r>
        <w:rPr>
          <w:b w:val="0"/>
          <w:i w:val="0"/>
          <w:smallCaps w:val="0"/>
          <w:strike w:val="0"/>
          <w:sz w:val="16"/>
          <w:u w:val="none"/>
        </w:rPr>
        <w:t xml:space="preserve"> that if we </w:t>
      </w:r>
      <w:r>
        <w:rPr>
          <w:b w:val="0"/>
          <w:i w:val="0"/>
          <w:smallCaps w:val="0"/>
          <w:strike w:val="0"/>
          <w:sz w:val="22"/>
          <w:u w:val="single"/>
        </w:rPr>
        <w:t xml:space="preserve">if we </w:t>
      </w:r>
      <w:r>
        <w:rPr>
          <w:b/>
          <w:i w:val="0"/>
          <w:smallCaps w:val="0"/>
          <w:strike w:val="0"/>
          <w:sz w:val="22"/>
          <w:u w:val="single"/>
        </w:rPr>
        <w:t>rebuild the American example</w:t>
      </w:r>
      <w:r>
        <w:rPr>
          <w:b w:val="0"/>
          <w:i w:val="0"/>
          <w:smallCaps w:val="0"/>
          <w:strike w:val="0"/>
          <w:sz w:val="22"/>
          <w:u w:val="single"/>
        </w:rPr>
        <w:t xml:space="preserve"> of democracy</w:t>
      </w:r>
      <w:r>
        <w:rPr>
          <w:b w:val="0"/>
          <w:i w:val="0"/>
          <w:smallCaps w:val="0"/>
          <w:strike w:val="0"/>
          <w:sz w:val="16"/>
          <w:u w:val="none"/>
        </w:rPr>
        <w:t xml:space="preserve">, then </w:t>
      </w:r>
      <w:r>
        <w:rPr>
          <w:b w:val="0"/>
          <w:i w:val="0"/>
          <w:smallCaps w:val="0"/>
          <w:strike w:val="0"/>
          <w:sz w:val="22"/>
          <w:u w:val="single"/>
        </w:rPr>
        <w:t>it shows</w:t>
      </w:r>
      <w:r>
        <w:rPr>
          <w:b w:val="0"/>
          <w:i w:val="0"/>
          <w:smallCaps w:val="0"/>
          <w:strike w:val="0"/>
          <w:sz w:val="16"/>
          <w:u w:val="none"/>
        </w:rPr>
        <w:t xml:space="preserve"> that perhaps these the more authoritarian leaders who are who are on the rise now, it once again shows them as </w:t>
      </w:r>
      <w:r>
        <w:rPr>
          <w:b w:val="0"/>
          <w:i w:val="0"/>
          <w:smallCaps w:val="0"/>
          <w:strike w:val="0"/>
          <w:sz w:val="22"/>
          <w:u w:val="single"/>
        </w:rPr>
        <w:t xml:space="preserve">the </w:t>
      </w:r>
      <w:r>
        <w:rPr>
          <w:b/>
          <w:i w:val="0"/>
          <w:smallCaps w:val="0"/>
          <w:strike w:val="0"/>
          <w:sz w:val="22"/>
          <w:u w:val="single"/>
        </w:rPr>
        <w:t>example</w:t>
      </w:r>
      <w:r>
        <w:rPr>
          <w:b w:val="0"/>
          <w:i w:val="0"/>
          <w:smallCaps w:val="0"/>
          <w:strike w:val="0"/>
          <w:sz w:val="16"/>
          <w:u w:val="none"/>
        </w:rPr>
        <w:t xml:space="preserve"> that you don't want </w:t>
      </w:r>
      <w:r>
        <w:rPr>
          <w:b w:val="0"/>
          <w:i w:val="0"/>
          <w:smallCaps w:val="0"/>
          <w:strike w:val="0"/>
          <w:sz w:val="22"/>
          <w:u w:val="single"/>
        </w:rPr>
        <w:t xml:space="preserve">to </w:t>
      </w:r>
      <w:r>
        <w:rPr>
          <w:b/>
          <w:i w:val="0"/>
          <w:smallCaps w:val="0"/>
          <w:strike w:val="0"/>
          <w:sz w:val="22"/>
          <w:u w:val="single"/>
        </w:rPr>
        <w:t>follow</w:t>
      </w:r>
      <w:r>
        <w:rPr>
          <w:b w:val="0"/>
          <w:i w:val="0"/>
          <w:smallCaps w:val="0"/>
          <w:strike w:val="0"/>
          <w:sz w:val="16"/>
          <w:u w:val="none"/>
        </w:rPr>
        <w:t>.</w:t>
      </w:r>
    </w:p>
    <w:p>
      <w:pPr>
        <w:spacing w:after="60"/>
      </w:pPr>
      <w:r>
        <w:rPr>
          <w:b w:val="0"/>
          <w:i w:val="0"/>
          <w:smallCaps w:val="0"/>
          <w:strike w:val="0"/>
          <w:sz w:val="16"/>
          <w:u w:val="none"/>
        </w:rPr>
        <w:t xml:space="preserve">HAASS: The answer is yes, but. Yes, </w:t>
      </w:r>
      <w:r>
        <w:rPr>
          <w:b w:val="0"/>
          <w:i w:val="0"/>
          <w:smallCaps w:val="0"/>
          <w:strike w:val="0"/>
          <w:sz w:val="22"/>
          <w:highlight w:val="cyan"/>
          <w:u w:val="single"/>
        </w:rPr>
        <w:t>we need to improve</w:t>
      </w:r>
      <w:r>
        <w:rPr>
          <w:b w:val="0"/>
          <w:i w:val="0"/>
          <w:smallCaps w:val="0"/>
          <w:strike w:val="0"/>
          <w:sz w:val="22"/>
          <w:u w:val="single"/>
        </w:rPr>
        <w:t xml:space="preserve"> the </w:t>
      </w:r>
      <w:r>
        <w:rPr>
          <w:b w:val="0"/>
          <w:i w:val="0"/>
          <w:smallCaps w:val="0"/>
          <w:strike w:val="0"/>
          <w:sz w:val="22"/>
          <w:highlight w:val="cyan"/>
          <w:u w:val="single"/>
        </w:rPr>
        <w:t>functioning</w:t>
      </w:r>
      <w:r>
        <w:rPr>
          <w:b w:val="0"/>
          <w:i w:val="0"/>
          <w:smallCaps w:val="0"/>
          <w:strike w:val="0"/>
          <w:sz w:val="22"/>
          <w:u w:val="single"/>
        </w:rPr>
        <w:t xml:space="preserve"> of our political system</w:t>
      </w:r>
      <w:r>
        <w:rPr>
          <w:b w:val="0"/>
          <w:i w:val="0"/>
          <w:smallCaps w:val="0"/>
          <w:strike w:val="0"/>
          <w:sz w:val="16"/>
          <w:u w:val="none"/>
        </w:rPr>
        <w:t xml:space="preserve">, particularly in Washington. It works better at the state and local level in many cases. We’ve obviously got </w:t>
      </w:r>
      <w:r>
        <w:rPr>
          <w:b w:val="0"/>
          <w:i w:val="0"/>
          <w:smallCaps w:val="0"/>
          <w:strike w:val="0"/>
          <w:sz w:val="22"/>
          <w:highlight w:val="cyan"/>
          <w:u w:val="single"/>
        </w:rPr>
        <w:t>to provide</w:t>
      </w:r>
      <w:r>
        <w:rPr>
          <w:b w:val="0"/>
          <w:i w:val="0"/>
          <w:smallCaps w:val="0"/>
          <w:strike w:val="0"/>
          <w:sz w:val="22"/>
          <w:u w:val="single"/>
        </w:rPr>
        <w:t xml:space="preserve"> more of </w:t>
      </w:r>
      <w:r>
        <w:rPr>
          <w:b w:val="0"/>
          <w:i w:val="0"/>
          <w:smallCaps w:val="0"/>
          <w:strike w:val="0"/>
          <w:sz w:val="22"/>
          <w:highlight w:val="cyan"/>
          <w:u w:val="single"/>
        </w:rPr>
        <w:t xml:space="preserve">a </w:t>
      </w:r>
      <w:r>
        <w:rPr>
          <w:b/>
          <w:i w:val="0"/>
          <w:smallCaps w:val="0"/>
          <w:strike w:val="0"/>
          <w:sz w:val="22"/>
          <w:highlight w:val="cyan"/>
          <w:u w:val="single"/>
        </w:rPr>
        <w:t>safety net</w:t>
      </w:r>
      <w:r>
        <w:rPr>
          <w:b w:val="0"/>
          <w:i w:val="0"/>
          <w:smallCaps w:val="0"/>
          <w:strike w:val="0"/>
          <w:sz w:val="22"/>
          <w:u w:val="single"/>
        </w:rPr>
        <w:t xml:space="preserve"> for more</w:t>
      </w:r>
      <w:r>
        <w:rPr>
          <w:b w:val="0"/>
          <w:i w:val="0"/>
          <w:smallCaps w:val="0"/>
          <w:strike w:val="0"/>
          <w:sz w:val="16"/>
          <w:u w:val="none"/>
        </w:rPr>
        <w:t xml:space="preserve"> of our </w:t>
      </w:r>
      <w:r>
        <w:rPr>
          <w:b w:val="0"/>
          <w:i w:val="0"/>
          <w:smallCaps w:val="0"/>
          <w:strike w:val="0"/>
          <w:sz w:val="22"/>
          <w:u w:val="single"/>
        </w:rPr>
        <w:t xml:space="preserve">citizens. </w:t>
      </w:r>
      <w:r>
        <w:rPr>
          <w:b/>
          <w:i w:val="0"/>
          <w:smallCaps w:val="0"/>
          <w:strike w:val="0"/>
          <w:sz w:val="22"/>
          <w:highlight w:val="cyan"/>
          <w:u w:val="single"/>
        </w:rPr>
        <w:t xml:space="preserve">Infrastructure </w:t>
      </w:r>
      <w:r>
        <w:rPr>
          <w:b/>
          <w:i w:val="0"/>
          <w:smallCaps w:val="0"/>
          <w:strike w:val="0"/>
          <w:sz w:val="22"/>
          <w:highlight w:val="cyan"/>
          <w:u w:val="single"/>
        </w:rPr>
        <w:t>has to</w:t>
      </w:r>
      <w:r>
        <w:rPr>
          <w:b/>
          <w:i w:val="0"/>
          <w:smallCaps w:val="0"/>
          <w:strike w:val="0"/>
          <w:sz w:val="22"/>
          <w:highlight w:val="cyan"/>
          <w:u w:val="single"/>
        </w:rPr>
        <w:t xml:space="preserve"> be better</w:t>
      </w:r>
      <w:r>
        <w:rPr>
          <w:b w:val="0"/>
          <w:i w:val="0"/>
          <w:smallCaps w:val="0"/>
          <w:strike w:val="0"/>
          <w:sz w:val="16"/>
          <w:u w:val="none"/>
        </w:rPr>
        <w:t xml:space="preserve">. The kind of response we’ve had to this pandemic shows so many of our shortfalls. So, yes, there are lots of things we </w:t>
      </w:r>
      <w:r>
        <w:rPr>
          <w:b w:val="0"/>
          <w:i w:val="0"/>
          <w:smallCaps w:val="0"/>
          <w:strike w:val="0"/>
          <w:sz w:val="16"/>
          <w:u w:val="none"/>
        </w:rPr>
        <w:t>have to</w:t>
      </w:r>
      <w:r>
        <w:rPr>
          <w:b w:val="0"/>
          <w:i w:val="0"/>
          <w:smallCaps w:val="0"/>
          <w:strike w:val="0"/>
          <w:sz w:val="16"/>
          <w:u w:val="none"/>
        </w:rPr>
        <w:t xml:space="preserve"> do at home.</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