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w:t>
      </w:r>
      <w:r>
        <w:rPr>
          <w:b/>
          <w:i w:val="0"/>
          <w:smallCaps w:val="0"/>
          <w:strike w:val="0"/>
          <w:sz w:val="26"/>
          <w:u w:val="none"/>
        </w:rPr>
        <w:t>I</w:t>
      </w:r>
      <w:r>
        <w:rPr>
          <w:b/>
          <w:i w:val="0"/>
          <w:smallCaps w:val="0"/>
          <w:strike w:val="0"/>
          <w:sz w:val="26"/>
          <w:u w:val="none"/>
        </w:rPr>
        <w:t xml:space="preserve"> hallucinations will decrease with more development</w:t>
      </w:r>
    </w:p>
    <w:p>
      <w:pPr>
        <w:spacing w:after="80"/>
      </w:pPr>
      <w:r>
        <w:rPr>
          <w:b w:val="0"/>
          <w:i w:val="0"/>
          <w:smallCaps w:val="0"/>
          <w:strike w:val="0"/>
          <w:u w:val="none"/>
        </w:rPr>
        <w:t xml:space="preserve">Shoshana </w:t>
      </w:r>
      <w:r>
        <w:rPr>
          <w:b/>
          <w:i w:val="0"/>
          <w:smallCaps w:val="0"/>
          <w:strike w:val="0"/>
          <w:sz w:val="26"/>
          <w:u w:val="none"/>
        </w:rPr>
        <w:t>Kranish</w:t>
      </w:r>
      <w:r>
        <w:rPr>
          <w:b/>
          <w:i w:val="0"/>
          <w:smallCaps w:val="0"/>
          <w:strike w:val="0"/>
          <w:sz w:val="26"/>
          <w:u w:val="none"/>
        </w:rPr>
        <w:t xml:space="preserve"> 2024</w:t>
      </w:r>
      <w:r>
        <w:rPr>
          <w:b w:val="0"/>
          <w:i w:val="0"/>
          <w:smallCaps w:val="0"/>
          <w:strike w:val="0"/>
          <w:u w:val="none"/>
        </w:rPr>
        <w:t xml:space="preserve"> (Senior Communications Manager on the corporate publishing team at Dassault System, “Are AI’s Hallucinations its last mile problem?”, Dassault Systems, June 24, 2024,</w:t>
      </w:r>
      <w:r>
        <w:rPr>
          <w:b w:val="0"/>
          <w:i w:val="0"/>
          <w:smallCaps w:val="0"/>
          <w:strike w:val="0"/>
          <w:u w:val="none"/>
        </w:rPr>
        <w:t xml:space="preserve"> TAS- HW)</w:t>
      </w:r>
    </w:p>
    <w:p>
      <w:pPr>
        <w:spacing w:after="60"/>
      </w:pPr>
      <w:r>
        <w:rPr>
          <w:b w:val="0"/>
          <w:i w:val="0"/>
          <w:smallCaps w:val="0"/>
          <w:strike w:val="0"/>
          <w:sz w:val="26"/>
          <w:u w:val="single"/>
        </w:rPr>
        <w:t xml:space="preserve">Like any technology, </w:t>
      </w:r>
      <w:r>
        <w:rPr>
          <w:b w:val="0"/>
          <w:i w:val="0"/>
          <w:smallCaps w:val="0"/>
          <w:strike w:val="0"/>
          <w:sz w:val="26"/>
          <w:highlight w:val="yellow"/>
          <w:u w:val="single"/>
        </w:rPr>
        <w:t>AI requires</w:t>
      </w:r>
      <w:r>
        <w:rPr>
          <w:b w:val="0"/>
          <w:i w:val="0"/>
          <w:smallCaps w:val="0"/>
          <w:strike w:val="0"/>
          <w:sz w:val="16"/>
          <w:u w:val="none"/>
        </w:rPr>
        <w:t xml:space="preserve"> what NLP expert Kelly Stone calls </w:t>
      </w:r>
      <w:r>
        <w:rPr>
          <w:b w:val="0"/>
          <w:i w:val="0"/>
          <w:smallCaps w:val="0"/>
          <w:strike w:val="0"/>
          <w:sz w:val="26"/>
          <w:u w:val="single"/>
        </w:rPr>
        <w:t xml:space="preserve">the </w:t>
      </w:r>
      <w:r>
        <w:rPr>
          <w:b/>
          <w:i w:val="0"/>
          <w:smallCaps w:val="0"/>
          <w:strike w:val="0"/>
          <w:sz w:val="26"/>
          <w:highlight w:val="yellow"/>
          <w:u w:val="single"/>
        </w:rPr>
        <w:t>“human in the loop”</w:t>
      </w:r>
      <w:r>
        <w:rPr>
          <w:b w:val="0"/>
          <w:i w:val="0"/>
          <w:smallCaps w:val="0"/>
          <w:strike w:val="0"/>
          <w:sz w:val="26"/>
          <w:highlight w:val="yellow"/>
          <w:u w:val="single"/>
        </w:rPr>
        <w:t xml:space="preserve"> validation stage</w:t>
      </w:r>
      <w:r>
        <w:rPr>
          <w:b w:val="0"/>
          <w:i w:val="0"/>
          <w:smallCaps w:val="0"/>
          <w:strike w:val="0"/>
          <w:sz w:val="16"/>
          <w:u w:val="none"/>
        </w:rPr>
        <w:t xml:space="preserve">. Including humans in the </w:t>
      </w:r>
      <w:r>
        <w:rPr>
          <w:b w:val="0"/>
          <w:i w:val="0"/>
          <w:smallCaps w:val="0"/>
          <w:strike w:val="0"/>
          <w:sz w:val="26"/>
          <w:u w:val="single"/>
        </w:rPr>
        <w:t xml:space="preserve">process both </w:t>
      </w:r>
      <w:r>
        <w:rPr>
          <w:b w:val="0"/>
          <w:i w:val="0"/>
          <w:smallCaps w:val="0"/>
          <w:strike w:val="0"/>
          <w:sz w:val="26"/>
          <w:highlight w:val="yellow"/>
          <w:u w:val="single"/>
        </w:rPr>
        <w:t>to check and refine AI output</w:t>
      </w:r>
      <w:r>
        <w:rPr>
          <w:b w:val="0"/>
          <w:i w:val="0"/>
          <w:smallCaps w:val="0"/>
          <w:strike w:val="0"/>
          <w:sz w:val="26"/>
          <w:u w:val="single"/>
        </w:rPr>
        <w:t xml:space="preserve"> will </w:t>
      </w:r>
      <w:r>
        <w:rPr>
          <w:b w:val="0"/>
          <w:i w:val="0"/>
          <w:smallCaps w:val="0"/>
          <w:strike w:val="0"/>
          <w:sz w:val="26"/>
          <w:highlight w:val="yellow"/>
          <w:u w:val="single"/>
        </w:rPr>
        <w:t>ensure</w:t>
      </w:r>
      <w:r>
        <w:rPr>
          <w:b w:val="0"/>
          <w:i w:val="0"/>
          <w:smallCaps w:val="0"/>
          <w:strike w:val="0"/>
          <w:sz w:val="26"/>
          <w:u w:val="single"/>
        </w:rPr>
        <w:t xml:space="preserve"> that </w:t>
      </w:r>
      <w:r>
        <w:rPr>
          <w:b w:val="0"/>
          <w:i w:val="0"/>
          <w:smallCaps w:val="0"/>
          <w:strike w:val="0"/>
          <w:sz w:val="26"/>
          <w:highlight w:val="yellow"/>
          <w:u w:val="single"/>
        </w:rPr>
        <w:t>this type of technology</w:t>
      </w:r>
      <w:r>
        <w:rPr>
          <w:b w:val="0"/>
          <w:i w:val="0"/>
          <w:smallCaps w:val="0"/>
          <w:strike w:val="0"/>
          <w:sz w:val="26"/>
          <w:u w:val="single"/>
        </w:rPr>
        <w:t xml:space="preserve"> continues to learn so </w:t>
      </w:r>
      <w:r>
        <w:rPr>
          <w:b w:val="0"/>
          <w:i w:val="0"/>
          <w:smallCaps w:val="0"/>
          <w:strike w:val="0"/>
          <w:sz w:val="16"/>
          <w:u w:val="none"/>
        </w:rPr>
        <w:t>that, down the line</w:t>
      </w:r>
      <w:r>
        <w:rPr>
          <w:b w:val="0"/>
          <w:i w:val="0"/>
          <w:smallCaps w:val="0"/>
          <w:strike w:val="0"/>
          <w:sz w:val="26"/>
          <w:u w:val="single"/>
        </w:rPr>
        <w:t xml:space="preserve">, it’ll </w:t>
      </w:r>
      <w:r>
        <w:rPr>
          <w:b w:val="0"/>
          <w:i w:val="0"/>
          <w:smallCaps w:val="0"/>
          <w:strike w:val="0"/>
          <w:sz w:val="26"/>
          <w:highlight w:val="yellow"/>
          <w:u w:val="single"/>
        </w:rPr>
        <w:t>produce</w:t>
      </w:r>
      <w:r>
        <w:rPr>
          <w:b w:val="0"/>
          <w:i w:val="0"/>
          <w:smallCaps w:val="0"/>
          <w:strike w:val="0"/>
          <w:sz w:val="26"/>
          <w:u w:val="single"/>
        </w:rPr>
        <w:t xml:space="preserve"> even </w:t>
      </w:r>
      <w:r>
        <w:rPr>
          <w:b w:val="0"/>
          <w:i w:val="0"/>
          <w:smallCaps w:val="0"/>
          <w:strike w:val="0"/>
          <w:sz w:val="26"/>
          <w:highlight w:val="yellow"/>
          <w:u w:val="single"/>
        </w:rPr>
        <w:t>more refined and accurate answers.</w:t>
      </w:r>
    </w:p>
    <w:p>
      <w:pPr>
        <w:spacing w:after="60"/>
      </w:pPr>
      <w:r>
        <w:rPr>
          <w:b w:val="0"/>
          <w:i w:val="0"/>
          <w:smallCaps w:val="0"/>
          <w:strike w:val="0"/>
          <w:sz w:val="26"/>
          <w:highlight w:val="yellow"/>
          <w:u w:val="single"/>
        </w:rPr>
        <w:t>AI companies are</w:t>
      </w:r>
      <w:r>
        <w:rPr>
          <w:b w:val="0"/>
          <w:i w:val="0"/>
          <w:smallCaps w:val="0"/>
          <w:strike w:val="0"/>
          <w:sz w:val="26"/>
          <w:u w:val="single"/>
        </w:rPr>
        <w:t xml:space="preserve"> continuously </w:t>
      </w:r>
      <w:r>
        <w:rPr>
          <w:b w:val="0"/>
          <w:i w:val="0"/>
          <w:smallCaps w:val="0"/>
          <w:strike w:val="0"/>
          <w:sz w:val="26"/>
          <w:highlight w:val="yellow"/>
          <w:u w:val="single"/>
        </w:rPr>
        <w:t>working to improv</w:t>
      </w:r>
      <w:r>
        <w:rPr>
          <w:b w:val="0"/>
          <w:i w:val="0"/>
          <w:smallCaps w:val="0"/>
          <w:strike w:val="0"/>
          <w:sz w:val="26"/>
          <w:u w:val="single"/>
        </w:rPr>
        <w:t xml:space="preserve">e their </w:t>
      </w:r>
      <w:r>
        <w:rPr>
          <w:b w:val="0"/>
          <w:i w:val="0"/>
          <w:smallCaps w:val="0"/>
          <w:strike w:val="0"/>
          <w:sz w:val="26"/>
          <w:highlight w:val="yellow"/>
          <w:u w:val="single"/>
        </w:rPr>
        <w:t>products</w:t>
      </w:r>
      <w:r>
        <w:rPr>
          <w:b w:val="0"/>
          <w:i w:val="0"/>
          <w:smallCaps w:val="0"/>
          <w:strike w:val="0"/>
          <w:sz w:val="16"/>
          <w:u w:val="none"/>
        </w:rPr>
        <w:t xml:space="preserve">, and there are a few </w:t>
      </w:r>
      <w:r>
        <w:rPr>
          <w:b w:val="0"/>
          <w:i w:val="0"/>
          <w:smallCaps w:val="0"/>
          <w:strike w:val="0"/>
          <w:sz w:val="16"/>
          <w:u w:val="none"/>
        </w:rPr>
        <w:t>key ways</w:t>
      </w:r>
      <w:r>
        <w:rPr>
          <w:b w:val="0"/>
          <w:i w:val="0"/>
          <w:smallCaps w:val="0"/>
          <w:strike w:val="0"/>
          <w:sz w:val="16"/>
          <w:u w:val="none"/>
        </w:rPr>
        <w:t xml:space="preserve"> that these improvements are typically made. Having an abundance of data is a formidable </w:t>
      </w:r>
      <w:r>
        <w:rPr>
          <w:b w:val="0"/>
          <w:i w:val="0"/>
          <w:smallCaps w:val="0"/>
          <w:strike w:val="0"/>
          <w:sz w:val="16"/>
          <w:u w:val="none"/>
        </w:rPr>
        <w:t>start, but</w:t>
      </w:r>
      <w:r>
        <w:rPr>
          <w:b w:val="0"/>
          <w:i w:val="0"/>
          <w:smallCaps w:val="0"/>
          <w:strike w:val="0"/>
          <w:sz w:val="16"/>
          <w:u w:val="none"/>
        </w:rPr>
        <w:t xml:space="preserve"> structuring that data in a way that </w:t>
      </w:r>
      <w:r>
        <w:rPr>
          <w:b w:val="0"/>
          <w:i w:val="0"/>
          <w:smallCaps w:val="0"/>
          <w:strike w:val="0"/>
          <w:sz w:val="16"/>
          <w:u w:val="none"/>
        </w:rPr>
        <w:t>it’s</w:t>
      </w:r>
      <w:r>
        <w:rPr>
          <w:b w:val="0"/>
          <w:i w:val="0"/>
          <w:smallCaps w:val="0"/>
          <w:strike w:val="0"/>
          <w:sz w:val="16"/>
          <w:u w:val="none"/>
        </w:rPr>
        <w:t xml:space="preserve"> easily accessible and usable is the real challenge. And </w:t>
      </w:r>
      <w:r>
        <w:rPr>
          <w:b w:val="0"/>
          <w:i w:val="0"/>
          <w:smallCaps w:val="0"/>
          <w:strike w:val="0"/>
          <w:sz w:val="26"/>
          <w:u w:val="single"/>
        </w:rPr>
        <w:t>considering that most companies’ data constantly grows – and sometimes does so exponentially – means a robust structure is incredibly important.</w:t>
      </w:r>
    </w:p>
    <w:p>
      <w:pPr>
        <w:spacing w:after="60"/>
      </w:pPr>
      <w:r>
        <w:rPr>
          <w:b w:val="0"/>
          <w:i w:val="0"/>
          <w:smallCaps w:val="0"/>
          <w:strike w:val="0"/>
          <w:sz w:val="26"/>
          <w:u w:val="single"/>
        </w:rPr>
        <w:t>Maintaining databases in a singular location, like the 3DEXPERIENCE platform, enables companies to keep their information in a consistent setting and state</w:t>
      </w:r>
      <w:r>
        <w:rPr>
          <w:b w:val="0"/>
          <w:i w:val="0"/>
          <w:smallCaps w:val="0"/>
          <w:strike w:val="0"/>
          <w:sz w:val="16"/>
          <w:u w:val="none"/>
        </w:rPr>
        <w:t xml:space="preserve">. From there can this data be effectively leveraged for any type of function, whether it’s predicting cost fluctuations or performing NLP to contextualize market trends. </w:t>
      </w:r>
      <w:r>
        <w:rPr>
          <w:b w:val="0"/>
          <w:i w:val="0"/>
          <w:smallCaps w:val="0"/>
          <w:strike w:val="0"/>
          <w:sz w:val="26"/>
          <w:u w:val="single"/>
        </w:rPr>
        <w:t>Moving away from siloed information, the managed platform gives users access to advanced analytics that have the potential to optimize processes, uncover new opportunities and transform business operations for the better.</w:t>
      </w:r>
    </w:p>
    <w:p>
      <w:pPr>
        <w:spacing w:after="60"/>
      </w:pPr>
      <w:r>
        <w:rPr>
          <w:b w:val="0"/>
          <w:i w:val="0"/>
          <w:smallCaps w:val="0"/>
          <w:strike w:val="0"/>
          <w:sz w:val="16"/>
          <w:u w:val="none"/>
        </w:rPr>
        <w:t xml:space="preserve">Stone, of Dassault </w:t>
      </w:r>
      <w:r>
        <w:rPr>
          <w:b w:val="0"/>
          <w:i w:val="0"/>
          <w:smallCaps w:val="0"/>
          <w:strike w:val="0"/>
          <w:sz w:val="16"/>
          <w:u w:val="none"/>
        </w:rPr>
        <w:t>Systèmes</w:t>
      </w:r>
      <w:r>
        <w:rPr>
          <w:b w:val="0"/>
          <w:i w:val="0"/>
          <w:smallCaps w:val="0"/>
          <w:strike w:val="0"/>
          <w:sz w:val="16"/>
          <w:u w:val="none"/>
        </w:rPr>
        <w:t>’ information intelligence brand NETVIBES, advocates further development and usage of programs like these. Refining AI will reduce hallucinations, resulting in more trustworthy tools for users of all kinds. Combine that with continued expansion of back-end programs and the AI that fuels them, and you’ve got a perfect storm of intelligence.</w:t>
      </w:r>
    </w:p>
    <w:p>
      <w:pPr>
        <w:spacing w:after="60"/>
      </w:pPr>
      <w:r>
        <w:rPr>
          <w:b w:val="0"/>
          <w:i w:val="0"/>
          <w:smallCaps w:val="0"/>
          <w:strike w:val="0"/>
          <w:sz w:val="16"/>
          <w:u w:val="none"/>
        </w:rPr>
        <w:t>“</w:t>
      </w:r>
      <w:r>
        <w:rPr>
          <w:b w:val="0"/>
          <w:i w:val="0"/>
          <w:smallCaps w:val="0"/>
          <w:strike w:val="0"/>
          <w:sz w:val="26"/>
          <w:highlight w:val="yellow"/>
          <w:u w:val="single"/>
        </w:rPr>
        <w:t>I do</w:t>
      </w:r>
      <w:r>
        <w:rPr>
          <w:b w:val="0"/>
          <w:i w:val="0"/>
          <w:smallCaps w:val="0"/>
          <w:strike w:val="0"/>
          <w:sz w:val="26"/>
          <w:u w:val="single"/>
        </w:rPr>
        <w:t xml:space="preserve"> kind of </w:t>
      </w:r>
      <w:r>
        <w:rPr>
          <w:b w:val="0"/>
          <w:i w:val="0"/>
          <w:smallCaps w:val="0"/>
          <w:strike w:val="0"/>
          <w:sz w:val="26"/>
          <w:highlight w:val="yellow"/>
          <w:u w:val="single"/>
        </w:rPr>
        <w:t>believe there’s a future where AI is</w:t>
      </w:r>
      <w:r>
        <w:rPr>
          <w:b w:val="0"/>
          <w:i w:val="0"/>
          <w:smallCaps w:val="0"/>
          <w:strike w:val="0"/>
          <w:sz w:val="26"/>
          <w:u w:val="single"/>
        </w:rPr>
        <w:t xml:space="preserve"> incredibly </w:t>
      </w:r>
      <w:r>
        <w:rPr>
          <w:b w:val="0"/>
          <w:i w:val="0"/>
          <w:smallCaps w:val="0"/>
          <w:strike w:val="0"/>
          <w:sz w:val="26"/>
          <w:highlight w:val="yellow"/>
          <w:u w:val="single"/>
        </w:rPr>
        <w:t>reliable</w:t>
      </w:r>
      <w:r>
        <w:rPr>
          <w:b w:val="0"/>
          <w:i w:val="0"/>
          <w:smallCaps w:val="0"/>
          <w:strike w:val="0"/>
          <w:sz w:val="16"/>
          <w:u w:val="none"/>
        </w:rPr>
        <w:t xml:space="preserve">,” Stone said. Though she admits we’re not there yet, </w:t>
      </w:r>
      <w:r>
        <w:rPr>
          <w:b w:val="0"/>
          <w:i w:val="0"/>
          <w:smallCaps w:val="0"/>
          <w:strike w:val="0"/>
          <w:sz w:val="26"/>
          <w:u w:val="single"/>
        </w:rPr>
        <w:t xml:space="preserve">she thinks the prospect of all kinds of </w:t>
      </w:r>
      <w:r>
        <w:rPr>
          <w:b w:val="0"/>
          <w:i w:val="0"/>
          <w:smallCaps w:val="0"/>
          <w:strike w:val="0"/>
          <w:sz w:val="26"/>
          <w:highlight w:val="yellow"/>
          <w:u w:val="single"/>
        </w:rPr>
        <w:t>AI</w:t>
      </w:r>
      <w:r>
        <w:rPr>
          <w:b w:val="0"/>
          <w:i w:val="0"/>
          <w:smallCaps w:val="0"/>
          <w:strike w:val="0"/>
          <w:sz w:val="26"/>
          <w:u w:val="single"/>
        </w:rPr>
        <w:t xml:space="preserve"> – generative, discriminative and predictive alike </w:t>
      </w:r>
      <w:r>
        <w:rPr>
          <w:b w:val="0"/>
          <w:i w:val="0"/>
          <w:smallCaps w:val="0"/>
          <w:strike w:val="0"/>
          <w:sz w:val="26"/>
          <w:highlight w:val="yellow"/>
          <w:u w:val="single"/>
        </w:rPr>
        <w:t>– being closer to 100% accurate instead of 80%</w:t>
      </w:r>
      <w:r>
        <w:rPr>
          <w:b w:val="0"/>
          <w:i w:val="0"/>
          <w:smallCaps w:val="0"/>
          <w:strike w:val="0"/>
          <w:sz w:val="26"/>
          <w:u w:val="single"/>
        </w:rPr>
        <w:t xml:space="preserve"> or so isn’t unimaginable.</w:t>
      </w:r>
    </w:p>
    <w:p>
      <w:pPr>
        <w:spacing w:after="60"/>
      </w:pPr>
      <w:r>
        <w:rPr>
          <w:b w:val="0"/>
          <w:i w:val="0"/>
          <w:smallCaps w:val="0"/>
          <w:strike w:val="0"/>
          <w:sz w:val="16"/>
          <w:u w:val="none"/>
        </w:rPr>
        <w:t xml:space="preserve">Absolute excellence is impossible: as humans, we can’t even achieve that, so attempting to create a machine that would be able to be is a bit far-fetched. But </w:t>
      </w:r>
      <w:r>
        <w:rPr>
          <w:b w:val="0"/>
          <w:i w:val="0"/>
          <w:smallCaps w:val="0"/>
          <w:strike w:val="0"/>
          <w:sz w:val="26"/>
          <w:highlight w:val="yellow"/>
          <w:u w:val="single"/>
        </w:rPr>
        <w:t xml:space="preserve">overcoming </w:t>
      </w:r>
      <w:r>
        <w:rPr>
          <w:b w:val="0"/>
          <w:i w:val="0"/>
          <w:smallCaps w:val="0"/>
          <w:strike w:val="0"/>
          <w:sz w:val="26"/>
          <w:u w:val="single"/>
        </w:rPr>
        <w:t xml:space="preserve">hurdles like generative </w:t>
      </w:r>
      <w:r>
        <w:rPr>
          <w:b w:val="0"/>
          <w:i w:val="0"/>
          <w:smallCaps w:val="0"/>
          <w:strike w:val="0"/>
          <w:sz w:val="26"/>
          <w:highlight w:val="yellow"/>
          <w:u w:val="single"/>
        </w:rPr>
        <w:t>AI hallucinations</w:t>
      </w:r>
      <w:r>
        <w:rPr>
          <w:b w:val="0"/>
          <w:i w:val="0"/>
          <w:smallCaps w:val="0"/>
          <w:strike w:val="0"/>
          <w:sz w:val="26"/>
          <w:u w:val="single"/>
        </w:rPr>
        <w:t xml:space="preserve"> </w:t>
      </w:r>
      <w:r>
        <w:rPr>
          <w:b w:val="0"/>
          <w:i w:val="0"/>
          <w:smallCaps w:val="0"/>
          <w:strike w:val="0"/>
          <w:sz w:val="26"/>
          <w:highlight w:val="yellow"/>
          <w:u w:val="single"/>
        </w:rPr>
        <w:t xml:space="preserve">will </w:t>
      </w:r>
      <w:r>
        <w:rPr>
          <w:b w:val="0"/>
          <w:i w:val="0"/>
          <w:smallCaps w:val="0"/>
          <w:strike w:val="0"/>
          <w:sz w:val="26"/>
          <w:highlight w:val="yellow"/>
          <w:u w:val="single"/>
        </w:rPr>
        <w:t>ope</w:t>
      </w:r>
      <w:r>
        <w:rPr>
          <w:b w:val="0"/>
          <w:i w:val="0"/>
          <w:smallCaps w:val="0"/>
          <w:strike w:val="0"/>
          <w:sz w:val="26"/>
          <w:u w:val="single"/>
        </w:rPr>
        <w:t>n up</w:t>
      </w:r>
      <w:r>
        <w:rPr>
          <w:b w:val="0"/>
          <w:i w:val="0"/>
          <w:smallCaps w:val="0"/>
          <w:strike w:val="0"/>
          <w:sz w:val="26"/>
          <w:u w:val="single"/>
        </w:rPr>
        <w:t xml:space="preserve"> </w:t>
      </w:r>
      <w:r>
        <w:rPr>
          <w:b w:val="0"/>
          <w:i w:val="0"/>
          <w:smallCaps w:val="0"/>
          <w:strike w:val="0"/>
          <w:sz w:val="26"/>
          <w:highlight w:val="yellow"/>
          <w:u w:val="single"/>
        </w:rPr>
        <w:t>a world</w:t>
      </w:r>
      <w:r>
        <w:rPr>
          <w:b w:val="0"/>
          <w:i w:val="0"/>
          <w:smallCaps w:val="0"/>
          <w:strike w:val="0"/>
          <w:sz w:val="26"/>
          <w:u w:val="single"/>
        </w:rPr>
        <w:t xml:space="preserve"> of </w:t>
      </w:r>
      <w:r>
        <w:rPr>
          <w:b w:val="0"/>
          <w:i w:val="0"/>
          <w:smallCaps w:val="0"/>
          <w:strike w:val="0"/>
          <w:sz w:val="26"/>
          <w:highlight w:val="yellow"/>
          <w:u w:val="single"/>
        </w:rPr>
        <w:t>possibilities</w:t>
      </w:r>
      <w:r>
        <w:rPr>
          <w:b w:val="0"/>
          <w:i w:val="0"/>
          <w:smallCaps w:val="0"/>
          <w:strike w:val="0"/>
          <w:sz w:val="26"/>
          <w:u w:val="single"/>
        </w:rPr>
        <w:t xml:space="preserve"> </w:t>
      </w:r>
      <w:r>
        <w:rPr>
          <w:b w:val="0"/>
          <w:i w:val="0"/>
          <w:smallCaps w:val="0"/>
          <w:strike w:val="0"/>
          <w:sz w:val="26"/>
          <w:highlight w:val="yellow"/>
          <w:u w:val="single"/>
        </w:rPr>
        <w:t>that will</w:t>
      </w:r>
      <w:r>
        <w:rPr>
          <w:b w:val="0"/>
          <w:i w:val="0"/>
          <w:smallCaps w:val="0"/>
          <w:strike w:val="0"/>
          <w:sz w:val="26"/>
          <w:u w:val="single"/>
        </w:rPr>
        <w:t xml:space="preserve"> enable us to </w:t>
      </w:r>
      <w:r>
        <w:rPr>
          <w:b w:val="0"/>
          <w:i w:val="0"/>
          <w:smallCaps w:val="0"/>
          <w:strike w:val="0"/>
          <w:sz w:val="26"/>
          <w:highlight w:val="yellow"/>
          <w:u w:val="single"/>
        </w:rPr>
        <w:t>realize the full promise of this type of emerging technology</w:t>
      </w:r>
      <w:r>
        <w:rPr>
          <w:b/>
          <w:i w:val="0"/>
          <w:smallCaps w:val="0"/>
          <w:strike w:val="0"/>
          <w:sz w:val="26"/>
          <w:u w:val="single"/>
        </w:rPr>
        <w:t>.</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