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Rise of AI will restore journalism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>Mwaniki 24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u w:val="none"/>
        </w:rPr>
        <w:t>Philip Mwaniki, w</w:t>
      </w:r>
      <w:r>
        <w:rPr>
          <w:b w:val="0"/>
          <w:i w:val="0"/>
          <w:smallCaps w:val="0"/>
          <w:strike w:val="0"/>
          <w:u w:val="none"/>
        </w:rPr>
        <w:t>riter for the C</w:t>
      </w:r>
      <w:r>
        <w:rPr>
          <w:b w:val="0"/>
          <w:i w:val="0"/>
          <w:smallCaps w:val="0"/>
          <w:strike w:val="0"/>
          <w:u w:val="none"/>
        </w:rPr>
        <w:t>i</w:t>
      </w:r>
      <w:r>
        <w:rPr>
          <w:b w:val="0"/>
          <w:i w:val="0"/>
          <w:smallCaps w:val="0"/>
          <w:strike w:val="0"/>
          <w:u w:val="none"/>
        </w:rPr>
        <w:t>tizen Digital</w:t>
      </w:r>
      <w:r>
        <w:rPr>
          <w:b w:val="0"/>
          <w:i w:val="0"/>
          <w:smallCaps w:val="0"/>
          <w:strike w:val="0"/>
          <w:u w:val="none"/>
        </w:rPr>
        <w:t>, "</w:t>
      </w:r>
      <w:r>
        <w:rPr>
          <w:b w:val="0"/>
          <w:i w:val="0"/>
          <w:smallCaps w:val="0"/>
          <w:strike w:val="0"/>
          <w:u w:val="none"/>
        </w:rPr>
        <w:t>A.I</w:t>
      </w:r>
      <w:r>
        <w:rPr>
          <w:b w:val="0"/>
          <w:i w:val="0"/>
          <w:smallCaps w:val="0"/>
          <w:strike w:val="0"/>
          <w:u w:val="none"/>
        </w:rPr>
        <w:t xml:space="preserve"> will not kill journalism: How to stay ahead of the revolution", Citizen Digital, 1-22-2024,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https://www.citizen.digital/tech/ai-will-not-kill-journalism-how-to-stay-ahead-of-the-revolution-n335264)</w:t>
      </w:r>
      <w:r>
        <w:rPr>
          <w:b w:val="0"/>
          <w:i w:val="0"/>
          <w:smallCaps w:val="0"/>
          <w:strike w:val="0"/>
          <w:u w:val="none"/>
        </w:rPr>
        <w:t>//SG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Yes, there will be casualties in all of </w:t>
      </w:r>
      <w:r>
        <w:rPr>
          <w:b w:val="0"/>
          <w:i w:val="0"/>
          <w:smallCaps w:val="0"/>
          <w:strike w:val="0"/>
          <w:sz w:val="14"/>
          <w:u w:val="none"/>
        </w:rPr>
        <w:t>this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but one thing is for sure, </w:t>
      </w:r>
      <w:r>
        <w:rPr>
          <w:b/>
          <w:i w:val="0"/>
          <w:smallCaps w:val="0"/>
          <w:strike w:val="0"/>
          <w:highlight w:val="green"/>
          <w:u w:val="single"/>
        </w:rPr>
        <w:t>journalism is not going to die</w:t>
      </w:r>
      <w:r>
        <w:rPr>
          <w:b w:val="0"/>
          <w:i w:val="0"/>
          <w:smallCaps w:val="0"/>
          <w:strike w:val="0"/>
          <w:sz w:val="14"/>
          <w:u w:val="none"/>
        </w:rPr>
        <w:t>. It will mutate not die off.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The Salem Witch Trials</w:t>
      </w:r>
    </w:p>
    <w:p>
      <w:pPr>
        <w:spacing w:after="60"/>
      </w:pPr>
      <w:r>
        <w:rPr>
          <w:b/>
          <w:i w:val="0"/>
          <w:smallCaps w:val="0"/>
          <w:strike w:val="0"/>
          <w:u w:val="single"/>
        </w:rPr>
        <w:t>At any point 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</w:t>
      </w:r>
      <w:r>
        <w:rPr>
          <w:b/>
          <w:i w:val="0"/>
          <w:smallCaps w:val="0"/>
          <w:strike w:val="0"/>
          <w:u w:val="single"/>
        </w:rPr>
        <w:t>history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of mankind, </w:t>
      </w:r>
      <w:r>
        <w:rPr>
          <w:b w:val="0"/>
          <w:i w:val="0"/>
          <w:smallCaps w:val="0"/>
          <w:strike w:val="0"/>
          <w:u w:val="single"/>
        </w:rPr>
        <w:t>a new thing has always been met by hysteria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complete with pitchforks and burnings akin to the Salem witch trials of 1692.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There were </w:t>
      </w:r>
      <w:r>
        <w:rPr>
          <w:b w:val="0"/>
          <w:i w:val="0"/>
          <w:smallCaps w:val="0"/>
          <w:strike w:val="0"/>
          <w:u w:val="single"/>
        </w:rPr>
        <w:t>many medical breakthroughs that we are used to today, that back then, were deemed as witchcraft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doctors had to flee to save their lives.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In the late 20s when radio was getting popular and more people were relying on it, many thought that print as a news medium was about to die. Yes, </w:t>
      </w:r>
      <w:r>
        <w:rPr>
          <w:b w:val="0"/>
          <w:i w:val="0"/>
          <w:smallCaps w:val="0"/>
          <w:strike w:val="0"/>
          <w:u w:val="single"/>
        </w:rPr>
        <w:t>they have been killing print for years and it still exists even though it is greatly hobbled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now.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As far back as the 1800s, </w:t>
      </w:r>
      <w:r>
        <w:rPr>
          <w:b/>
          <w:i w:val="0"/>
          <w:smallCaps w:val="0"/>
          <w:strike w:val="0"/>
          <w:highlight w:val="green"/>
          <w:u w:val="single"/>
        </w:rPr>
        <w:t>technological advancements have always been met with</w:t>
      </w:r>
      <w:r>
        <w:rPr>
          <w:b w:val="0"/>
          <w:i w:val="0"/>
          <w:smallCaps w:val="0"/>
          <w:strike w:val="0"/>
          <w:u w:val="single"/>
        </w:rPr>
        <w:t xml:space="preserve"> great </w:t>
      </w:r>
      <w:r>
        <w:rPr>
          <w:b/>
          <w:i w:val="0"/>
          <w:smallCaps w:val="0"/>
          <w:strike w:val="0"/>
          <w:highlight w:val="green"/>
          <w:u w:val="single"/>
        </w:rPr>
        <w:t>fear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The </w:t>
      </w:r>
      <w:r>
        <w:rPr>
          <w:b/>
          <w:i w:val="0"/>
          <w:smallCaps w:val="0"/>
          <w:strike w:val="0"/>
          <w:highlight w:val="green"/>
          <w:u w:val="single"/>
        </w:rPr>
        <w:t>Luddites</w:t>
      </w:r>
      <w:r>
        <w:rPr>
          <w:b w:val="0"/>
          <w:i w:val="0"/>
          <w:smallCaps w:val="0"/>
          <w:strike w:val="0"/>
          <w:sz w:val="14"/>
          <w:highlight w:val="green"/>
          <w:u w:val="none"/>
        </w:rPr>
        <w:t>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 group of English textile workers </w:t>
      </w:r>
      <w:r>
        <w:rPr>
          <w:b/>
          <w:i w:val="0"/>
          <w:smallCaps w:val="0"/>
          <w:strike w:val="0"/>
          <w:sz w:val="14"/>
          <w:u w:val="none"/>
        </w:rPr>
        <w:t xml:space="preserve">were </w:t>
      </w:r>
      <w:r>
        <w:rPr>
          <w:b/>
          <w:i w:val="0"/>
          <w:smallCaps w:val="0"/>
          <w:strike w:val="0"/>
          <w:u w:val="single"/>
        </w:rPr>
        <w:t xml:space="preserve">hysterical </w:t>
      </w:r>
      <w:r>
        <w:rPr>
          <w:b/>
          <w:i w:val="0"/>
          <w:smallCaps w:val="0"/>
          <w:strike w:val="0"/>
          <w:highlight w:val="green"/>
          <w:u w:val="single"/>
        </w:rPr>
        <w:t>when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highlight w:val="green"/>
          <w:u w:val="single"/>
        </w:rPr>
        <w:t>weaving machines were introduced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They </w:t>
      </w:r>
      <w:r>
        <w:rPr>
          <w:b/>
          <w:i w:val="0"/>
          <w:smallCaps w:val="0"/>
          <w:strike w:val="0"/>
          <w:highlight w:val="green"/>
          <w:u w:val="single"/>
        </w:rPr>
        <w:t>feared that</w:t>
      </w:r>
      <w:r>
        <w:rPr>
          <w:b w:val="0"/>
          <w:i w:val="0"/>
          <w:smallCaps w:val="0"/>
          <w:strike w:val="0"/>
          <w:u w:val="single"/>
        </w:rPr>
        <w:t xml:space="preserve"> these </w:t>
      </w:r>
      <w:r>
        <w:rPr>
          <w:b/>
          <w:i w:val="0"/>
          <w:smallCaps w:val="0"/>
          <w:strike w:val="0"/>
          <w:highlight w:val="green"/>
          <w:u w:val="single"/>
        </w:rPr>
        <w:t>machines were coming to kill their livelihoods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highlight w:val="green"/>
          <w:u w:val="single"/>
        </w:rPr>
        <w:t>Years later, this innovation brought about more work, more factories and more money</w:t>
      </w:r>
      <w:r>
        <w:rPr>
          <w:b w:val="0"/>
          <w:i w:val="0"/>
          <w:smallCaps w:val="0"/>
          <w:strike w:val="0"/>
          <w:sz w:val="14"/>
          <w:u w:val="none"/>
        </w:rPr>
        <w:t>. The Luddites who went ahead and learnt how to use machines survived, those who stuck to their old ways thinned out.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All these historical examples show that fear is part of </w:t>
      </w:r>
      <w:r>
        <w:rPr>
          <w:b w:val="0"/>
          <w:i w:val="0"/>
          <w:smallCaps w:val="0"/>
          <w:strike w:val="0"/>
          <w:u w:val="single"/>
        </w:rPr>
        <w:t xml:space="preserve">any dawning innovation moment and with good reason; </w:t>
      </w:r>
      <w:r>
        <w:rPr>
          <w:b/>
          <w:i w:val="0"/>
          <w:smallCaps w:val="0"/>
          <w:strike w:val="0"/>
          <w:highlight w:val="green"/>
          <w:u w:val="single"/>
        </w:rPr>
        <w:t>humans get used</w:t>
      </w:r>
      <w:r>
        <w:rPr>
          <w:b/>
          <w:i w:val="0"/>
          <w:smallCaps w:val="0"/>
          <w:strike w:val="0"/>
          <w:u w:val="single"/>
        </w:rPr>
        <w:t xml:space="preserve"> to one way or </w:t>
      </w:r>
      <w:r>
        <w:rPr>
          <w:b/>
          <w:i w:val="0"/>
          <w:smallCaps w:val="0"/>
          <w:strike w:val="0"/>
          <w:highlight w:val="green"/>
          <w:u w:val="single"/>
        </w:rPr>
        <w:t>one thing</w:t>
      </w:r>
      <w:r>
        <w:rPr>
          <w:b/>
          <w:i w:val="0"/>
          <w:smallCaps w:val="0"/>
          <w:strike w:val="0"/>
          <w:u w:val="single"/>
        </w:rPr>
        <w:t xml:space="preserve"> for a while</w:t>
      </w:r>
      <w:r>
        <w:rPr>
          <w:b w:val="0"/>
          <w:i w:val="0"/>
          <w:smallCaps w:val="0"/>
          <w:strike w:val="0"/>
          <w:u w:val="single"/>
        </w:rPr>
        <w:t xml:space="preserve"> and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so </w:t>
      </w:r>
      <w:r>
        <w:rPr>
          <w:b/>
          <w:i w:val="0"/>
          <w:smallCaps w:val="0"/>
          <w:strike w:val="0"/>
          <w:highlight w:val="green"/>
          <w:u w:val="single"/>
        </w:rPr>
        <w:t>trying to bring something</w:t>
      </w:r>
      <w:r>
        <w:rPr>
          <w:b/>
          <w:i w:val="0"/>
          <w:smallCaps w:val="0"/>
          <w:strike w:val="0"/>
          <w:u w:val="single"/>
        </w:rPr>
        <w:t xml:space="preserve"> that is</w:t>
      </w:r>
      <w:r>
        <w:rPr>
          <w:b w:val="0"/>
          <w:i w:val="0"/>
          <w:smallCaps w:val="0"/>
          <w:strike w:val="0"/>
          <w:u w:val="single"/>
        </w:rPr>
        <w:t xml:space="preserve"> faster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and </w:t>
      </w:r>
      <w:r>
        <w:rPr>
          <w:b/>
          <w:i w:val="0"/>
          <w:smallCaps w:val="0"/>
          <w:strike w:val="0"/>
          <w:highlight w:val="green"/>
          <w:u w:val="single"/>
        </w:rPr>
        <w:t>better breeds contempt and fear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highlight w:val="green"/>
          <w:u w:val="single"/>
        </w:rPr>
        <w:t>This is</w:t>
      </w:r>
      <w:r>
        <w:rPr>
          <w:b/>
          <w:i w:val="0"/>
          <w:smallCaps w:val="0"/>
          <w:strike w:val="0"/>
          <w:u w:val="single"/>
        </w:rPr>
        <w:t xml:space="preserve"> what is </w:t>
      </w:r>
      <w:r>
        <w:rPr>
          <w:b/>
          <w:i w:val="0"/>
          <w:smallCaps w:val="0"/>
          <w:strike w:val="0"/>
          <w:highlight w:val="green"/>
          <w:u w:val="single"/>
        </w:rPr>
        <w:t>happening in journalism</w:t>
      </w:r>
      <w:r>
        <w:rPr>
          <w:b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today </w:t>
      </w:r>
      <w:r>
        <w:rPr>
          <w:b w:val="0"/>
          <w:i w:val="0"/>
          <w:smallCaps w:val="0"/>
          <w:strike w:val="0"/>
          <w:u w:val="single"/>
        </w:rPr>
        <w:t>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of course, </w:t>
      </w:r>
      <w:r>
        <w:rPr>
          <w:b w:val="0"/>
          <w:i w:val="0"/>
          <w:smallCaps w:val="0"/>
          <w:strike w:val="0"/>
          <w:u w:val="single"/>
        </w:rPr>
        <w:t>many other industries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</w:t>
      </w:r>
      <w:r>
        <w:rPr>
          <w:b/>
          <w:i w:val="0"/>
          <w:smallCaps w:val="0"/>
          <w:strike w:val="0"/>
          <w:highlight w:val="green"/>
          <w:u w:val="single"/>
        </w:rPr>
        <w:t>this fear stops many from seeing the opportunities that will come up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from the new, shiny thing.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Can Journalism survive AI</w:t>
      </w:r>
      <w:r>
        <w:rPr>
          <w:b w:val="0"/>
          <w:i w:val="0"/>
          <w:smallCaps w:val="0"/>
          <w:strike w:val="0"/>
          <w:sz w:val="14"/>
          <w:u w:val="none"/>
        </w:rPr>
        <w:t>?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So, can journalists still survive Generative AI? I say </w:t>
      </w:r>
      <w:r>
        <w:rPr>
          <w:b w:val="0"/>
          <w:i w:val="0"/>
          <w:smallCaps w:val="0"/>
          <w:strike w:val="0"/>
          <w:u w:val="single"/>
        </w:rPr>
        <w:t xml:space="preserve">yes! </w:t>
      </w:r>
      <w:r>
        <w:rPr>
          <w:b/>
          <w:i w:val="0"/>
          <w:smallCaps w:val="0"/>
          <w:strike w:val="0"/>
          <w:highlight w:val="green"/>
          <w:u w:val="single"/>
        </w:rPr>
        <w:t>People still want</w:t>
      </w:r>
      <w:r>
        <w:rPr>
          <w:b w:val="0"/>
          <w:i w:val="0"/>
          <w:smallCaps w:val="0"/>
          <w:strike w:val="0"/>
          <w:u w:val="single"/>
        </w:rPr>
        <w:t xml:space="preserve"> to be informed, they want breaking news, they want </w:t>
      </w:r>
      <w:r>
        <w:rPr>
          <w:b/>
          <w:i w:val="0"/>
          <w:smallCaps w:val="0"/>
          <w:strike w:val="0"/>
          <w:highlight w:val="green"/>
          <w:u w:val="single"/>
        </w:rPr>
        <w:t>stories that are near and dear</w:t>
      </w:r>
      <w:r>
        <w:rPr>
          <w:b/>
          <w:i w:val="0"/>
          <w:smallCaps w:val="0"/>
          <w:strike w:val="0"/>
          <w:u w:val="single"/>
        </w:rPr>
        <w:t xml:space="preserve"> to them</w:t>
      </w:r>
      <w:r>
        <w:rPr>
          <w:b w:val="0"/>
          <w:i w:val="0"/>
          <w:smallCaps w:val="0"/>
          <w:strike w:val="0"/>
          <w:u w:val="single"/>
        </w:rPr>
        <w:t xml:space="preserve"> and to be honest, </w:t>
      </w:r>
      <w:r>
        <w:rPr>
          <w:b/>
          <w:i w:val="0"/>
          <w:smallCaps w:val="0"/>
          <w:strike w:val="0"/>
          <w:highlight w:val="green"/>
          <w:u w:val="single"/>
        </w:rPr>
        <w:t>AI cannot do that</w:t>
      </w:r>
      <w:r>
        <w:rPr>
          <w:b w:val="0"/>
          <w:i w:val="0"/>
          <w:smallCaps w:val="0"/>
          <w:strike w:val="0"/>
          <w:u w:val="single"/>
        </w:rPr>
        <w:t>, yet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What </w:t>
      </w:r>
      <w:r>
        <w:rPr>
          <w:b/>
          <w:i w:val="0"/>
          <w:smallCaps w:val="0"/>
          <w:strike w:val="0"/>
          <w:highlight w:val="green"/>
          <w:u w:val="single"/>
        </w:rPr>
        <w:t>AI wil</w:t>
      </w:r>
      <w:r>
        <w:rPr>
          <w:b/>
          <w:i w:val="0"/>
          <w:smallCaps w:val="0"/>
          <w:strike w:val="0"/>
          <w:u w:val="single"/>
        </w:rPr>
        <w:t>l</w:t>
      </w:r>
      <w:r>
        <w:rPr>
          <w:b w:val="0"/>
          <w:i w:val="0"/>
          <w:smallCaps w:val="0"/>
          <w:strike w:val="0"/>
          <w:u w:val="single"/>
        </w:rPr>
        <w:t xml:space="preserve"> do is </w:t>
      </w:r>
      <w:r>
        <w:rPr>
          <w:b/>
          <w:i w:val="0"/>
          <w:smallCaps w:val="0"/>
          <w:strike w:val="0"/>
          <w:highlight w:val="green"/>
          <w:u w:val="single"/>
        </w:rPr>
        <w:t>take journalism back to its roots</w:t>
      </w:r>
      <w:r>
        <w:rPr>
          <w:b w:val="0"/>
          <w:i w:val="0"/>
          <w:smallCaps w:val="0"/>
          <w:strike w:val="0"/>
          <w:u w:val="single"/>
        </w:rPr>
        <w:t xml:space="preserve">, when it told </w:t>
      </w:r>
      <w:r>
        <w:rPr>
          <w:b/>
          <w:i w:val="0"/>
          <w:smallCaps w:val="0"/>
          <w:strike w:val="0"/>
          <w:u w:val="single"/>
        </w:rPr>
        <w:t>authentic human stories</w:t>
      </w:r>
      <w:r>
        <w:rPr>
          <w:b w:val="0"/>
          <w:i w:val="0"/>
          <w:smallCaps w:val="0"/>
          <w:strike w:val="0"/>
          <w:u w:val="single"/>
        </w:rPr>
        <w:t xml:space="preserve">, covered </w:t>
      </w:r>
      <w:r>
        <w:rPr>
          <w:b/>
          <w:i w:val="0"/>
          <w:smallCaps w:val="0"/>
          <w:strike w:val="0"/>
          <w:u w:val="single"/>
        </w:rPr>
        <w:t>local politics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u w:val="single"/>
        </w:rPr>
        <w:t>helped make sense of that new Bill in Parliament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and gave context to the controversial Housing Bill or the controversial Social Health Insurance Fund (SHIF) that is about to make us poorer by invading our </w:t>
      </w:r>
      <w:r>
        <w:rPr>
          <w:b w:val="0"/>
          <w:i w:val="0"/>
          <w:smallCaps w:val="0"/>
          <w:strike w:val="0"/>
          <w:sz w:val="14"/>
          <w:u w:val="none"/>
        </w:rPr>
        <w:t>payslips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we are not sure if they will do what they are saying they will do.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Sure, we still want that list of 10 things to do in Nairobi, Mumbai or North </w:t>
      </w:r>
      <w:r>
        <w:rPr>
          <w:b w:val="0"/>
          <w:i w:val="0"/>
          <w:smallCaps w:val="0"/>
          <w:strike w:val="0"/>
          <w:sz w:val="14"/>
          <w:u w:val="none"/>
        </w:rPr>
        <w:t>Mugirango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but </w:t>
      </w:r>
      <w:r>
        <w:rPr>
          <w:b/>
          <w:i w:val="0"/>
          <w:smallCaps w:val="0"/>
          <w:strike w:val="0"/>
          <w:highlight w:val="green"/>
          <w:u w:val="single"/>
        </w:rPr>
        <w:t>we still yearn for authentic human stories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Who was Rita </w:t>
      </w:r>
      <w:r>
        <w:rPr>
          <w:b w:val="0"/>
          <w:i w:val="0"/>
          <w:smallCaps w:val="0"/>
          <w:strike w:val="0"/>
          <w:sz w:val="14"/>
          <w:u w:val="none"/>
        </w:rPr>
        <w:t>Waeni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Scarlet </w:t>
      </w:r>
      <w:r>
        <w:rPr>
          <w:b w:val="0"/>
          <w:i w:val="0"/>
          <w:smallCaps w:val="0"/>
          <w:strike w:val="0"/>
          <w:sz w:val="14"/>
          <w:u w:val="none"/>
        </w:rPr>
        <w:t>Wahu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how have their murders wrecked families, what is that new Wambugu Apple and how can it help farmers improve their yields?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 am confident that </w:t>
      </w:r>
      <w:r>
        <w:rPr>
          <w:b w:val="0"/>
          <w:i w:val="0"/>
          <w:smallCaps w:val="0"/>
          <w:strike w:val="0"/>
          <w:u w:val="single"/>
        </w:rPr>
        <w:t xml:space="preserve">as much as </w:t>
      </w:r>
      <w:r>
        <w:rPr>
          <w:b/>
          <w:i w:val="0"/>
          <w:smallCaps w:val="0"/>
          <w:strike w:val="0"/>
          <w:highlight w:val="green"/>
          <w:u w:val="single"/>
        </w:rPr>
        <w:t>AI</w:t>
      </w:r>
      <w:r>
        <w:rPr>
          <w:b w:val="0"/>
          <w:i w:val="0"/>
          <w:smallCaps w:val="0"/>
          <w:strike w:val="0"/>
          <w:u w:val="single"/>
        </w:rPr>
        <w:t xml:space="preserve"> seems like it can do anything and everything, it </w:t>
      </w:r>
      <w:r>
        <w:rPr>
          <w:b/>
          <w:i w:val="0"/>
          <w:smallCaps w:val="0"/>
          <w:strike w:val="0"/>
          <w:highlight w:val="green"/>
          <w:u w:val="single"/>
        </w:rPr>
        <w:t>cannot replace the human touch, emotion, judgment and even ethics critical for good journalism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Stories should not be just about figures and complicated math; </w:t>
      </w:r>
      <w:r>
        <w:rPr>
          <w:b w:val="0"/>
          <w:i w:val="0"/>
          <w:smallCaps w:val="0"/>
          <w:strike w:val="0"/>
          <w:u w:val="single"/>
        </w:rPr>
        <w:t xml:space="preserve">sometimes </w:t>
      </w:r>
      <w:r>
        <w:rPr>
          <w:b/>
          <w:i w:val="0"/>
          <w:smallCaps w:val="0"/>
          <w:strike w:val="0"/>
          <w:u w:val="single"/>
        </w:rPr>
        <w:t>you want to read a story that will make you smile, laugh, cry and even be confused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Sometimes </w:t>
      </w:r>
      <w:r>
        <w:rPr>
          <w:b w:val="0"/>
          <w:i w:val="0"/>
          <w:smallCaps w:val="0"/>
          <w:strike w:val="0"/>
          <w:u w:val="single"/>
        </w:rPr>
        <w:t>even a typo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here and there </w:t>
      </w:r>
      <w:r>
        <w:rPr>
          <w:b w:val="0"/>
          <w:i w:val="0"/>
          <w:smallCaps w:val="0"/>
          <w:strike w:val="0"/>
          <w:u w:val="single"/>
        </w:rPr>
        <w:t>adds to the authenticity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it all. I say this knowing I might be skinned </w:t>
      </w:r>
      <w:r>
        <w:rPr>
          <w:b w:val="0"/>
          <w:i w:val="0"/>
          <w:smallCaps w:val="0"/>
          <w:strike w:val="0"/>
          <w:sz w:val="16"/>
          <w:u w:val="none"/>
        </w:rPr>
        <w:t>alive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but you get the context.</w:t>
      </w:r>
    </w:p>
    <w:p>
      <w:pPr>
        <w:pStyle w:val="Caption"/>
      </w:pPr>
      <w:r>
        <w:t>Source: Miscellaneous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