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Competitiveness/innovation aren’t objective phenomenon, they rely on social Darwinist assumptions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Calvert, PhD, 13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(Scout, </w:t>
      </w:r>
      <w:r>
        <w:rPr>
          <w:b w:val="0"/>
          <w:i w:val="0"/>
          <w:smallCaps w:val="0"/>
          <w:strike w:val="0"/>
          <w:sz w:val="16"/>
          <w:u w:val="none"/>
        </w:rPr>
        <w:t>Informatics@DonaldBren</w:t>
      </w:r>
      <w:r>
        <w:rPr>
          <w:b w:val="0"/>
          <w:i w:val="0"/>
          <w:smallCaps w:val="0"/>
          <w:strike w:val="0"/>
          <w:sz w:val="16"/>
          <w:u w:val="none"/>
        </w:rPr>
        <w:t>, Gendered Narratives of Innovation Through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Competition: Lessons </w:t>
      </w:r>
      <w:r>
        <w:rPr>
          <w:b w:val="0"/>
          <w:i w:val="0"/>
          <w:smallCaps w:val="0"/>
          <w:strike w:val="0"/>
          <w:sz w:val="16"/>
          <w:u w:val="none"/>
        </w:rPr>
        <w:t>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Science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Technology Studies J. of Education for Library and Information Science, Vol. 54, No. 1—(Winter) January 2013)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 will start by examining the concept of competition. </w:t>
      </w:r>
      <w:r>
        <w:rPr>
          <w:b w:val="0"/>
          <w:i w:val="0"/>
          <w:smallCaps w:val="0"/>
          <w:strike w:val="0"/>
          <w:sz w:val="22"/>
          <w:u w:val="single"/>
        </w:rPr>
        <w:t>We typically understand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competition as a sport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game with two or more opposing forces, ways of keeping score, and a clear endpoint that determines when the best rival has won. Competition is goal driven and </w:t>
      </w:r>
      <w:r>
        <w:rPr>
          <w:b w:val="0"/>
          <w:i w:val="0"/>
          <w:smallCaps w:val="0"/>
          <w:strike w:val="0"/>
          <w:sz w:val="16"/>
          <w:u w:val="none"/>
        </w:rPr>
        <w:t>rule-bound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Certain kinds of play are ruled in or out, and the criteria for winning or losing are explicit. This kind of competition tests the skill of players in </w:t>
      </w:r>
      <w:r>
        <w:rPr>
          <w:b w:val="0"/>
          <w:i w:val="0"/>
          <w:smallCaps w:val="0"/>
          <w:strike w:val="0"/>
          <w:sz w:val="16"/>
          <w:u w:val="none"/>
        </w:rPr>
        <w:t>relationship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one another. Sometimes competitions are between teams, and sometimes between individuals, and sometimes teams and individuals also compete against their own personal best. </w:t>
      </w:r>
      <w:r>
        <w:rPr>
          <w:b w:val="0"/>
          <w:i w:val="0"/>
          <w:smallCaps w:val="0"/>
          <w:strike w:val="0"/>
          <w:sz w:val="22"/>
          <w:u w:val="single"/>
        </w:rPr>
        <w:t>The kind of competitiveness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 2011 </w:t>
      </w:r>
      <w:r>
        <w:rPr>
          <w:b w:val="0"/>
          <w:i w:val="0"/>
          <w:smallCaps w:val="0"/>
          <w:strike w:val="0"/>
          <w:sz w:val="22"/>
          <w:u w:val="single"/>
        </w:rPr>
        <w:t>ALISE conference theme invoked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shares some things in common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games of sport. </w:t>
      </w:r>
      <w:r>
        <w:rPr>
          <w:b w:val="0"/>
          <w:i w:val="0"/>
          <w:smallCaps w:val="0"/>
          <w:strike w:val="0"/>
          <w:sz w:val="22"/>
          <w:u w:val="single"/>
        </w:rPr>
        <w:t>Two or more actors attempt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solve a problem of some kind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2"/>
          <w:u w:val="single"/>
        </w:rPr>
        <w:t>there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 </w:t>
      </w:r>
      <w:r>
        <w:rPr>
          <w:b/>
          <w:i w:val="0"/>
          <w:smallCaps w:val="0"/>
          <w:strike w:val="0"/>
          <w:sz w:val="22"/>
          <w:u w:val="single"/>
        </w:rPr>
        <w:t>objective measurements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some sort that serve </w:t>
      </w:r>
      <w:r>
        <w:rPr>
          <w:b w:val="0"/>
          <w:i w:val="0"/>
          <w:smallCaps w:val="0"/>
          <w:strike w:val="0"/>
          <w:sz w:val="22"/>
          <w:u w:val="single"/>
        </w:rPr>
        <w:t>to score the outcomes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means there are also end points or measuring points. </w:t>
      </w:r>
      <w:r>
        <w:rPr>
          <w:b w:val="0"/>
          <w:i w:val="0"/>
          <w:smallCaps w:val="0"/>
          <w:strike w:val="0"/>
          <w:sz w:val="22"/>
          <w:u w:val="single"/>
        </w:rPr>
        <w:t>Unlike games, which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relatively </w:t>
      </w:r>
      <w:r>
        <w:rPr>
          <w:b w:val="0"/>
          <w:i w:val="0"/>
          <w:smallCaps w:val="0"/>
          <w:strike w:val="0"/>
          <w:sz w:val="22"/>
          <w:u w:val="single"/>
        </w:rPr>
        <w:t>few clear and agreed-on measures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(primarily score) </w:t>
      </w:r>
      <w:r>
        <w:rPr>
          <w:b w:val="0"/>
          <w:i w:val="0"/>
          <w:smallCaps w:val="0"/>
          <w:strike w:val="0"/>
          <w:sz w:val="22"/>
          <w:u w:val="single"/>
        </w:rPr>
        <w:t>and agreed-on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end points, market competitiveness has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plethora of measures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idealized measurement for market success is when the consumer chooses one product or service over another. Profit is the seller-centric proxy measure of consumer interest. In this idealization, the consumer is the judge of the best product or outcome, at the best price: an indexical measure of competitiveness and innovation. </w:t>
      </w:r>
      <w:r>
        <w:rPr>
          <w:b w:val="0"/>
          <w:i w:val="0"/>
          <w:smallCaps w:val="0"/>
          <w:strike w:val="0"/>
          <w:sz w:val="22"/>
          <w:u w:val="single"/>
        </w:rPr>
        <w:t>Our idealized notion of competition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generator of innovation </w:t>
      </w:r>
      <w:r>
        <w:rPr>
          <w:b/>
          <w:i w:val="0"/>
          <w:smallCaps w:val="0"/>
          <w:strike w:val="0"/>
          <w:sz w:val="22"/>
          <w:u w:val="single"/>
        </w:rPr>
        <w:t>black-boxes</w:t>
      </w:r>
      <w:r>
        <w:rPr>
          <w:b/>
          <w:i w:val="0"/>
          <w:smallCaps w:val="0"/>
          <w:strike w:val="0"/>
          <w:sz w:val="22"/>
          <w:u w:val="single"/>
        </w:rPr>
        <w:t xml:space="preserve"> a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host of processes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competition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including unfair practices, externalizing costs,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marketing, deception, and deskilling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Hence, </w:t>
      </w:r>
      <w:r>
        <w:rPr>
          <w:b w:val="0"/>
          <w:i w:val="0"/>
          <w:smallCaps w:val="0"/>
          <w:strike w:val="0"/>
          <w:sz w:val="22"/>
          <w:u w:val="single"/>
        </w:rPr>
        <w:t>there is no guarantee that consumers choose the best products, or that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best products make it to market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the first place. And </w:t>
      </w:r>
      <w:r>
        <w:rPr>
          <w:b w:val="0"/>
          <w:i w:val="0"/>
          <w:smallCaps w:val="0"/>
          <w:strike w:val="0"/>
          <w:sz w:val="22"/>
          <w:u w:val="single"/>
        </w:rPr>
        <w:t>“best” is itself such a problematic measure: best for whom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what ways? As these questions highlight, this kind of </w:t>
      </w:r>
      <w:r>
        <w:rPr>
          <w:b/>
          <w:i w:val="0"/>
          <w:smallCaps w:val="0"/>
          <w:strike w:val="0"/>
          <w:sz w:val="22"/>
          <w:u w:val="single"/>
        </w:rPr>
        <w:t>measurement can obscure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unsavory elements of competition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for example, </w:t>
      </w:r>
      <w:r>
        <w:rPr>
          <w:b w:val="0"/>
          <w:i w:val="0"/>
          <w:smallCaps w:val="0"/>
          <w:strike w:val="0"/>
          <w:sz w:val="22"/>
          <w:u w:val="single"/>
        </w:rPr>
        <w:t>the extremely low cost of food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US </w:t>
      </w:r>
      <w:r>
        <w:rPr>
          <w:b w:val="0"/>
          <w:i w:val="0"/>
          <w:smallCaps w:val="0"/>
          <w:strike w:val="0"/>
          <w:sz w:val="22"/>
          <w:u w:val="single"/>
        </w:rPr>
        <w:t>is underwritten by squalid labor conditions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migrant workers in agriculture. Scoring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market success is not </w:t>
      </w:r>
      <w:r>
        <w:rPr>
          <w:b w:val="0"/>
          <w:i w:val="0"/>
          <w:smallCaps w:val="0"/>
          <w:strike w:val="0"/>
          <w:sz w:val="22"/>
          <w:u w:val="single"/>
        </w:rPr>
        <w:t>really 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having the </w:t>
      </w:r>
      <w:r>
        <w:rPr>
          <w:b/>
          <w:i w:val="0"/>
          <w:smallCaps w:val="0"/>
          <w:strike w:val="0"/>
          <w:sz w:val="22"/>
          <w:u w:val="single"/>
        </w:rPr>
        <w:t>objectively best product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given company might find ways to be profitable even when its product is not typically selected. Furthermore, the </w:t>
      </w:r>
      <w:r>
        <w:rPr>
          <w:b w:val="0"/>
          <w:i w:val="0"/>
          <w:smallCaps w:val="0"/>
          <w:strike w:val="0"/>
          <w:sz w:val="22"/>
          <w:u w:val="single"/>
        </w:rPr>
        <w:t>competition 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 won not only by creating what others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haven’t, but also by </w:t>
      </w:r>
      <w:r>
        <w:rPr>
          <w:b/>
          <w:i w:val="0"/>
          <w:smallCaps w:val="0"/>
          <w:strike w:val="0"/>
          <w:sz w:val="22"/>
          <w:u w:val="single"/>
        </w:rPr>
        <w:t>stopping them from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creating.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other words, competition is no guarantor of creating new innovations or knowledge. </w:t>
      </w:r>
      <w:r>
        <w:rPr>
          <w:b w:val="0"/>
          <w:i w:val="0"/>
          <w:smallCaps w:val="0"/>
          <w:strike w:val="0"/>
          <w:sz w:val="22"/>
          <w:u w:val="single"/>
        </w:rPr>
        <w:t>Like a game, market competitions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winners and losers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kind of competition is figured as a </w:t>
      </w:r>
      <w:r>
        <w:rPr>
          <w:b/>
          <w:i w:val="0"/>
          <w:smallCaps w:val="0"/>
          <w:strike w:val="0"/>
          <w:sz w:val="22"/>
          <w:u w:val="single"/>
        </w:rPr>
        <w:t>zero-sum game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addition to the market rationale embedded in the concept of competition, </w:t>
      </w:r>
      <w:r>
        <w:rPr>
          <w:b w:val="0"/>
          <w:i w:val="0"/>
          <w:smallCaps w:val="0"/>
          <w:strike w:val="0"/>
          <w:sz w:val="22"/>
          <w:u w:val="single"/>
        </w:rPr>
        <w:t>there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is another register of the term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is </w:t>
      </w:r>
      <w:r>
        <w:rPr>
          <w:b/>
          <w:i w:val="0"/>
          <w:smallCaps w:val="0"/>
          <w:strike w:val="0"/>
          <w:sz w:val="22"/>
          <w:u w:val="single"/>
        </w:rPr>
        <w:t>an evolutionary 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with individualistic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u w:val="single"/>
        </w:rPr>
        <w:t>social Darwinist overtones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term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evolution is often used in an </w:t>
      </w:r>
      <w:r>
        <w:rPr>
          <w:b/>
          <w:i w:val="0"/>
          <w:smallCaps w:val="0"/>
          <w:strike w:val="0"/>
          <w:sz w:val="22"/>
          <w:u w:val="single"/>
        </w:rPr>
        <w:t>unscientific,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teleological way.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 might describe an individual as highly evolved, when we mean more intelligent, ethical, spiritual, or rational. But </w:t>
      </w:r>
      <w:r>
        <w:rPr>
          <w:b w:val="0"/>
          <w:i w:val="0"/>
          <w:smallCaps w:val="0"/>
          <w:strike w:val="0"/>
          <w:sz w:val="22"/>
          <w:u w:val="single"/>
        </w:rPr>
        <w:t>evolution is value neutral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non-teleological; </w:t>
      </w:r>
      <w:r>
        <w:rPr>
          <w:b w:val="0"/>
          <w:i w:val="0"/>
          <w:smallCaps w:val="0"/>
          <w:strike w:val="0"/>
          <w:sz w:val="22"/>
          <w:u w:val="single"/>
        </w:rPr>
        <w:t>there is no guarantee that culturally important qualities will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 the outcome of evolutionary processes.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Evolution fits organisms to their environments: if competition for resources and reproductive competition pressures require more stupid and less attractive organisms, then more stupid and less attractive organisms will be the winners of the game.</w:t>
      </w:r>
    </w:p>
    <w:p>
      <w:pPr>
        <w:pStyle w:val="Caption"/>
      </w:pPr>
      <w:r>
        <w:t>Source: Feminist Economics Kritik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