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Critique turns the case- failure to attend to the gendered nature of innovation discourse causes </w:t>
      </w:r>
      <w:r>
        <w:rPr>
          <w:b/>
          <w:i/>
          <w:smallCaps w:val="0"/>
          <w:strike w:val="0"/>
          <w:sz w:val="26"/>
          <w:u w:val="none"/>
        </w:rPr>
        <w:t>useless or destructive</w:t>
      </w:r>
      <w:r>
        <w:rPr>
          <w:b/>
          <w:i w:val="0"/>
          <w:smallCaps w:val="0"/>
          <w:strike w:val="0"/>
          <w:sz w:val="26"/>
          <w:u w:val="none"/>
        </w:rPr>
        <w:t xml:space="preserve"> innovations </w:t>
      </w:r>
    </w:p>
    <w:p>
      <w:pPr>
        <w:spacing w:after="80"/>
      </w:pPr>
      <w:r>
        <w:rPr>
          <w:b/>
          <w:i w:val="0"/>
          <w:smallCaps w:val="0"/>
          <w:strike w:val="0"/>
          <w:sz w:val="26"/>
          <w:u w:val="none"/>
        </w:rPr>
        <w:t>Calvert, PhD, 13</w:t>
      </w:r>
    </w:p>
    <w:p>
      <w:pPr>
        <w:spacing w:after="60"/>
      </w:pPr>
      <w:r>
        <w:rPr>
          <w:b w:val="0"/>
          <w:i w:val="0"/>
          <w:smallCaps w:val="0"/>
          <w:strike w:val="0"/>
          <w:sz w:val="16"/>
          <w:u w:val="none"/>
        </w:rPr>
        <w:t xml:space="preserve">(Scout, </w:t>
      </w:r>
      <w:r>
        <w:rPr>
          <w:b w:val="0"/>
          <w:i w:val="0"/>
          <w:smallCaps w:val="0"/>
          <w:strike w:val="0"/>
          <w:sz w:val="16"/>
          <w:u w:val="none"/>
        </w:rPr>
        <w:t>Informatics@DonaldBren</w:t>
      </w:r>
      <w:r>
        <w:rPr>
          <w:b w:val="0"/>
          <w:i w:val="0"/>
          <w:smallCaps w:val="0"/>
          <w:strike w:val="0"/>
          <w:sz w:val="16"/>
          <w:u w:val="none"/>
        </w:rPr>
        <w:t>, Gendered Narratives of Innovation Through</w:t>
      </w:r>
      <w:r>
        <w:rPr>
          <w:b w:val="0"/>
          <w:i w:val="0"/>
          <w:smallCaps w:val="0"/>
          <w:strike w:val="0"/>
          <w:sz w:val="16"/>
          <w:u w:val="none"/>
        </w:rPr>
        <w:t xml:space="preserve"> </w:t>
      </w:r>
      <w:r>
        <w:rPr>
          <w:b w:val="0"/>
          <w:i w:val="0"/>
          <w:smallCaps w:val="0"/>
          <w:strike w:val="0"/>
          <w:sz w:val="16"/>
          <w:u w:val="none"/>
        </w:rPr>
        <w:t xml:space="preserve">Competition: Lessons </w:t>
      </w:r>
      <w:r>
        <w:rPr>
          <w:b w:val="0"/>
          <w:i w:val="0"/>
          <w:smallCaps w:val="0"/>
          <w:strike w:val="0"/>
          <w:sz w:val="16"/>
          <w:u w:val="none"/>
        </w:rPr>
        <w:t>From</w:t>
      </w:r>
      <w:r>
        <w:rPr>
          <w:b w:val="0"/>
          <w:i w:val="0"/>
          <w:smallCaps w:val="0"/>
          <w:strike w:val="0"/>
          <w:sz w:val="16"/>
          <w:u w:val="none"/>
        </w:rPr>
        <w:t xml:space="preserve"> Science and</w:t>
      </w:r>
      <w:r>
        <w:rPr>
          <w:b w:val="0"/>
          <w:i w:val="0"/>
          <w:smallCaps w:val="0"/>
          <w:strike w:val="0"/>
          <w:sz w:val="16"/>
          <w:u w:val="none"/>
        </w:rPr>
        <w:t xml:space="preserve"> </w:t>
      </w:r>
      <w:r>
        <w:rPr>
          <w:b w:val="0"/>
          <w:i w:val="0"/>
          <w:smallCaps w:val="0"/>
          <w:strike w:val="0"/>
          <w:sz w:val="16"/>
          <w:u w:val="none"/>
        </w:rPr>
        <w:t>Technology Studies J. of Education for Library and Information Science, Vol. 54, No. 1—(Winter) January 2013)</w:t>
      </w:r>
    </w:p>
    <w:p>
      <w:pPr>
        <w:spacing w:after="60"/>
      </w:pPr>
      <w:r>
        <w:rPr>
          <w:b w:val="0"/>
          <w:i w:val="0"/>
          <w:smallCaps w:val="0"/>
          <w:strike w:val="0"/>
          <w:sz w:val="16"/>
          <w:u w:val="none"/>
        </w:rPr>
        <w:t xml:space="preserve">The demographic composition of these high-status, high-stakes fields matters deeply, particularly </w:t>
      </w:r>
      <w:r>
        <w:rPr>
          <w:b w:val="0"/>
          <w:i w:val="0"/>
          <w:smallCaps w:val="0"/>
          <w:strike w:val="0"/>
          <w:sz w:val="16"/>
          <w:u w:val="none"/>
        </w:rPr>
        <w:t>in regard to</w:t>
      </w:r>
      <w:r>
        <w:rPr>
          <w:b w:val="0"/>
          <w:i w:val="0"/>
          <w:smallCaps w:val="0"/>
          <w:strike w:val="0"/>
          <w:sz w:val="16"/>
          <w:u w:val="none"/>
        </w:rPr>
        <w:t xml:space="preserve"> the issue of problem identification. Historians and philosophers of science like Sandra Harding (1991) argue that one reason why </w:t>
      </w:r>
      <w:r>
        <w:rPr>
          <w:b w:val="0"/>
          <w:i w:val="0"/>
          <w:smallCaps w:val="0"/>
          <w:strike w:val="0"/>
          <w:sz w:val="22"/>
          <w:u w:val="single"/>
        </w:rPr>
        <w:t>representation of women and people of color</w:t>
      </w:r>
      <w:r>
        <w:rPr>
          <w:b w:val="0"/>
          <w:i w:val="0"/>
          <w:smallCaps w:val="0"/>
          <w:strike w:val="0"/>
          <w:sz w:val="22"/>
          <w:u w:val="single"/>
        </w:rPr>
        <w:t xml:space="preserve"> </w:t>
      </w:r>
      <w:r>
        <w:rPr>
          <w:b w:val="0"/>
          <w:i w:val="0"/>
          <w:smallCaps w:val="0"/>
          <w:strike w:val="0"/>
          <w:sz w:val="22"/>
          <w:u w:val="single"/>
        </w:rPr>
        <w:t>in the sciences is</w:t>
      </w:r>
      <w:r>
        <w:rPr>
          <w:b w:val="0"/>
          <w:i w:val="0"/>
          <w:smallCaps w:val="0"/>
          <w:strike w:val="0"/>
          <w:sz w:val="16"/>
          <w:u w:val="none"/>
        </w:rPr>
        <w:t xml:space="preserve"> so </w:t>
      </w:r>
      <w:r>
        <w:rPr>
          <w:b w:val="0"/>
          <w:i w:val="0"/>
          <w:smallCaps w:val="0"/>
          <w:strike w:val="0"/>
          <w:sz w:val="22"/>
          <w:u w:val="single"/>
        </w:rPr>
        <w:t>crucial</w:t>
      </w:r>
      <w:r>
        <w:rPr>
          <w:b w:val="0"/>
          <w:i w:val="0"/>
          <w:smallCaps w:val="0"/>
          <w:strike w:val="0"/>
          <w:sz w:val="16"/>
          <w:u w:val="none"/>
        </w:rPr>
        <w:t xml:space="preserve"> is </w:t>
      </w:r>
      <w:r>
        <w:rPr>
          <w:b w:val="0"/>
          <w:i w:val="0"/>
          <w:smallCaps w:val="0"/>
          <w:strike w:val="0"/>
          <w:sz w:val="22"/>
          <w:u w:val="single"/>
        </w:rPr>
        <w:t>because</w:t>
      </w:r>
      <w:r>
        <w:rPr>
          <w:b w:val="0"/>
          <w:i w:val="0"/>
          <w:smallCaps w:val="0"/>
          <w:strike w:val="0"/>
          <w:sz w:val="16"/>
          <w:u w:val="none"/>
        </w:rPr>
        <w:t xml:space="preserve"> </w:t>
      </w:r>
      <w:r>
        <w:rPr>
          <w:b/>
          <w:i w:val="0"/>
          <w:smallCaps w:val="0"/>
          <w:strike w:val="0"/>
          <w:sz w:val="22"/>
          <w:u w:val="single"/>
        </w:rPr>
        <w:t xml:space="preserve">question setting </w:t>
      </w:r>
      <w:r>
        <w:rPr>
          <w:b/>
          <w:i w:val="0"/>
          <w:smallCaps w:val="0"/>
          <w:strike w:val="0"/>
          <w:sz w:val="22"/>
          <w:u w:val="single"/>
        </w:rPr>
        <w:t>happens</w:t>
      </w:r>
      <w:r>
        <w:rPr>
          <w:b/>
          <w:i w:val="0"/>
          <w:smallCaps w:val="0"/>
          <w:strike w:val="0"/>
          <w:sz w:val="22"/>
          <w:u w:val="single"/>
        </w:rPr>
        <w:t xml:space="preserve"> and research</w:t>
      </w:r>
      <w:r>
        <w:rPr>
          <w:b/>
          <w:i w:val="0"/>
          <w:smallCaps w:val="0"/>
          <w:strike w:val="0"/>
          <w:sz w:val="22"/>
          <w:u w:val="single"/>
        </w:rPr>
        <w:t xml:space="preserve"> </w:t>
      </w:r>
      <w:r>
        <w:rPr>
          <w:b/>
          <w:i w:val="0"/>
          <w:smallCaps w:val="0"/>
          <w:strike w:val="0"/>
          <w:sz w:val="22"/>
          <w:u w:val="single"/>
        </w:rPr>
        <w:t>agendas</w:t>
      </w:r>
      <w:r>
        <w:rPr>
          <w:b w:val="0"/>
          <w:i w:val="0"/>
          <w:smallCaps w:val="0"/>
          <w:strike w:val="0"/>
          <w:sz w:val="16"/>
          <w:u w:val="none"/>
        </w:rPr>
        <w:t xml:space="preserve"> </w:t>
      </w:r>
      <w:r>
        <w:rPr>
          <w:b w:val="0"/>
          <w:i w:val="0"/>
          <w:smallCaps w:val="0"/>
          <w:strike w:val="0"/>
          <w:sz w:val="22"/>
          <w:u w:val="single"/>
        </w:rPr>
        <w:t xml:space="preserve">are formed from the </w:t>
      </w:r>
      <w:r>
        <w:rPr>
          <w:b/>
          <w:i w:val="0"/>
          <w:smallCaps w:val="0"/>
          <w:strike w:val="0"/>
          <w:sz w:val="22"/>
          <w:u w:val="single"/>
        </w:rPr>
        <w:t>standpoints</w:t>
      </w:r>
      <w:r>
        <w:rPr>
          <w:b w:val="0"/>
          <w:i w:val="0"/>
          <w:smallCaps w:val="0"/>
          <w:strike w:val="0"/>
          <w:sz w:val="22"/>
          <w:u w:val="single"/>
        </w:rPr>
        <w:t xml:space="preserve"> </w:t>
      </w:r>
      <w:r>
        <w:rPr>
          <w:b w:val="0"/>
          <w:i w:val="0"/>
          <w:smallCaps w:val="0"/>
          <w:strike w:val="0"/>
          <w:sz w:val="22"/>
          <w:u w:val="single"/>
        </w:rPr>
        <w:t>of those doing science</w:t>
      </w:r>
      <w:r>
        <w:rPr>
          <w:b w:val="0"/>
          <w:i w:val="0"/>
          <w:smallCaps w:val="0"/>
          <w:strike w:val="0"/>
          <w:sz w:val="16"/>
          <w:u w:val="none"/>
        </w:rPr>
        <w:t xml:space="preserve">. </w:t>
      </w:r>
      <w:r>
        <w:rPr>
          <w:b w:val="0"/>
          <w:i w:val="0"/>
          <w:smallCaps w:val="0"/>
          <w:strike w:val="0"/>
          <w:sz w:val="22"/>
          <w:u w:val="single"/>
        </w:rPr>
        <w:t>This poses</w:t>
      </w:r>
      <w:r>
        <w:rPr>
          <w:b w:val="0"/>
          <w:i w:val="0"/>
          <w:smallCaps w:val="0"/>
          <w:strike w:val="0"/>
          <w:sz w:val="16"/>
          <w:u w:val="none"/>
        </w:rPr>
        <w:t xml:space="preserve"> at least </w:t>
      </w:r>
      <w:r>
        <w:rPr>
          <w:b w:val="0"/>
          <w:i w:val="0"/>
          <w:smallCaps w:val="0"/>
          <w:strike w:val="0"/>
          <w:sz w:val="22"/>
          <w:u w:val="single"/>
        </w:rPr>
        <w:t>two problems</w:t>
      </w:r>
      <w:r>
        <w:rPr>
          <w:b w:val="0"/>
          <w:i w:val="0"/>
          <w:smallCaps w:val="0"/>
          <w:strike w:val="0"/>
          <w:sz w:val="16"/>
          <w:u w:val="none"/>
        </w:rPr>
        <w:t xml:space="preserve"> for the question of competition and innovation in library science. The </w:t>
      </w:r>
      <w:r>
        <w:rPr>
          <w:b w:val="0"/>
          <w:i w:val="0"/>
          <w:smallCaps w:val="0"/>
          <w:strike w:val="0"/>
          <w:sz w:val="22"/>
          <w:u w:val="single"/>
        </w:rPr>
        <w:t>first</w:t>
      </w:r>
      <w:r>
        <w:rPr>
          <w:b w:val="0"/>
          <w:i w:val="0"/>
          <w:smallCaps w:val="0"/>
          <w:strike w:val="0"/>
          <w:sz w:val="16"/>
          <w:u w:val="none"/>
        </w:rPr>
        <w:t xml:space="preserve"> problem is about </w:t>
      </w:r>
      <w:r>
        <w:rPr>
          <w:b w:val="0"/>
          <w:i w:val="0"/>
          <w:smallCaps w:val="0"/>
          <w:strike w:val="0"/>
          <w:sz w:val="22"/>
          <w:u w:val="single"/>
        </w:rPr>
        <w:t>the kinds of</w:t>
      </w:r>
      <w:r>
        <w:rPr>
          <w:b w:val="0"/>
          <w:i w:val="0"/>
          <w:smallCaps w:val="0"/>
          <w:strike w:val="0"/>
          <w:sz w:val="22"/>
          <w:u w:val="single"/>
        </w:rPr>
        <w:t xml:space="preserve"> </w:t>
      </w:r>
      <w:r>
        <w:rPr>
          <w:b w:val="0"/>
          <w:i w:val="0"/>
          <w:smallCaps w:val="0"/>
          <w:strike w:val="0"/>
          <w:sz w:val="22"/>
          <w:u w:val="single"/>
        </w:rPr>
        <w:t>questions that will be amenable to solving through competition</w:t>
      </w:r>
      <w:r>
        <w:rPr>
          <w:b w:val="0"/>
          <w:i w:val="0"/>
          <w:smallCaps w:val="0"/>
          <w:strike w:val="0"/>
          <w:sz w:val="16"/>
          <w:u w:val="none"/>
        </w:rPr>
        <w:t xml:space="preserve">. </w:t>
      </w:r>
      <w:r>
        <w:rPr>
          <w:b w:val="0"/>
          <w:i w:val="0"/>
          <w:smallCaps w:val="0"/>
          <w:strike w:val="0"/>
          <w:sz w:val="22"/>
          <w:u w:val="single"/>
        </w:rPr>
        <w:t>Competition requires measures and endpoints</w:t>
      </w:r>
      <w:r>
        <w:rPr>
          <w:b w:val="0"/>
          <w:i w:val="0"/>
          <w:smallCaps w:val="0"/>
          <w:strike w:val="0"/>
          <w:sz w:val="16"/>
          <w:u w:val="none"/>
        </w:rPr>
        <w:t xml:space="preserve"> at which to measure. </w:t>
      </w:r>
      <w:r>
        <w:rPr>
          <w:b w:val="0"/>
          <w:i w:val="0"/>
          <w:smallCaps w:val="0"/>
          <w:strike w:val="0"/>
          <w:sz w:val="22"/>
          <w:u w:val="single"/>
        </w:rPr>
        <w:t>Problems that cannot be conceptualized in this way,</w:t>
      </w:r>
      <w:r>
        <w:rPr>
          <w:b w:val="0"/>
          <w:i w:val="0"/>
          <w:smallCaps w:val="0"/>
          <w:strike w:val="0"/>
          <w:sz w:val="16"/>
          <w:u w:val="none"/>
        </w:rPr>
        <w:t xml:space="preserve"> </w:t>
      </w:r>
      <w:r>
        <w:rPr>
          <w:b w:val="0"/>
          <w:i w:val="0"/>
          <w:smallCaps w:val="0"/>
          <w:strike w:val="0"/>
          <w:sz w:val="22"/>
          <w:u w:val="single"/>
        </w:rPr>
        <w:t>or which involve</w:t>
      </w:r>
      <w:r>
        <w:rPr>
          <w:b w:val="0"/>
          <w:i w:val="0"/>
          <w:smallCaps w:val="0"/>
          <w:strike w:val="0"/>
          <w:sz w:val="22"/>
          <w:u w:val="single"/>
        </w:rPr>
        <w:t xml:space="preserve"> </w:t>
      </w:r>
      <w:r>
        <w:rPr>
          <w:b w:val="0"/>
          <w:i w:val="0"/>
          <w:smallCaps w:val="0"/>
          <w:strike w:val="0"/>
          <w:sz w:val="22"/>
          <w:u w:val="single"/>
        </w:rPr>
        <w:t>holistic</w:t>
      </w:r>
      <w:r>
        <w:rPr>
          <w:b w:val="0"/>
          <w:i w:val="0"/>
          <w:smallCaps w:val="0"/>
          <w:strike w:val="0"/>
          <w:sz w:val="16"/>
          <w:u w:val="none"/>
        </w:rPr>
        <w:t xml:space="preserve">, qualitative </w:t>
      </w:r>
      <w:r>
        <w:rPr>
          <w:b w:val="0"/>
          <w:i w:val="0"/>
          <w:smallCaps w:val="0"/>
          <w:strike w:val="0"/>
          <w:sz w:val="22"/>
          <w:u w:val="single"/>
        </w:rPr>
        <w:t>solutions</w:t>
      </w:r>
      <w:r>
        <w:rPr>
          <w:b w:val="0"/>
          <w:i w:val="0"/>
          <w:smallCaps w:val="0"/>
          <w:strike w:val="0"/>
          <w:sz w:val="16"/>
          <w:u w:val="none"/>
        </w:rPr>
        <w:t xml:space="preserve">, </w:t>
      </w:r>
      <w:r>
        <w:rPr>
          <w:b w:val="0"/>
          <w:i w:val="0"/>
          <w:smallCaps w:val="0"/>
          <w:strike w:val="0"/>
          <w:sz w:val="22"/>
          <w:u w:val="single"/>
        </w:rPr>
        <w:t>will be at a</w:t>
      </w:r>
      <w:r>
        <w:rPr>
          <w:b w:val="0"/>
          <w:i w:val="0"/>
          <w:smallCaps w:val="0"/>
          <w:strike w:val="0"/>
          <w:sz w:val="22"/>
          <w:u w:val="single"/>
        </w:rPr>
        <w:t xml:space="preserve"> </w:t>
      </w:r>
      <w:r>
        <w:rPr>
          <w:b w:val="0"/>
          <w:i w:val="0"/>
          <w:smallCaps w:val="0"/>
          <w:strike w:val="0"/>
          <w:sz w:val="22"/>
          <w:u w:val="single"/>
        </w:rPr>
        <w:t>disadvantage for selection.</w:t>
      </w:r>
      <w:r>
        <w:rPr>
          <w:b w:val="0"/>
          <w:i w:val="0"/>
          <w:smallCaps w:val="0"/>
          <w:strike w:val="0"/>
          <w:sz w:val="16"/>
          <w:u w:val="none"/>
        </w:rPr>
        <w:t xml:space="preserve"> If competition is the motor of innovation, then </w:t>
      </w:r>
      <w:r>
        <w:rPr>
          <w:b w:val="0"/>
          <w:i w:val="0"/>
          <w:smallCaps w:val="0"/>
          <w:strike w:val="0"/>
          <w:sz w:val="22"/>
          <w:u w:val="single"/>
        </w:rPr>
        <w:t>competitive work risks being about novel ways to</w:t>
      </w:r>
      <w:r>
        <w:rPr>
          <w:b w:val="0"/>
          <w:i w:val="0"/>
          <w:smallCaps w:val="0"/>
          <w:strike w:val="0"/>
          <w:sz w:val="22"/>
          <w:u w:val="single"/>
        </w:rPr>
        <w:t xml:space="preserve"> </w:t>
      </w:r>
      <w:r>
        <w:rPr>
          <w:b w:val="0"/>
          <w:i w:val="0"/>
          <w:smallCaps w:val="0"/>
          <w:strike w:val="0"/>
          <w:sz w:val="22"/>
          <w:u w:val="single"/>
        </w:rPr>
        <w:t>turn a profit or increase market efficiencies</w:t>
      </w:r>
      <w:r>
        <w:rPr>
          <w:b w:val="0"/>
          <w:i w:val="0"/>
          <w:smallCaps w:val="0"/>
          <w:strike w:val="0"/>
          <w:sz w:val="22"/>
          <w:u w:val="single"/>
        </w:rPr>
        <w:t xml:space="preserve"> </w:t>
      </w:r>
      <w:r>
        <w:rPr>
          <w:b/>
          <w:i w:val="0"/>
          <w:smallCaps w:val="0"/>
          <w:strike w:val="0"/>
          <w:sz w:val="22"/>
          <w:u w:val="single"/>
        </w:rPr>
        <w:t>rather than novel solutions to actual social</w:t>
      </w:r>
      <w:r>
        <w:rPr>
          <w:b/>
          <w:i w:val="0"/>
          <w:smallCaps w:val="0"/>
          <w:strike w:val="0"/>
          <w:sz w:val="22"/>
          <w:u w:val="single"/>
        </w:rPr>
        <w:t xml:space="preserve"> </w:t>
      </w:r>
      <w:r>
        <w:rPr>
          <w:b/>
          <w:i w:val="0"/>
          <w:smallCaps w:val="0"/>
          <w:strike w:val="0"/>
          <w:sz w:val="22"/>
          <w:u w:val="single"/>
        </w:rPr>
        <w:t>problems.</w:t>
      </w:r>
      <w:r>
        <w:rPr>
          <w:b w:val="0"/>
          <w:i w:val="0"/>
          <w:smallCaps w:val="0"/>
          <w:strike w:val="0"/>
          <w:sz w:val="16"/>
          <w:u w:val="none"/>
        </w:rPr>
        <w:t xml:space="preserve"> When competition and innovation are linked, then profit-generating solutions to social problems will be the ones that “win” whether they are best or not. For example, </w:t>
      </w:r>
      <w:r>
        <w:rPr>
          <w:b w:val="0"/>
          <w:i w:val="0"/>
          <w:smallCaps w:val="0"/>
          <w:strike w:val="0"/>
          <w:sz w:val="22"/>
          <w:u w:val="single"/>
        </w:rPr>
        <w:t>though malaria has long</w:t>
      </w:r>
      <w:r>
        <w:rPr>
          <w:b w:val="0"/>
          <w:i w:val="0"/>
          <w:smallCaps w:val="0"/>
          <w:strike w:val="0"/>
          <w:sz w:val="22"/>
          <w:u w:val="single"/>
        </w:rPr>
        <w:t xml:space="preserve"> </w:t>
      </w:r>
      <w:r>
        <w:rPr>
          <w:b w:val="0"/>
          <w:i w:val="0"/>
          <w:smallCaps w:val="0"/>
          <w:strike w:val="0"/>
          <w:sz w:val="22"/>
          <w:u w:val="single"/>
        </w:rPr>
        <w:t>killed far more people than AIDS, it hasn’t</w:t>
      </w:r>
      <w:r>
        <w:rPr>
          <w:b w:val="0"/>
          <w:i w:val="0"/>
          <w:smallCaps w:val="0"/>
          <w:strike w:val="0"/>
          <w:sz w:val="22"/>
          <w:u w:val="single"/>
        </w:rPr>
        <w:t xml:space="preserve"> </w:t>
      </w:r>
      <w:r>
        <w:rPr>
          <w:b w:val="0"/>
          <w:i w:val="0"/>
          <w:smallCaps w:val="0"/>
          <w:strike w:val="0"/>
          <w:sz w:val="22"/>
          <w:u w:val="single"/>
        </w:rPr>
        <w:t xml:space="preserve">been given </w:t>
      </w:r>
      <w:r>
        <w:rPr>
          <w:b w:val="0"/>
          <w:i w:val="0"/>
          <w:smallCaps w:val="0"/>
          <w:strike w:val="0"/>
          <w:sz w:val="22"/>
          <w:u w:val="single"/>
        </w:rPr>
        <w:t>very much attention</w:t>
      </w:r>
      <w:r>
        <w:rPr>
          <w:b w:val="0"/>
          <w:i w:val="0"/>
          <w:smallCaps w:val="0"/>
          <w:strike w:val="0"/>
          <w:sz w:val="22"/>
          <w:u w:val="single"/>
        </w:rPr>
        <w:t>, because</w:t>
      </w:r>
      <w:r>
        <w:rPr>
          <w:b w:val="0"/>
          <w:i w:val="0"/>
          <w:smallCaps w:val="0"/>
          <w:strike w:val="0"/>
          <w:sz w:val="22"/>
          <w:u w:val="single"/>
        </w:rPr>
        <w:t xml:space="preserve"> </w:t>
      </w:r>
      <w:r>
        <w:rPr>
          <w:b w:val="0"/>
          <w:i w:val="0"/>
          <w:smallCaps w:val="0"/>
          <w:strike w:val="0"/>
          <w:sz w:val="22"/>
          <w:u w:val="single"/>
        </w:rPr>
        <w:t xml:space="preserve">the people who are at risk are </w:t>
      </w:r>
      <w:r>
        <w:rPr>
          <w:b/>
          <w:i w:val="0"/>
          <w:smallCaps w:val="0"/>
          <w:strike w:val="0"/>
          <w:sz w:val="22"/>
          <w:u w:val="single"/>
        </w:rPr>
        <w:t>unable to pay</w:t>
      </w:r>
      <w:r>
        <w:rPr>
          <w:b w:val="0"/>
          <w:i w:val="0"/>
          <w:smallCaps w:val="0"/>
          <w:strike w:val="0"/>
          <w:sz w:val="22"/>
          <w:u w:val="single"/>
        </w:rPr>
        <w:t xml:space="preserve"> </w:t>
      </w:r>
      <w:r>
        <w:rPr>
          <w:b w:val="0"/>
          <w:i w:val="0"/>
          <w:smallCaps w:val="0"/>
          <w:strike w:val="0"/>
          <w:sz w:val="16"/>
          <w:u w:val="none"/>
        </w:rPr>
        <w:t xml:space="preserve">for vaccines or cures. Malaria has been a third world problem. Only since one of the world’s richest entrepreneurs, Bill Gates, decided to fund research has this dire issue been given due attention. </w:t>
      </w:r>
      <w:r>
        <w:rPr>
          <w:b w:val="0"/>
          <w:i w:val="0"/>
          <w:smallCaps w:val="0"/>
          <w:strike w:val="0"/>
          <w:sz w:val="16"/>
          <w:u w:val="none"/>
        </w:rPr>
        <w:t>So</w:t>
      </w:r>
      <w:r>
        <w:rPr>
          <w:b w:val="0"/>
          <w:i w:val="0"/>
          <w:smallCaps w:val="0"/>
          <w:strike w:val="0"/>
          <w:sz w:val="16"/>
          <w:u w:val="none"/>
        </w:rPr>
        <w:t xml:space="preserve"> </w:t>
      </w:r>
      <w:r>
        <w:rPr>
          <w:b w:val="0"/>
          <w:i w:val="0"/>
          <w:smallCaps w:val="0"/>
          <w:strike w:val="0"/>
          <w:sz w:val="22"/>
          <w:u w:val="single"/>
        </w:rPr>
        <w:t>when we use</w:t>
      </w:r>
      <w:r>
        <w:rPr>
          <w:b w:val="0"/>
          <w:i w:val="0"/>
          <w:smallCaps w:val="0"/>
          <w:strike w:val="0"/>
          <w:sz w:val="22"/>
          <w:u w:val="single"/>
        </w:rPr>
        <w:t xml:space="preserve"> </w:t>
      </w:r>
      <w:r>
        <w:rPr>
          <w:b w:val="0"/>
          <w:i w:val="0"/>
          <w:smallCaps w:val="0"/>
          <w:strike w:val="0"/>
          <w:sz w:val="22"/>
          <w:u w:val="single"/>
        </w:rPr>
        <w:t>competition as a tool to produce innovation, we must ask</w:t>
      </w:r>
      <w:r>
        <w:rPr>
          <w:b w:val="0"/>
          <w:i w:val="0"/>
          <w:smallCaps w:val="0"/>
          <w:strike w:val="0"/>
          <w:sz w:val="16"/>
          <w:u w:val="none"/>
        </w:rPr>
        <w:t xml:space="preserve">: </w:t>
      </w:r>
      <w:r>
        <w:rPr>
          <w:b w:val="0"/>
          <w:i w:val="0"/>
          <w:smallCaps w:val="0"/>
          <w:strike w:val="0"/>
          <w:sz w:val="22"/>
          <w:u w:val="single"/>
        </w:rPr>
        <w:t>what kinds of problems</w:t>
      </w:r>
      <w:r>
        <w:rPr>
          <w:b w:val="0"/>
          <w:i w:val="0"/>
          <w:smallCaps w:val="0"/>
          <w:strike w:val="0"/>
          <w:sz w:val="22"/>
          <w:u w:val="single"/>
        </w:rPr>
        <w:t xml:space="preserve"> </w:t>
      </w:r>
      <w:r>
        <w:rPr>
          <w:b w:val="0"/>
          <w:i w:val="0"/>
          <w:smallCaps w:val="0"/>
          <w:strike w:val="0"/>
          <w:sz w:val="22"/>
          <w:u w:val="single"/>
        </w:rPr>
        <w:t>are likely to attract the attention of people</w:t>
      </w:r>
      <w:r>
        <w:rPr>
          <w:b w:val="0"/>
          <w:i w:val="0"/>
          <w:smallCaps w:val="0"/>
          <w:strike w:val="0"/>
          <w:sz w:val="22"/>
          <w:u w:val="single"/>
        </w:rPr>
        <w:t xml:space="preserve"> </w:t>
      </w:r>
      <w:r>
        <w:rPr>
          <w:b w:val="0"/>
          <w:i w:val="0"/>
          <w:smallCaps w:val="0"/>
          <w:strike w:val="0"/>
          <w:sz w:val="22"/>
          <w:u w:val="single"/>
        </w:rPr>
        <w:t xml:space="preserve">who </w:t>
      </w:r>
      <w:r>
        <w:rPr>
          <w:b/>
          <w:i w:val="0"/>
          <w:smallCaps w:val="0"/>
          <w:strike w:val="0"/>
          <w:sz w:val="22"/>
          <w:u w:val="single"/>
        </w:rPr>
        <w:t>thrive in competitive environments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And </w:t>
      </w:r>
      <w:r>
        <w:rPr>
          <w:b w:val="0"/>
          <w:i w:val="0"/>
          <w:smallCaps w:val="0"/>
          <w:strike w:val="0"/>
          <w:sz w:val="22"/>
          <w:u w:val="single"/>
        </w:rPr>
        <w:t>what kinds of solutions will be considered acceptable and successful</w:t>
      </w:r>
      <w:r>
        <w:rPr>
          <w:b w:val="0"/>
          <w:i w:val="0"/>
          <w:smallCaps w:val="0"/>
          <w:strike w:val="0"/>
          <w:sz w:val="16"/>
          <w:u w:val="none"/>
        </w:rPr>
        <w:t xml:space="preserve">? The </w:t>
      </w:r>
      <w:r>
        <w:rPr>
          <w:b w:val="0"/>
          <w:i w:val="0"/>
          <w:smallCaps w:val="0"/>
          <w:strike w:val="0"/>
          <w:sz w:val="22"/>
          <w:u w:val="single"/>
        </w:rPr>
        <w:t>second</w:t>
      </w:r>
      <w:r>
        <w:rPr>
          <w:b w:val="0"/>
          <w:i w:val="0"/>
          <w:smallCaps w:val="0"/>
          <w:strike w:val="0"/>
          <w:sz w:val="16"/>
          <w:u w:val="none"/>
        </w:rPr>
        <w:t xml:space="preserve"> problem for library science is </w:t>
      </w:r>
      <w:r>
        <w:rPr>
          <w:b w:val="0"/>
          <w:i w:val="0"/>
          <w:smallCaps w:val="0"/>
          <w:strike w:val="0"/>
          <w:sz w:val="22"/>
          <w:u w:val="single"/>
        </w:rPr>
        <w:t>the perspective from which problems</w:t>
      </w:r>
      <w:r>
        <w:rPr>
          <w:b w:val="0"/>
          <w:i w:val="0"/>
          <w:smallCaps w:val="0"/>
          <w:strike w:val="0"/>
          <w:sz w:val="22"/>
          <w:u w:val="single"/>
        </w:rPr>
        <w:t xml:space="preserve"> </w:t>
      </w:r>
      <w:r>
        <w:rPr>
          <w:b w:val="0"/>
          <w:i w:val="0"/>
          <w:smallCaps w:val="0"/>
          <w:strike w:val="0"/>
          <w:sz w:val="22"/>
          <w:u w:val="single"/>
        </w:rPr>
        <w:t>are identified and solutions generated</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22"/>
          <w:u w:val="single"/>
        </w:rPr>
        <w:t xml:space="preserve"> </w:t>
      </w:r>
      <w:r>
        <w:rPr>
          <w:b w:val="0"/>
          <w:i w:val="0"/>
          <w:smallCaps w:val="0"/>
          <w:strike w:val="0"/>
          <w:sz w:val="22"/>
          <w:u w:val="single"/>
        </w:rPr>
        <w:t>presumption is</w:t>
      </w:r>
      <w:r>
        <w:rPr>
          <w:b w:val="0"/>
          <w:i w:val="0"/>
          <w:smallCaps w:val="0"/>
          <w:strike w:val="0"/>
          <w:sz w:val="16"/>
          <w:u w:val="none"/>
        </w:rPr>
        <w:t xml:space="preserve"> that </w:t>
      </w:r>
      <w:r>
        <w:rPr>
          <w:b w:val="0"/>
          <w:i w:val="0"/>
          <w:smallCaps w:val="0"/>
          <w:strike w:val="0"/>
          <w:sz w:val="22"/>
          <w:u w:val="single"/>
        </w:rPr>
        <w:t>problems</w:t>
      </w:r>
      <w:r>
        <w:rPr>
          <w:b w:val="0"/>
          <w:i w:val="0"/>
          <w:smallCaps w:val="0"/>
          <w:strike w:val="0"/>
          <w:sz w:val="16"/>
          <w:u w:val="none"/>
        </w:rPr>
        <w:t xml:space="preserve"> </w:t>
      </w:r>
      <w:r>
        <w:rPr>
          <w:b w:val="0"/>
          <w:i w:val="0"/>
          <w:smallCaps w:val="0"/>
          <w:strike w:val="0"/>
          <w:sz w:val="22"/>
          <w:u w:val="single"/>
        </w:rPr>
        <w:t>identified</w:t>
      </w:r>
      <w:r>
        <w:rPr>
          <w:b w:val="0"/>
          <w:i w:val="0"/>
          <w:smallCaps w:val="0"/>
          <w:strike w:val="0"/>
          <w:sz w:val="16"/>
          <w:u w:val="none"/>
        </w:rPr>
        <w:t xml:space="preserve"> </w:t>
      </w:r>
      <w:r>
        <w:rPr>
          <w:b w:val="0"/>
          <w:i w:val="0"/>
          <w:smallCaps w:val="0"/>
          <w:strike w:val="0"/>
          <w:sz w:val="22"/>
          <w:u w:val="single"/>
        </w:rPr>
        <w:t>through</w:t>
      </w:r>
      <w:r>
        <w:rPr>
          <w:b w:val="0"/>
          <w:i w:val="0"/>
          <w:smallCaps w:val="0"/>
          <w:strike w:val="0"/>
          <w:sz w:val="16"/>
          <w:u w:val="none"/>
        </w:rPr>
        <w:t xml:space="preserve"> </w:t>
      </w:r>
      <w:r>
        <w:rPr>
          <w:b w:val="0"/>
          <w:i w:val="0"/>
          <w:smallCaps w:val="0"/>
          <w:strike w:val="0"/>
          <w:sz w:val="22"/>
          <w:u w:val="single"/>
        </w:rPr>
        <w:t>competition</w:t>
      </w:r>
      <w:r>
        <w:rPr>
          <w:b w:val="0"/>
          <w:i w:val="0"/>
          <w:smallCaps w:val="0"/>
          <w:strike w:val="0"/>
          <w:sz w:val="16"/>
          <w:u w:val="none"/>
        </w:rPr>
        <w:t xml:space="preserve"> and tested in markets </w:t>
      </w:r>
      <w:r>
        <w:rPr>
          <w:b/>
          <w:i w:val="0"/>
          <w:smallCaps w:val="0"/>
          <w:strike w:val="0"/>
          <w:sz w:val="22"/>
          <w:u w:val="single"/>
        </w:rPr>
        <w:t>are of universal interest</w:t>
      </w:r>
      <w:r>
        <w:rPr>
          <w:b w:val="0"/>
          <w:i w:val="0"/>
          <w:smallCaps w:val="0"/>
          <w:strike w:val="0"/>
          <w:sz w:val="16"/>
          <w:u w:val="none"/>
        </w:rPr>
        <w:t xml:space="preserve"> </w:t>
      </w:r>
      <w:r>
        <w:rPr>
          <w:b w:val="0"/>
          <w:i w:val="0"/>
          <w:smallCaps w:val="0"/>
          <w:strike w:val="0"/>
          <w:sz w:val="22"/>
          <w:u w:val="single"/>
        </w:rPr>
        <w:t>and common</w:t>
      </w:r>
      <w:r>
        <w:rPr>
          <w:b w:val="0"/>
          <w:i w:val="0"/>
          <w:smallCaps w:val="0"/>
          <w:strike w:val="0"/>
          <w:sz w:val="22"/>
          <w:u w:val="single"/>
        </w:rPr>
        <w:t xml:space="preserve"> </w:t>
      </w:r>
      <w:r>
        <w:rPr>
          <w:b w:val="0"/>
          <w:i w:val="0"/>
          <w:smallCaps w:val="0"/>
          <w:strike w:val="0"/>
          <w:sz w:val="22"/>
          <w:u w:val="single"/>
        </w:rPr>
        <w:t>good</w:t>
      </w:r>
      <w:r>
        <w:rPr>
          <w:b w:val="0"/>
          <w:i w:val="0"/>
          <w:smallCaps w:val="0"/>
          <w:strike w:val="0"/>
          <w:sz w:val="16"/>
          <w:u w:val="none"/>
        </w:rPr>
        <w:t xml:space="preserve">. </w:t>
      </w:r>
      <w:r>
        <w:rPr>
          <w:b w:val="0"/>
          <w:i w:val="0"/>
          <w:smallCaps w:val="0"/>
          <w:strike w:val="0"/>
          <w:sz w:val="22"/>
          <w:u w:val="single"/>
        </w:rPr>
        <w:t>Yet power differentiated groups are</w:t>
      </w:r>
      <w:r>
        <w:rPr>
          <w:b w:val="0"/>
          <w:i w:val="0"/>
          <w:smallCaps w:val="0"/>
          <w:strike w:val="0"/>
          <w:sz w:val="22"/>
          <w:u w:val="single"/>
        </w:rPr>
        <w:t xml:space="preserve"> </w:t>
      </w:r>
      <w:r>
        <w:rPr>
          <w:b w:val="0"/>
          <w:i w:val="0"/>
          <w:smallCaps w:val="0"/>
          <w:strike w:val="0"/>
          <w:sz w:val="22"/>
          <w:u w:val="single"/>
        </w:rPr>
        <w:t>less able to participate in the measurement</w:t>
      </w:r>
      <w:r>
        <w:rPr>
          <w:b w:val="0"/>
          <w:i w:val="0"/>
          <w:smallCaps w:val="0"/>
          <w:strike w:val="0"/>
          <w:sz w:val="22"/>
          <w:u w:val="single"/>
        </w:rPr>
        <w:t xml:space="preserve"> </w:t>
      </w:r>
      <w:r>
        <w:rPr>
          <w:b w:val="0"/>
          <w:i w:val="0"/>
          <w:smallCaps w:val="0"/>
          <w:strike w:val="0"/>
          <w:sz w:val="22"/>
          <w:u w:val="single"/>
        </w:rPr>
        <w:t>of their success</w:t>
      </w:r>
      <w:r>
        <w:rPr>
          <w:b w:val="0"/>
          <w:i w:val="0"/>
          <w:smallCaps w:val="0"/>
          <w:strike w:val="0"/>
          <w:sz w:val="16"/>
          <w:u w:val="none"/>
        </w:rPr>
        <w:t xml:space="preserve"> (i.e., in the marketplace). And </w:t>
      </w:r>
      <w:r>
        <w:rPr>
          <w:b w:val="0"/>
          <w:i w:val="0"/>
          <w:smallCaps w:val="0"/>
          <w:strike w:val="0"/>
          <w:sz w:val="22"/>
          <w:u w:val="single"/>
        </w:rPr>
        <w:t>the research questions selected on</w:t>
      </w:r>
      <w:r>
        <w:rPr>
          <w:b w:val="0"/>
          <w:i w:val="0"/>
          <w:smallCaps w:val="0"/>
          <w:strike w:val="0"/>
          <w:sz w:val="22"/>
          <w:u w:val="single"/>
        </w:rPr>
        <w:t xml:space="preserve"> </w:t>
      </w:r>
      <w:r>
        <w:rPr>
          <w:b w:val="0"/>
          <w:i w:val="0"/>
          <w:smallCaps w:val="0"/>
          <w:strike w:val="0"/>
          <w:sz w:val="22"/>
          <w:u w:val="single"/>
        </w:rPr>
        <w:t>behalf of marginalized groups may not be</w:t>
      </w:r>
      <w:r>
        <w:rPr>
          <w:b w:val="0"/>
          <w:i w:val="0"/>
          <w:smallCaps w:val="0"/>
          <w:strike w:val="0"/>
          <w:sz w:val="22"/>
          <w:u w:val="single"/>
        </w:rPr>
        <w:t xml:space="preserve"> </w:t>
      </w:r>
      <w:r>
        <w:rPr>
          <w:b w:val="0"/>
          <w:i w:val="0"/>
          <w:smallCaps w:val="0"/>
          <w:strike w:val="0"/>
          <w:sz w:val="22"/>
          <w:u w:val="single"/>
        </w:rPr>
        <w:t>problems they would choose to study were</w:t>
      </w:r>
      <w:r>
        <w:rPr>
          <w:b w:val="0"/>
          <w:i w:val="0"/>
          <w:smallCaps w:val="0"/>
          <w:strike w:val="0"/>
          <w:sz w:val="22"/>
          <w:u w:val="single"/>
        </w:rPr>
        <w:t xml:space="preserve"> </w:t>
      </w:r>
      <w:r>
        <w:rPr>
          <w:b w:val="0"/>
          <w:i w:val="0"/>
          <w:smallCaps w:val="0"/>
          <w:strike w:val="0"/>
          <w:sz w:val="22"/>
          <w:u w:val="single"/>
        </w:rPr>
        <w:t>they to design the research program.</w:t>
      </w:r>
      <w:r>
        <w:rPr>
          <w:b w:val="0"/>
          <w:i w:val="0"/>
          <w:smallCaps w:val="0"/>
          <w:strike w:val="0"/>
          <w:sz w:val="16"/>
          <w:u w:val="none"/>
        </w:rPr>
        <w:t xml:space="preserve"> </w:t>
      </w:r>
      <w:r>
        <w:rPr>
          <w:b w:val="0"/>
          <w:i w:val="0"/>
          <w:smallCaps w:val="0"/>
          <w:strike w:val="0"/>
          <w:sz w:val="22"/>
          <w:u w:val="single"/>
        </w:rPr>
        <w:t>This leaves crucial questions</w:t>
      </w:r>
      <w:r>
        <w:rPr>
          <w:b w:val="0"/>
          <w:i w:val="0"/>
          <w:smallCaps w:val="0"/>
          <w:strike w:val="0"/>
          <w:sz w:val="16"/>
          <w:u w:val="none"/>
        </w:rPr>
        <w:t xml:space="preserve">: </w:t>
      </w:r>
      <w:r>
        <w:rPr>
          <w:b w:val="0"/>
          <w:i w:val="0"/>
          <w:smallCaps w:val="0"/>
          <w:strike w:val="0"/>
          <w:sz w:val="22"/>
          <w:u w:val="single"/>
        </w:rPr>
        <w:t>What</w:t>
      </w:r>
      <w:r>
        <w:rPr>
          <w:b w:val="0"/>
          <w:i w:val="0"/>
          <w:smallCaps w:val="0"/>
          <w:strike w:val="0"/>
          <w:sz w:val="22"/>
          <w:u w:val="single"/>
        </w:rPr>
        <w:t xml:space="preserve"> </w:t>
      </w:r>
      <w:r>
        <w:rPr>
          <w:b w:val="0"/>
          <w:i w:val="0"/>
          <w:smallCaps w:val="0"/>
          <w:strike w:val="0"/>
          <w:sz w:val="22"/>
          <w:u w:val="single"/>
        </w:rPr>
        <w:t>kinds of innovation can we expect to</w:t>
      </w:r>
      <w:r>
        <w:rPr>
          <w:b w:val="0"/>
          <w:i w:val="0"/>
          <w:smallCaps w:val="0"/>
          <w:strike w:val="0"/>
          <w:sz w:val="22"/>
          <w:u w:val="single"/>
        </w:rPr>
        <w:t xml:space="preserve"> </w:t>
      </w:r>
      <w:r>
        <w:rPr>
          <w:b w:val="0"/>
          <w:i w:val="0"/>
          <w:smallCaps w:val="0"/>
          <w:strike w:val="0"/>
          <w:sz w:val="22"/>
          <w:u w:val="single"/>
        </w:rPr>
        <w:t>emerge from competitive environments,</w:t>
      </w:r>
      <w:r>
        <w:rPr>
          <w:b w:val="0"/>
          <w:i w:val="0"/>
          <w:smallCaps w:val="0"/>
          <w:strike w:val="0"/>
          <w:sz w:val="22"/>
          <w:u w:val="single"/>
        </w:rPr>
        <w:t xml:space="preserve"> </w:t>
      </w:r>
      <w:r>
        <w:rPr>
          <w:b w:val="0"/>
          <w:i w:val="0"/>
          <w:smallCaps w:val="0"/>
          <w:strike w:val="0"/>
          <w:sz w:val="22"/>
          <w:u w:val="single"/>
        </w:rPr>
        <w:t>given the kinds of actors who are drawn</w:t>
      </w:r>
      <w:r>
        <w:rPr>
          <w:b w:val="0"/>
          <w:i w:val="0"/>
          <w:smallCaps w:val="0"/>
          <w:strike w:val="0"/>
          <w:sz w:val="22"/>
          <w:u w:val="single"/>
        </w:rPr>
        <w:t xml:space="preserve"> </w:t>
      </w:r>
      <w:r>
        <w:rPr>
          <w:b w:val="0"/>
          <w:i w:val="0"/>
          <w:smallCaps w:val="0"/>
          <w:strike w:val="0"/>
          <w:sz w:val="22"/>
          <w:u w:val="single"/>
        </w:rPr>
        <w:t>to them and who succeed in them</w:t>
      </w:r>
      <w:r>
        <w:rPr>
          <w:b w:val="0"/>
          <w:i w:val="0"/>
          <w:smallCaps w:val="0"/>
          <w:strike w:val="0"/>
          <w:sz w:val="16"/>
          <w:u w:val="none"/>
        </w:rPr>
        <w:t xml:space="preserve">? </w:t>
      </w:r>
      <w:r>
        <w:rPr>
          <w:b w:val="0"/>
          <w:i w:val="0"/>
          <w:smallCaps w:val="0"/>
          <w:strike w:val="0"/>
          <w:sz w:val="22"/>
          <w:u w:val="single"/>
        </w:rPr>
        <w:t>What</w:t>
      </w:r>
      <w:r>
        <w:rPr>
          <w:b w:val="0"/>
          <w:i w:val="0"/>
          <w:smallCaps w:val="0"/>
          <w:strike w:val="0"/>
          <w:sz w:val="22"/>
          <w:u w:val="single"/>
        </w:rPr>
        <w:t xml:space="preserve"> </w:t>
      </w:r>
      <w:r>
        <w:rPr>
          <w:b w:val="0"/>
          <w:i w:val="0"/>
          <w:smallCaps w:val="0"/>
          <w:strike w:val="0"/>
          <w:sz w:val="22"/>
          <w:u w:val="single"/>
        </w:rPr>
        <w:t>problems will be selected for</w:t>
      </w:r>
      <w:r>
        <w:rPr>
          <w:b w:val="0"/>
          <w:i w:val="0"/>
          <w:smallCaps w:val="0"/>
          <w:strike w:val="0"/>
          <w:sz w:val="16"/>
          <w:u w:val="none"/>
        </w:rPr>
        <w:t xml:space="preserve"> research and development, given that competitiveness valorizes certain values and points of view while </w:t>
      </w:r>
      <w:r>
        <w:rPr>
          <w:b w:val="0"/>
          <w:i w:val="0"/>
          <w:smallCaps w:val="0"/>
          <w:strike w:val="0"/>
          <w:sz w:val="16"/>
          <w:u w:val="none"/>
        </w:rPr>
        <w:t>excising</w:t>
      </w:r>
      <w:r>
        <w:rPr>
          <w:b w:val="0"/>
          <w:i w:val="0"/>
          <w:smallCaps w:val="0"/>
          <w:strike w:val="0"/>
          <w:sz w:val="16"/>
          <w:u w:val="none"/>
        </w:rPr>
        <w:t xml:space="preserve"> others? For example, </w:t>
      </w:r>
      <w:r>
        <w:rPr>
          <w:b w:val="0"/>
          <w:i w:val="0"/>
          <w:smallCaps w:val="0"/>
          <w:strike w:val="0"/>
          <w:sz w:val="22"/>
          <w:u w:val="single"/>
        </w:rPr>
        <w:t>Cowan</w:t>
      </w:r>
      <w:r>
        <w:rPr>
          <w:b w:val="0"/>
          <w:i w:val="0"/>
          <w:smallCaps w:val="0"/>
          <w:strike w:val="0"/>
          <w:sz w:val="16"/>
          <w:u w:val="none"/>
        </w:rPr>
        <w:t xml:space="preserve"> (1983) </w:t>
      </w:r>
      <w:r>
        <w:rPr>
          <w:b w:val="0"/>
          <w:i w:val="0"/>
          <w:smallCaps w:val="0"/>
          <w:strike w:val="0"/>
          <w:sz w:val="22"/>
          <w:u w:val="single"/>
        </w:rPr>
        <w:t>shows that the development of</w:t>
      </w:r>
      <w:r>
        <w:rPr>
          <w:b w:val="0"/>
          <w:i w:val="0"/>
          <w:smallCaps w:val="0"/>
          <w:strike w:val="0"/>
          <w:sz w:val="22"/>
          <w:u w:val="single"/>
        </w:rPr>
        <w:t xml:space="preserve"> </w:t>
      </w:r>
      <w:r>
        <w:rPr>
          <w:b w:val="0"/>
          <w:i w:val="0"/>
          <w:smallCaps w:val="0"/>
          <w:strike w:val="0"/>
          <w:sz w:val="22"/>
          <w:u w:val="single"/>
        </w:rPr>
        <w:t>new household technologies did not free</w:t>
      </w:r>
      <w:r>
        <w:rPr>
          <w:b w:val="0"/>
          <w:i w:val="0"/>
          <w:smallCaps w:val="0"/>
          <w:strike w:val="0"/>
          <w:sz w:val="22"/>
          <w:u w:val="single"/>
        </w:rPr>
        <w:t xml:space="preserve"> </w:t>
      </w:r>
      <w:r>
        <w:rPr>
          <w:b w:val="0"/>
          <w:i w:val="0"/>
          <w:smallCaps w:val="0"/>
          <w:strike w:val="0"/>
          <w:sz w:val="22"/>
          <w:u w:val="single"/>
        </w:rPr>
        <w:t>women from the domestic sphere</w:t>
      </w:r>
      <w:r>
        <w:rPr>
          <w:b w:val="0"/>
          <w:i w:val="0"/>
          <w:smallCaps w:val="0"/>
          <w:strike w:val="0"/>
          <w:sz w:val="16"/>
          <w:u w:val="none"/>
        </w:rPr>
        <w:t xml:space="preserve">. </w:t>
      </w:r>
      <w:r>
        <w:rPr>
          <w:b w:val="0"/>
          <w:i w:val="0"/>
          <w:smallCaps w:val="0"/>
          <w:strike w:val="0"/>
          <w:sz w:val="22"/>
          <w:u w:val="single"/>
        </w:rPr>
        <w:t>Rather,</w:t>
      </w:r>
      <w:r>
        <w:rPr>
          <w:b w:val="0"/>
          <w:i w:val="0"/>
          <w:smallCaps w:val="0"/>
          <w:strike w:val="0"/>
          <w:sz w:val="22"/>
          <w:u w:val="single"/>
        </w:rPr>
        <w:t xml:space="preserve"> </w:t>
      </w:r>
      <w:r>
        <w:rPr>
          <w:b w:val="0"/>
          <w:i w:val="0"/>
          <w:smallCaps w:val="0"/>
          <w:strike w:val="0"/>
          <w:sz w:val="22"/>
          <w:u w:val="single"/>
        </w:rPr>
        <w:t xml:space="preserve">it allowed women to enter the </w:t>
      </w:r>
      <w:r>
        <w:rPr>
          <w:b/>
          <w:i w:val="0"/>
          <w:smallCaps w:val="0"/>
          <w:strike w:val="0"/>
          <w:sz w:val="22"/>
          <w:u w:val="single"/>
        </w:rPr>
        <w:t>paid labor</w:t>
      </w:r>
      <w:r>
        <w:rPr>
          <w:b w:val="0"/>
          <w:i w:val="0"/>
          <w:smallCaps w:val="0"/>
          <w:strike w:val="0"/>
          <w:sz w:val="22"/>
          <w:u w:val="single"/>
        </w:rPr>
        <w:t xml:space="preserve"> </w:t>
      </w:r>
      <w:r>
        <w:rPr>
          <w:b w:val="0"/>
          <w:i w:val="0"/>
          <w:smallCaps w:val="0"/>
          <w:strike w:val="0"/>
          <w:sz w:val="22"/>
          <w:u w:val="single"/>
        </w:rPr>
        <w:t>force while leaving the gendered division</w:t>
      </w:r>
      <w:r>
        <w:rPr>
          <w:b w:val="0"/>
          <w:i w:val="0"/>
          <w:smallCaps w:val="0"/>
          <w:strike w:val="0"/>
          <w:sz w:val="22"/>
          <w:u w:val="single"/>
        </w:rPr>
        <w:t xml:space="preserve"> </w:t>
      </w:r>
      <w:r>
        <w:rPr>
          <w:b w:val="0"/>
          <w:i w:val="0"/>
          <w:smallCaps w:val="0"/>
          <w:strike w:val="0"/>
          <w:sz w:val="22"/>
          <w:u w:val="single"/>
        </w:rPr>
        <w:t xml:space="preserve">of labor in the </w:t>
      </w:r>
      <w:r>
        <w:rPr>
          <w:b/>
          <w:i w:val="0"/>
          <w:smallCaps w:val="0"/>
          <w:strike w:val="0"/>
          <w:sz w:val="22"/>
          <w:u w:val="single"/>
        </w:rPr>
        <w:t>home untouched</w:t>
      </w:r>
      <w:r>
        <w:rPr>
          <w:b w:val="0"/>
          <w:i w:val="0"/>
          <w:smallCaps w:val="0"/>
          <w:strike w:val="0"/>
          <w:sz w:val="16"/>
          <w:u w:val="none"/>
        </w:rPr>
        <w:t xml:space="preserve">. </w:t>
      </w:r>
      <w:r>
        <w:rPr>
          <w:b w:val="0"/>
          <w:i w:val="0"/>
          <w:smallCaps w:val="0"/>
          <w:strike w:val="0"/>
          <w:sz w:val="22"/>
          <w:u w:val="single"/>
        </w:rPr>
        <w:t>Domestic</w:t>
      </w:r>
      <w:r>
        <w:rPr>
          <w:b w:val="0"/>
          <w:i w:val="0"/>
          <w:smallCaps w:val="0"/>
          <w:strike w:val="0"/>
          <w:sz w:val="22"/>
          <w:u w:val="single"/>
        </w:rPr>
        <w:t xml:space="preserve"> </w:t>
      </w:r>
      <w:r>
        <w:rPr>
          <w:b w:val="0"/>
          <w:i w:val="0"/>
          <w:smallCaps w:val="0"/>
          <w:strike w:val="0"/>
          <w:sz w:val="22"/>
          <w:u w:val="single"/>
        </w:rPr>
        <w:t>technologies developed by those who do</w:t>
      </w:r>
      <w:r>
        <w:rPr>
          <w:b w:val="0"/>
          <w:i w:val="0"/>
          <w:smallCaps w:val="0"/>
          <w:strike w:val="0"/>
          <w:sz w:val="22"/>
          <w:u w:val="single"/>
        </w:rPr>
        <w:t xml:space="preserve"> </w:t>
      </w:r>
      <w:r>
        <w:rPr>
          <w:b w:val="0"/>
          <w:i w:val="0"/>
          <w:smallCaps w:val="0"/>
          <w:strike w:val="0"/>
          <w:sz w:val="22"/>
          <w:u w:val="single"/>
        </w:rPr>
        <w:t>not use them</w:t>
      </w:r>
      <w:r>
        <w:rPr>
          <w:b w:val="0"/>
          <w:i w:val="0"/>
          <w:smallCaps w:val="0"/>
          <w:strike w:val="0"/>
          <w:sz w:val="16"/>
          <w:u w:val="none"/>
        </w:rPr>
        <w:t xml:space="preserve">, as Cowan shows, </w:t>
      </w:r>
      <w:r>
        <w:rPr>
          <w:b w:val="0"/>
          <w:i w:val="0"/>
          <w:smallCaps w:val="0"/>
          <w:strike w:val="0"/>
          <w:sz w:val="22"/>
          <w:u w:val="single"/>
        </w:rPr>
        <w:t>actually</w:t>
      </w:r>
      <w:r>
        <w:rPr>
          <w:b w:val="0"/>
          <w:i w:val="0"/>
          <w:smallCaps w:val="0"/>
          <w:strike w:val="0"/>
          <w:sz w:val="22"/>
          <w:u w:val="single"/>
        </w:rPr>
        <w:t xml:space="preserve"> </w:t>
      </w:r>
      <w:r>
        <w:rPr>
          <w:b w:val="0"/>
          <w:i w:val="0"/>
          <w:smallCaps w:val="0"/>
          <w:strike w:val="0"/>
          <w:sz w:val="22"/>
          <w:u w:val="single"/>
        </w:rPr>
        <w:t>entailed</w:t>
      </w:r>
      <w:r>
        <w:rPr>
          <w:b w:val="0"/>
          <w:i w:val="0"/>
          <w:smallCaps w:val="0"/>
          <w:strike w:val="0"/>
          <w:sz w:val="22"/>
          <w:u w:val="single"/>
        </w:rPr>
        <w:t xml:space="preserve"> new levels and expectations of</w:t>
      </w:r>
      <w:r>
        <w:rPr>
          <w:b w:val="0"/>
          <w:i w:val="0"/>
          <w:smallCaps w:val="0"/>
          <w:strike w:val="0"/>
          <w:sz w:val="22"/>
          <w:u w:val="single"/>
        </w:rPr>
        <w:t xml:space="preserve"> </w:t>
      </w:r>
      <w:r>
        <w:rPr>
          <w:b w:val="0"/>
          <w:i w:val="0"/>
          <w:smallCaps w:val="0"/>
          <w:strike w:val="0"/>
          <w:sz w:val="22"/>
          <w:u w:val="single"/>
        </w:rPr>
        <w:t>work, paradoxically extending women’s</w:t>
      </w:r>
      <w:r>
        <w:rPr>
          <w:b w:val="0"/>
          <w:i w:val="0"/>
          <w:smallCaps w:val="0"/>
          <w:strike w:val="0"/>
          <w:sz w:val="22"/>
          <w:u w:val="single"/>
        </w:rPr>
        <w:t xml:space="preserve"> </w:t>
      </w:r>
      <w:r>
        <w:rPr>
          <w:b w:val="0"/>
          <w:i w:val="0"/>
          <w:smallCaps w:val="0"/>
          <w:strike w:val="0"/>
          <w:sz w:val="22"/>
          <w:u w:val="single"/>
        </w:rPr>
        <w:t>work inside the home.</w:t>
      </w:r>
      <w:r>
        <w:rPr>
          <w:b w:val="0"/>
          <w:i w:val="0"/>
          <w:smallCaps w:val="0"/>
          <w:strike w:val="0"/>
          <w:sz w:val="16"/>
          <w:u w:val="none"/>
        </w:rPr>
        <w:t xml:space="preserve"> In her study of early electrical communication, Marvin (1998) argues that “men . . . wanted control of all communication conducted through the technology that belonged to them. Rules of expertise that invested the knowledgeable with power over the less knowledgeable transformed stories of women’s electrical ineptitude into homilies that justified men’s control of women’s communication” (p. 24). Nevertheless, Martin (1991) notes that women’s use of the phone did not align with the male designers’ intentions for it (p. 146). Co-opting it for their own purposes, women shaped the conventions for use of this early technology (p. 141). This is instructive to a techno-centric field that often seems to believe that women are afraid of technology, its own history to the contrary</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