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CAN’T SOLVE</w:t>
      </w:r>
      <w:r>
        <w:rPr>
          <w:b/>
          <w:i w:val="0"/>
          <w:smallCaps w:val="0"/>
          <w:strike w:val="0"/>
          <w:sz w:val="26"/>
          <w:u w:val="none"/>
        </w:rPr>
        <w:t>---Intellectual property granted in the national jurisdiction may not be applicable elsewhere---can’t solve innovation---that’s Mohamed.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&lt;&lt;FOR REFERENCE&gt;&gt;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Second, 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IP is increasingly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global</w:t>
      </w:r>
      <w:r>
        <w:rPr>
          <w:b w:val="0"/>
          <w:i w:val="0"/>
          <w:smallCaps w:val="0"/>
          <w:strike w:val="0"/>
          <w:u w:val="single"/>
        </w:rPr>
        <w:t xml:space="preserve">, yet IP 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systems remain largely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national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or regionally based. </w:t>
      </w:r>
      <w:r>
        <w:rPr>
          <w:b w:val="0"/>
          <w:i w:val="0"/>
          <w:smallCaps w:val="0"/>
          <w:strike w:val="0"/>
          <w:u w:val="single"/>
        </w:rPr>
        <w:t xml:space="preserve">This poses a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major challenge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 because IP r</w:t>
      </w:r>
      <w:r>
        <w:rPr>
          <w:b w:val="0"/>
          <w:i w:val="0"/>
          <w:smallCaps w:val="0"/>
          <w:strike w:val="0"/>
          <w:u w:val="single"/>
        </w:rPr>
        <w:t xml:space="preserve">ights </w:t>
      </w:r>
      <w:r>
        <w:rPr>
          <w:b w:val="0"/>
          <w:i w:val="0"/>
          <w:smallCaps w:val="0"/>
          <w:strike w:val="0"/>
          <w:highlight w:val="lightGray"/>
          <w:u w:val="single"/>
        </w:rPr>
        <w:t xml:space="preserve">granted in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one jurisdiction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may </w:t>
      </w:r>
      <w:r>
        <w:rPr>
          <w:b w:val="0"/>
          <w:i w:val="0"/>
          <w:smallCaps w:val="0"/>
          <w:strike w:val="0"/>
          <w:sz w:val="32"/>
          <w:highlight w:val="lightGray"/>
          <w:u w:val="single"/>
        </w:rPr>
        <w:t>not</w:t>
      </w:r>
      <w:r>
        <w:rPr>
          <w:b w:val="0"/>
          <w:i w:val="0"/>
          <w:smallCaps w:val="0"/>
          <w:strike w:val="0"/>
          <w:sz w:val="32"/>
          <w:u w:val="single"/>
        </w:rPr>
        <w:t xml:space="preserve"> be </w:t>
      </w:r>
      <w:r>
        <w:rPr>
          <w:b/>
          <w:i w:val="0"/>
          <w:smallCaps w:val="0"/>
          <w:strike w:val="0"/>
          <w:sz w:val="32"/>
          <w:highlight w:val="lightGray"/>
          <w:u w:val="single"/>
        </w:rPr>
        <w:t>applicable elsewhere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This is </w:t>
      </w:r>
      <w:r>
        <w:rPr>
          <w:b/>
          <w:i w:val="0"/>
          <w:smallCaps w:val="0"/>
          <w:strike w:val="0"/>
          <w:sz w:val="24"/>
          <w:u w:val="single"/>
        </w:rPr>
        <w:t>not good</w:t>
      </w:r>
      <w:r>
        <w:rPr>
          <w:b w:val="0"/>
          <w:i w:val="0"/>
          <w:smallCaps w:val="0"/>
          <w:strike w:val="0"/>
          <w:u w:val="single"/>
        </w:rPr>
        <w:t xml:space="preserve"> for </w:t>
      </w:r>
      <w:r>
        <w:rPr>
          <w:b/>
          <w:i w:val="0"/>
          <w:smallCaps w:val="0"/>
          <w:strike w:val="0"/>
          <w:sz w:val="24"/>
          <w:u w:val="single"/>
        </w:rPr>
        <w:t>innovation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creativity</w:t>
      </w:r>
      <w:r>
        <w:rPr>
          <w:b w:val="0"/>
          <w:i w:val="0"/>
          <w:smallCaps w:val="0"/>
          <w:strike w:val="0"/>
          <w:u w:val="single"/>
        </w:rPr>
        <w:t xml:space="preserve"> or </w:t>
      </w:r>
      <w:r>
        <w:rPr>
          <w:b/>
          <w:i w:val="0"/>
          <w:smallCaps w:val="0"/>
          <w:strike w:val="0"/>
          <w:sz w:val="24"/>
          <w:u w:val="single"/>
        </w:rPr>
        <w:t>business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/>
          <w:i w:val="0"/>
          <w:smallCaps w:val="0"/>
          <w:strike w:val="0"/>
          <w:sz w:val="24"/>
          <w:highlight w:val="lightGray"/>
          <w:u w:val="single"/>
        </w:rPr>
        <w:t>More coherence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 this area </w:t>
      </w:r>
      <w:r>
        <w:rPr>
          <w:b w:val="0"/>
          <w:i w:val="0"/>
          <w:smallCaps w:val="0"/>
          <w:strike w:val="0"/>
          <w:u w:val="single"/>
        </w:rPr>
        <w:t xml:space="preserve">is </w:t>
      </w:r>
      <w:r>
        <w:rPr>
          <w:b w:val="0"/>
          <w:i w:val="0"/>
          <w:smallCaps w:val="0"/>
          <w:strike w:val="0"/>
          <w:highlight w:val="lightGray"/>
          <w:u w:val="single"/>
        </w:rPr>
        <w:t>required</w:t>
      </w:r>
      <w:r>
        <w:rPr>
          <w:b w:val="0"/>
          <w:i w:val="0"/>
          <w:smallCaps w:val="0"/>
          <w:strike w:val="0"/>
          <w:sz w:val="12"/>
          <w:u w:val="none"/>
        </w:rPr>
        <w:t>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