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Domestic’ IPR can only be enforced through the PTO or Copyright Office. Any other remedy, like the ITC or CBP, is ‘international.’</w:t>
      </w:r>
    </w:p>
    <w:p>
      <w:pPr>
        <w:spacing w:after="80"/>
      </w:pPr>
      <w:r>
        <w:rPr>
          <w:b/>
          <w:i w:val="0"/>
          <w:smallCaps w:val="0"/>
          <w:strike w:val="0"/>
          <w:sz w:val="26"/>
          <w:u w:val="none"/>
        </w:rPr>
        <w:t>Purdy &amp; Bailey ’23</w:t>
      </w:r>
      <w:r>
        <w:rPr>
          <w:b w:val="0"/>
          <w:i w:val="0"/>
          <w:smallCaps w:val="0"/>
          <w:strike w:val="0"/>
          <w:u w:val="none"/>
        </w:rPr>
        <w:t xml:space="preserve"> [Purdy &amp; Bailey, LLP; December 12; IP litigation firm; “Understanding Intellectual Property Rights for Businesses,” https://www.purdybailey.com/blog/2023/december/understanding-intellectual-property-rights-for-b/]</w:t>
      </w:r>
    </w:p>
    <w:p>
      <w:pPr>
        <w:spacing w:after="60"/>
      </w:pPr>
      <w:r>
        <w:rPr>
          <w:b w:val="0"/>
          <w:i w:val="0"/>
          <w:smallCaps w:val="0"/>
          <w:strike w:val="0"/>
          <w:sz w:val="16"/>
          <w:u w:val="none"/>
        </w:rPr>
        <w:t>Intellectual properties provide the foundation for much of our modern economy. They relate to both creativity and commerce.</w:t>
      </w:r>
    </w:p>
    <w:p>
      <w:pPr>
        <w:spacing w:after="60"/>
      </w:pPr>
      <w:r>
        <w:rPr>
          <w:b w:val="0"/>
          <w:i w:val="0"/>
          <w:smallCaps w:val="0"/>
          <w:strike w:val="0"/>
          <w:sz w:val="16"/>
          <w:u w:val="none"/>
        </w:rPr>
        <w:t>Intellectual property rights include patents, trademarks, copyrights, and trade secrets. They can promote innovation, and they help businesses protect valuable assets. Understanding these concepts and how they apply in different situations is critical for success, but the topic can be complex.</w:t>
      </w:r>
    </w:p>
    <w:p>
      <w:pPr>
        <w:spacing w:after="60"/>
      </w:pPr>
      <w:r>
        <w:rPr>
          <w:b w:val="0"/>
          <w:i w:val="0"/>
          <w:smallCaps w:val="0"/>
          <w:strike w:val="0"/>
          <w:sz w:val="16"/>
          <w:u w:val="none"/>
        </w:rPr>
        <w:t>This article breaks down key aspects of intellectual property rights. This knowledge can help your business flourish in a highly competitive environment.</w:t>
      </w:r>
    </w:p>
    <w:p>
      <w:pPr>
        <w:spacing w:after="60"/>
      </w:pPr>
      <w:r>
        <w:rPr>
          <w:b w:val="0"/>
          <w:i w:val="0"/>
          <w:smallCaps w:val="0"/>
          <w:strike w:val="0"/>
          <w:sz w:val="16"/>
          <w:u w:val="none"/>
        </w:rPr>
        <w:t>Definition of Intellectual Property Rights</w:t>
      </w:r>
    </w:p>
    <w:p>
      <w:pPr>
        <w:spacing w:after="60"/>
      </w:pPr>
      <w:r>
        <w:rPr>
          <w:b w:val="0"/>
          <w:i w:val="0"/>
          <w:smallCaps w:val="0"/>
          <w:strike w:val="0"/>
          <w:sz w:val="22"/>
          <w:u w:val="single"/>
        </w:rPr>
        <w:t>Intellectual property rights (IPR) are legal rights granted to individuals or businesses</w:t>
      </w:r>
      <w:r>
        <w:rPr>
          <w:b w:val="0"/>
          <w:i w:val="0"/>
          <w:smallCaps w:val="0"/>
          <w:strike w:val="0"/>
          <w:sz w:val="16"/>
          <w:u w:val="none"/>
        </w:rPr>
        <w:t>. They give you ownership over ideas, characters, sound effects, logo designs, and much more. Put simply, IPR allows you to own and control creations that exist solely in the mind.</w:t>
      </w:r>
    </w:p>
    <w:p>
      <w:pPr>
        <w:spacing w:after="60"/>
      </w:pPr>
      <w:r>
        <w:rPr>
          <w:b w:val="0"/>
          <w:i w:val="0"/>
          <w:smallCaps w:val="0"/>
          <w:strike w:val="0"/>
          <w:sz w:val="16"/>
          <w:u w:val="none"/>
        </w:rPr>
        <w:t>Intellectual property rights give the creator or owner exclusive rights over the use of their creation. When you have IPR, no one else can use your IP without your permission.</w:t>
      </w:r>
    </w:p>
    <w:p>
      <w:pPr>
        <w:spacing w:after="60"/>
      </w:pPr>
      <w:r>
        <w:rPr>
          <w:b w:val="0"/>
          <w:i w:val="0"/>
          <w:smallCaps w:val="0"/>
          <w:strike w:val="0"/>
          <w:sz w:val="16"/>
          <w:u w:val="none"/>
        </w:rPr>
        <w:t>The Importance of Intellectual Property Rights</w:t>
      </w:r>
    </w:p>
    <w:p>
      <w:pPr>
        <w:spacing w:after="60"/>
      </w:pPr>
      <w:r>
        <w:rPr>
          <w:b w:val="0"/>
          <w:i w:val="0"/>
          <w:smallCaps w:val="0"/>
          <w:strike w:val="0"/>
          <w:sz w:val="16"/>
          <w:u w:val="none"/>
        </w:rPr>
        <w:t>IPR safeguards a business's unique products, services, and brand identity, and it fosters a competitive advantage in the market. These rights encourage innovation, stimulate economic growth, and create a significant source of revenue through licensing and royalties.</w:t>
      </w:r>
    </w:p>
    <w:p>
      <w:pPr>
        <w:spacing w:after="60"/>
      </w:pPr>
      <w:r>
        <w:rPr>
          <w:b w:val="0"/>
          <w:i w:val="0"/>
          <w:smallCaps w:val="0"/>
          <w:strike w:val="0"/>
          <w:sz w:val="16"/>
          <w:u w:val="none"/>
        </w:rPr>
        <w:t>Types of Intellectual Property Rights</w:t>
      </w:r>
    </w:p>
    <w:p>
      <w:pPr>
        <w:spacing w:after="60"/>
      </w:pPr>
      <w:r>
        <w:rPr>
          <w:b w:val="0"/>
          <w:i w:val="0"/>
          <w:smallCaps w:val="0"/>
          <w:strike w:val="0"/>
          <w:sz w:val="16"/>
          <w:u w:val="none"/>
        </w:rPr>
        <w:t>You can broadly categorize IPR into four categories: trademarks, copyrights, patents, and trade secrets.</w:t>
      </w:r>
    </w:p>
    <w:p>
      <w:pPr>
        <w:spacing w:after="60"/>
      </w:pPr>
      <w:r>
        <w:rPr>
          <w:b w:val="0"/>
          <w:i w:val="0"/>
          <w:smallCaps w:val="0"/>
          <w:strike w:val="0"/>
          <w:sz w:val="16"/>
          <w:u w:val="none"/>
        </w:rPr>
        <w:t>Trademarks protect brand names, logos, and other business identifiers. They play a vital role in establishing a brand's identity and reputation in the market.</w:t>
      </w:r>
    </w:p>
    <w:p>
      <w:pPr>
        <w:spacing w:after="60"/>
      </w:pPr>
      <w:r>
        <w:rPr>
          <w:b w:val="0"/>
          <w:i w:val="0"/>
          <w:smallCaps w:val="0"/>
          <w:strike w:val="0"/>
          <w:sz w:val="16"/>
          <w:u w:val="none"/>
        </w:rPr>
        <w:t>Copyrights protect original works of authorship, such as books, music, and software codes, and patents protect inventions and innovative processes. Patents grant the inventor exclusive rights to use, manufacture, and sell the invention for a certain period. Both copyrights and patents are critical for businesses involved in creative, technological, and scientific fields.</w:t>
      </w:r>
    </w:p>
    <w:p>
      <w:pPr>
        <w:spacing w:after="60"/>
      </w:pPr>
      <w:r>
        <w:rPr>
          <w:b w:val="0"/>
          <w:i w:val="0"/>
          <w:smallCaps w:val="0"/>
          <w:strike w:val="0"/>
          <w:sz w:val="16"/>
          <w:u w:val="none"/>
        </w:rPr>
        <w:t>Trade secrets refer to confidential information businesses keep under wraps to gain a competitive advantage. They can include formulas, processes, customer lists, or technical know-how. This sensitive information provides a competitive edge, fosters innovation, and maintains exclusivity.</w:t>
      </w:r>
    </w:p>
    <w:p>
      <w:pPr>
        <w:spacing w:after="60"/>
      </w:pPr>
      <w:r>
        <w:rPr>
          <w:b w:val="0"/>
          <w:i w:val="0"/>
          <w:smallCaps w:val="0"/>
          <w:strike w:val="0"/>
          <w:sz w:val="16"/>
          <w:u w:val="none"/>
        </w:rPr>
        <w:t>Protections Intellectual Property Rights Offer</w:t>
      </w:r>
    </w:p>
    <w:p>
      <w:pPr>
        <w:spacing w:after="60"/>
      </w:pPr>
      <w:r>
        <w:rPr>
          <w:b w:val="0"/>
          <w:i w:val="0"/>
          <w:smallCaps w:val="0"/>
          <w:strike w:val="0"/>
          <w:sz w:val="22"/>
          <w:highlight w:val="cyan"/>
          <w:u w:val="single"/>
        </w:rPr>
        <w:t xml:space="preserve">IPR is backed by </w:t>
      </w:r>
      <w:r>
        <w:rPr>
          <w:b/>
          <w:i w:val="0"/>
          <w:smallCaps w:val="0"/>
          <w:strike w:val="0"/>
          <w:sz w:val="24"/>
          <w:highlight w:val="cyan"/>
          <w:u w:val="single"/>
        </w:rPr>
        <w:t>both</w:t>
      </w:r>
      <w:r>
        <w:rPr>
          <w:b w:val="0"/>
          <w:i w:val="0"/>
          <w:smallCaps w:val="0"/>
          <w:strike w:val="0"/>
          <w:sz w:val="22"/>
          <w:highlight w:val="cyan"/>
          <w:u w:val="single"/>
        </w:rPr>
        <w:t xml:space="preserve"> </w:t>
      </w:r>
      <w:r>
        <w:rPr>
          <w:b/>
          <w:i w:val="0"/>
          <w:smallCaps w:val="0"/>
          <w:strike w:val="0"/>
          <w:sz w:val="24"/>
          <w:highlight w:val="cyan"/>
          <w:u w:val="single"/>
        </w:rPr>
        <w:t>national</w:t>
      </w:r>
      <w:r>
        <w:rPr>
          <w:b w:val="0"/>
          <w:i w:val="0"/>
          <w:smallCaps w:val="0"/>
          <w:strike w:val="0"/>
          <w:sz w:val="22"/>
          <w:highlight w:val="cyan"/>
          <w:u w:val="single"/>
        </w:rPr>
        <w:t xml:space="preserve"> and </w:t>
      </w:r>
      <w:r>
        <w:rPr>
          <w:b/>
          <w:i w:val="0"/>
          <w:smallCaps w:val="0"/>
          <w:strike w:val="0"/>
          <w:sz w:val="24"/>
          <w:highlight w:val="cyan"/>
          <w:u w:val="single"/>
        </w:rPr>
        <w:t>international laws</w:t>
      </w:r>
      <w:r>
        <w:rPr>
          <w:b w:val="0"/>
          <w:i w:val="0"/>
          <w:smallCaps w:val="0"/>
          <w:strike w:val="0"/>
          <w:sz w:val="16"/>
          <w:highlight w:val="cyan"/>
          <w:u w:val="none"/>
        </w:rPr>
        <w:t xml:space="preserve">. </w:t>
      </w:r>
      <w:r>
        <w:rPr>
          <w:b w:val="0"/>
          <w:i w:val="0"/>
          <w:smallCaps w:val="0"/>
          <w:strike w:val="0"/>
          <w:sz w:val="22"/>
          <w:highlight w:val="cyan"/>
          <w:u w:val="single"/>
        </w:rPr>
        <w:t xml:space="preserve">In the </w:t>
      </w:r>
      <w:r>
        <w:rPr>
          <w:b/>
          <w:i w:val="0"/>
          <w:smallCaps w:val="0"/>
          <w:strike w:val="0"/>
          <w:sz w:val="24"/>
          <w:highlight w:val="cyan"/>
          <w:u w:val="single"/>
        </w:rPr>
        <w:t>U</w:t>
      </w:r>
      <w:r>
        <w:rPr>
          <w:b w:val="0"/>
          <w:i w:val="0"/>
          <w:smallCaps w:val="0"/>
          <w:strike w:val="0"/>
          <w:sz w:val="22"/>
          <w:u w:val="single"/>
        </w:rPr>
        <w:t>nited</w:t>
      </w:r>
      <w:r>
        <w:rPr>
          <w:b w:val="0"/>
          <w:i w:val="0"/>
          <w:smallCaps w:val="0"/>
          <w:strike w:val="0"/>
          <w:sz w:val="16"/>
          <w:u w:val="none"/>
        </w:rPr>
        <w:t xml:space="preserve"> </w:t>
      </w:r>
      <w:r>
        <w:rPr>
          <w:b/>
          <w:i w:val="0"/>
          <w:smallCaps w:val="0"/>
          <w:strike w:val="0"/>
          <w:sz w:val="24"/>
          <w:highlight w:val="cyan"/>
          <w:u w:val="single"/>
        </w:rPr>
        <w:t>S</w:t>
      </w:r>
      <w:r>
        <w:rPr>
          <w:b w:val="0"/>
          <w:i w:val="0"/>
          <w:smallCaps w:val="0"/>
          <w:strike w:val="0"/>
          <w:sz w:val="16"/>
          <w:u w:val="none"/>
        </w:rPr>
        <w:t>tates</w:t>
      </w:r>
      <w:r>
        <w:rPr>
          <w:b w:val="0"/>
          <w:i w:val="0"/>
          <w:smallCaps w:val="0"/>
          <w:strike w:val="0"/>
          <w:sz w:val="22"/>
          <w:u w:val="single"/>
        </w:rPr>
        <w:t xml:space="preserve">, </w:t>
      </w:r>
      <w:r>
        <w:rPr>
          <w:b w:val="0"/>
          <w:i w:val="0"/>
          <w:smallCaps w:val="0"/>
          <w:strike w:val="0"/>
          <w:sz w:val="22"/>
          <w:highlight w:val="cyan"/>
          <w:u w:val="single"/>
        </w:rPr>
        <w:t xml:space="preserve">the U.S. </w:t>
      </w:r>
      <w:r>
        <w:rPr>
          <w:b/>
          <w:i w:val="0"/>
          <w:smallCaps w:val="0"/>
          <w:strike w:val="0"/>
          <w:sz w:val="24"/>
          <w:highlight w:val="cyan"/>
          <w:u w:val="single"/>
        </w:rPr>
        <w:t>Patent</w:t>
      </w:r>
      <w:r>
        <w:rPr>
          <w:b w:val="0"/>
          <w:i w:val="0"/>
          <w:smallCaps w:val="0"/>
          <w:strike w:val="0"/>
          <w:sz w:val="22"/>
          <w:highlight w:val="cyan"/>
          <w:u w:val="single"/>
        </w:rPr>
        <w:t xml:space="preserve"> and </w:t>
      </w:r>
      <w:r>
        <w:rPr>
          <w:b/>
          <w:i w:val="0"/>
          <w:smallCaps w:val="0"/>
          <w:strike w:val="0"/>
          <w:sz w:val="24"/>
          <w:highlight w:val="cyan"/>
          <w:u w:val="single"/>
        </w:rPr>
        <w:t>Trademark Office</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u w:val="none"/>
        </w:rPr>
        <w:t xml:space="preserve"> the U.S. </w:t>
      </w:r>
      <w:r>
        <w:rPr>
          <w:b/>
          <w:i w:val="0"/>
          <w:smallCaps w:val="0"/>
          <w:strike w:val="0"/>
          <w:sz w:val="24"/>
          <w:highlight w:val="cyan"/>
          <w:u w:val="single"/>
        </w:rPr>
        <w:t>Copyright Office</w:t>
      </w:r>
      <w:r>
        <w:rPr>
          <w:b w:val="0"/>
          <w:i w:val="0"/>
          <w:smallCaps w:val="0"/>
          <w:strike w:val="0"/>
          <w:sz w:val="16"/>
          <w:u w:val="none"/>
        </w:rPr>
        <w:t xml:space="preserve"> </w:t>
      </w:r>
      <w:r>
        <w:rPr>
          <w:b/>
          <w:i w:val="0"/>
          <w:smallCaps w:val="0"/>
          <w:strike w:val="0"/>
          <w:sz w:val="24"/>
          <w:u w:val="single"/>
        </w:rPr>
        <w:t>register</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4"/>
          <w:highlight w:val="cyan"/>
          <w:u w:val="single"/>
        </w:rPr>
        <w:t>enforce</w:t>
      </w:r>
      <w:r>
        <w:rPr>
          <w:b w:val="0"/>
          <w:i w:val="0"/>
          <w:smallCaps w:val="0"/>
          <w:strike w:val="0"/>
          <w:sz w:val="22"/>
          <w:highlight w:val="cyan"/>
          <w:u w:val="single"/>
        </w:rPr>
        <w:t xml:space="preserve"> these rights</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highlight w:val="cyan"/>
          <w:u w:val="single"/>
        </w:rPr>
        <w:t>Internationally</w:t>
      </w:r>
      <w:r>
        <w:rPr>
          <w:b w:val="0"/>
          <w:i w:val="0"/>
          <w:smallCaps w:val="0"/>
          <w:strike w:val="0"/>
          <w:sz w:val="22"/>
          <w:u w:val="single"/>
        </w:rPr>
        <w:t xml:space="preserve">, </w:t>
      </w:r>
      <w:r>
        <w:rPr>
          <w:b w:val="0"/>
          <w:i w:val="0"/>
          <w:smallCaps w:val="0"/>
          <w:strike w:val="0"/>
          <w:sz w:val="22"/>
          <w:highlight w:val="cyan"/>
          <w:u w:val="single"/>
        </w:rPr>
        <w:t>organizations</w:t>
      </w:r>
      <w:r>
        <w:rPr>
          <w:b w:val="0"/>
          <w:i w:val="0"/>
          <w:smallCaps w:val="0"/>
          <w:strike w:val="0"/>
          <w:sz w:val="22"/>
          <w:u w:val="single"/>
        </w:rPr>
        <w:t xml:space="preserve"> like the World Intellectual Property Organization </w:t>
      </w:r>
      <w:r>
        <w:rPr>
          <w:b w:val="0"/>
          <w:i w:val="0"/>
          <w:smallCaps w:val="0"/>
          <w:strike w:val="0"/>
          <w:sz w:val="22"/>
          <w:highlight w:val="cyan"/>
          <w:u w:val="single"/>
        </w:rPr>
        <w:t>work to harmonize and enforce</w:t>
      </w:r>
      <w:r>
        <w:rPr>
          <w:b w:val="0"/>
          <w:i w:val="0"/>
          <w:smallCaps w:val="0"/>
          <w:strike w:val="0"/>
          <w:sz w:val="22"/>
          <w:u w:val="single"/>
        </w:rPr>
        <w:t xml:space="preserve"> IP laws </w:t>
      </w:r>
      <w:r>
        <w:rPr>
          <w:b w:val="0"/>
          <w:i w:val="0"/>
          <w:smallCaps w:val="0"/>
          <w:strike w:val="0"/>
          <w:sz w:val="22"/>
          <w:highlight w:val="cyan"/>
          <w:u w:val="single"/>
        </w:rPr>
        <w:t>across different countries</w:t>
      </w:r>
      <w:r>
        <w:rPr>
          <w:b w:val="0"/>
          <w:i w:val="0"/>
          <w:smallCaps w:val="0"/>
          <w:strike w:val="0"/>
          <w:sz w:val="16"/>
          <w:u w:val="none"/>
        </w:rPr>
        <w:t>.</w:t>
      </w:r>
    </w:p>
    <w:p>
      <w:pPr>
        <w:spacing w:after="60"/>
      </w:pPr>
      <w:r>
        <w:rPr>
          <w:b/>
          <w:i w:val="0"/>
          <w:smallCaps w:val="0"/>
          <w:strike w:val="0"/>
          <w:sz w:val="24"/>
          <w:highlight w:val="cyan"/>
          <w:u w:val="single"/>
        </w:rPr>
        <w:t>Infringing</w:t>
      </w:r>
      <w:r>
        <w:rPr>
          <w:b w:val="0"/>
          <w:i w:val="0"/>
          <w:smallCaps w:val="0"/>
          <w:strike w:val="0"/>
          <w:sz w:val="22"/>
          <w:highlight w:val="cyan"/>
          <w:u w:val="single"/>
        </w:rPr>
        <w:t xml:space="preserve"> on intellectual property rights is a </w:t>
      </w:r>
      <w:r>
        <w:rPr>
          <w:b/>
          <w:i w:val="0"/>
          <w:smallCaps w:val="0"/>
          <w:strike w:val="0"/>
          <w:sz w:val="24"/>
          <w:highlight w:val="cyan"/>
          <w:u w:val="single"/>
        </w:rPr>
        <w:t>serious offense</w:t>
      </w:r>
      <w:r>
        <w:rPr>
          <w:b w:val="0"/>
          <w:i w:val="0"/>
          <w:smallCaps w:val="0"/>
          <w:strike w:val="0"/>
          <w:sz w:val="22"/>
          <w:highlight w:val="cyan"/>
          <w:u w:val="single"/>
        </w:rPr>
        <w:t xml:space="preserve"> with severe </w:t>
      </w:r>
      <w:r>
        <w:rPr>
          <w:b/>
          <w:i w:val="0"/>
          <w:smallCaps w:val="0"/>
          <w:strike w:val="0"/>
          <w:sz w:val="24"/>
          <w:highlight w:val="cyan"/>
          <w:u w:val="single"/>
        </w:rPr>
        <w:t>legal consequences</w:t>
      </w:r>
      <w:r>
        <w:rPr>
          <w:b w:val="0"/>
          <w:i w:val="0"/>
          <w:smallCaps w:val="0"/>
          <w:strike w:val="0"/>
          <w:sz w:val="16"/>
          <w:u w:val="none"/>
        </w:rPr>
        <w:t xml:space="preserve">. </w:t>
      </w:r>
      <w:r>
        <w:rPr>
          <w:b w:val="0"/>
          <w:i w:val="0"/>
          <w:smallCaps w:val="0"/>
          <w:strike w:val="0"/>
          <w:sz w:val="22"/>
          <w:u w:val="single"/>
        </w:rPr>
        <w:t>Civil penalties range from fines to damages</w:t>
      </w:r>
      <w:r>
        <w:rPr>
          <w:b w:val="0"/>
          <w:i w:val="0"/>
          <w:smallCaps w:val="0"/>
          <w:strike w:val="0"/>
          <w:sz w:val="16"/>
          <w:u w:val="none"/>
        </w:rPr>
        <w:t xml:space="preserve">. In </w:t>
      </w:r>
      <w:r>
        <w:rPr>
          <w:b w:val="0"/>
          <w:i w:val="0"/>
          <w:smallCaps w:val="0"/>
          <w:strike w:val="0"/>
          <w:sz w:val="22"/>
          <w:u w:val="single"/>
        </w:rPr>
        <w:t>extreme cases, IP infringement can lead to criminal charges in severe cases</w:t>
      </w:r>
      <w:r>
        <w:rPr>
          <w:b w:val="0"/>
          <w:i w:val="0"/>
          <w:smallCaps w:val="0"/>
          <w:strike w:val="0"/>
          <w:sz w:val="16"/>
          <w:u w:val="none"/>
        </w:rPr>
        <w:t>.</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