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Global governance checks </w:t>
      </w:r>
      <w:r>
        <w:rPr>
          <w:b/>
          <w:i w:val="0"/>
          <w:smallCaps w:val="0"/>
          <w:strike w:val="0"/>
          <w:sz w:val="26"/>
          <w:u w:val="single"/>
        </w:rPr>
        <w:t>emerging tech</w:t>
      </w:r>
      <w:r>
        <w:rPr>
          <w:b/>
          <w:i w:val="0"/>
          <w:smallCaps w:val="0"/>
          <w:strike w:val="0"/>
          <w:sz w:val="26"/>
          <w:u w:val="none"/>
        </w:rPr>
        <w:t xml:space="preserve">, </w:t>
      </w:r>
      <w:r>
        <w:rPr>
          <w:b/>
          <w:i w:val="0"/>
          <w:smallCaps w:val="0"/>
          <w:strike w:val="0"/>
          <w:sz w:val="26"/>
          <w:u w:val="single"/>
        </w:rPr>
        <w:t>warming</w:t>
      </w:r>
      <w:r>
        <w:rPr>
          <w:b/>
          <w:i w:val="0"/>
          <w:smallCaps w:val="0"/>
          <w:strike w:val="0"/>
          <w:sz w:val="26"/>
          <w:u w:val="none"/>
        </w:rPr>
        <w:t xml:space="preserve">, and </w:t>
      </w:r>
      <w:r>
        <w:rPr>
          <w:b/>
          <w:i w:val="0"/>
          <w:smallCaps w:val="0"/>
          <w:strike w:val="0"/>
          <w:sz w:val="26"/>
          <w:u w:val="single"/>
        </w:rPr>
        <w:t>nuclear</w:t>
      </w:r>
      <w:r>
        <w:rPr>
          <w:b/>
          <w:i w:val="0"/>
          <w:smallCaps w:val="0"/>
          <w:strike w:val="0"/>
          <w:sz w:val="26"/>
          <w:u w:val="none"/>
        </w:rPr>
        <w:t xml:space="preserve"> risks---extinction.</w:t>
      </w:r>
    </w:p>
    <w:p>
      <w:pPr>
        <w:spacing w:after="80"/>
      </w:pPr>
      <w:r>
        <w:rPr>
          <w:b/>
          <w:i w:val="0"/>
          <w:smallCaps w:val="0"/>
          <w:strike w:val="0"/>
          <w:sz w:val="26"/>
          <w:u w:val="none"/>
        </w:rPr>
        <w:t xml:space="preserve">Bailey ’18 </w:t>
      </w:r>
      <w:r>
        <w:rPr>
          <w:b w:val="0"/>
          <w:i w:val="0"/>
          <w:smallCaps w:val="0"/>
          <w:strike w:val="0"/>
          <w:u w:val="none"/>
        </w:rPr>
        <w:t xml:space="preserve">[Robert; September 5; professional technologist and strategic </w:t>
      </w:r>
      <w:r>
        <w:rPr>
          <w:b w:val="0"/>
          <w:i w:val="0"/>
          <w:smallCaps w:val="0"/>
          <w:strike w:val="0"/>
          <w:u w:val="none"/>
        </w:rPr>
        <w:t>maanger</w:t>
      </w:r>
      <w:r>
        <w:rPr>
          <w:b w:val="0"/>
          <w:i w:val="0"/>
          <w:smallCaps w:val="0"/>
          <w:strike w:val="0"/>
          <w:u w:val="none"/>
        </w:rPr>
        <w:t>, M.S. in Computer Science; Global Governance, “Why do we need global governance?” https://www.visionofearth.org/social-change/global-governance/]</w:t>
      </w:r>
    </w:p>
    <w:p>
      <w:pPr>
        <w:spacing w:after="60"/>
      </w:pPr>
      <w:r>
        <w:rPr>
          <w:b/>
          <w:i w:val="0"/>
          <w:smallCaps w:val="0"/>
          <w:strike w:val="0"/>
          <w:sz w:val="24"/>
          <w:u w:val="single"/>
        </w:rPr>
        <w:t>Global governance is necessary</w:t>
      </w:r>
      <w:r>
        <w:rPr>
          <w:b w:val="0"/>
          <w:i w:val="0"/>
          <w:smallCaps w:val="0"/>
          <w:strike w:val="0"/>
          <w:sz w:val="22"/>
          <w:u w:val="single"/>
        </w:rPr>
        <w:t xml:space="preserve"> because humanity</w:t>
      </w:r>
      <w:r>
        <w:rPr>
          <w:b w:val="0"/>
          <w:i w:val="0"/>
          <w:smallCaps w:val="0"/>
          <w:strike w:val="0"/>
          <w:sz w:val="16"/>
          <w:u w:val="none"/>
        </w:rPr>
        <w:t xml:space="preserve"> increasingly </w:t>
      </w:r>
      <w:r>
        <w:rPr>
          <w:b w:val="0"/>
          <w:i w:val="0"/>
          <w:smallCaps w:val="0"/>
          <w:strike w:val="0"/>
          <w:sz w:val="22"/>
          <w:u w:val="single"/>
        </w:rPr>
        <w:t>faces</w:t>
      </w:r>
      <w:r>
        <w:rPr>
          <w:b w:val="0"/>
          <w:i w:val="0"/>
          <w:smallCaps w:val="0"/>
          <w:strike w:val="0"/>
          <w:sz w:val="16"/>
          <w:u w:val="none"/>
        </w:rPr>
        <w:t xml:space="preserve"> both </w:t>
      </w:r>
      <w:r>
        <w:rPr>
          <w:b/>
          <w:i w:val="0"/>
          <w:smallCaps w:val="0"/>
          <w:strike w:val="0"/>
          <w:sz w:val="24"/>
          <w:u w:val="single"/>
        </w:rPr>
        <w:t>problems</w:t>
      </w:r>
      <w:r>
        <w:rPr>
          <w:b w:val="0"/>
          <w:i w:val="0"/>
          <w:smallCaps w:val="0"/>
          <w:strike w:val="0"/>
          <w:sz w:val="16"/>
          <w:u w:val="none"/>
        </w:rPr>
        <w:t xml:space="preserve"> and opportunities </w:t>
      </w:r>
      <w:r>
        <w:rPr>
          <w:b w:val="0"/>
          <w:i w:val="0"/>
          <w:smallCaps w:val="0"/>
          <w:strike w:val="0"/>
          <w:sz w:val="22"/>
          <w:u w:val="single"/>
        </w:rPr>
        <w:t xml:space="preserve">that are </w:t>
      </w:r>
      <w:r>
        <w:rPr>
          <w:b/>
          <w:i w:val="0"/>
          <w:smallCaps w:val="0"/>
          <w:strike w:val="0"/>
          <w:sz w:val="24"/>
          <w:u w:val="single"/>
        </w:rPr>
        <w:t>global in scale</w:t>
      </w:r>
      <w:r>
        <w:rPr>
          <w:b w:val="0"/>
          <w:i w:val="0"/>
          <w:smallCaps w:val="0"/>
          <w:strike w:val="0"/>
          <w:sz w:val="16"/>
          <w:u w:val="none"/>
        </w:rPr>
        <w:t xml:space="preserve">. Today, </w:t>
      </w:r>
      <w:r>
        <w:rPr>
          <w:b/>
          <w:i w:val="0"/>
          <w:smallCaps w:val="0"/>
          <w:strike w:val="0"/>
          <w:sz w:val="24"/>
          <w:u w:val="single"/>
        </w:rPr>
        <w:t>transnational problems</w:t>
      </w:r>
      <w:r>
        <w:rPr>
          <w:b w:val="0"/>
          <w:i w:val="0"/>
          <w:smallCaps w:val="0"/>
          <w:strike w:val="0"/>
          <w:sz w:val="22"/>
          <w:u w:val="single"/>
        </w:rPr>
        <w:t xml:space="preserve"> such as </w:t>
      </w:r>
      <w:r>
        <w:rPr>
          <w:b/>
          <w:i w:val="0"/>
          <w:smallCaps w:val="0"/>
          <w:strike w:val="0"/>
          <w:sz w:val="24"/>
          <w:u w:val="single"/>
        </w:rPr>
        <w:t>violence and pandemics</w:t>
      </w:r>
      <w:r>
        <w:rPr>
          <w:b w:val="0"/>
          <w:i w:val="0"/>
          <w:smallCaps w:val="0"/>
          <w:strike w:val="0"/>
          <w:sz w:val="16"/>
          <w:u w:val="none"/>
        </w:rPr>
        <w:t xml:space="preserve"> routinely reach a</w:t>
      </w:r>
      <w:r>
        <w:rPr>
          <w:b/>
          <w:i w:val="0"/>
          <w:smallCaps w:val="0"/>
          <w:strike w:val="0"/>
          <w:sz w:val="24"/>
          <w:u w:val="single"/>
        </w:rPr>
        <w:t>cross borders</w:t>
      </w:r>
      <w:r>
        <w:rPr>
          <w:b w:val="0"/>
          <w:i w:val="0"/>
          <w:smallCaps w:val="0"/>
          <w:strike w:val="0"/>
          <w:sz w:val="22"/>
          <w:u w:val="single"/>
        </w:rPr>
        <w:t xml:space="preserve">, affecting us all. At the same time, the </w:t>
      </w:r>
      <w:r>
        <w:rPr>
          <w:b/>
          <w:i w:val="0"/>
          <w:smallCaps w:val="0"/>
          <w:strike w:val="0"/>
          <w:sz w:val="24"/>
          <w:u w:val="single"/>
        </w:rPr>
        <w:t>increasingly integrated global system</w:t>
      </w:r>
      <w:r>
        <w:rPr>
          <w:b w:val="0"/>
          <w:i w:val="0"/>
          <w:smallCaps w:val="0"/>
          <w:strike w:val="0"/>
          <w:sz w:val="22"/>
          <w:u w:val="single"/>
        </w:rPr>
        <w:t xml:space="preserve"> has also laid the </w:t>
      </w:r>
      <w:r>
        <w:rPr>
          <w:b/>
          <w:i w:val="0"/>
          <w:smallCaps w:val="0"/>
          <w:strike w:val="0"/>
          <w:sz w:val="24"/>
          <w:u w:val="single"/>
        </w:rPr>
        <w:t>necessary foundations</w:t>
      </w:r>
      <w:r>
        <w:rPr>
          <w:b w:val="0"/>
          <w:i w:val="0"/>
          <w:smallCaps w:val="0"/>
          <w:strike w:val="0"/>
          <w:sz w:val="22"/>
          <w:u w:val="single"/>
        </w:rPr>
        <w:t xml:space="preserve"> for </w:t>
      </w:r>
      <w:r>
        <w:rPr>
          <w:b/>
          <w:i w:val="0"/>
          <w:smallCaps w:val="0"/>
          <w:strike w:val="0"/>
          <w:sz w:val="24"/>
          <w:u w:val="single"/>
        </w:rPr>
        <w:t>peace</w:t>
      </w:r>
      <w:r>
        <w:rPr>
          <w:b w:val="0"/>
          <w:i w:val="0"/>
          <w:smallCaps w:val="0"/>
          <w:strike w:val="0"/>
          <w:sz w:val="16"/>
          <w:u w:val="none"/>
        </w:rPr>
        <w:t xml:space="preserve"> and spectacular prosperity. </w:t>
      </w:r>
      <w:r>
        <w:rPr>
          <w:b w:val="0"/>
          <w:i w:val="0"/>
          <w:smallCaps w:val="0"/>
          <w:strike w:val="0"/>
          <w:sz w:val="22"/>
          <w:u w:val="single"/>
        </w:rPr>
        <w:t xml:space="preserve">Effective </w:t>
      </w:r>
      <w:r>
        <w:rPr>
          <w:b w:val="0"/>
          <w:i w:val="0"/>
          <w:smallCaps w:val="0"/>
          <w:strike w:val="0"/>
          <w:sz w:val="22"/>
          <w:highlight w:val="cyan"/>
          <w:u w:val="single"/>
        </w:rPr>
        <w:t>global governance will</w:t>
      </w:r>
      <w:r>
        <w:rPr>
          <w:b w:val="0"/>
          <w:i w:val="0"/>
          <w:smallCaps w:val="0"/>
          <w:strike w:val="0"/>
          <w:sz w:val="22"/>
          <w:u w:val="single"/>
        </w:rPr>
        <w:t xml:space="preserve"> allow us to </w:t>
      </w:r>
      <w:r>
        <w:rPr>
          <w:b/>
          <w:i w:val="0"/>
          <w:smallCaps w:val="0"/>
          <w:strike w:val="0"/>
          <w:sz w:val="24"/>
          <w:highlight w:val="cyan"/>
          <w:u w:val="single"/>
        </w:rPr>
        <w:t>end armed conflict</w:t>
      </w:r>
      <w:r>
        <w:rPr>
          <w:b w:val="0"/>
          <w:i w:val="0"/>
          <w:smallCaps w:val="0"/>
          <w:strike w:val="0"/>
          <w:sz w:val="22"/>
          <w:u w:val="single"/>
        </w:rPr>
        <w:t xml:space="preserve">, </w:t>
      </w:r>
      <w:r>
        <w:rPr>
          <w:b w:val="0"/>
          <w:i w:val="0"/>
          <w:smallCaps w:val="0"/>
          <w:strike w:val="0"/>
          <w:sz w:val="22"/>
          <w:highlight w:val="cyan"/>
          <w:u w:val="single"/>
        </w:rPr>
        <w:t>deal with</w:t>
      </w:r>
      <w:r>
        <w:rPr>
          <w:b w:val="0"/>
          <w:i w:val="0"/>
          <w:smallCaps w:val="0"/>
          <w:strike w:val="0"/>
          <w:sz w:val="22"/>
          <w:u w:val="single"/>
        </w:rPr>
        <w:t xml:space="preserve"> </w:t>
      </w:r>
      <w:r>
        <w:rPr>
          <w:b w:val="0"/>
          <w:i w:val="0"/>
          <w:smallCaps w:val="0"/>
          <w:strike w:val="0"/>
          <w:sz w:val="16"/>
          <w:u w:val="none"/>
        </w:rPr>
        <w:t xml:space="preserve">new and </w:t>
      </w:r>
      <w:r>
        <w:rPr>
          <w:b/>
          <w:i w:val="0"/>
          <w:smallCaps w:val="0"/>
          <w:strike w:val="0"/>
          <w:sz w:val="24"/>
          <w:highlight w:val="cyan"/>
          <w:u w:val="single"/>
        </w:rPr>
        <w:t>emerging</w:t>
      </w:r>
      <w:r>
        <w:rPr>
          <w:b w:val="0"/>
          <w:i w:val="0"/>
          <w:smallCaps w:val="0"/>
          <w:strike w:val="0"/>
          <w:sz w:val="16"/>
          <w:u w:val="none"/>
        </w:rPr>
        <w:t xml:space="preserve"> problems such as </w:t>
      </w:r>
      <w:r>
        <w:rPr>
          <w:b/>
          <w:i w:val="0"/>
          <w:smallCaps w:val="0"/>
          <w:strike w:val="0"/>
          <w:sz w:val="24"/>
          <w:highlight w:val="cyan"/>
          <w:u w:val="single"/>
        </w:rPr>
        <w:t>tech</w:t>
      </w:r>
      <w:r>
        <w:rPr>
          <w:b/>
          <w:i w:val="0"/>
          <w:smallCaps w:val="0"/>
          <w:strike w:val="0"/>
          <w:sz w:val="24"/>
          <w:u w:val="single"/>
        </w:rPr>
        <w:t>nological risks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automation, and to </w:t>
      </w:r>
      <w:r>
        <w:rPr>
          <w:b w:val="0"/>
          <w:i w:val="0"/>
          <w:smallCaps w:val="0"/>
          <w:strike w:val="0"/>
          <w:sz w:val="22"/>
          <w:u w:val="single"/>
        </w:rPr>
        <w:t xml:space="preserve">achieve levels of </w:t>
      </w:r>
      <w:r>
        <w:rPr>
          <w:b/>
          <w:i w:val="0"/>
          <w:smallCaps w:val="0"/>
          <w:strike w:val="0"/>
          <w:sz w:val="24"/>
          <w:u w:val="single"/>
        </w:rPr>
        <w:t>prosperity</w:t>
      </w:r>
      <w:r>
        <w:rPr>
          <w:b w:val="0"/>
          <w:i w:val="0"/>
          <w:smallCaps w:val="0"/>
          <w:strike w:val="0"/>
          <w:sz w:val="22"/>
          <w:u w:val="single"/>
        </w:rPr>
        <w:t xml:space="preserve"> and </w:t>
      </w:r>
      <w:r>
        <w:rPr>
          <w:b/>
          <w:i w:val="0"/>
          <w:smallCaps w:val="0"/>
          <w:strike w:val="0"/>
          <w:sz w:val="24"/>
          <w:u w:val="single"/>
        </w:rPr>
        <w:t>progress</w:t>
      </w:r>
      <w:r>
        <w:rPr>
          <w:b w:val="0"/>
          <w:i w:val="0"/>
          <w:smallCaps w:val="0"/>
          <w:strike w:val="0"/>
          <w:sz w:val="22"/>
          <w:u w:val="single"/>
        </w:rPr>
        <w:t xml:space="preserve"> </w:t>
      </w:r>
      <w:r>
        <w:rPr>
          <w:b/>
          <w:i w:val="0"/>
          <w:smallCaps w:val="0"/>
          <w:strike w:val="0"/>
          <w:sz w:val="24"/>
          <w:u w:val="single"/>
        </w:rPr>
        <w:t>never before seen.</w:t>
      </w:r>
    </w:p>
    <w:p>
      <w:pPr>
        <w:spacing w:after="60"/>
      </w:pPr>
      <w:r>
        <w:rPr>
          <w:b w:val="0"/>
          <w:i w:val="0"/>
          <w:smallCaps w:val="0"/>
          <w:strike w:val="0"/>
          <w:sz w:val="22"/>
          <w:u w:val="single"/>
        </w:rPr>
        <w:t xml:space="preserve">The </w:t>
      </w:r>
      <w:r>
        <w:rPr>
          <w:b/>
          <w:i w:val="0"/>
          <w:smallCaps w:val="0"/>
          <w:strike w:val="0"/>
          <w:sz w:val="24"/>
          <w:u w:val="single"/>
        </w:rPr>
        <w:t>most important</w:t>
      </w:r>
      <w:r>
        <w:rPr>
          <w:b w:val="0"/>
          <w:i w:val="0"/>
          <w:smallCaps w:val="0"/>
          <w:strike w:val="0"/>
          <w:sz w:val="22"/>
          <w:u w:val="single"/>
        </w:rPr>
        <w:t xml:space="preserve"> challenge for humanity to overcome is that of </w:t>
      </w:r>
      <w:r>
        <w:rPr>
          <w:b/>
          <w:i w:val="0"/>
          <w:smallCaps w:val="0"/>
          <w:strike w:val="0"/>
          <w:sz w:val="24"/>
          <w:u w:val="single"/>
        </w:rPr>
        <w:t>existential risks</w:t>
      </w:r>
      <w:r>
        <w:rPr>
          <w:b w:val="0"/>
          <w:i w:val="0"/>
          <w:smallCaps w:val="0"/>
          <w:strike w:val="0"/>
          <w:sz w:val="16"/>
          <w:u w:val="none"/>
        </w:rPr>
        <w:t>. One way to look at the danger of an existential risk is to quantify the level of global coordination needed to deal with it. While best-shot risks, at one end of the spectrum only require that a single nation, organization or even individual (i.e., superhero) has the means and the will to save everyone, weakest-link risks, at the other end of the spectrum, are dangers that might require literally every country to take appropriate action to prevent catastrophe, with no room for failure.2 3</w:t>
      </w:r>
    </w:p>
    <w:p>
      <w:pPr>
        <w:spacing w:after="60"/>
      </w:pPr>
      <w:r>
        <w:rPr>
          <w:b w:val="0"/>
          <w:i w:val="0"/>
          <w:smallCaps w:val="0"/>
          <w:strike w:val="0"/>
          <w:sz w:val="22"/>
          <w:u w:val="single"/>
        </w:rPr>
        <w:t xml:space="preserve">We’ve always been at risk of </w:t>
      </w:r>
      <w:r>
        <w:rPr>
          <w:b/>
          <w:i w:val="0"/>
          <w:smallCaps w:val="0"/>
          <w:strike w:val="0"/>
          <w:sz w:val="24"/>
          <w:u w:val="single"/>
        </w:rPr>
        <w:t>natural disaster</w:t>
      </w:r>
      <w:r>
        <w:rPr>
          <w:b w:val="0"/>
          <w:i w:val="0"/>
          <w:smallCaps w:val="0"/>
          <w:strike w:val="0"/>
          <w:sz w:val="22"/>
          <w:u w:val="single"/>
        </w:rPr>
        <w:t xml:space="preserve">, but with </w:t>
      </w:r>
      <w:r>
        <w:rPr>
          <w:b/>
          <w:i w:val="0"/>
          <w:smallCaps w:val="0"/>
          <w:strike w:val="0"/>
          <w:sz w:val="24"/>
          <w:u w:val="single"/>
        </w:rPr>
        <w:t>advances in our level of technology</w:t>
      </w:r>
      <w:r>
        <w:rPr>
          <w:b w:val="0"/>
          <w:i w:val="0"/>
          <w:smallCaps w:val="0"/>
          <w:strike w:val="0"/>
          <w:sz w:val="22"/>
          <w:u w:val="single"/>
        </w:rPr>
        <w:t xml:space="preserve"> the risk we pose to ourselves as a </w:t>
      </w:r>
      <w:r>
        <w:rPr>
          <w:b/>
          <w:i w:val="0"/>
          <w:smallCaps w:val="0"/>
          <w:strike w:val="0"/>
          <w:sz w:val="24"/>
          <w:u w:val="single"/>
        </w:rPr>
        <w:t>species</w:t>
      </w:r>
      <w:r>
        <w:rPr>
          <w:b w:val="0"/>
          <w:i w:val="0"/>
          <w:smallCaps w:val="0"/>
          <w:strike w:val="0"/>
          <w:sz w:val="22"/>
          <w:u w:val="single"/>
        </w:rPr>
        <w:t xml:space="preserve"> becomes </w:t>
      </w:r>
      <w:r>
        <w:rPr>
          <w:b/>
          <w:i w:val="0"/>
          <w:smallCaps w:val="0"/>
          <w:strike w:val="0"/>
          <w:sz w:val="24"/>
          <w:u w:val="single"/>
        </w:rPr>
        <w:t>ever greater</w:t>
      </w:r>
      <w:r>
        <w:rPr>
          <w:b w:val="0"/>
          <w:i w:val="0"/>
          <w:smallCaps w:val="0"/>
          <w:strike w:val="0"/>
          <w:sz w:val="22"/>
          <w:u w:val="single"/>
        </w:rPr>
        <w:t xml:space="preserve">. </w:t>
      </w:r>
      <w:r>
        <w:rPr>
          <w:b/>
          <w:i w:val="0"/>
          <w:smallCaps w:val="0"/>
          <w:strike w:val="0"/>
          <w:sz w:val="24"/>
          <w:highlight w:val="cyan"/>
          <w:u w:val="single"/>
        </w:rPr>
        <w:t>Nuclear weapons</w:t>
      </w:r>
      <w:r>
        <w:rPr>
          <w:b w:val="0"/>
          <w:i w:val="0"/>
          <w:smallCaps w:val="0"/>
          <w:strike w:val="0"/>
          <w:sz w:val="16"/>
          <w:u w:val="none"/>
        </w:rPr>
        <w:t xml:space="preserve"> are a well-known risk that we still live with to this day. The progress of technological research exposes us to new dangers such as </w:t>
      </w:r>
      <w:r>
        <w:rPr>
          <w:b/>
          <w:i w:val="0"/>
          <w:smallCaps w:val="0"/>
          <w:strike w:val="0"/>
          <w:sz w:val="24"/>
          <w:highlight w:val="cyan"/>
          <w:u w:val="single"/>
        </w:rPr>
        <w:t>bioengineered superbugs,</w:t>
      </w:r>
      <w:r>
        <w:rPr>
          <w:b w:val="0"/>
          <w:i w:val="0"/>
          <w:smallCaps w:val="0"/>
          <w:strike w:val="0"/>
          <w:sz w:val="22"/>
          <w:highlight w:val="cyan"/>
          <w:u w:val="single"/>
        </w:rPr>
        <w:t xml:space="preserve"> </w:t>
      </w:r>
      <w:r>
        <w:rPr>
          <w:b/>
          <w:i w:val="0"/>
          <w:smallCaps w:val="0"/>
          <w:strike w:val="0"/>
          <w:sz w:val="24"/>
          <w:highlight w:val="cyan"/>
          <w:u w:val="single"/>
        </w:rPr>
        <w:t>nanotech</w:t>
      </w:r>
      <w:r>
        <w:rPr>
          <w:b/>
          <w:i w:val="0"/>
          <w:smallCaps w:val="0"/>
          <w:strike w:val="0"/>
          <w:sz w:val="24"/>
          <w:u w:val="single"/>
        </w:rPr>
        <w:t>nological menaces</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22"/>
          <w:u w:val="single"/>
        </w:rPr>
        <w:t xml:space="preserve"> the risk of </w:t>
      </w:r>
      <w:r>
        <w:rPr>
          <w:b w:val="0"/>
          <w:i w:val="0"/>
          <w:smallCaps w:val="0"/>
          <w:strike w:val="0"/>
          <w:sz w:val="22"/>
          <w:highlight w:val="cyan"/>
          <w:u w:val="single"/>
        </w:rPr>
        <w:t xml:space="preserve">an </w:t>
      </w:r>
      <w:r>
        <w:rPr>
          <w:b/>
          <w:i w:val="0"/>
          <w:smallCaps w:val="0"/>
          <w:strike w:val="0"/>
          <w:sz w:val="24"/>
          <w:highlight w:val="cyan"/>
          <w:u w:val="single"/>
        </w:rPr>
        <w:t>out-of-control a</w:t>
      </w:r>
      <w:r>
        <w:rPr>
          <w:b/>
          <w:i w:val="0"/>
          <w:smallCaps w:val="0"/>
          <w:strike w:val="0"/>
          <w:sz w:val="24"/>
          <w:u w:val="single"/>
        </w:rPr>
        <w:t xml:space="preserve">rtificial </w:t>
      </w:r>
      <w:r>
        <w:rPr>
          <w:b/>
          <w:i w:val="0"/>
          <w:smallCaps w:val="0"/>
          <w:strike w:val="0"/>
          <w:sz w:val="24"/>
          <w:highlight w:val="cyan"/>
          <w:u w:val="single"/>
        </w:rPr>
        <w:t>i</w:t>
      </w:r>
      <w:r>
        <w:rPr>
          <w:b/>
          <w:i w:val="0"/>
          <w:smallCaps w:val="0"/>
          <w:strike w:val="0"/>
          <w:sz w:val="24"/>
          <w:u w:val="single"/>
        </w:rPr>
        <w:t>ntelligence</w:t>
      </w:r>
      <w:r>
        <w:rPr>
          <w:b w:val="0"/>
          <w:i w:val="0"/>
          <w:smallCaps w:val="0"/>
          <w:strike w:val="0"/>
          <w:sz w:val="22"/>
          <w:u w:val="single"/>
        </w:rPr>
        <w:t xml:space="preserve"> with </w:t>
      </w:r>
      <w:r>
        <w:rPr>
          <w:b/>
          <w:i w:val="0"/>
          <w:smallCaps w:val="0"/>
          <w:strike w:val="0"/>
          <w:sz w:val="24"/>
          <w:u w:val="single"/>
        </w:rPr>
        <w:t>ill-intent</w:t>
      </w:r>
      <w:r>
        <w:rPr>
          <w:b w:val="0"/>
          <w:i w:val="0"/>
          <w:smallCaps w:val="0"/>
          <w:strike w:val="0"/>
          <w:sz w:val="16"/>
          <w:u w:val="none"/>
        </w:rPr>
        <w:t xml:space="preserve">. </w:t>
      </w:r>
      <w:r>
        <w:rPr>
          <w:b/>
          <w:i w:val="0"/>
          <w:smallCaps w:val="0"/>
          <w:strike w:val="0"/>
          <w:sz w:val="24"/>
          <w:highlight w:val="cyan"/>
          <w:u w:val="single"/>
        </w:rPr>
        <w:t>Increased</w:t>
      </w:r>
      <w:r>
        <w:rPr>
          <w:b/>
          <w:i w:val="0"/>
          <w:smallCaps w:val="0"/>
          <w:strike w:val="0"/>
          <w:sz w:val="24"/>
          <w:u w:val="single"/>
        </w:rPr>
        <w:t xml:space="preserve"> levels of </w:t>
      </w:r>
      <w:r>
        <w:rPr>
          <w:b/>
          <w:i w:val="0"/>
          <w:smallCaps w:val="0"/>
          <w:strike w:val="0"/>
          <w:sz w:val="24"/>
          <w:highlight w:val="cyan"/>
          <w:u w:val="single"/>
        </w:rPr>
        <w:t>global coordination</w:t>
      </w:r>
      <w:r>
        <w:rPr>
          <w:b w:val="0"/>
          <w:i w:val="0"/>
          <w:smallCaps w:val="0"/>
          <w:strike w:val="0"/>
          <w:sz w:val="22"/>
          <w:highlight w:val="cyan"/>
          <w:u w:val="single"/>
        </w:rPr>
        <w:t xml:space="preserve"> are needed to combat</w:t>
      </w:r>
      <w:r>
        <w:rPr>
          <w:b w:val="0"/>
          <w:i w:val="0"/>
          <w:smallCaps w:val="0"/>
          <w:strike w:val="0"/>
          <w:sz w:val="22"/>
          <w:u w:val="single"/>
        </w:rPr>
        <w:t xml:space="preserve"> </w:t>
      </w:r>
      <w:r>
        <w:rPr>
          <w:b/>
          <w:i w:val="0"/>
          <w:smallCaps w:val="0"/>
          <w:strike w:val="0"/>
          <w:sz w:val="24"/>
          <w:u w:val="single"/>
        </w:rPr>
        <w:t xml:space="preserve">many of </w:t>
      </w:r>
      <w:r>
        <w:rPr>
          <w:b/>
          <w:i w:val="0"/>
          <w:smallCaps w:val="0"/>
          <w:strike w:val="0"/>
          <w:sz w:val="24"/>
          <w:highlight w:val="cyan"/>
          <w:u w:val="single"/>
        </w:rPr>
        <w:t>these risks</w:t>
      </w:r>
      <w:r>
        <w:rPr>
          <w:b w:val="0"/>
          <w:i w:val="0"/>
          <w:smallCaps w:val="0"/>
          <w:strike w:val="0"/>
          <w:sz w:val="16"/>
          <w:u w:val="none"/>
        </w:rPr>
        <w:t>, as described in our article on the cooperation possibilities frontier.</w:t>
      </w:r>
    </w:p>
    <w:p>
      <w:pPr>
        <w:spacing w:after="60"/>
      </w:pPr>
      <w:r>
        <w:rPr>
          <w:b w:val="0"/>
          <w:i w:val="0"/>
          <w:smallCaps w:val="0"/>
          <w:strike w:val="0"/>
          <w:sz w:val="16"/>
          <w:u w:val="none"/>
        </w:rPr>
        <w:t xml:space="preserve">There are other problems that don’t necessarily threaten the species or even civilization as we know it, but which are holding back the development of prosperity and progress. </w:t>
      </w:r>
      <w:r>
        <w:rPr>
          <w:b w:val="0"/>
          <w:i w:val="0"/>
          <w:smallCaps w:val="0"/>
          <w:strike w:val="0"/>
          <w:sz w:val="22"/>
          <w:u w:val="single"/>
        </w:rPr>
        <w:t>Armed conflict</w:t>
      </w:r>
      <w:r>
        <w:rPr>
          <w:b w:val="0"/>
          <w:i w:val="0"/>
          <w:smallCaps w:val="0"/>
          <w:strike w:val="0"/>
          <w:sz w:val="16"/>
          <w:u w:val="none"/>
        </w:rPr>
        <w:t xml:space="preserve">, around since the dawn of history, </w:t>
      </w:r>
      <w:r>
        <w:rPr>
          <w:b w:val="0"/>
          <w:i w:val="0"/>
          <w:smallCaps w:val="0"/>
          <w:strike w:val="0"/>
          <w:sz w:val="22"/>
          <w:u w:val="single"/>
        </w:rPr>
        <w:t xml:space="preserve">still </w:t>
      </w:r>
      <w:r>
        <w:rPr>
          <w:b/>
          <w:i w:val="0"/>
          <w:smallCaps w:val="0"/>
          <w:strike w:val="0"/>
          <w:sz w:val="24"/>
          <w:u w:val="single"/>
        </w:rPr>
        <w:t>haunts us today</w:t>
      </w:r>
      <w:r>
        <w:rPr>
          <w:b w:val="0"/>
          <w:i w:val="0"/>
          <w:smallCaps w:val="0"/>
          <w:strike w:val="0"/>
          <w:sz w:val="16"/>
          <w:u w:val="none"/>
        </w:rPr>
        <w:t xml:space="preserve">. </w:t>
      </w:r>
      <w:r>
        <w:rPr>
          <w:b w:val="0"/>
          <w:i w:val="0"/>
          <w:smallCaps w:val="0"/>
          <w:strike w:val="0"/>
          <w:sz w:val="22"/>
          <w:u w:val="single"/>
        </w:rPr>
        <w:t xml:space="preserve">Even though </w:t>
      </w:r>
      <w:r>
        <w:rPr>
          <w:b/>
          <w:i w:val="0"/>
          <w:smallCaps w:val="0"/>
          <w:strike w:val="0"/>
          <w:sz w:val="24"/>
          <w:u w:val="single"/>
        </w:rPr>
        <w:t>wars between great powers</w:t>
      </w:r>
      <w:r>
        <w:rPr>
          <w:b w:val="0"/>
          <w:i w:val="0"/>
          <w:smallCaps w:val="0"/>
          <w:strike w:val="0"/>
          <w:sz w:val="22"/>
          <w:u w:val="single"/>
        </w:rPr>
        <w:t xml:space="preserve"> </w:t>
      </w:r>
      <w:r>
        <w:rPr>
          <w:b/>
          <w:i w:val="0"/>
          <w:smallCaps w:val="0"/>
          <w:strike w:val="0"/>
          <w:sz w:val="24"/>
          <w:u w:val="single"/>
        </w:rPr>
        <w:t>appear</w:t>
      </w:r>
      <w:r>
        <w:rPr>
          <w:b w:val="0"/>
          <w:i w:val="0"/>
          <w:smallCaps w:val="0"/>
          <w:strike w:val="0"/>
          <w:sz w:val="22"/>
          <w:u w:val="single"/>
        </w:rPr>
        <w:t xml:space="preserve"> to be a </w:t>
      </w:r>
      <w:r>
        <w:rPr>
          <w:b/>
          <w:i w:val="0"/>
          <w:smallCaps w:val="0"/>
          <w:strike w:val="0"/>
          <w:sz w:val="24"/>
          <w:u w:val="single"/>
        </w:rPr>
        <w:t>thing of the past</w:t>
      </w:r>
      <w:r>
        <w:rPr>
          <w:b w:val="0"/>
          <w:i w:val="0"/>
          <w:smallCaps w:val="0"/>
          <w:strike w:val="0"/>
          <w:sz w:val="22"/>
          <w:u w:val="single"/>
        </w:rPr>
        <w:t xml:space="preserve">, </w:t>
      </w:r>
      <w:r>
        <w:rPr>
          <w:b/>
          <w:i w:val="0"/>
          <w:smallCaps w:val="0"/>
          <w:strike w:val="0"/>
          <w:sz w:val="24"/>
          <w:u w:val="single"/>
        </w:rPr>
        <w:t>regional conflicts</w:t>
      </w:r>
      <w:r>
        <w:rPr>
          <w:b w:val="0"/>
          <w:i w:val="0"/>
          <w:smallCaps w:val="0"/>
          <w:strike w:val="0"/>
          <w:sz w:val="22"/>
          <w:u w:val="single"/>
        </w:rPr>
        <w:t xml:space="preserve"> still account for </w:t>
      </w:r>
      <w:r>
        <w:rPr>
          <w:b/>
          <w:i w:val="0"/>
          <w:smallCaps w:val="0"/>
          <w:strike w:val="0"/>
          <w:sz w:val="24"/>
          <w:u w:val="single"/>
        </w:rPr>
        <w:t>tremendous human suffering</w:t>
      </w:r>
      <w:r>
        <w:rPr>
          <w:b w:val="0"/>
          <w:i w:val="0"/>
          <w:smallCaps w:val="0"/>
          <w:strike w:val="0"/>
          <w:sz w:val="22"/>
          <w:u w:val="single"/>
        </w:rPr>
        <w:t xml:space="preserve"> and </w:t>
      </w:r>
      <w:r>
        <w:rPr>
          <w:b/>
          <w:i w:val="0"/>
          <w:smallCaps w:val="0"/>
          <w:strike w:val="0"/>
          <w:sz w:val="24"/>
          <w:u w:val="single"/>
        </w:rPr>
        <w:t>loss of life</w:t>
      </w:r>
      <w:r>
        <w:rPr>
          <w:b w:val="0"/>
          <w:i w:val="0"/>
          <w:smallCaps w:val="0"/>
          <w:strike w:val="0"/>
          <w:sz w:val="22"/>
          <w:u w:val="single"/>
        </w:rPr>
        <w:t xml:space="preserve"> in parts of the world without </w:t>
      </w:r>
      <w:r>
        <w:rPr>
          <w:b/>
          <w:i w:val="0"/>
          <w:smallCaps w:val="0"/>
          <w:strike w:val="0"/>
          <w:sz w:val="24"/>
          <w:u w:val="single"/>
        </w:rPr>
        <w:t>stable governance</w:t>
      </w:r>
      <w:r>
        <w:rPr>
          <w:b w:val="0"/>
          <w:i w:val="0"/>
          <w:smallCaps w:val="0"/>
          <w:strike w:val="0"/>
          <w:sz w:val="16"/>
          <w:u w:val="none"/>
        </w:rPr>
        <w:t>.4</w:t>
      </w:r>
    </w:p>
    <w:p>
      <w:pPr>
        <w:spacing w:after="60"/>
      </w:pPr>
      <w:r>
        <w:rPr>
          <w:b w:val="0"/>
          <w:i w:val="0"/>
          <w:smallCaps w:val="0"/>
          <w:strike w:val="0"/>
          <w:sz w:val="16"/>
          <w:u w:val="none"/>
        </w:rPr>
        <w:t xml:space="preserve">Other problems have emerged precisely because of our successes in the past. The unprecedented advancement of human wellbeing and prosperity over the past century has been based in large part on the use of fossil fuels, thus exposing us to climate change. </w:t>
      </w:r>
      <w:r>
        <w:rPr>
          <w:b/>
          <w:i w:val="0"/>
          <w:smallCaps w:val="0"/>
          <w:strike w:val="0"/>
          <w:sz w:val="24"/>
          <w:u w:val="single"/>
        </w:rPr>
        <w:t>Widespread automation</w:t>
      </w:r>
      <w:r>
        <w:rPr>
          <w:b w:val="0"/>
          <w:i w:val="0"/>
          <w:smallCaps w:val="0"/>
          <w:strike w:val="0"/>
          <w:sz w:val="16"/>
          <w:u w:val="none"/>
        </w:rPr>
        <w:t xml:space="preserve">, already a stressor on society, </w:t>
      </w:r>
      <w:r>
        <w:rPr>
          <w:b w:val="0"/>
          <w:i w:val="0"/>
          <w:smallCaps w:val="0"/>
          <w:strike w:val="0"/>
          <w:sz w:val="22"/>
          <w:u w:val="single"/>
        </w:rPr>
        <w:t xml:space="preserve">will put </w:t>
      </w:r>
      <w:r>
        <w:rPr>
          <w:b/>
          <w:i w:val="0"/>
          <w:smallCaps w:val="0"/>
          <w:strike w:val="0"/>
          <w:sz w:val="24"/>
          <w:u w:val="single"/>
        </w:rPr>
        <w:t>increased pressure</w:t>
      </w:r>
      <w:r>
        <w:rPr>
          <w:b w:val="0"/>
          <w:i w:val="0"/>
          <w:smallCaps w:val="0"/>
          <w:strike w:val="0"/>
          <w:sz w:val="22"/>
          <w:u w:val="single"/>
        </w:rPr>
        <w:t xml:space="preserve"> on the </w:t>
      </w:r>
      <w:r>
        <w:rPr>
          <w:b/>
          <w:i w:val="0"/>
          <w:smallCaps w:val="0"/>
          <w:strike w:val="0"/>
          <w:sz w:val="24"/>
          <w:u w:val="single"/>
        </w:rPr>
        <w:t>social and economic fabric</w:t>
      </w:r>
      <w:r>
        <w:rPr>
          <w:b w:val="0"/>
          <w:i w:val="0"/>
          <w:smallCaps w:val="0"/>
          <w:strike w:val="0"/>
          <w:sz w:val="22"/>
          <w:u w:val="single"/>
        </w:rPr>
        <w:t xml:space="preserve"> of our societies over the next few decades</w:t>
      </w:r>
      <w:r>
        <w:rPr>
          <w:b w:val="0"/>
          <w:i w:val="0"/>
          <w:smallCaps w:val="0"/>
          <w:strike w:val="0"/>
          <w:sz w:val="16"/>
          <w:u w:val="none"/>
        </w:rPr>
        <w:t xml:space="preserve">. </w:t>
      </w:r>
      <w:r>
        <w:rPr>
          <w:b w:val="0"/>
          <w:i w:val="0"/>
          <w:smallCaps w:val="0"/>
          <w:strike w:val="0"/>
          <w:sz w:val="22"/>
          <w:u w:val="single"/>
        </w:rPr>
        <w:t xml:space="preserve">Global governance can help </w:t>
      </w:r>
      <w:r>
        <w:rPr>
          <w:b/>
          <w:i w:val="0"/>
          <w:smallCaps w:val="0"/>
          <w:strike w:val="0"/>
          <w:sz w:val="24"/>
          <w:u w:val="single"/>
        </w:rPr>
        <w:t>alleviate these issues</w:t>
      </w:r>
      <w:r>
        <w:rPr>
          <w:b w:val="0"/>
          <w:i w:val="0"/>
          <w:smallCaps w:val="0"/>
          <w:strike w:val="0"/>
          <w:sz w:val="22"/>
          <w:u w:val="single"/>
        </w:rPr>
        <w:t xml:space="preserve"> in </w:t>
      </w:r>
      <w:r>
        <w:rPr>
          <w:b/>
          <w:i w:val="0"/>
          <w:smallCaps w:val="0"/>
          <w:strike w:val="0"/>
          <w:sz w:val="24"/>
          <w:u w:val="single"/>
        </w:rPr>
        <w:t>various ways</w:t>
      </w:r>
      <w:r>
        <w:rPr>
          <w:b w:val="0"/>
          <w:i w:val="0"/>
          <w:smallCaps w:val="0"/>
          <w:strike w:val="0"/>
          <w:sz w:val="16"/>
          <w:u w:val="none"/>
        </w:rPr>
        <w:t xml:space="preserve"> - we refer the interested reader to the very detailed work in Ruling Ourselves.</w:t>
      </w:r>
    </w:p>
    <w:p>
      <w:pPr>
        <w:spacing w:after="60"/>
      </w:pPr>
      <w:r>
        <w:rPr>
          <w:b w:val="0"/>
          <w:i w:val="0"/>
          <w:smallCaps w:val="0"/>
          <w:strike w:val="0"/>
          <w:sz w:val="16"/>
          <w:u w:val="none"/>
        </w:rPr>
        <w:t>Finally, global governance will increasingly be judged not only by the extent to which it prevents harm, but also by its demonstrated ability to improve human wellbeing.5 Progress has let us set our sights higher as a species, both for what we consider to be the right trajectory for humanity and for our own conduct.6 Major advances in human wellbeing can be accomplished with existing technology and modest improvements in global coordination.</w:t>
      </w:r>
    </w:p>
    <w:p>
      <w:pPr>
        <w:spacing w:after="60"/>
      </w:pPr>
      <w:r>
        <w:rPr>
          <w:b/>
          <w:i w:val="0"/>
          <w:smallCaps w:val="0"/>
          <w:strike w:val="0"/>
          <w:sz w:val="24"/>
          <w:highlight w:val="cyan"/>
          <w:u w:val="single"/>
        </w:rPr>
        <w:t>Effective global governance</w:t>
      </w:r>
      <w:r>
        <w:rPr>
          <w:b w:val="0"/>
          <w:i w:val="0"/>
          <w:smallCaps w:val="0"/>
          <w:strike w:val="0"/>
          <w:sz w:val="22"/>
          <w:u w:val="single"/>
        </w:rPr>
        <w:t xml:space="preserve"> is global governance that </w:t>
      </w:r>
      <w:r>
        <w:rPr>
          <w:b/>
          <w:i w:val="0"/>
          <w:smallCaps w:val="0"/>
          <w:strike w:val="0"/>
          <w:sz w:val="24"/>
          <w:highlight w:val="cyan"/>
          <w:u w:val="single"/>
        </w:rPr>
        <w:t>tackles these issues</w:t>
      </w:r>
      <w:r>
        <w:rPr>
          <w:b w:val="0"/>
          <w:i w:val="0"/>
          <w:smallCaps w:val="0"/>
          <w:strike w:val="0"/>
          <w:sz w:val="22"/>
          <w:u w:val="single"/>
        </w:rPr>
        <w:t xml:space="preserve"> better than the regional governments of the world can </w:t>
      </w:r>
      <w:r>
        <w:rPr>
          <w:b/>
          <w:i w:val="0"/>
          <w:smallCaps w:val="0"/>
          <w:strike w:val="0"/>
          <w:sz w:val="24"/>
          <w:u w:val="single"/>
        </w:rPr>
        <w:t>independently</w:t>
      </w:r>
      <w:r>
        <w:rPr>
          <w:b w:val="0"/>
          <w:i w:val="0"/>
          <w:smallCaps w:val="0"/>
          <w:strike w:val="0"/>
          <w:sz w:val="16"/>
          <w:u w:val="none"/>
        </w:rPr>
        <w:t xml:space="preserve">. </w:t>
      </w:r>
      <w:r>
        <w:rPr>
          <w:b/>
          <w:i w:val="0"/>
          <w:smallCaps w:val="0"/>
          <w:strike w:val="0"/>
          <w:sz w:val="24"/>
          <w:u w:val="single"/>
        </w:rPr>
        <w:t>Global governance</w:t>
      </w:r>
      <w:r>
        <w:rPr>
          <w:b w:val="0"/>
          <w:i w:val="0"/>
          <w:smallCaps w:val="0"/>
          <w:strike w:val="0"/>
          <w:sz w:val="22"/>
          <w:u w:val="single"/>
        </w:rPr>
        <w:t xml:space="preserve"> is key to </w:t>
      </w:r>
      <w:r>
        <w:rPr>
          <w:b/>
          <w:i w:val="0"/>
          <w:smallCaps w:val="0"/>
          <w:strike w:val="0"/>
          <w:sz w:val="24"/>
          <w:u w:val="single"/>
        </w:rPr>
        <w:t>solving global problems</w:t>
      </w:r>
      <w:r>
        <w:rPr>
          <w:b w:val="0"/>
          <w:i w:val="0"/>
          <w:smallCaps w:val="0"/>
          <w:strike w:val="0"/>
          <w:sz w:val="22"/>
          <w:u w:val="single"/>
        </w:rPr>
        <w:t xml:space="preserve">. </w:t>
      </w:r>
      <w:r>
        <w:rPr>
          <w:b w:val="0"/>
          <w:i w:val="0"/>
          <w:smallCaps w:val="0"/>
          <w:strike w:val="0"/>
          <w:sz w:val="22"/>
          <w:highlight w:val="cyan"/>
          <w:u w:val="single"/>
        </w:rPr>
        <w:t xml:space="preserve">Without it, we may not be able to </w:t>
      </w:r>
      <w:r>
        <w:rPr>
          <w:b/>
          <w:i w:val="0"/>
          <w:smallCaps w:val="0"/>
          <w:strike w:val="0"/>
          <w:sz w:val="24"/>
          <w:highlight w:val="cyan"/>
          <w:u w:val="single"/>
        </w:rPr>
        <w:t>avoid</w:t>
      </w:r>
      <w:r>
        <w:rPr>
          <w:b w:val="0"/>
          <w:i w:val="0"/>
          <w:smallCaps w:val="0"/>
          <w:strike w:val="0"/>
          <w:sz w:val="16"/>
          <w:u w:val="none"/>
        </w:rPr>
        <w:t xml:space="preserve"> weakest-link </w:t>
      </w:r>
      <w:r>
        <w:rPr>
          <w:b/>
          <w:i w:val="0"/>
          <w:smallCaps w:val="0"/>
          <w:strike w:val="0"/>
          <w:sz w:val="24"/>
          <w:highlight w:val="cyan"/>
          <w:u w:val="single"/>
        </w:rPr>
        <w:t>existential risks</w:t>
      </w:r>
      <w:r>
        <w:rPr>
          <w:b w:val="0"/>
          <w:i w:val="0"/>
          <w:smallCaps w:val="0"/>
          <w:strike w:val="0"/>
          <w:sz w:val="16"/>
          <w:highlight w:val="cyan"/>
          <w:u w:val="none"/>
        </w:rPr>
        <w:t xml:space="preserve"> </w:t>
      </w:r>
      <w:r>
        <w:rPr>
          <w:b w:val="0"/>
          <w:i w:val="0"/>
          <w:smallCaps w:val="0"/>
          <w:strike w:val="0"/>
          <w:sz w:val="22"/>
          <w:highlight w:val="cyan"/>
          <w:u w:val="single"/>
        </w:rPr>
        <w:t>or regulate</w:t>
      </w:r>
      <w:r>
        <w:rPr>
          <w:b w:val="0"/>
          <w:i w:val="0"/>
          <w:smallCaps w:val="0"/>
          <w:strike w:val="0"/>
          <w:sz w:val="22"/>
          <w:u w:val="single"/>
        </w:rPr>
        <w:t xml:space="preserve"> </w:t>
      </w:r>
      <w:r>
        <w:rPr>
          <w:b/>
          <w:i w:val="0"/>
          <w:smallCaps w:val="0"/>
          <w:strike w:val="0"/>
          <w:sz w:val="24"/>
          <w:u w:val="single"/>
        </w:rPr>
        <w:t xml:space="preserve">new and </w:t>
      </w:r>
      <w:r>
        <w:rPr>
          <w:b/>
          <w:i w:val="0"/>
          <w:smallCaps w:val="0"/>
          <w:strike w:val="0"/>
          <w:sz w:val="24"/>
          <w:highlight w:val="cyan"/>
          <w:u w:val="single"/>
        </w:rPr>
        <w:t>dangerous tech</w:t>
      </w:r>
      <w:r>
        <w:rPr>
          <w:b/>
          <w:i w:val="0"/>
          <w:smallCaps w:val="0"/>
          <w:strike w:val="0"/>
          <w:sz w:val="24"/>
          <w:u w:val="single"/>
        </w:rPr>
        <w:t>nologies</w:t>
      </w:r>
      <w:r>
        <w:rPr>
          <w:b w:val="0"/>
          <w:i w:val="0"/>
          <w:smallCaps w:val="0"/>
          <w:strike w:val="0"/>
          <w:sz w:val="16"/>
          <w:u w:val="none"/>
        </w:rPr>
        <w:t>. With it, we may be able to prosper as we never have before. The next step is to determine how effective global governance can be achieved.</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