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I-Laws and treaties fail for a laundry list of reasons</w:t>
      </w:r>
    </w:p>
    <w:p>
      <w:pPr>
        <w:spacing w:after="80"/>
      </w:pPr>
      <w:r>
        <w:rPr>
          <w:b w:val="0"/>
          <w:i w:val="0"/>
          <w:smallCaps w:val="0"/>
          <w:strike w:val="0"/>
          <w:color w:val="000000"/>
          <w:sz w:val="26"/>
          <w:u w:val="none"/>
        </w:rPr>
        <w:t>Priyanshu</w:t>
      </w:r>
      <w:r>
        <w:rPr>
          <w:b w:val="0"/>
          <w:i w:val="0"/>
          <w:smallCaps w:val="0"/>
          <w:strike w:val="0"/>
          <w:color w:val="000000"/>
          <w:sz w:val="26"/>
          <w:u w:val="none"/>
        </w:rPr>
        <w:t xml:space="preserve"> </w:t>
      </w:r>
      <w:r>
        <w:rPr>
          <w:b/>
          <w:i w:val="0"/>
          <w:smallCaps w:val="0"/>
          <w:strike w:val="0"/>
          <w:color w:val="000000"/>
          <w:sz w:val="26"/>
          <w:u w:val="none"/>
        </w:rPr>
        <w:t>Singh 23</w:t>
      </w:r>
      <w:r>
        <w:rPr>
          <w:b w:val="0"/>
          <w:i w:val="0"/>
          <w:smallCaps w:val="0"/>
          <w:strike w:val="0"/>
          <w:color w:val="000000"/>
          <w:u w:val="none"/>
        </w:rPr>
        <w:t xml:space="preserve">, (Singh is a law student at </w:t>
      </w:r>
      <w:r>
        <w:rPr>
          <w:b w:val="0"/>
          <w:i w:val="0"/>
          <w:smallCaps w:val="0"/>
          <w:strike w:val="0"/>
          <w:color w:val="000000"/>
          <w:u w:val="none"/>
        </w:rPr>
        <w:t>Damodaram</w:t>
      </w:r>
      <w:r>
        <w:rPr>
          <w:b w:val="0"/>
          <w:i w:val="0"/>
          <w:smallCaps w:val="0"/>
          <w:strike w:val="0"/>
          <w:color w:val="000000"/>
          <w:u w:val="none"/>
        </w:rPr>
        <w:t xml:space="preserve"> </w:t>
      </w:r>
      <w:r>
        <w:rPr>
          <w:b w:val="0"/>
          <w:i w:val="0"/>
          <w:smallCaps w:val="0"/>
          <w:strike w:val="0"/>
          <w:color w:val="000000"/>
          <w:u w:val="none"/>
        </w:rPr>
        <w:t>Sanjivayya</w:t>
      </w:r>
      <w:r>
        <w:rPr>
          <w:b w:val="0"/>
          <w:i w:val="0"/>
          <w:smallCaps w:val="0"/>
          <w:strike w:val="0"/>
          <w:color w:val="000000"/>
          <w:u w:val="none"/>
        </w:rPr>
        <w:t xml:space="preserve"> National Law University. They are really interested in giving opinions on social and political issues. Times of India, Insufficiency of International Law, 25 June 2023, </w:t>
      </w:r>
      <w:r>
        <w:rPr>
          <w:b w:val="0"/>
          <w:i w:val="0"/>
          <w:smallCaps w:val="0"/>
          <w:strike w:val="0"/>
          <w:u w:val="none"/>
        </w:rPr>
        <w:t xml:space="preserve">https://timesofindia.indiatimes.com/readersblog/opinionsofpriyanshu/insufficiency-of-international-law-55615/) </w:t>
      </w:r>
      <w:r>
        <w:rPr>
          <w:b w:val="0"/>
          <w:i w:val="0"/>
          <w:smallCaps w:val="0"/>
          <w:strike w:val="0"/>
          <w:color w:val="000000"/>
          <w:u w:val="none"/>
        </w:rPr>
        <w:t>Cogito</w:t>
      </w:r>
    </w:p>
    <w:p>
      <w:pPr>
        <w:spacing w:after="60"/>
      </w:pPr>
      <w:r>
        <w:rPr>
          <w:b w:val="0"/>
          <w:i w:val="0"/>
          <w:smallCaps w:val="0"/>
          <w:strike w:val="0"/>
          <w:sz w:val="16"/>
          <w:u w:val="none"/>
        </w:rPr>
        <w:t xml:space="preserve">A </w:t>
      </w:r>
      <w:r>
        <w:rPr>
          <w:b w:val="0"/>
          <w:i w:val="0"/>
          <w:smallCaps w:val="0"/>
          <w:strike w:val="0"/>
          <w:u w:val="single"/>
        </w:rPr>
        <w:t xml:space="preserve">system of laws and guidelines known as </w:t>
      </w:r>
      <w:r>
        <w:rPr>
          <w:b w:val="0"/>
          <w:i w:val="0"/>
          <w:smallCaps w:val="0"/>
          <w:strike w:val="0"/>
          <w:highlight w:val="cyan"/>
          <w:u w:val="single"/>
        </w:rPr>
        <w:t>i</w:t>
      </w:r>
      <w:r>
        <w:rPr>
          <w:b w:val="0"/>
          <w:i w:val="0"/>
          <w:smallCaps w:val="0"/>
          <w:strike w:val="0"/>
          <w:u w:val="single"/>
        </w:rPr>
        <w:t xml:space="preserve">nternational </w:t>
      </w:r>
      <w:r>
        <w:rPr>
          <w:b w:val="0"/>
          <w:i w:val="0"/>
          <w:smallCaps w:val="0"/>
          <w:strike w:val="0"/>
          <w:highlight w:val="cyan"/>
          <w:u w:val="single"/>
        </w:rPr>
        <w:t>law</w:t>
      </w:r>
      <w:r>
        <w:rPr>
          <w:b w:val="0"/>
          <w:i w:val="0"/>
          <w:smallCaps w:val="0"/>
          <w:strike w:val="0"/>
          <w:u w:val="single"/>
        </w:rPr>
        <w:t xml:space="preserve"> </w:t>
      </w:r>
      <w:r>
        <w:rPr>
          <w:b w:val="0"/>
          <w:i w:val="0"/>
          <w:smallCaps w:val="0"/>
          <w:strike w:val="0"/>
          <w:highlight w:val="cyan"/>
          <w:u w:val="single"/>
        </w:rPr>
        <w:t>regulates</w:t>
      </w:r>
      <w:r>
        <w:rPr>
          <w:b w:val="0"/>
          <w:i w:val="0"/>
          <w:smallCaps w:val="0"/>
          <w:strike w:val="0"/>
          <w:u w:val="single"/>
        </w:rPr>
        <w:t xml:space="preserve"> </w:t>
      </w:r>
      <w:r>
        <w:rPr>
          <w:b w:val="0"/>
          <w:i w:val="0"/>
          <w:smallCaps w:val="0"/>
          <w:strike w:val="0"/>
          <w:highlight w:val="cyan"/>
          <w:u w:val="single"/>
        </w:rPr>
        <w:t>interactions</w:t>
      </w:r>
      <w:r>
        <w:rPr>
          <w:b w:val="0"/>
          <w:i w:val="0"/>
          <w:smallCaps w:val="0"/>
          <w:strike w:val="0"/>
          <w:u w:val="single"/>
        </w:rPr>
        <w:t xml:space="preserve"> </w:t>
      </w:r>
      <w:r>
        <w:rPr>
          <w:b w:val="0"/>
          <w:i w:val="0"/>
          <w:smallCaps w:val="0"/>
          <w:strike w:val="0"/>
          <w:highlight w:val="cyan"/>
          <w:u w:val="single"/>
        </w:rPr>
        <w:t>between</w:t>
      </w:r>
      <w:r>
        <w:rPr>
          <w:b w:val="0"/>
          <w:i w:val="0"/>
          <w:smallCaps w:val="0"/>
          <w:strike w:val="0"/>
          <w:u w:val="single"/>
        </w:rPr>
        <w:t xml:space="preserve"> </w:t>
      </w:r>
      <w:r>
        <w:rPr>
          <w:b w:val="0"/>
          <w:i w:val="0"/>
          <w:smallCaps w:val="0"/>
          <w:strike w:val="0"/>
          <w:highlight w:val="cyan"/>
          <w:u w:val="single"/>
        </w:rPr>
        <w:t>governments</w:t>
      </w:r>
      <w:r>
        <w:rPr>
          <w:b w:val="0"/>
          <w:i w:val="0"/>
          <w:smallCaps w:val="0"/>
          <w:strike w:val="0"/>
          <w:u w:val="single"/>
        </w:rPr>
        <w:t xml:space="preserve"> and other </w:t>
      </w:r>
      <w:r>
        <w:rPr>
          <w:b w:val="0"/>
          <w:i w:val="0"/>
          <w:smallCaps w:val="0"/>
          <w:strike w:val="0"/>
          <w:highlight w:val="cyan"/>
          <w:u w:val="single"/>
        </w:rPr>
        <w:t>international</w:t>
      </w:r>
      <w:r>
        <w:rPr>
          <w:b w:val="0"/>
          <w:i w:val="0"/>
          <w:smallCaps w:val="0"/>
          <w:strike w:val="0"/>
          <w:u w:val="single"/>
        </w:rPr>
        <w:t xml:space="preserve"> </w:t>
      </w:r>
      <w:r>
        <w:rPr>
          <w:b w:val="0"/>
          <w:i w:val="0"/>
          <w:smallCaps w:val="0"/>
          <w:strike w:val="0"/>
          <w:highlight w:val="cyan"/>
          <w:u w:val="single"/>
        </w:rPr>
        <w:t>entities</w:t>
      </w:r>
      <w:r>
        <w:rPr>
          <w:b w:val="0"/>
          <w:i w:val="0"/>
          <w:smallCaps w:val="0"/>
          <w:strike w:val="0"/>
          <w:sz w:val="16"/>
          <w:u w:val="none"/>
        </w:rPr>
        <w:t xml:space="preserve">. It </w:t>
      </w:r>
      <w:r>
        <w:rPr>
          <w:b w:val="0"/>
          <w:i w:val="0"/>
          <w:smallCaps w:val="0"/>
          <w:strike w:val="0"/>
          <w:u w:val="single"/>
        </w:rPr>
        <w:t xml:space="preserve">consists of </w:t>
      </w:r>
      <w:r>
        <w:rPr>
          <w:b w:val="0"/>
          <w:i w:val="0"/>
          <w:smallCaps w:val="0"/>
          <w:strike w:val="0"/>
          <w:highlight w:val="cyan"/>
          <w:u w:val="single"/>
        </w:rPr>
        <w:t>treaties</w:t>
      </w:r>
      <w:r>
        <w:rPr>
          <w:b w:val="0"/>
          <w:i w:val="0"/>
          <w:smallCaps w:val="0"/>
          <w:strike w:val="0"/>
          <w:u w:val="single"/>
        </w:rPr>
        <w:t xml:space="preserve">, other </w:t>
      </w:r>
      <w:r>
        <w:rPr>
          <w:b w:val="0"/>
          <w:i w:val="0"/>
          <w:smallCaps w:val="0"/>
          <w:strike w:val="0"/>
          <w:highlight w:val="cyan"/>
          <w:u w:val="single"/>
        </w:rPr>
        <w:t>agreements</w:t>
      </w:r>
      <w:r>
        <w:rPr>
          <w:b w:val="0"/>
          <w:i w:val="0"/>
          <w:smallCaps w:val="0"/>
          <w:strike w:val="0"/>
          <w:u w:val="single"/>
        </w:rPr>
        <w:t xml:space="preserve">, and </w:t>
      </w:r>
      <w:r>
        <w:rPr>
          <w:b w:val="0"/>
          <w:i w:val="0"/>
          <w:smallCaps w:val="0"/>
          <w:strike w:val="0"/>
          <w:highlight w:val="cyan"/>
          <w:u w:val="single"/>
        </w:rPr>
        <w:t>customary</w:t>
      </w:r>
      <w:r>
        <w:rPr>
          <w:b w:val="0"/>
          <w:i w:val="0"/>
          <w:smallCaps w:val="0"/>
          <w:strike w:val="0"/>
          <w:u w:val="single"/>
        </w:rPr>
        <w:t xml:space="preserve"> international </w:t>
      </w:r>
      <w:r>
        <w:rPr>
          <w:b w:val="0"/>
          <w:i w:val="0"/>
          <w:smallCaps w:val="0"/>
          <w:strike w:val="0"/>
          <w:highlight w:val="cyan"/>
          <w:u w:val="single"/>
        </w:rPr>
        <w:t>law</w:t>
      </w:r>
      <w:r>
        <w:rPr>
          <w:b w:val="0"/>
          <w:i w:val="0"/>
          <w:smallCaps w:val="0"/>
          <w:strike w:val="0"/>
          <w:sz w:val="16"/>
          <w:u w:val="none"/>
        </w:rPr>
        <w:t xml:space="preserve">. It has played a crucial role in </w:t>
      </w:r>
      <w:r>
        <w:rPr>
          <w:b w:val="0"/>
          <w:i w:val="0"/>
          <w:smallCaps w:val="0"/>
          <w:strike w:val="0"/>
          <w:u w:val="single"/>
        </w:rPr>
        <w:t>advancing global peace, justice, and human rights</w:t>
      </w:r>
      <w:r>
        <w:rPr>
          <w:b w:val="0"/>
          <w:i w:val="0"/>
          <w:smallCaps w:val="0"/>
          <w:strike w:val="0"/>
          <w:sz w:val="16"/>
          <w:u w:val="none"/>
        </w:rPr>
        <w:t xml:space="preserve">. Nevertheless, despite its successes, the international legal system is currently dealing with a </w:t>
      </w:r>
      <w:r>
        <w:rPr>
          <w:b/>
          <w:i w:val="0"/>
          <w:smallCaps w:val="0"/>
          <w:strike w:val="0"/>
          <w:highlight w:val="cyan"/>
          <w:u w:val="single"/>
        </w:rPr>
        <w:t>number of issues</w:t>
      </w:r>
      <w:r>
        <w:rPr>
          <w:b/>
          <w:i w:val="0"/>
          <w:smallCaps w:val="0"/>
          <w:strike w:val="0"/>
          <w:u w:val="single"/>
        </w:rPr>
        <w:t xml:space="preserve"> that </w:t>
      </w:r>
      <w:r>
        <w:rPr>
          <w:b/>
          <w:i w:val="0"/>
          <w:smallCaps w:val="0"/>
          <w:strike w:val="0"/>
          <w:highlight w:val="cyan"/>
          <w:u w:val="single"/>
        </w:rPr>
        <w:t>threaten</w:t>
      </w:r>
      <w:r>
        <w:rPr>
          <w:b/>
          <w:i w:val="0"/>
          <w:smallCaps w:val="0"/>
          <w:strike w:val="0"/>
          <w:u w:val="single"/>
        </w:rPr>
        <w:t xml:space="preserve"> its </w:t>
      </w:r>
      <w:r>
        <w:rPr>
          <w:b/>
          <w:i w:val="0"/>
          <w:smallCaps w:val="0"/>
          <w:strike w:val="0"/>
          <w:highlight w:val="cyan"/>
          <w:u w:val="single"/>
        </w:rPr>
        <w:t>efficacy</w:t>
      </w:r>
      <w:r>
        <w:rPr>
          <w:b w:val="0"/>
          <w:i w:val="0"/>
          <w:smallCaps w:val="0"/>
          <w:strike w:val="0"/>
          <w:sz w:val="16"/>
          <w:u w:val="none"/>
        </w:rPr>
        <w:t xml:space="preserve"> and applicability in the modern world. This essay seeks to identify, examine, and offer potential solutions for these issues. </w:t>
      </w:r>
      <w:r>
        <w:rPr>
          <w:b w:val="0"/>
          <w:i w:val="0"/>
          <w:smallCaps w:val="0"/>
          <w:strike w:val="0"/>
          <w:highlight w:val="cyan"/>
          <w:u w:val="single"/>
        </w:rPr>
        <w:t>Lack of Enforcement tools</w:t>
      </w:r>
      <w:r>
        <w:rPr>
          <w:b w:val="0"/>
          <w:i w:val="0"/>
          <w:smallCaps w:val="0"/>
          <w:strike w:val="0"/>
          <w:sz w:val="16"/>
          <w:u w:val="none"/>
        </w:rPr>
        <w:t xml:space="preserve">: The absence of efficient enforcement tools is one of international law’s main shortcomings. </w:t>
      </w:r>
      <w:r>
        <w:rPr>
          <w:b w:val="0"/>
          <w:i w:val="0"/>
          <w:smallCaps w:val="0"/>
          <w:strike w:val="0"/>
          <w:u w:val="single"/>
        </w:rPr>
        <w:t xml:space="preserve">Despite </w:t>
      </w:r>
      <w:r>
        <w:rPr>
          <w:b w:val="0"/>
          <w:i w:val="0"/>
          <w:smallCaps w:val="0"/>
          <w:strike w:val="0"/>
          <w:highlight w:val="cyan"/>
          <w:u w:val="single"/>
        </w:rPr>
        <w:t>governments having</w:t>
      </w:r>
      <w:r>
        <w:rPr>
          <w:b w:val="0"/>
          <w:i w:val="0"/>
          <w:smallCaps w:val="0"/>
          <w:strike w:val="0"/>
          <w:u w:val="single"/>
        </w:rPr>
        <w:t xml:space="preserve"> a </w:t>
      </w:r>
      <w:r>
        <w:rPr>
          <w:b w:val="0"/>
          <w:i w:val="0"/>
          <w:smallCaps w:val="0"/>
          <w:strike w:val="0"/>
          <w:highlight w:val="cyan"/>
          <w:u w:val="single"/>
        </w:rPr>
        <w:t>duty to uphold</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nternational </w:t>
      </w:r>
      <w:r>
        <w:rPr>
          <w:b w:val="0"/>
          <w:i w:val="0"/>
          <w:smallCaps w:val="0"/>
          <w:strike w:val="0"/>
          <w:highlight w:val="cyan"/>
          <w:u w:val="single"/>
        </w:rPr>
        <w:t>law</w:t>
      </w:r>
      <w:r>
        <w:rPr>
          <w:b w:val="0"/>
          <w:i w:val="0"/>
          <w:smallCaps w:val="0"/>
          <w:strike w:val="0"/>
          <w:u w:val="single"/>
        </w:rPr>
        <w:t xml:space="preserve">, there is </w:t>
      </w:r>
      <w:r>
        <w:rPr>
          <w:b w:val="0"/>
          <w:i w:val="0"/>
          <w:smallCaps w:val="0"/>
          <w:strike w:val="0"/>
          <w:highlight w:val="cyan"/>
          <w:u w:val="single"/>
        </w:rPr>
        <w:t>no international body in place</w:t>
      </w:r>
      <w:r>
        <w:rPr>
          <w:b w:val="0"/>
          <w:i w:val="0"/>
          <w:smallCaps w:val="0"/>
          <w:strike w:val="0"/>
          <w:u w:val="single"/>
        </w:rPr>
        <w:t xml:space="preserve"> to do so</w:t>
      </w:r>
      <w:r>
        <w:rPr>
          <w:b w:val="0"/>
          <w:i w:val="0"/>
          <w:smallCaps w:val="0"/>
          <w:strike w:val="0"/>
          <w:sz w:val="16"/>
          <w:u w:val="none"/>
        </w:rPr>
        <w:t xml:space="preserve">. As a result, </w:t>
      </w:r>
      <w:r>
        <w:rPr>
          <w:b w:val="0"/>
          <w:i w:val="0"/>
          <w:smallCaps w:val="0"/>
          <w:strike w:val="0"/>
          <w:highlight w:val="cyan"/>
          <w:u w:val="single"/>
        </w:rPr>
        <w:t>governments</w:t>
      </w:r>
      <w:r>
        <w:rPr>
          <w:b w:val="0"/>
          <w:i w:val="0"/>
          <w:smallCaps w:val="0"/>
          <w:strike w:val="0"/>
          <w:u w:val="single"/>
        </w:rPr>
        <w:t xml:space="preserve"> </w:t>
      </w:r>
      <w:r>
        <w:rPr>
          <w:b w:val="0"/>
          <w:i w:val="0"/>
          <w:smallCaps w:val="0"/>
          <w:strike w:val="0"/>
          <w:highlight w:val="cyan"/>
          <w:u w:val="single"/>
        </w:rPr>
        <w:t>can</w:t>
      </w:r>
      <w:r>
        <w:rPr>
          <w:b w:val="0"/>
          <w:i w:val="0"/>
          <w:smallCaps w:val="0"/>
          <w:strike w:val="0"/>
          <w:u w:val="single"/>
        </w:rPr>
        <w:t xml:space="preserve"> now </w:t>
      </w:r>
      <w:r>
        <w:rPr>
          <w:b w:val="0"/>
          <w:i w:val="0"/>
          <w:smallCaps w:val="0"/>
          <w:strike w:val="0"/>
          <w:highlight w:val="cyan"/>
          <w:u w:val="single"/>
        </w:rPr>
        <w:t>violate</w:t>
      </w:r>
      <w:r>
        <w:rPr>
          <w:b w:val="0"/>
          <w:i w:val="0"/>
          <w:smallCaps w:val="0"/>
          <w:strike w:val="0"/>
          <w:u w:val="single"/>
        </w:rPr>
        <w:t xml:space="preserve"> international </w:t>
      </w:r>
      <w:r>
        <w:rPr>
          <w:b w:val="0"/>
          <w:i w:val="0"/>
          <w:smallCaps w:val="0"/>
          <w:strike w:val="0"/>
          <w:highlight w:val="cyan"/>
          <w:u w:val="single"/>
        </w:rPr>
        <w:t>law without repercussions</w:t>
      </w:r>
      <w:r>
        <w:rPr>
          <w:b w:val="0"/>
          <w:i w:val="0"/>
          <w:smallCaps w:val="0"/>
          <w:strike w:val="0"/>
          <w:u w:val="single"/>
        </w:rPr>
        <w:t xml:space="preserve">, which </w:t>
      </w:r>
      <w:r>
        <w:rPr>
          <w:b w:val="0"/>
          <w:i w:val="0"/>
          <w:smallCaps w:val="0"/>
          <w:strike w:val="0"/>
          <w:highlight w:val="cyan"/>
          <w:u w:val="single"/>
        </w:rPr>
        <w:t>undermines</w:t>
      </w:r>
      <w:r>
        <w:rPr>
          <w:b w:val="0"/>
          <w:i w:val="0"/>
          <w:smallCaps w:val="0"/>
          <w:strike w:val="0"/>
          <w:u w:val="single"/>
        </w:rPr>
        <w:t xml:space="preserve"> the international legal system’s </w:t>
      </w:r>
      <w:r>
        <w:rPr>
          <w:b w:val="0"/>
          <w:i w:val="0"/>
          <w:smallCaps w:val="0"/>
          <w:strike w:val="0"/>
          <w:highlight w:val="cyan"/>
          <w:u w:val="single"/>
        </w:rPr>
        <w:t>authority</w:t>
      </w:r>
      <w:r>
        <w:rPr>
          <w:b w:val="0"/>
          <w:i w:val="0"/>
          <w:smallCaps w:val="0"/>
          <w:strike w:val="0"/>
          <w:u w:val="single"/>
        </w:rPr>
        <w:t xml:space="preserve"> and </w:t>
      </w:r>
      <w:r>
        <w:rPr>
          <w:b w:val="0"/>
          <w:i w:val="0"/>
          <w:smallCaps w:val="0"/>
          <w:strike w:val="0"/>
          <w:highlight w:val="cyan"/>
          <w:u w:val="single"/>
        </w:rPr>
        <w:t>credibility</w:t>
      </w:r>
      <w:r>
        <w:rPr>
          <w:b w:val="0"/>
          <w:i w:val="0"/>
          <w:smallCaps w:val="0"/>
          <w:strike w:val="0"/>
          <w:sz w:val="16"/>
          <w:u w:val="none"/>
        </w:rPr>
        <w:t xml:space="preserve">. A state’s agreement is required for the International Court of Justice (ICJ) to exercise its limited authority. Although the Rome Statute that founded the International Criminal Court (ICC) was not approved by many strong states, the court’s authority to prosecute people for crimes against humanity is limited. If international law is to be effective in advancing justice, peace, and human rights, it must address the significant problem of the absence of effective enforcement mechanisms. </w:t>
      </w:r>
      <w:r>
        <w:rPr>
          <w:b w:val="0"/>
          <w:i w:val="0"/>
          <w:smallCaps w:val="0"/>
          <w:strike w:val="0"/>
          <w:highlight w:val="cyan"/>
          <w:u w:val="single"/>
        </w:rPr>
        <w:t>Lack of a worldwide Regulatory system</w:t>
      </w:r>
      <w:r>
        <w:rPr>
          <w:b w:val="0"/>
          <w:i w:val="0"/>
          <w:smallCaps w:val="0"/>
          <w:strike w:val="0"/>
          <w:sz w:val="16"/>
          <w:u w:val="none"/>
        </w:rPr>
        <w:t xml:space="preserve">: A further shortcoming of international law is the absence of a worldwide regulatory system. The </w:t>
      </w:r>
      <w:r>
        <w:rPr>
          <w:b w:val="0"/>
          <w:i w:val="0"/>
          <w:smallCaps w:val="0"/>
          <w:strike w:val="0"/>
          <w:highlight w:val="cyan"/>
          <w:u w:val="single"/>
        </w:rPr>
        <w:t>world</w:t>
      </w:r>
      <w:r>
        <w:rPr>
          <w:b w:val="0"/>
          <w:i w:val="0"/>
          <w:smallCaps w:val="0"/>
          <w:strike w:val="0"/>
          <w:u w:val="single"/>
        </w:rPr>
        <w:t xml:space="preserve"> now </w:t>
      </w:r>
      <w:r>
        <w:rPr>
          <w:b w:val="0"/>
          <w:i w:val="0"/>
          <w:smallCaps w:val="0"/>
          <w:strike w:val="0"/>
          <w:highlight w:val="cyan"/>
          <w:u w:val="single"/>
        </w:rPr>
        <w:t>lacks</w:t>
      </w:r>
      <w:r>
        <w:rPr>
          <w:b w:val="0"/>
          <w:i w:val="0"/>
          <w:smallCaps w:val="0"/>
          <w:strike w:val="0"/>
          <w:u w:val="single"/>
        </w:rPr>
        <w:t xml:space="preserve"> a </w:t>
      </w:r>
      <w:r>
        <w:rPr>
          <w:b w:val="0"/>
          <w:i w:val="0"/>
          <w:smallCaps w:val="0"/>
          <w:strike w:val="0"/>
          <w:highlight w:val="cyan"/>
          <w:u w:val="single"/>
        </w:rPr>
        <w:t>comprehensive</w:t>
      </w:r>
      <w:r>
        <w:rPr>
          <w:b w:val="0"/>
          <w:i w:val="0"/>
          <w:smallCaps w:val="0"/>
          <w:strike w:val="0"/>
          <w:u w:val="single"/>
        </w:rPr>
        <w:t xml:space="preserve"> </w:t>
      </w:r>
      <w:r>
        <w:rPr>
          <w:b w:val="0"/>
          <w:i w:val="0"/>
          <w:smallCaps w:val="0"/>
          <w:strike w:val="0"/>
          <w:highlight w:val="cyan"/>
          <w:u w:val="single"/>
        </w:rPr>
        <w:t>global</w:t>
      </w:r>
      <w:r>
        <w:rPr>
          <w:b w:val="0"/>
          <w:i w:val="0"/>
          <w:smallCaps w:val="0"/>
          <w:strike w:val="0"/>
          <w:u w:val="single"/>
        </w:rPr>
        <w:t xml:space="preserve"> regulatory </w:t>
      </w:r>
      <w:r>
        <w:rPr>
          <w:b w:val="0"/>
          <w:i w:val="0"/>
          <w:smallCaps w:val="0"/>
          <w:strike w:val="0"/>
          <w:highlight w:val="cyan"/>
          <w:u w:val="single"/>
        </w:rPr>
        <w:t>framework</w:t>
      </w:r>
      <w:r>
        <w:rPr>
          <w:b w:val="0"/>
          <w:i w:val="0"/>
          <w:smallCaps w:val="0"/>
          <w:strike w:val="0"/>
          <w:u w:val="single"/>
        </w:rPr>
        <w:t xml:space="preserve"> that can solve all the problems it is currently facing</w:t>
      </w:r>
      <w:r>
        <w:rPr>
          <w:b w:val="0"/>
          <w:i w:val="0"/>
          <w:smallCaps w:val="0"/>
          <w:strike w:val="0"/>
          <w:sz w:val="16"/>
          <w:u w:val="none"/>
        </w:rPr>
        <w:t xml:space="preserve">, despite the fact that there are several international accords on particular subjects like human rights, trade, and the environment. This has resulted in a situation </w:t>
      </w:r>
      <w:r>
        <w:rPr>
          <w:b w:val="0"/>
          <w:i w:val="0"/>
          <w:smallCaps w:val="0"/>
          <w:strike w:val="0"/>
          <w:u w:val="single"/>
        </w:rPr>
        <w:t xml:space="preserve">where various </w:t>
      </w:r>
      <w:r>
        <w:rPr>
          <w:b w:val="0"/>
          <w:i w:val="0"/>
          <w:smallCaps w:val="0"/>
          <w:strike w:val="0"/>
          <w:highlight w:val="cyan"/>
          <w:u w:val="single"/>
        </w:rPr>
        <w:t>international</w:t>
      </w:r>
      <w:r>
        <w:rPr>
          <w:b w:val="0"/>
          <w:i w:val="0"/>
          <w:smallCaps w:val="0"/>
          <w:strike w:val="0"/>
          <w:u w:val="single"/>
        </w:rPr>
        <w:t xml:space="preserve"> </w:t>
      </w:r>
      <w:r>
        <w:rPr>
          <w:b w:val="0"/>
          <w:i w:val="0"/>
          <w:smallCaps w:val="0"/>
          <w:strike w:val="0"/>
          <w:highlight w:val="cyan"/>
          <w:u w:val="single"/>
        </w:rPr>
        <w:t>regimes</w:t>
      </w:r>
      <w:r>
        <w:rPr>
          <w:b w:val="0"/>
          <w:i w:val="0"/>
          <w:smallCaps w:val="0"/>
          <w:strike w:val="0"/>
          <w:u w:val="single"/>
        </w:rPr>
        <w:t xml:space="preserve"> overlap and </w:t>
      </w:r>
      <w:r>
        <w:rPr>
          <w:b w:val="0"/>
          <w:i w:val="0"/>
          <w:smallCaps w:val="0"/>
          <w:strike w:val="0"/>
          <w:highlight w:val="cyan"/>
          <w:u w:val="single"/>
        </w:rPr>
        <w:t>clash, causing confusion and inefficiency</w:t>
      </w:r>
      <w:r>
        <w:rPr>
          <w:b w:val="0"/>
          <w:i w:val="0"/>
          <w:smallCaps w:val="0"/>
          <w:strike w:val="0"/>
          <w:sz w:val="16"/>
          <w:u w:val="none"/>
        </w:rPr>
        <w:t>.</w:t>
      </w:r>
      <w:r>
        <w:rPr>
          <w:b w:val="0"/>
          <w:i w:val="0"/>
          <w:smallCaps w:val="0"/>
          <w:strike w:val="0"/>
          <w:u w:val="single"/>
        </w:rPr>
        <w:t xml:space="preserve"> Conflicts arise between organizations like the World Trade </w:t>
      </w:r>
      <w:r>
        <w:rPr>
          <w:b w:val="0"/>
          <w:i w:val="0"/>
          <w:smallCaps w:val="0"/>
          <w:strike w:val="0"/>
          <w:u w:val="single"/>
        </w:rPr>
        <w:t>Organisation</w:t>
      </w:r>
      <w:r>
        <w:rPr>
          <w:b w:val="0"/>
          <w:i w:val="0"/>
          <w:smallCaps w:val="0"/>
          <w:strike w:val="0"/>
          <w:u w:val="single"/>
        </w:rPr>
        <w:t xml:space="preserve"> (WTO) and the United Nations Framework Convention on Climate Change (UNFCCC) </w:t>
      </w:r>
      <w:r>
        <w:rPr>
          <w:b w:val="0"/>
          <w:i w:val="0"/>
          <w:smallCaps w:val="0"/>
          <w:strike w:val="0"/>
          <w:sz w:val="16"/>
          <w:u w:val="none"/>
        </w:rPr>
        <w:t xml:space="preserve">because they have different goals and guiding principles. If international law is to effectively promote global governance, the lack of a worldwide regulatory framework represents a key problem that must be overcome. </w:t>
      </w:r>
      <w:r>
        <w:rPr>
          <w:b w:val="0"/>
          <w:i w:val="0"/>
          <w:smallCaps w:val="0"/>
          <w:strike w:val="0"/>
          <w:highlight w:val="cyan"/>
          <w:u w:val="single"/>
        </w:rPr>
        <w:t>Limited Involvement of Developing Nations</w:t>
      </w:r>
      <w:r>
        <w:rPr>
          <w:b w:val="0"/>
          <w:i w:val="0"/>
          <w:smallCaps w:val="0"/>
          <w:strike w:val="0"/>
          <w:sz w:val="16"/>
          <w:u w:val="none"/>
        </w:rPr>
        <w:t xml:space="preserve">: The limited involvement of developing nations in the international legal order is another shortcoming of international law. </w:t>
      </w:r>
      <w:r>
        <w:rPr>
          <w:b w:val="0"/>
          <w:i w:val="0"/>
          <w:smallCaps w:val="0"/>
          <w:strike w:val="0"/>
          <w:u w:val="single"/>
        </w:rPr>
        <w:t xml:space="preserve">Many </w:t>
      </w:r>
      <w:r>
        <w:rPr>
          <w:b w:val="0"/>
          <w:i w:val="0"/>
          <w:smallCaps w:val="0"/>
          <w:strike w:val="0"/>
          <w:highlight w:val="cyan"/>
          <w:u w:val="single"/>
        </w:rPr>
        <w:t>developing</w:t>
      </w:r>
      <w:r>
        <w:rPr>
          <w:b w:val="0"/>
          <w:i w:val="0"/>
          <w:smallCaps w:val="0"/>
          <w:strike w:val="0"/>
          <w:u w:val="single"/>
        </w:rPr>
        <w:t xml:space="preserve"> </w:t>
      </w:r>
      <w:r>
        <w:rPr>
          <w:b w:val="0"/>
          <w:i w:val="0"/>
          <w:smallCaps w:val="0"/>
          <w:strike w:val="0"/>
          <w:highlight w:val="cyan"/>
          <w:u w:val="single"/>
        </w:rPr>
        <w:t>nations</w:t>
      </w:r>
      <w:r>
        <w:rPr>
          <w:b w:val="0"/>
          <w:i w:val="0"/>
          <w:smallCaps w:val="0"/>
          <w:strike w:val="0"/>
          <w:u w:val="single"/>
        </w:rPr>
        <w:t xml:space="preserve"> are </w:t>
      </w:r>
      <w:r>
        <w:rPr>
          <w:b w:val="0"/>
          <w:i w:val="0"/>
          <w:smallCaps w:val="0"/>
          <w:strike w:val="0"/>
          <w:highlight w:val="cyan"/>
          <w:u w:val="single"/>
        </w:rPr>
        <w:t>unable to effectively participate</w:t>
      </w:r>
      <w:r>
        <w:rPr>
          <w:b w:val="0"/>
          <w:i w:val="0"/>
          <w:smallCaps w:val="0"/>
          <w:strike w:val="0"/>
          <w:u w:val="single"/>
        </w:rPr>
        <w:t xml:space="preserve"> in the development and application of international law due to a </w:t>
      </w:r>
      <w:r>
        <w:rPr>
          <w:b w:val="0"/>
          <w:i w:val="0"/>
          <w:smallCaps w:val="0"/>
          <w:strike w:val="0"/>
          <w:highlight w:val="cyan"/>
          <w:u w:val="single"/>
        </w:rPr>
        <w:t>lack of resources and capacity</w:t>
      </w:r>
      <w:r>
        <w:rPr>
          <w:b w:val="0"/>
          <w:i w:val="0"/>
          <w:smallCaps w:val="0"/>
          <w:strike w:val="0"/>
          <w:u w:val="single"/>
        </w:rPr>
        <w:t xml:space="preserve">, which frequently </w:t>
      </w:r>
      <w:r>
        <w:rPr>
          <w:b w:val="0"/>
          <w:i w:val="0"/>
          <w:smallCaps w:val="0"/>
          <w:strike w:val="0"/>
          <w:highlight w:val="cyan"/>
          <w:u w:val="single"/>
        </w:rPr>
        <w:t>results in</w:t>
      </w:r>
      <w:r>
        <w:rPr>
          <w:b w:val="0"/>
          <w:i w:val="0"/>
          <w:smallCaps w:val="0"/>
          <w:strike w:val="0"/>
          <w:u w:val="single"/>
        </w:rPr>
        <w:t xml:space="preserve"> the </w:t>
      </w:r>
      <w:r>
        <w:rPr>
          <w:b w:val="0"/>
          <w:i w:val="0"/>
          <w:smallCaps w:val="0"/>
          <w:strike w:val="0"/>
          <w:highlight w:val="cyan"/>
          <w:u w:val="single"/>
        </w:rPr>
        <w:t>disregard of their interests</w:t>
      </w:r>
      <w:r>
        <w:rPr>
          <w:b w:val="0"/>
          <w:i w:val="0"/>
          <w:smallCaps w:val="0"/>
          <w:strike w:val="0"/>
          <w:u w:val="single"/>
        </w:rPr>
        <w:t xml:space="preserve"> and concerns. </w:t>
      </w:r>
      <w:r>
        <w:rPr>
          <w:b w:val="0"/>
          <w:i w:val="0"/>
          <w:smallCaps w:val="0"/>
          <w:strike w:val="0"/>
          <w:sz w:val="16"/>
          <w:u w:val="none"/>
        </w:rPr>
        <w:t xml:space="preserve">Due to this, </w:t>
      </w:r>
      <w:r>
        <w:rPr>
          <w:b w:val="0"/>
          <w:i w:val="0"/>
          <w:smallCaps w:val="0"/>
          <w:strike w:val="0"/>
          <w:highlight w:val="cyan"/>
          <w:u w:val="single"/>
        </w:rPr>
        <w:t>i</w:t>
      </w:r>
      <w:r>
        <w:rPr>
          <w:b w:val="0"/>
          <w:i w:val="0"/>
          <w:smallCaps w:val="0"/>
          <w:strike w:val="0"/>
          <w:u w:val="single"/>
        </w:rPr>
        <w:t xml:space="preserve">nternational </w:t>
      </w:r>
      <w:r>
        <w:rPr>
          <w:b w:val="0"/>
          <w:i w:val="0"/>
          <w:smallCaps w:val="0"/>
          <w:strike w:val="0"/>
          <w:highlight w:val="cyan"/>
          <w:u w:val="single"/>
        </w:rPr>
        <w:t>law</w:t>
      </w:r>
      <w:r>
        <w:rPr>
          <w:b w:val="0"/>
          <w:i w:val="0"/>
          <w:smallCaps w:val="0"/>
          <w:strike w:val="0"/>
          <w:u w:val="single"/>
        </w:rPr>
        <w:t xml:space="preserve"> is now seen as being unjustifiably </w:t>
      </w:r>
      <w:r>
        <w:rPr>
          <w:b w:val="0"/>
          <w:i w:val="0"/>
          <w:smallCaps w:val="0"/>
          <w:strike w:val="0"/>
          <w:highlight w:val="cyan"/>
          <w:u w:val="single"/>
        </w:rPr>
        <w:t>biased in favor of industrialized nations</w:t>
      </w:r>
      <w:r>
        <w:rPr>
          <w:b w:val="0"/>
          <w:i w:val="0"/>
          <w:smallCaps w:val="0"/>
          <w:strike w:val="0"/>
          <w:sz w:val="16"/>
          <w:u w:val="none"/>
        </w:rPr>
        <w:t xml:space="preserve">, which </w:t>
      </w:r>
      <w:r>
        <w:rPr>
          <w:b w:val="0"/>
          <w:i w:val="0"/>
          <w:smallCaps w:val="0"/>
          <w:strike w:val="0"/>
          <w:highlight w:val="cyan"/>
          <w:u w:val="single"/>
        </w:rPr>
        <w:t>undermines</w:t>
      </w:r>
      <w:r>
        <w:rPr>
          <w:b w:val="0"/>
          <w:i w:val="0"/>
          <w:smallCaps w:val="0"/>
          <w:strike w:val="0"/>
          <w:u w:val="single"/>
        </w:rPr>
        <w:t xml:space="preserve"> both its </w:t>
      </w:r>
      <w:r>
        <w:rPr>
          <w:b w:val="0"/>
          <w:i w:val="0"/>
          <w:smallCaps w:val="0"/>
          <w:strike w:val="0"/>
          <w:highlight w:val="cyan"/>
          <w:u w:val="single"/>
        </w:rPr>
        <w:t>legitimacy and efficacy</w:t>
      </w:r>
      <w:r>
        <w:rPr>
          <w:b w:val="0"/>
          <w:i w:val="0"/>
          <w:smallCaps w:val="0"/>
          <w:strike w:val="0"/>
          <w:sz w:val="16"/>
          <w:u w:val="none"/>
        </w:rPr>
        <w:t xml:space="preserve">. If the international legal order is to be successful in advancing global justice, it is imperative that the issue of poor countries’ lack of participation be resolved. </w:t>
      </w:r>
      <w:r>
        <w:rPr>
          <w:b w:val="0"/>
          <w:i w:val="0"/>
          <w:smallCaps w:val="0"/>
          <w:strike w:val="0"/>
          <w:u w:val="single"/>
        </w:rPr>
        <w:t xml:space="preserve">The issue with </w:t>
      </w:r>
      <w:r>
        <w:rPr>
          <w:b w:val="0"/>
          <w:i w:val="0"/>
          <w:smallCaps w:val="0"/>
          <w:strike w:val="0"/>
          <w:highlight w:val="cyan"/>
          <w:u w:val="single"/>
        </w:rPr>
        <w:t>state sovereignty</w:t>
      </w:r>
      <w:r>
        <w:rPr>
          <w:b w:val="0"/>
          <w:i w:val="0"/>
          <w:smallCaps w:val="0"/>
          <w:strike w:val="0"/>
          <w:u w:val="single"/>
        </w:rPr>
        <w:t xml:space="preserve"> is yet </w:t>
      </w:r>
      <w:r>
        <w:rPr>
          <w:b w:val="0"/>
          <w:i w:val="0"/>
          <w:smallCaps w:val="0"/>
          <w:strike w:val="0"/>
          <w:highlight w:val="cyan"/>
          <w:u w:val="single"/>
        </w:rPr>
        <w:t>another</w:t>
      </w:r>
      <w:r>
        <w:rPr>
          <w:b w:val="0"/>
          <w:i w:val="0"/>
          <w:smallCaps w:val="0"/>
          <w:strike w:val="0"/>
          <w:u w:val="single"/>
        </w:rPr>
        <w:t xml:space="preserve"> serious </w:t>
      </w:r>
      <w:r>
        <w:rPr>
          <w:b w:val="0"/>
          <w:i w:val="0"/>
          <w:smallCaps w:val="0"/>
          <w:strike w:val="0"/>
          <w:highlight w:val="cyan"/>
          <w:u w:val="single"/>
        </w:rPr>
        <w:t>flaw in i</w:t>
      </w:r>
      <w:r>
        <w:rPr>
          <w:b w:val="0"/>
          <w:i w:val="0"/>
          <w:smallCaps w:val="0"/>
          <w:strike w:val="0"/>
          <w:u w:val="single"/>
        </w:rPr>
        <w:t xml:space="preserve">nternational </w:t>
      </w:r>
      <w:r>
        <w:rPr>
          <w:b w:val="0"/>
          <w:i w:val="0"/>
          <w:smallCaps w:val="0"/>
          <w:strike w:val="0"/>
          <w:highlight w:val="cyan"/>
          <w:u w:val="single"/>
        </w:rPr>
        <w:t>law</w:t>
      </w:r>
      <w:r>
        <w:rPr>
          <w:b w:val="0"/>
          <w:i w:val="0"/>
          <w:smallCaps w:val="0"/>
          <w:strike w:val="0"/>
          <w:sz w:val="16"/>
          <w:highlight w:val="cyan"/>
          <w:u w:val="none"/>
        </w:rPr>
        <w:t>.</w:t>
      </w:r>
      <w:r>
        <w:rPr>
          <w:b w:val="0"/>
          <w:i w:val="0"/>
          <w:smallCaps w:val="0"/>
          <w:strike w:val="0"/>
          <w:sz w:val="16"/>
          <w:u w:val="none"/>
        </w:rPr>
        <w:t xml:space="preserve"> The idea of </w:t>
      </w:r>
      <w:r>
        <w:rPr>
          <w:b w:val="0"/>
          <w:i w:val="0"/>
          <w:smallCaps w:val="0"/>
          <w:strike w:val="0"/>
          <w:u w:val="single"/>
        </w:rPr>
        <w:t xml:space="preserve">sovereignty holds that </w:t>
      </w:r>
      <w:r>
        <w:rPr>
          <w:b w:val="0"/>
          <w:i w:val="0"/>
          <w:smallCaps w:val="0"/>
          <w:strike w:val="0"/>
          <w:highlight w:val="cyan"/>
          <w:u w:val="single"/>
        </w:rPr>
        <w:t>each state</w:t>
      </w:r>
      <w:r>
        <w:rPr>
          <w:b w:val="0"/>
          <w:i w:val="0"/>
          <w:smallCaps w:val="0"/>
          <w:strike w:val="0"/>
          <w:u w:val="single"/>
        </w:rPr>
        <w:t xml:space="preserve"> should be </w:t>
      </w:r>
      <w:r>
        <w:rPr>
          <w:b w:val="0"/>
          <w:i w:val="0"/>
          <w:smallCaps w:val="0"/>
          <w:strike w:val="0"/>
          <w:highlight w:val="cyan"/>
          <w:u w:val="single"/>
        </w:rPr>
        <w:t>free to run</w:t>
      </w:r>
      <w:r>
        <w:rPr>
          <w:b w:val="0"/>
          <w:i w:val="0"/>
          <w:smallCaps w:val="0"/>
          <w:strike w:val="0"/>
          <w:u w:val="single"/>
        </w:rPr>
        <w:t xml:space="preserve"> </w:t>
      </w:r>
      <w:r>
        <w:rPr>
          <w:b w:val="0"/>
          <w:i w:val="0"/>
          <w:smallCaps w:val="0"/>
          <w:strike w:val="0"/>
          <w:highlight w:val="cyan"/>
          <w:u w:val="single"/>
        </w:rPr>
        <w:t>its own affairs without external influence</w:t>
      </w:r>
      <w:r>
        <w:rPr>
          <w:b w:val="0"/>
          <w:i w:val="0"/>
          <w:smallCaps w:val="0"/>
          <w:strike w:val="0"/>
          <w:sz w:val="16"/>
          <w:u w:val="none"/>
        </w:rPr>
        <w:t xml:space="preserve">. This idea, which is a cornerstone of international law, is stated in the UN Charter. However, the idea of </w:t>
      </w:r>
      <w:r>
        <w:rPr>
          <w:b w:val="0"/>
          <w:i w:val="0"/>
          <w:smallCaps w:val="0"/>
          <w:strike w:val="0"/>
          <w:highlight w:val="cyan"/>
          <w:u w:val="single"/>
        </w:rPr>
        <w:t>sovereignty</w:t>
      </w:r>
      <w:r>
        <w:rPr>
          <w:b w:val="0"/>
          <w:i w:val="0"/>
          <w:smallCaps w:val="0"/>
          <w:strike w:val="0"/>
          <w:u w:val="single"/>
        </w:rPr>
        <w:t xml:space="preserve"> can also act as a </w:t>
      </w:r>
      <w:r>
        <w:rPr>
          <w:b w:val="0"/>
          <w:i w:val="0"/>
          <w:smallCaps w:val="0"/>
          <w:strike w:val="0"/>
          <w:highlight w:val="cyan"/>
          <w:u w:val="single"/>
        </w:rPr>
        <w:t>roadblock to successful international cooperation</w:t>
      </w:r>
      <w:r>
        <w:rPr>
          <w:b w:val="0"/>
          <w:i w:val="0"/>
          <w:smallCaps w:val="0"/>
          <w:strike w:val="0"/>
          <w:sz w:val="16"/>
          <w:u w:val="none"/>
        </w:rPr>
        <w:t xml:space="preserve">. </w:t>
      </w:r>
      <w:r>
        <w:rPr>
          <w:b w:val="0"/>
          <w:i w:val="0"/>
          <w:smallCaps w:val="0"/>
          <w:strike w:val="0"/>
          <w:highlight w:val="cyan"/>
          <w:u w:val="single"/>
        </w:rPr>
        <w:t>States</w:t>
      </w:r>
      <w:r>
        <w:rPr>
          <w:b w:val="0"/>
          <w:i w:val="0"/>
          <w:smallCaps w:val="0"/>
          <w:strike w:val="0"/>
          <w:u w:val="single"/>
        </w:rPr>
        <w:t xml:space="preserve"> may </w:t>
      </w:r>
      <w:r>
        <w:rPr>
          <w:b w:val="0"/>
          <w:i w:val="0"/>
          <w:smallCaps w:val="0"/>
          <w:strike w:val="0"/>
          <w:highlight w:val="cyan"/>
          <w:u w:val="single"/>
        </w:rPr>
        <w:t>put</w:t>
      </w:r>
      <w:r>
        <w:rPr>
          <w:b w:val="0"/>
          <w:i w:val="0"/>
          <w:smallCaps w:val="0"/>
          <w:strike w:val="0"/>
          <w:u w:val="single"/>
        </w:rPr>
        <w:t xml:space="preserve"> their </w:t>
      </w:r>
      <w:r>
        <w:rPr>
          <w:b w:val="0"/>
          <w:i w:val="0"/>
          <w:smallCaps w:val="0"/>
          <w:strike w:val="0"/>
          <w:highlight w:val="cyan"/>
          <w:u w:val="single"/>
        </w:rPr>
        <w:t>individual interests ahead of</w:t>
      </w:r>
      <w:r>
        <w:rPr>
          <w:b w:val="0"/>
          <w:i w:val="0"/>
          <w:smallCaps w:val="0"/>
          <w:strike w:val="0"/>
          <w:u w:val="single"/>
        </w:rPr>
        <w:t xml:space="preserve"> the common interests of the </w:t>
      </w:r>
      <w:r>
        <w:rPr>
          <w:b w:val="0"/>
          <w:i w:val="0"/>
          <w:smallCaps w:val="0"/>
          <w:strike w:val="0"/>
          <w:highlight w:val="cyan"/>
          <w:u w:val="single"/>
        </w:rPr>
        <w:t>international community</w:t>
      </w:r>
      <w:r>
        <w:rPr>
          <w:b w:val="0"/>
          <w:i w:val="0"/>
          <w:smallCaps w:val="0"/>
          <w:strike w:val="0"/>
          <w:sz w:val="16"/>
          <w:u w:val="none"/>
        </w:rPr>
        <w:t>, and they may fight efforts to impose international norms and standards on them.</w:t>
      </w:r>
      <w:r>
        <w:rPr>
          <w:b w:val="0"/>
          <w:i w:val="0"/>
          <w:smallCaps w:val="0"/>
          <w:strike w:val="0"/>
          <w:u w:val="single"/>
        </w:rPr>
        <w:t xml:space="preserve"> As a result, international law can only be effective if governments freely abide by its rules. International law can be ineffectual when states refuse to follow its requirements.</w:t>
      </w:r>
      <w:r>
        <w:rPr>
          <w:b w:val="0"/>
          <w:i w:val="0"/>
          <w:smallCaps w:val="0"/>
          <w:strike w:val="0"/>
          <w:sz w:val="16"/>
          <w:u w:val="none"/>
        </w:rPr>
        <w:t xml:space="preserve"> For instance, the jurisdiction of the International Criminal Court is restricted to matters in which governments have granted it legitimacy; as a result, it is unable to bring prosecutions against citizens of non-party states. </w:t>
      </w:r>
      <w:r>
        <w:rPr>
          <w:b w:val="0"/>
          <w:i w:val="0"/>
          <w:smallCaps w:val="0"/>
          <w:strike w:val="0"/>
          <w:u w:val="single"/>
        </w:rPr>
        <w:t xml:space="preserve">The </w:t>
      </w:r>
      <w:r>
        <w:rPr>
          <w:b w:val="0"/>
          <w:i w:val="0"/>
          <w:smallCaps w:val="0"/>
          <w:strike w:val="0"/>
          <w:highlight w:val="cyan"/>
          <w:u w:val="single"/>
        </w:rPr>
        <w:t>Influence of Power Politics</w:t>
      </w:r>
      <w:r>
        <w:rPr>
          <w:b w:val="0"/>
          <w:i w:val="0"/>
          <w:smallCaps w:val="0"/>
          <w:strike w:val="0"/>
          <w:sz w:val="16"/>
          <w:u w:val="none"/>
        </w:rPr>
        <w:t xml:space="preserve"> Power politics is yet another element that compromises the efficacy of international law. </w:t>
      </w:r>
      <w:r>
        <w:rPr>
          <w:b w:val="0"/>
          <w:i w:val="0"/>
          <w:smallCaps w:val="0"/>
          <w:strike w:val="0"/>
          <w:highlight w:val="cyan"/>
          <w:u w:val="single"/>
        </w:rPr>
        <w:t>Powerful nations</w:t>
      </w:r>
      <w:r>
        <w:rPr>
          <w:b w:val="0"/>
          <w:i w:val="0"/>
          <w:smallCaps w:val="0"/>
          <w:strike w:val="0"/>
          <w:u w:val="single"/>
        </w:rPr>
        <w:t xml:space="preserve"> may use </w:t>
      </w:r>
      <w:r>
        <w:rPr>
          <w:b w:val="0"/>
          <w:i w:val="0"/>
          <w:smallCaps w:val="0"/>
          <w:strike w:val="0"/>
          <w:highlight w:val="cyan"/>
          <w:u w:val="single"/>
        </w:rPr>
        <w:t>influence</w:t>
      </w:r>
      <w:r>
        <w:rPr>
          <w:b w:val="0"/>
          <w:i w:val="0"/>
          <w:smallCaps w:val="0"/>
          <w:strike w:val="0"/>
          <w:u w:val="single"/>
        </w:rPr>
        <w:t xml:space="preserve"> to </w:t>
      </w:r>
      <w:r>
        <w:rPr>
          <w:b w:val="0"/>
          <w:i w:val="0"/>
          <w:smallCaps w:val="0"/>
          <w:strike w:val="0"/>
          <w:highlight w:val="cyan"/>
          <w:u w:val="single"/>
        </w:rPr>
        <w:t>reshape i</w:t>
      </w:r>
      <w:r>
        <w:rPr>
          <w:b w:val="0"/>
          <w:i w:val="0"/>
          <w:smallCaps w:val="0"/>
          <w:strike w:val="0"/>
          <w:u w:val="single"/>
        </w:rPr>
        <w:t xml:space="preserve">nternational </w:t>
      </w:r>
      <w:r>
        <w:rPr>
          <w:b w:val="0"/>
          <w:i w:val="0"/>
          <w:smallCaps w:val="0"/>
          <w:strike w:val="0"/>
          <w:highlight w:val="cyan"/>
          <w:u w:val="single"/>
        </w:rPr>
        <w:t>laws</w:t>
      </w:r>
      <w:r>
        <w:rPr>
          <w:b w:val="0"/>
          <w:i w:val="0"/>
          <w:smallCaps w:val="0"/>
          <w:strike w:val="0"/>
          <w:u w:val="single"/>
        </w:rPr>
        <w:t xml:space="preserve"> and regulations to </w:t>
      </w:r>
      <w:r>
        <w:rPr>
          <w:b w:val="0"/>
          <w:i w:val="0"/>
          <w:smallCaps w:val="0"/>
          <w:strike w:val="0"/>
          <w:highlight w:val="cyan"/>
          <w:u w:val="single"/>
        </w:rPr>
        <w:t>serve their own interests</w:t>
      </w:r>
      <w:r>
        <w:rPr>
          <w:b w:val="0"/>
          <w:i w:val="0"/>
          <w:smallCaps w:val="0"/>
          <w:strike w:val="0"/>
          <w:u w:val="single"/>
        </w:rPr>
        <w:t xml:space="preserve">, frequently </w:t>
      </w:r>
      <w:r>
        <w:rPr>
          <w:b w:val="0"/>
          <w:i w:val="0"/>
          <w:smallCaps w:val="0"/>
          <w:strike w:val="0"/>
          <w:highlight w:val="cyan"/>
          <w:u w:val="single"/>
        </w:rPr>
        <w:t>at the expense of smaller,</w:t>
      </w:r>
      <w:r>
        <w:rPr>
          <w:b w:val="0"/>
          <w:i w:val="0"/>
          <w:smallCaps w:val="0"/>
          <w:strike w:val="0"/>
          <w:u w:val="single"/>
        </w:rPr>
        <w:t xml:space="preserve"> weaker </w:t>
      </w:r>
      <w:r>
        <w:rPr>
          <w:b w:val="0"/>
          <w:i w:val="0"/>
          <w:smallCaps w:val="0"/>
          <w:strike w:val="0"/>
          <w:highlight w:val="cyan"/>
          <w:u w:val="single"/>
        </w:rPr>
        <w:t>nations</w:t>
      </w:r>
      <w:r>
        <w:rPr>
          <w:b w:val="0"/>
          <w:i w:val="0"/>
          <w:smallCaps w:val="0"/>
          <w:strike w:val="0"/>
          <w:sz w:val="16"/>
          <w:u w:val="none"/>
        </w:rPr>
        <w:t xml:space="preserve">. This can result in a situation where international law favors strong states and does not sufficiently safeguard the rights and interests of lesser states. For instance, the US has come under fire for allegedly abusing its power to favorably alter international trade regulations at the expense of underdeveloped nations. Powerful powers may also try to thwart efforts to hold them accountable for crimes against humanity or other international crimes by wielding their influence. </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