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Multiple reasons why the US would Say No</w:t>
      </w:r>
    </w:p>
    <w:p>
      <w:pPr>
        <w:spacing w:after="80"/>
      </w:pPr>
      <w:r>
        <w:rPr>
          <w:b w:val="0"/>
          <w:i w:val="0"/>
          <w:smallCaps w:val="0"/>
          <w:strike w:val="0"/>
          <w:color w:val="000000"/>
          <w:sz w:val="26"/>
          <w:u w:val="none"/>
        </w:rPr>
        <w:t>Anya</w:t>
      </w:r>
      <w:r>
        <w:rPr>
          <w:b/>
          <w:i w:val="0"/>
          <w:smallCaps w:val="0"/>
          <w:strike w:val="0"/>
          <w:color w:val="000000"/>
          <w:sz w:val="26"/>
          <w:u w:val="none"/>
        </w:rPr>
        <w:t xml:space="preserve"> </w:t>
      </w:r>
      <w:r>
        <w:rPr>
          <w:b/>
          <w:i w:val="0"/>
          <w:smallCaps w:val="0"/>
          <w:strike w:val="0"/>
          <w:sz w:val="26"/>
          <w:u w:val="none"/>
        </w:rPr>
        <w:t>Wahal</w:t>
      </w:r>
      <w:r>
        <w:rPr>
          <w:b/>
          <w:i w:val="0"/>
          <w:smallCaps w:val="0"/>
          <w:strike w:val="0"/>
          <w:sz w:val="26"/>
          <w:u w:val="none"/>
        </w:rPr>
        <w:t xml:space="preserve"> 22</w:t>
      </w:r>
      <w:r>
        <w:rPr>
          <w:b w:val="0"/>
          <w:i w:val="0"/>
          <w:smallCaps w:val="0"/>
          <w:strike w:val="0"/>
          <w:color w:val="000000"/>
          <w:u w:val="none"/>
        </w:rPr>
        <w:t xml:space="preserve">, (Anya is a sophomore in the School of Foreign Service majoring in Science, Technology, &amp; International Affairs and minoring in Chinese and Computer Science. Originally from Arizona, </w:t>
      </w:r>
      <w:r>
        <w:rPr>
          <w:b w:val="0"/>
          <w:i w:val="0"/>
          <w:smallCaps w:val="0"/>
          <w:strike w:val="0"/>
          <w:color w:val="000000"/>
          <w:sz w:val="16"/>
          <w:u w:val="none"/>
        </w:rPr>
        <w:t xml:space="preserve">Anya is interested in using technology for social impact. Anya is currently a </w:t>
      </w:r>
      <w:r>
        <w:rPr>
          <w:b w:val="0"/>
          <w:i w:val="0"/>
          <w:smallCaps w:val="0"/>
          <w:strike w:val="0"/>
          <w:color w:val="000000"/>
          <w:sz w:val="16"/>
          <w:u w:val="none"/>
        </w:rPr>
        <w:t>Mortara</w:t>
      </w:r>
      <w:r>
        <w:rPr>
          <w:b w:val="0"/>
          <w:i w:val="0"/>
          <w:smallCaps w:val="0"/>
          <w:strike w:val="0"/>
          <w:color w:val="000000"/>
          <w:sz w:val="16"/>
          <w:u w:val="none"/>
        </w:rPr>
        <w:t xml:space="preserve"> Undergraduate Research Fellow, where she works with Professor Rajesh </w:t>
      </w:r>
      <w:r>
        <w:rPr>
          <w:b w:val="0"/>
          <w:i w:val="0"/>
          <w:smallCaps w:val="0"/>
          <w:strike w:val="0"/>
          <w:color w:val="000000"/>
          <w:sz w:val="16"/>
          <w:u w:val="none"/>
        </w:rPr>
        <w:t>Veeraraghavan</w:t>
      </w:r>
      <w:r>
        <w:rPr>
          <w:b w:val="0"/>
          <w:i w:val="0"/>
          <w:smallCaps w:val="0"/>
          <w:strike w:val="0"/>
          <w:color w:val="000000"/>
          <w:sz w:val="16"/>
          <w:u w:val="none"/>
        </w:rPr>
        <w:t xml:space="preserve"> on international projects that harness geospatial data to improve unequal development outcomes. Anya is currently interning at the Library of Congress, where she collaborates with fellows to analyze the U.S. copyright catalog, Council On Foreign Relations, On International Treaties, the United States Refuses to Play Ball, 1/7/22, </w:t>
      </w:r>
      <w:r>
        <w:rPr>
          <w:b w:val="0"/>
          <w:i w:val="0"/>
          <w:smallCaps w:val="0"/>
          <w:strike w:val="0"/>
          <w:color w:val="000000"/>
          <w:sz w:val="16"/>
          <w:u w:val="none"/>
        </w:rPr>
        <w:t>) Cogito</w:t>
      </w:r>
    </w:p>
    <w:p>
      <w:pPr>
        <w:spacing w:after="60"/>
      </w:pPr>
      <w:r>
        <w:rPr>
          <w:b w:val="0"/>
          <w:i w:val="0"/>
          <w:smallCaps w:val="0"/>
          <w:strike w:val="0"/>
          <w:sz w:val="16"/>
          <w:u w:val="none"/>
        </w:rPr>
        <w:t xml:space="preserve">The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enters into</w:t>
      </w:r>
      <w:r>
        <w:rPr>
          <w:b w:val="0"/>
          <w:i w:val="0"/>
          <w:smallCaps w:val="0"/>
          <w:strike w:val="0"/>
          <w:u w:val="single"/>
        </w:rPr>
        <w:t xml:space="preserve"> more than two-hundred </w:t>
      </w:r>
      <w:r>
        <w:rPr>
          <w:b w:val="0"/>
          <w:i w:val="0"/>
          <w:smallCaps w:val="0"/>
          <w:strike w:val="0"/>
          <w:highlight w:val="cyan"/>
          <w:u w:val="single"/>
        </w:rPr>
        <w:t>treaties each year</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a range of </w:t>
      </w:r>
      <w:r>
        <w:rPr>
          <w:b w:val="0"/>
          <w:i w:val="0"/>
          <w:smallCaps w:val="0"/>
          <w:strike w:val="0"/>
          <w:highlight w:val="cyan"/>
          <w:u w:val="single"/>
        </w:rPr>
        <w:t>international issues</w:t>
      </w:r>
      <w:r>
        <w:rPr>
          <w:b w:val="0"/>
          <w:i w:val="0"/>
          <w:smallCaps w:val="0"/>
          <w:strike w:val="0"/>
          <w:u w:val="single"/>
        </w:rPr>
        <w:t>, including peace, defense, human rights, and the environment</w:t>
      </w:r>
      <w:r>
        <w:rPr>
          <w:b w:val="0"/>
          <w:i w:val="0"/>
          <w:smallCaps w:val="0"/>
          <w:strike w:val="0"/>
          <w:sz w:val="16"/>
          <w:u w:val="none"/>
        </w:rPr>
        <w:t xml:space="preserve">. Despite this seemingly impressive figure, </w:t>
      </w:r>
      <w:r>
        <w:rPr>
          <w:b w:val="0"/>
          <w:i w:val="0"/>
          <w:smallCaps w:val="0"/>
          <w:strike w:val="0"/>
          <w:u w:val="single"/>
        </w:rPr>
        <w:t xml:space="preserve">the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constantly fails</w:t>
      </w:r>
      <w:r>
        <w:rPr>
          <w:b w:val="0"/>
          <w:i w:val="0"/>
          <w:smallCaps w:val="0"/>
          <w:strike w:val="0"/>
          <w:u w:val="single"/>
        </w:rPr>
        <w:t xml:space="preserve"> to </w:t>
      </w:r>
      <w:r>
        <w:rPr>
          <w:b w:val="0"/>
          <w:i w:val="0"/>
          <w:smallCaps w:val="0"/>
          <w:strike w:val="0"/>
          <w:highlight w:val="cyan"/>
          <w:u w:val="single"/>
        </w:rPr>
        <w:t>sign or ratify treaties</w:t>
      </w:r>
      <w:r>
        <w:rPr>
          <w:b w:val="0"/>
          <w:i w:val="0"/>
          <w:smallCaps w:val="0"/>
          <w:strike w:val="0"/>
          <w:u w:val="single"/>
        </w:rPr>
        <w:t xml:space="preserve"> the rest of the world supports</w:t>
      </w:r>
      <w:r>
        <w:rPr>
          <w:b w:val="0"/>
          <w:i w:val="0"/>
          <w:smallCaps w:val="0"/>
          <w:strike w:val="0"/>
          <w:sz w:val="16"/>
          <w:u w:val="none"/>
        </w:rPr>
        <w:t xml:space="preserve">. It has failed to ratify treaties that tackle biodiversity and greenhouse gas emissions, protect the rights of children and women, and govern international waters. For a country frequently looked to as a global leader, the United States has consistently failed to step up in international partnerships. </w:t>
      </w:r>
      <w:r>
        <w:rPr>
          <w:b w:val="0"/>
          <w:i w:val="0"/>
          <w:smallCaps w:val="0"/>
          <w:strike w:val="0"/>
          <w:u w:val="single"/>
        </w:rPr>
        <w:t xml:space="preserve">In fact, the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has </w:t>
      </w:r>
      <w:r>
        <w:rPr>
          <w:b w:val="0"/>
          <w:i w:val="0"/>
          <w:smallCaps w:val="0"/>
          <w:strike w:val="0"/>
          <w:highlight w:val="cyan"/>
          <w:u w:val="single"/>
        </w:rPr>
        <w:t>one of the worst records</w:t>
      </w:r>
      <w:r>
        <w:rPr>
          <w:b w:val="0"/>
          <w:i w:val="0"/>
          <w:smallCaps w:val="0"/>
          <w:strike w:val="0"/>
          <w:u w:val="single"/>
        </w:rPr>
        <w:t xml:space="preserve"> of any country </w:t>
      </w:r>
      <w:r>
        <w:rPr>
          <w:b w:val="0"/>
          <w:i w:val="0"/>
          <w:smallCaps w:val="0"/>
          <w:strike w:val="0"/>
          <w:highlight w:val="cyan"/>
          <w:u w:val="single"/>
        </w:rPr>
        <w:t>in ratifying</w:t>
      </w:r>
      <w:r>
        <w:rPr>
          <w:b w:val="0"/>
          <w:i w:val="0"/>
          <w:smallCaps w:val="0"/>
          <w:strike w:val="0"/>
          <w:u w:val="single"/>
        </w:rPr>
        <w:t xml:space="preserve"> human rights and environmental </w:t>
      </w:r>
      <w:r>
        <w:rPr>
          <w:b w:val="0"/>
          <w:i w:val="0"/>
          <w:smallCaps w:val="0"/>
          <w:strike w:val="0"/>
          <w:highlight w:val="cyan"/>
          <w:u w:val="single"/>
        </w:rPr>
        <w:t>treaties</w:t>
      </w:r>
      <w:r>
        <w:rPr>
          <w:b w:val="0"/>
          <w:i w:val="0"/>
          <w:smallCaps w:val="0"/>
          <w:strike w:val="0"/>
          <w:u w:val="single"/>
        </w:rPr>
        <w:t>.</w:t>
      </w:r>
      <w:r>
        <w:rPr>
          <w:b w:val="0"/>
          <w:i w:val="0"/>
          <w:smallCaps w:val="0"/>
          <w:strike w:val="0"/>
          <w:sz w:val="16"/>
          <w:u w:val="none"/>
        </w:rPr>
        <w:t xml:space="preserve"> Why hasn’t the United States stepped up to the plate? </w:t>
      </w:r>
      <w:r>
        <w:rPr>
          <w:b/>
          <w:i w:val="0"/>
          <w:smallCaps w:val="0"/>
          <w:strike w:val="0"/>
          <w:u w:val="single"/>
        </w:rPr>
        <w:t xml:space="preserve">According to scholars and policymakers, one </w:t>
      </w:r>
      <w:r>
        <w:rPr>
          <w:b/>
          <w:i w:val="0"/>
          <w:smallCaps w:val="0"/>
          <w:strike w:val="0"/>
          <w:highlight w:val="cyan"/>
          <w:u w:val="single"/>
        </w:rPr>
        <w:t>major reason is</w:t>
      </w:r>
      <w:r>
        <w:rPr>
          <w:b/>
          <w:i w:val="0"/>
          <w:smallCaps w:val="0"/>
          <w:strike w:val="0"/>
          <w:u w:val="single"/>
        </w:rPr>
        <w:t xml:space="preserve"> the </w:t>
      </w:r>
      <w:r>
        <w:rPr>
          <w:b/>
          <w:i w:val="0"/>
          <w:smallCaps w:val="0"/>
          <w:strike w:val="0"/>
          <w:highlight w:val="cyan"/>
          <w:u w:val="single"/>
        </w:rPr>
        <w:t>fear of treaties infringing on national sovereignty</w:t>
      </w:r>
      <w:r>
        <w:rPr>
          <w:b/>
          <w:i w:val="0"/>
          <w:smallCaps w:val="0"/>
          <w:strike w:val="0"/>
          <w:u w:val="single"/>
        </w:rPr>
        <w:t>.</w:t>
      </w:r>
      <w:r>
        <w:rPr>
          <w:b w:val="0"/>
          <w:i w:val="0"/>
          <w:smallCaps w:val="0"/>
          <w:strike w:val="0"/>
          <w:sz w:val="16"/>
          <w:u w:val="none"/>
        </w:rPr>
        <w:t xml:space="preserve"> The United States shuns treaties that appear to subordinate its governing authority to that of an international body like the United Nations. </w:t>
      </w:r>
      <w:r>
        <w:rPr>
          <w:b w:val="0"/>
          <w:i w:val="0"/>
          <w:smallCaps w:val="0"/>
          <w:strike w:val="0"/>
          <w:u w:val="single"/>
        </w:rPr>
        <w:t xml:space="preserve">The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consistently </w:t>
      </w:r>
      <w:r>
        <w:rPr>
          <w:b w:val="0"/>
          <w:i w:val="0"/>
          <w:smallCaps w:val="0"/>
          <w:strike w:val="0"/>
          <w:highlight w:val="cyan"/>
          <w:u w:val="single"/>
        </w:rPr>
        <w:t>prioritizes its perceived national interests over international cooperation</w:t>
      </w:r>
      <w:r>
        <w:rPr>
          <w:b w:val="0"/>
          <w:i w:val="0"/>
          <w:smallCaps w:val="0"/>
          <w:strike w:val="0"/>
          <w:u w:val="single"/>
        </w:rPr>
        <w:t xml:space="preserve">, opting </w:t>
      </w:r>
      <w:r>
        <w:rPr>
          <w:b w:val="0"/>
          <w:i w:val="0"/>
          <w:smallCaps w:val="0"/>
          <w:strike w:val="0"/>
          <w:highlight w:val="cyan"/>
          <w:u w:val="single"/>
        </w:rPr>
        <w:t>not</w:t>
      </w:r>
      <w:r>
        <w:rPr>
          <w:b w:val="0"/>
          <w:i w:val="0"/>
          <w:smallCaps w:val="0"/>
          <w:strike w:val="0"/>
          <w:u w:val="single"/>
        </w:rPr>
        <w:t xml:space="preserve"> to </w:t>
      </w:r>
      <w:r>
        <w:rPr>
          <w:b w:val="0"/>
          <w:i w:val="0"/>
          <w:smallCaps w:val="0"/>
          <w:strike w:val="0"/>
          <w:highlight w:val="cyan"/>
          <w:u w:val="single"/>
        </w:rPr>
        <w:t>ratify to protect</w:t>
      </w:r>
      <w:r>
        <w:rPr>
          <w:b w:val="0"/>
          <w:i w:val="0"/>
          <w:smallCaps w:val="0"/>
          <w:strike w:val="0"/>
          <w:u w:val="single"/>
        </w:rPr>
        <w:t xml:space="preserve"> the </w:t>
      </w:r>
      <w:r>
        <w:rPr>
          <w:b w:val="0"/>
          <w:i w:val="0"/>
          <w:smallCaps w:val="0"/>
          <w:strike w:val="0"/>
          <w:highlight w:val="cyan"/>
          <w:u w:val="single"/>
        </w:rPr>
        <w:t>rights of</w:t>
      </w:r>
      <w:r>
        <w:rPr>
          <w:b w:val="0"/>
          <w:i w:val="0"/>
          <w:smallCaps w:val="0"/>
          <w:strike w:val="0"/>
          <w:u w:val="single"/>
        </w:rPr>
        <w:t xml:space="preserve"> U.S. </w:t>
      </w:r>
      <w:r>
        <w:rPr>
          <w:b w:val="0"/>
          <w:i w:val="0"/>
          <w:smallCaps w:val="0"/>
          <w:strike w:val="0"/>
          <w:highlight w:val="cyan"/>
          <w:u w:val="single"/>
        </w:rPr>
        <w:t>businesses</w:t>
      </w:r>
      <w:r>
        <w:rPr>
          <w:b w:val="0"/>
          <w:i w:val="0"/>
          <w:smallCaps w:val="0"/>
          <w:strike w:val="0"/>
          <w:u w:val="single"/>
        </w:rPr>
        <w:t xml:space="preserve"> or safeguard the </w:t>
      </w:r>
      <w:r>
        <w:rPr>
          <w:b w:val="0"/>
          <w:i w:val="0"/>
          <w:smallCaps w:val="0"/>
          <w:strike w:val="0"/>
          <w:highlight w:val="cyan"/>
          <w:u w:val="single"/>
        </w:rPr>
        <w:t>government’s freedom</w:t>
      </w:r>
      <w:r>
        <w:rPr>
          <w:b w:val="0"/>
          <w:i w:val="0"/>
          <w:smallCaps w:val="0"/>
          <w:strike w:val="0"/>
          <w:u w:val="single"/>
        </w:rPr>
        <w:t xml:space="preserve"> to act on national security</w:t>
      </w:r>
      <w:r>
        <w:rPr>
          <w:b w:val="0"/>
          <w:i w:val="0"/>
          <w:smallCaps w:val="0"/>
          <w:strike w:val="0"/>
          <w:highlight w:val="cyan"/>
          <w:u w:val="single"/>
        </w:rPr>
        <w:t>. Politics</w:t>
      </w:r>
      <w:r>
        <w:rPr>
          <w:b w:val="0"/>
          <w:i w:val="0"/>
          <w:smallCaps w:val="0"/>
          <w:strike w:val="0"/>
          <w:u w:val="single"/>
        </w:rPr>
        <w:t xml:space="preserve"> also poses a </w:t>
      </w:r>
      <w:r>
        <w:rPr>
          <w:b w:val="0"/>
          <w:i w:val="0"/>
          <w:smallCaps w:val="0"/>
          <w:strike w:val="0"/>
          <w:highlight w:val="cyan"/>
          <w:u w:val="single"/>
        </w:rPr>
        <w:t>significant barrier</w:t>
      </w:r>
      <w:r>
        <w:rPr>
          <w:b w:val="0"/>
          <w:i w:val="0"/>
          <w:smallCaps w:val="0"/>
          <w:strike w:val="0"/>
          <w:u w:val="single"/>
        </w:rPr>
        <w:t xml:space="preserve"> to ratification. While presidents can sign treaties, </w:t>
      </w:r>
      <w:r>
        <w:rPr>
          <w:b w:val="0"/>
          <w:i w:val="0"/>
          <w:smallCaps w:val="0"/>
          <w:strike w:val="0"/>
          <w:highlight w:val="cyan"/>
          <w:u w:val="single"/>
        </w:rPr>
        <w:t>ratification requires</w:t>
      </w:r>
      <w:r>
        <w:rPr>
          <w:b w:val="0"/>
          <w:i w:val="0"/>
          <w:smallCaps w:val="0"/>
          <w:strike w:val="0"/>
          <w:u w:val="single"/>
        </w:rPr>
        <w:t xml:space="preserve"> the approval of </w:t>
      </w:r>
      <w:r>
        <w:rPr>
          <w:b w:val="0"/>
          <w:i w:val="0"/>
          <w:smallCaps w:val="0"/>
          <w:strike w:val="0"/>
          <w:highlight w:val="cyan"/>
          <w:u w:val="single"/>
        </w:rPr>
        <w:t>two-thirds of the Senate</w:t>
      </w:r>
      <w:r>
        <w:rPr>
          <w:b w:val="0"/>
          <w:i w:val="0"/>
          <w:smallCaps w:val="0"/>
          <w:strike w:val="0"/>
          <w:sz w:val="16"/>
          <w:u w:val="none"/>
        </w:rPr>
        <w:t>. Oftentimes</w:t>
      </w:r>
      <w:r>
        <w:rPr>
          <w:b w:val="0"/>
          <w:i w:val="0"/>
          <w:smallCaps w:val="0"/>
          <w:strike w:val="0"/>
          <w:u w:val="single"/>
        </w:rPr>
        <w:t xml:space="preserve">, </w:t>
      </w:r>
      <w:r>
        <w:rPr>
          <w:b w:val="0"/>
          <w:i w:val="0"/>
          <w:smallCaps w:val="0"/>
          <w:strike w:val="0"/>
          <w:highlight w:val="cyan"/>
          <w:u w:val="single"/>
        </w:rPr>
        <w:t>the power of special interest groups</w:t>
      </w:r>
      <w:r>
        <w:rPr>
          <w:b w:val="0"/>
          <w:i w:val="0"/>
          <w:smallCaps w:val="0"/>
          <w:strike w:val="0"/>
          <w:u w:val="single"/>
        </w:rPr>
        <w:t xml:space="preserve"> and the </w:t>
      </w:r>
      <w:r>
        <w:rPr>
          <w:b w:val="0"/>
          <w:i w:val="0"/>
          <w:smallCaps w:val="0"/>
          <w:strike w:val="0"/>
          <w:highlight w:val="cyan"/>
          <w:u w:val="single"/>
        </w:rPr>
        <w:t>desire of politicians to maintain party power</w:t>
      </w:r>
      <w:r>
        <w:rPr>
          <w:b w:val="0"/>
          <w:i w:val="0"/>
          <w:smallCaps w:val="0"/>
          <w:strike w:val="0"/>
          <w:sz w:val="16"/>
          <w:u w:val="none"/>
        </w:rPr>
        <w:t xml:space="preserve">, on top of </w:t>
      </w:r>
      <w:r>
        <w:rPr>
          <w:b w:val="0"/>
          <w:i w:val="0"/>
          <w:smallCaps w:val="0"/>
          <w:strike w:val="0"/>
          <w:sz w:val="16"/>
          <w:highlight w:val="cyan"/>
          <w:u w:val="none"/>
        </w:rPr>
        <w:t>existing concerns of sovereignty</w:t>
      </w:r>
      <w:r>
        <w:rPr>
          <w:b w:val="0"/>
          <w:i w:val="0"/>
          <w:smallCaps w:val="0"/>
          <w:strike w:val="0"/>
          <w:sz w:val="16"/>
          <w:u w:val="none"/>
        </w:rPr>
        <w:t xml:space="preserve">, almost </w:t>
      </w:r>
      <w:r>
        <w:rPr>
          <w:b w:val="0"/>
          <w:i w:val="0"/>
          <w:smallCaps w:val="0"/>
          <w:strike w:val="0"/>
          <w:sz w:val="16"/>
          <w:highlight w:val="cyan"/>
          <w:u w:val="none"/>
        </w:rPr>
        <w:t>assures U.S. opposition to treaty ratification</w:t>
      </w:r>
      <w:r>
        <w:rPr>
          <w:b w:val="0"/>
          <w:i w:val="0"/>
          <w:smallCaps w:val="0"/>
          <w:strike w:val="0"/>
          <w:sz w:val="16"/>
          <w:u w:val="none"/>
        </w:rPr>
        <w:t xml:space="preserve">. </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