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 </w:t>
      </w:r>
      <w:r>
        <w:rPr>
          <w:b/>
          <w:i w:val="0"/>
          <w:smallCaps w:val="0"/>
          <w:strike w:val="0"/>
          <w:sz w:val="26"/>
          <w:u w:val="single"/>
        </w:rPr>
        <w:t>majority</w:t>
      </w:r>
      <w:r>
        <w:rPr>
          <w:b/>
          <w:i w:val="0"/>
          <w:smallCaps w:val="0"/>
          <w:strike w:val="0"/>
          <w:sz w:val="26"/>
          <w:u w:val="none"/>
        </w:rPr>
        <w:t xml:space="preserve"> of new drug development takes place in </w:t>
      </w:r>
      <w:r>
        <w:rPr>
          <w:b/>
          <w:i w:val="0"/>
          <w:smallCaps w:val="0"/>
          <w:strike w:val="0"/>
          <w:sz w:val="26"/>
          <w:u w:val="single"/>
        </w:rPr>
        <w:t>small</w:t>
      </w:r>
      <w:r>
        <w:rPr>
          <w:b/>
          <w:i w:val="0"/>
          <w:smallCaps w:val="0"/>
          <w:strike w:val="0"/>
          <w:sz w:val="26"/>
          <w:u w:val="none"/>
        </w:rPr>
        <w:t xml:space="preserve"> pharma</w:t>
      </w:r>
    </w:p>
    <w:p>
      <w:pPr>
        <w:spacing w:after="80"/>
      </w:pPr>
      <w:r>
        <w:rPr>
          <w:b/>
          <w:i w:val="0"/>
          <w:smallCaps w:val="0"/>
          <w:strike w:val="0"/>
          <w:sz w:val="26"/>
          <w:u w:val="none"/>
        </w:rPr>
        <w:t>Girvan ’24</w:t>
      </w:r>
      <w:r>
        <w:rPr>
          <w:b w:val="0"/>
          <w:i w:val="0"/>
          <w:smallCaps w:val="0"/>
          <w:strike w:val="0"/>
          <w:u w:val="none"/>
        </w:rPr>
        <w:t xml:space="preserve"> – (Resident Fellow at The Foundation for Research on Equal Opportunity, holds a Master’s degree in public policy from Brigham Young University,</w:t>
      </w:r>
      <w:r>
        <w:rPr>
          <w:b w:val="0"/>
          <w:i w:val="0"/>
          <w:smallCaps w:val="0"/>
          <w:strike w:val="0"/>
          <w:u w:val="none"/>
        </w:rPr>
        <w:t xml:space="preserve"> 2/28/2024,</w:t>
      </w:r>
      <w:r>
        <w:rPr>
          <w:b w:val="0"/>
          <w:i w:val="0"/>
          <w:smallCaps w:val="0"/>
          <w:strike w:val="0"/>
          <w:u w:val="none"/>
        </w:rPr>
        <w:t xml:space="preserve"> No Contest: Small Pharma Innovates Better than Big Pharma, Foundation for Research on Equal Opportunity, https://freopp.org/whitepapers/no-contest-small-pharma-innovates-better-than-big-pharma/ accessed 7/29/2024// EL)</w:t>
      </w:r>
    </w:p>
    <w:p>
      <w:pPr>
        <w:spacing w:after="60"/>
      </w:pPr>
      <w:r>
        <w:rPr>
          <w:b w:val="0"/>
          <w:i w:val="0"/>
          <w:smallCaps w:val="0"/>
          <w:strike w:val="0"/>
          <w:sz w:val="16"/>
          <w:u w:val="none"/>
        </w:rPr>
        <w:t xml:space="preserve">The drug manufacturers who defend this practice argue that any attempt to mitigate these high prices will “harm innovation.” But they make this claim without establishing the relationship of “Big Pharma” profits to innovation and to improvements in public health. Indeed, despite the claim that profits from large companies fuel innovation, </w:t>
      </w:r>
      <w:r>
        <w:rPr>
          <w:b/>
          <w:i w:val="0"/>
          <w:smallCaps w:val="0"/>
          <w:strike w:val="0"/>
          <w:highlight w:val="cyan"/>
          <w:u w:val="single"/>
        </w:rPr>
        <w:t>high-value</w:t>
      </w:r>
      <w:r>
        <w:rPr>
          <w:b w:val="0"/>
          <w:i w:val="0"/>
          <w:smallCaps w:val="0"/>
          <w:strike w:val="0"/>
          <w:highlight w:val="cyan"/>
          <w:u w:val="single"/>
        </w:rPr>
        <w:t xml:space="preserve"> drug development emerges most often from </w:t>
      </w:r>
      <w:r>
        <w:rPr>
          <w:b w:val="0"/>
          <w:i w:val="0"/>
          <w:smallCaps w:val="0"/>
          <w:strike w:val="0"/>
          <w:highlight w:val="cyan"/>
          <w:u w:val="single"/>
        </w:rPr>
        <w:t>unprofitable</w:t>
      </w:r>
      <w:r>
        <w:rPr>
          <w:b w:val="0"/>
          <w:i w:val="0"/>
          <w:smallCaps w:val="0"/>
          <w:strike w:val="0"/>
          <w:highlight w:val="cyan"/>
          <w:u w:val="single"/>
        </w:rPr>
        <w:t xml:space="preserve"> </w:t>
      </w:r>
      <w:r>
        <w:rPr>
          <w:b/>
          <w:i w:val="0"/>
          <w:smallCaps w:val="0"/>
          <w:strike w:val="0"/>
          <w:highlight w:val="cyan"/>
          <w:u w:val="single"/>
        </w:rPr>
        <w:t>startup companies</w:t>
      </w:r>
      <w:r>
        <w:rPr>
          <w:b w:val="0"/>
          <w:i w:val="0"/>
          <w:smallCaps w:val="0"/>
          <w:strike w:val="0"/>
          <w:u w:val="single"/>
        </w:rPr>
        <w:t xml:space="preserve"> with fewer resources and substantially smaller revenue streams.</w:t>
      </w:r>
    </w:p>
    <w:p>
      <w:pPr>
        <w:spacing w:after="60"/>
      </w:pPr>
      <w:r>
        <w:rPr>
          <w:b w:val="0"/>
          <w:i w:val="0"/>
          <w:smallCaps w:val="0"/>
          <w:strike w:val="0"/>
          <w:sz w:val="16"/>
          <w:u w:val="none"/>
        </w:rPr>
        <w:t xml:space="preserve">In this paper, we undertook </w:t>
      </w:r>
      <w:r>
        <w:rPr>
          <w:b w:val="0"/>
          <w:i w:val="0"/>
          <w:smallCaps w:val="0"/>
          <w:strike w:val="0"/>
          <w:highlight w:val="cyan"/>
          <w:u w:val="single"/>
        </w:rPr>
        <w:t>a detailed review of 428 FDA drug approvals</w:t>
      </w:r>
      <w:r>
        <w:rPr>
          <w:b w:val="0"/>
          <w:i w:val="0"/>
          <w:smallCaps w:val="0"/>
          <w:strike w:val="0"/>
          <w:u w:val="single"/>
        </w:rPr>
        <w:t xml:space="preserve"> and financial data from more than 4,000 pharmaceutical companies</w:t>
      </w:r>
      <w:r>
        <w:rPr>
          <w:b w:val="0"/>
          <w:i w:val="0"/>
          <w:smallCaps w:val="0"/>
          <w:strike w:val="0"/>
          <w:sz w:val="16"/>
          <w:u w:val="none"/>
        </w:rPr>
        <w:t xml:space="preserve"> to examine trends in drug innovation between small and large pharmaceutical companies. We </w:t>
      </w:r>
      <w:r>
        <w:rPr>
          <w:b w:val="0"/>
          <w:i w:val="0"/>
          <w:smallCaps w:val="0"/>
          <w:strike w:val="0"/>
          <w:highlight w:val="cyan"/>
          <w:u w:val="single"/>
        </w:rPr>
        <w:t>found the following</w:t>
      </w:r>
      <w:r>
        <w:rPr>
          <w:b w:val="0"/>
          <w:i w:val="0"/>
          <w:smallCaps w:val="0"/>
          <w:strike w:val="0"/>
          <w:u w:val="single"/>
        </w:rPr>
        <w:t>:</w:t>
      </w:r>
    </w:p>
    <w:p>
      <w:pPr>
        <w:spacing w:after="60"/>
      </w:pPr>
      <w:r>
        <w:rPr>
          <w:b w:val="0"/>
          <w:i w:val="0"/>
          <w:smallCaps w:val="0"/>
          <w:strike w:val="0"/>
          <w:u w:val="single"/>
        </w:rPr>
        <w:t xml:space="preserve">The </w:t>
      </w:r>
      <w:r>
        <w:rPr>
          <w:b/>
          <w:i w:val="0"/>
          <w:smallCaps w:val="0"/>
          <w:strike w:val="0"/>
          <w:highlight w:val="cyan"/>
          <w:u w:val="single"/>
        </w:rPr>
        <w:t>majority</w:t>
      </w:r>
      <w:r>
        <w:rPr>
          <w:b w:val="0"/>
          <w:i w:val="0"/>
          <w:smallCaps w:val="0"/>
          <w:strike w:val="0"/>
          <w:highlight w:val="cyan"/>
          <w:u w:val="single"/>
        </w:rPr>
        <w:t xml:space="preserve"> of new drug development</w:t>
      </w:r>
      <w:r>
        <w:rPr>
          <w:b w:val="0"/>
          <w:i w:val="0"/>
          <w:smallCaps w:val="0"/>
          <w:strike w:val="0"/>
          <w:u w:val="single"/>
        </w:rPr>
        <w:t xml:space="preserve"> now </w:t>
      </w:r>
      <w:r>
        <w:rPr>
          <w:b w:val="0"/>
          <w:i w:val="0"/>
          <w:smallCaps w:val="0"/>
          <w:strike w:val="0"/>
          <w:highlight w:val="cyan"/>
          <w:u w:val="single"/>
        </w:rPr>
        <w:t>takes place at startups</w:t>
      </w:r>
      <w:r>
        <w:rPr>
          <w:b w:val="0"/>
          <w:i w:val="0"/>
          <w:smallCaps w:val="0"/>
          <w:strike w:val="0"/>
          <w:u w:val="single"/>
        </w:rPr>
        <w:t xml:space="preserve"> with little to no commercial revenue.</w:t>
      </w:r>
      <w:r>
        <w:rPr>
          <w:b w:val="0"/>
          <w:i w:val="0"/>
          <w:smallCaps w:val="0"/>
          <w:strike w:val="0"/>
          <w:sz w:val="16"/>
          <w:u w:val="none"/>
        </w:rPr>
        <w:t xml:space="preserve"> Contrary to the claim that raising prices on old drugs drives innovation, </w:t>
      </w:r>
      <w:r>
        <w:rPr>
          <w:b w:val="0"/>
          <w:i w:val="0"/>
          <w:smallCaps w:val="0"/>
          <w:strike w:val="0"/>
          <w:highlight w:val="cyan"/>
          <w:u w:val="single"/>
        </w:rPr>
        <w:t>large pharma</w:t>
      </w:r>
      <w:r>
        <w:rPr>
          <w:b w:val="0"/>
          <w:i w:val="0"/>
          <w:smallCaps w:val="0"/>
          <w:strike w:val="0"/>
          <w:u w:val="single"/>
        </w:rPr>
        <w:t xml:space="preserve">ceutical companies, generally defined as those with $10 billion or more in annual sales, </w:t>
      </w:r>
      <w:r>
        <w:rPr>
          <w:b/>
          <w:i w:val="0"/>
          <w:smallCaps w:val="0"/>
          <w:strike w:val="0"/>
          <w:highlight w:val="cyan"/>
          <w:u w:val="single"/>
        </w:rPr>
        <w:t>rarely</w:t>
      </w:r>
      <w:r>
        <w:rPr>
          <w:b w:val="0"/>
          <w:i w:val="0"/>
          <w:smallCaps w:val="0"/>
          <w:strike w:val="0"/>
          <w:highlight w:val="cyan"/>
          <w:u w:val="single"/>
        </w:rPr>
        <w:t xml:space="preserve"> discover new drugs.</w:t>
      </w:r>
      <w:r>
        <w:rPr>
          <w:b w:val="0"/>
          <w:i w:val="0"/>
          <w:smallCaps w:val="0"/>
          <w:strike w:val="0"/>
          <w:sz w:val="16"/>
          <w:u w:val="none"/>
        </w:rPr>
        <w:t xml:space="preserve"> Large companies have bureaucratic research and development (R&amp;D) processes, in which scientists have comparatively little incentive to innovate. </w:t>
      </w:r>
      <w:r>
        <w:rPr>
          <w:b w:val="0"/>
          <w:i w:val="0"/>
          <w:smallCaps w:val="0"/>
          <w:strike w:val="0"/>
          <w:highlight w:val="cyan"/>
          <w:u w:val="single"/>
        </w:rPr>
        <w:t>Researchers at emerging firms</w:t>
      </w:r>
      <w:r>
        <w:rPr>
          <w:b w:val="0"/>
          <w:i w:val="0"/>
          <w:smallCaps w:val="0"/>
          <w:strike w:val="0"/>
          <w:u w:val="single"/>
        </w:rPr>
        <w:t xml:space="preserve">, on the other hand, </w:t>
      </w:r>
      <w:r>
        <w:rPr>
          <w:b w:val="0"/>
          <w:i w:val="0"/>
          <w:smallCaps w:val="0"/>
          <w:strike w:val="0"/>
          <w:highlight w:val="cyan"/>
          <w:u w:val="single"/>
        </w:rPr>
        <w:t xml:space="preserve">may be </w:t>
      </w:r>
      <w:r>
        <w:rPr>
          <w:b/>
          <w:i w:val="0"/>
          <w:smallCaps w:val="0"/>
          <w:strike w:val="0"/>
          <w:highlight w:val="cyan"/>
          <w:u w:val="single"/>
        </w:rPr>
        <w:t>driven</w:t>
      </w:r>
      <w:r>
        <w:rPr>
          <w:b w:val="0"/>
          <w:i w:val="0"/>
          <w:smallCaps w:val="0"/>
          <w:strike w:val="0"/>
          <w:highlight w:val="cyan"/>
          <w:u w:val="single"/>
        </w:rPr>
        <w:t xml:space="preserve"> to innovate</w:t>
      </w:r>
      <w:r>
        <w:rPr>
          <w:b w:val="0"/>
          <w:i w:val="0"/>
          <w:smallCaps w:val="0"/>
          <w:strike w:val="0"/>
          <w:u w:val="single"/>
        </w:rPr>
        <w:t xml:space="preserve"> by the remunerative model such firms use — </w:t>
      </w:r>
      <w:r>
        <w:rPr>
          <w:b w:val="0"/>
          <w:i w:val="0"/>
          <w:smallCaps w:val="0"/>
          <w:strike w:val="0"/>
          <w:u w:val="single"/>
        </w:rPr>
        <w:t>i.e</w:t>
      </w:r>
      <w:r>
        <w:rPr>
          <w:b w:val="0"/>
          <w:i w:val="0"/>
          <w:smallCaps w:val="0"/>
          <w:strike w:val="0"/>
          <w:u w:val="single"/>
        </w:rPr>
        <w:t xml:space="preserve">,. researchers </w:t>
      </w:r>
      <w:r>
        <w:rPr>
          <w:b w:val="0"/>
          <w:i w:val="0"/>
          <w:smallCaps w:val="0"/>
          <w:strike w:val="0"/>
          <w:highlight w:val="cyan"/>
          <w:u w:val="single"/>
        </w:rPr>
        <w:t xml:space="preserve">share </w:t>
      </w:r>
      <w:r>
        <w:rPr>
          <w:b/>
          <w:i w:val="0"/>
          <w:smallCaps w:val="0"/>
          <w:strike w:val="0"/>
          <w:highlight w:val="cyan"/>
          <w:u w:val="single"/>
        </w:rPr>
        <w:t>more fully</w:t>
      </w:r>
      <w:r>
        <w:rPr>
          <w:b w:val="0"/>
          <w:i w:val="0"/>
          <w:smallCaps w:val="0"/>
          <w:strike w:val="0"/>
          <w:highlight w:val="cyan"/>
          <w:u w:val="single"/>
        </w:rPr>
        <w:t xml:space="preserve"> in the </w:t>
      </w:r>
      <w:r>
        <w:rPr>
          <w:b/>
          <w:i w:val="0"/>
          <w:smallCaps w:val="0"/>
          <w:strike w:val="0"/>
          <w:highlight w:val="cyan"/>
          <w:u w:val="single"/>
        </w:rPr>
        <w:t>economic rewards</w:t>
      </w:r>
      <w:r>
        <w:rPr>
          <w:b w:val="0"/>
          <w:i w:val="0"/>
          <w:smallCaps w:val="0"/>
          <w:strike w:val="0"/>
          <w:u w:val="single"/>
        </w:rPr>
        <w:t xml:space="preserve"> of successful drug development.</w:t>
      </w:r>
      <w:r>
        <w:rPr>
          <w:b w:val="0"/>
          <w:i w:val="0"/>
          <w:smallCaps w:val="0"/>
          <w:strike w:val="0"/>
          <w:sz w:val="16"/>
          <w:u w:val="none"/>
        </w:rPr>
        <w:t xml:space="preserve"> Therefore, the </w:t>
      </w:r>
      <w:r>
        <w:rPr>
          <w:b/>
          <w:i w:val="0"/>
          <w:smallCaps w:val="0"/>
          <w:strike w:val="0"/>
          <w:u w:val="single"/>
        </w:rPr>
        <w:t>majority</w:t>
      </w:r>
      <w:r>
        <w:rPr>
          <w:b w:val="0"/>
          <w:i w:val="0"/>
          <w:smallCaps w:val="0"/>
          <w:strike w:val="0"/>
          <w:u w:val="single"/>
        </w:rPr>
        <w:t xml:space="preserve"> of new drugs are now discovered and brought into human clinical trials by emerging startup companies</w:t>
      </w:r>
      <w:r>
        <w:rPr>
          <w:b w:val="0"/>
          <w:i w:val="0"/>
          <w:smallCaps w:val="0"/>
          <w:strike w:val="0"/>
          <w:sz w:val="16"/>
          <w:u w:val="none"/>
        </w:rPr>
        <w:t xml:space="preserve"> — defined as those with $500 million or less in annual sales, or less than $200 million in annual R&amp;D spending — funded by venture capital and hedge funds. In 2020, early-stage, </w:t>
      </w:r>
      <w:r>
        <w:rPr>
          <w:b w:val="0"/>
          <w:i w:val="0"/>
          <w:smallCaps w:val="0"/>
          <w:strike w:val="0"/>
          <w:highlight w:val="cyan"/>
          <w:u w:val="single"/>
        </w:rPr>
        <w:t>unprofitable companies brought</w:t>
      </w:r>
      <w:r>
        <w:rPr>
          <w:b w:val="0"/>
          <w:i w:val="0"/>
          <w:smallCaps w:val="0"/>
          <w:strike w:val="0"/>
          <w:u w:val="single"/>
        </w:rPr>
        <w:t xml:space="preserve"> nearly </w:t>
      </w:r>
      <w:r>
        <w:rPr>
          <w:b/>
          <w:i w:val="0"/>
          <w:smallCaps w:val="0"/>
          <w:strike w:val="0"/>
          <w:highlight w:val="cyan"/>
          <w:u w:val="single"/>
        </w:rPr>
        <w:t>62 percent</w:t>
      </w:r>
      <w:r>
        <w:rPr>
          <w:b w:val="0"/>
          <w:i w:val="0"/>
          <w:smallCaps w:val="0"/>
          <w:strike w:val="0"/>
          <w:highlight w:val="cyan"/>
          <w:u w:val="single"/>
        </w:rPr>
        <w:t xml:space="preserve"> of new</w:t>
      </w:r>
      <w:r>
        <w:rPr>
          <w:b w:val="0"/>
          <w:i w:val="0"/>
          <w:smallCaps w:val="0"/>
          <w:strike w:val="0"/>
          <w:u w:val="single"/>
        </w:rPr>
        <w:t xml:space="preserve"> industry-originated </w:t>
      </w:r>
      <w:r>
        <w:rPr>
          <w:b w:val="0"/>
          <w:i w:val="0"/>
          <w:smallCaps w:val="0"/>
          <w:strike w:val="0"/>
          <w:highlight w:val="cyan"/>
          <w:u w:val="single"/>
        </w:rPr>
        <w:t>drugs</w:t>
      </w:r>
      <w:r>
        <w:rPr>
          <w:b w:val="0"/>
          <w:i w:val="0"/>
          <w:smallCaps w:val="0"/>
          <w:strike w:val="0"/>
          <w:u w:val="single"/>
        </w:rPr>
        <w:t xml:space="preserve"> approved by the FDA to the clinic, with no less than 54 percent of drugs brought to the clinic by emerging firms in each of the last seven years</w:t>
      </w:r>
      <w:r>
        <w:rPr>
          <w:b w:val="0"/>
          <w:i w:val="0"/>
          <w:smallCaps w:val="0"/>
          <w:strike w:val="0"/>
          <w:sz w:val="16"/>
          <w:u w:val="none"/>
        </w:rPr>
        <w:t xml:space="preserve"> (2016–2022).</w:t>
      </w:r>
    </w:p>
    <w:p>
      <w:pPr>
        <w:spacing w:after="60"/>
      </w:pPr>
      <w:r>
        <w:rPr>
          <w:b w:val="0"/>
          <w:i w:val="0"/>
          <w:smallCaps w:val="0"/>
          <w:strike w:val="0"/>
          <w:sz w:val="16"/>
          <w:u w:val="none"/>
        </w:rPr>
        <w:t xml:space="preserve">Emerging companies are taking their innovations to market without the help of Big Pharma. Large companies that fail to discover drugs in-house often assert that the venture capital used for drug innovation would disappear if large companies sold drugs at lower prices. This claim assumes large companies will purchase the rights to sell drugs developed by emerging companies, whether through licensing agreements to sell on the emerging company’s behalf or by acquiring the emerging company altogether. But this model of drug development, which peaked in the 2010s, is quickly fading as </w:t>
      </w:r>
      <w:r>
        <w:rPr>
          <w:b w:val="0"/>
          <w:i w:val="0"/>
          <w:smallCaps w:val="0"/>
          <w:strike w:val="0"/>
          <w:u w:val="single"/>
        </w:rPr>
        <w:t xml:space="preserve">emerging companies </w:t>
      </w:r>
      <w:r>
        <w:rPr>
          <w:b/>
          <w:i w:val="0"/>
          <w:smallCaps w:val="0"/>
          <w:strike w:val="0"/>
          <w:u w:val="single"/>
        </w:rPr>
        <w:t>increasingly</w:t>
      </w:r>
      <w:r>
        <w:rPr>
          <w:b w:val="0"/>
          <w:i w:val="0"/>
          <w:smallCaps w:val="0"/>
          <w:strike w:val="0"/>
          <w:u w:val="single"/>
        </w:rPr>
        <w:t xml:space="preserve"> bring new innovations to market on their own.</w:t>
      </w:r>
      <w:r>
        <w:rPr>
          <w:b w:val="0"/>
          <w:i w:val="0"/>
          <w:smallCaps w:val="0"/>
          <w:strike w:val="0"/>
          <w:sz w:val="16"/>
          <w:u w:val="none"/>
        </w:rPr>
        <w:t xml:space="preserve"> Our analysis found that, </w:t>
      </w:r>
      <w:r>
        <w:rPr>
          <w:b w:val="0"/>
          <w:i w:val="0"/>
          <w:smallCaps w:val="0"/>
          <w:strike w:val="0"/>
          <w:u w:val="single"/>
        </w:rPr>
        <w:t xml:space="preserve">in 2013, 23 percent of emerging companies that originated novel drugs retained marketing rights to those drugs through the entire FDA approval process. By 2022, that percentage had more than </w:t>
      </w:r>
      <w:r>
        <w:rPr>
          <w:b/>
          <w:i w:val="0"/>
          <w:smallCaps w:val="0"/>
          <w:strike w:val="0"/>
          <w:u w:val="single"/>
        </w:rPr>
        <w:t>tripled</w:t>
      </w:r>
      <w:r>
        <w:rPr>
          <w:b w:val="0"/>
          <w:i w:val="0"/>
          <w:smallCaps w:val="0"/>
          <w:strike w:val="0"/>
          <w:u w:val="single"/>
        </w:rPr>
        <w:t>, to 75 percent.</w:t>
      </w:r>
      <w:r>
        <w:rPr>
          <w:b w:val="0"/>
          <w:i w:val="0"/>
          <w:smallCaps w:val="0"/>
          <w:strike w:val="0"/>
          <w:sz w:val="16"/>
          <w:u w:val="none"/>
        </w:rPr>
        <w:t xml:space="preserve"> In fact, some drugs originated by profitable companies are now licensed to emerging companies to sell. Of the 17 drugs originated by established companies in 2022, four are currently marketed by emerging companies.</w:t>
      </w:r>
    </w:p>
    <w:p>
      <w:pPr>
        <w:spacing w:after="60"/>
      </w:pPr>
      <w:r>
        <w:rPr>
          <w:b w:val="0"/>
          <w:i w:val="0"/>
          <w:smallCaps w:val="0"/>
          <w:strike w:val="0"/>
          <w:highlight w:val="cyan"/>
          <w:u w:val="single"/>
        </w:rPr>
        <w:t xml:space="preserve">Emerging companies innovate </w:t>
      </w:r>
      <w:r>
        <w:rPr>
          <w:b/>
          <w:i w:val="0"/>
          <w:smallCaps w:val="0"/>
          <w:strike w:val="0"/>
          <w:highlight w:val="cyan"/>
          <w:u w:val="single"/>
        </w:rPr>
        <w:t>more</w:t>
      </w:r>
      <w:r>
        <w:rPr>
          <w:b w:val="0"/>
          <w:i w:val="0"/>
          <w:smallCaps w:val="0"/>
          <w:strike w:val="0"/>
          <w:highlight w:val="cyan"/>
          <w:u w:val="single"/>
        </w:rPr>
        <w:t xml:space="preserve"> while</w:t>
      </w:r>
      <w:r>
        <w:rPr>
          <w:b w:val="0"/>
          <w:i w:val="0"/>
          <w:smallCaps w:val="0"/>
          <w:strike w:val="0"/>
          <w:u w:val="single"/>
        </w:rPr>
        <w:t xml:space="preserve"> </w:t>
      </w:r>
      <w:r>
        <w:rPr>
          <w:b/>
          <w:i w:val="0"/>
          <w:smallCaps w:val="0"/>
          <w:strike w:val="0"/>
          <w:u w:val="single"/>
        </w:rPr>
        <w:t>earning less</w:t>
      </w:r>
      <w:r>
        <w:rPr>
          <w:b w:val="0"/>
          <w:i w:val="0"/>
          <w:smallCaps w:val="0"/>
          <w:strike w:val="0"/>
          <w:u w:val="single"/>
        </w:rPr>
        <w:t xml:space="preserve"> revenue and</w:t>
      </w:r>
      <w:r>
        <w:rPr>
          <w:b w:val="0"/>
          <w:i w:val="0"/>
          <w:smallCaps w:val="0"/>
          <w:strike w:val="0"/>
          <w:sz w:val="16"/>
          <w:u w:val="none"/>
        </w:rPr>
        <w:t xml:space="preserve"> spending less on R&amp;D. Startups rely on venture capital to develop new and innovative drugs with a higher level of accountability than large companies, </w:t>
      </w:r>
      <w:r>
        <w:rPr>
          <w:b w:val="0"/>
          <w:i w:val="0"/>
          <w:smallCaps w:val="0"/>
          <w:strike w:val="0"/>
          <w:highlight w:val="cyan"/>
          <w:u w:val="single"/>
        </w:rPr>
        <w:t>spending less per innovative drug</w:t>
      </w:r>
      <w:r>
        <w:rPr>
          <w:b w:val="0"/>
          <w:i w:val="0"/>
          <w:smallCaps w:val="0"/>
          <w:strike w:val="0"/>
          <w:u w:val="single"/>
        </w:rPr>
        <w:t xml:space="preserve"> developed </w:t>
      </w:r>
      <w:r>
        <w:rPr>
          <w:b w:val="0"/>
          <w:i w:val="0"/>
          <w:smallCaps w:val="0"/>
          <w:strike w:val="0"/>
          <w:highlight w:val="cyan"/>
          <w:u w:val="single"/>
        </w:rPr>
        <w:t xml:space="preserve">than large, </w:t>
      </w:r>
      <w:r>
        <w:rPr>
          <w:b/>
          <w:i w:val="0"/>
          <w:smallCaps w:val="0"/>
          <w:strike w:val="0"/>
          <w:highlight w:val="cyan"/>
          <w:u w:val="single"/>
        </w:rPr>
        <w:t>inefficient</w:t>
      </w:r>
      <w:r>
        <w:rPr>
          <w:b w:val="0"/>
          <w:i w:val="0"/>
          <w:smallCaps w:val="0"/>
          <w:strike w:val="0"/>
          <w:highlight w:val="cyan"/>
          <w:u w:val="single"/>
        </w:rPr>
        <w:t xml:space="preserve"> companies.</w:t>
      </w:r>
    </w:p>
    <w:p>
      <w:pPr>
        <w:spacing w:after="60"/>
      </w:pPr>
      <w:r>
        <w:rPr>
          <w:b w:val="0"/>
          <w:i w:val="0"/>
          <w:smallCaps w:val="0"/>
          <w:strike w:val="0"/>
          <w:sz w:val="16"/>
          <w:u w:val="none"/>
        </w:rPr>
        <w:t>Our analysis shows the pharmaceutical industry is rapidly evolving in favor of agile startups that embrace new ways of innovating and are free of the bureaucratic processes that plague larger companies. In practical terms, emerging companies are developing new medicines with fewer resources, all while charging patients less.</w:t>
      </w:r>
    </w:p>
    <w:p>
      <w:pPr>
        <w:spacing w:after="60"/>
      </w:pPr>
      <w:r>
        <w:rPr>
          <w:b w:val="0"/>
          <w:i w:val="0"/>
          <w:smallCaps w:val="0"/>
          <w:strike w:val="0"/>
          <w:sz w:val="16"/>
          <w:u w:val="none"/>
        </w:rPr>
        <w:t xml:space="preserve">, the reason for this efficiency is that </w:t>
      </w:r>
      <w:r>
        <w:rPr>
          <w:b w:val="0"/>
          <w:i w:val="0"/>
          <w:smallCaps w:val="0"/>
          <w:strike w:val="0"/>
          <w:highlight w:val="cyan"/>
          <w:u w:val="single"/>
        </w:rPr>
        <w:t>the most talented</w:t>
      </w:r>
      <w:r>
        <w:rPr>
          <w:b w:val="0"/>
          <w:i w:val="0"/>
          <w:smallCaps w:val="0"/>
          <w:strike w:val="0"/>
          <w:u w:val="single"/>
        </w:rPr>
        <w:t xml:space="preserve"> biopharmaceutical </w:t>
      </w:r>
      <w:r>
        <w:rPr>
          <w:b w:val="0"/>
          <w:i w:val="0"/>
          <w:smallCaps w:val="0"/>
          <w:strike w:val="0"/>
          <w:highlight w:val="cyan"/>
          <w:u w:val="single"/>
        </w:rPr>
        <w:t xml:space="preserve">scientists gravitate </w:t>
      </w:r>
      <w:r>
        <w:rPr>
          <w:b/>
          <w:i w:val="0"/>
          <w:smallCaps w:val="0"/>
          <w:strike w:val="0"/>
          <w:highlight w:val="cyan"/>
          <w:u w:val="single"/>
        </w:rPr>
        <w:t>toward</w:t>
      </w:r>
      <w:r>
        <w:rPr>
          <w:b w:val="0"/>
          <w:i w:val="0"/>
          <w:smallCaps w:val="0"/>
          <w:strike w:val="0"/>
          <w:highlight w:val="cyan"/>
          <w:u w:val="single"/>
        </w:rPr>
        <w:t xml:space="preserve"> startups. At</w:t>
      </w:r>
      <w:r>
        <w:rPr>
          <w:b w:val="0"/>
          <w:i w:val="0"/>
          <w:smallCaps w:val="0"/>
          <w:strike w:val="0"/>
          <w:u w:val="single"/>
        </w:rPr>
        <w:t xml:space="preserve"> biotech and pharma </w:t>
      </w:r>
      <w:r>
        <w:rPr>
          <w:b w:val="0"/>
          <w:i w:val="0"/>
          <w:smallCaps w:val="0"/>
          <w:strike w:val="0"/>
          <w:highlight w:val="cyan"/>
          <w:u w:val="single"/>
        </w:rPr>
        <w:t xml:space="preserve">startups, a top scientist will receive stock options, which can translate into </w:t>
      </w:r>
      <w:r>
        <w:rPr>
          <w:b/>
          <w:i w:val="0"/>
          <w:smallCaps w:val="0"/>
          <w:strike w:val="0"/>
          <w:highlight w:val="cyan"/>
          <w:u w:val="single"/>
        </w:rPr>
        <w:t>substantial</w:t>
      </w:r>
      <w:r>
        <w:rPr>
          <w:b w:val="0"/>
          <w:i w:val="0"/>
          <w:smallCaps w:val="0"/>
          <w:strike w:val="0"/>
          <w:highlight w:val="cyan"/>
          <w:u w:val="single"/>
        </w:rPr>
        <w:t xml:space="preserve"> wealth</w:t>
      </w:r>
      <w:r>
        <w:rPr>
          <w:b w:val="0"/>
          <w:i w:val="0"/>
          <w:smallCaps w:val="0"/>
          <w:strike w:val="0"/>
          <w:u w:val="single"/>
        </w:rPr>
        <w:t xml:space="preserve"> if the company successfully takes a drug candidate through the FDA approval process. </w:t>
      </w:r>
      <w:r>
        <w:rPr>
          <w:b w:val="0"/>
          <w:i w:val="0"/>
          <w:smallCaps w:val="0"/>
          <w:strike w:val="0"/>
          <w:highlight w:val="cyan"/>
          <w:u w:val="single"/>
        </w:rPr>
        <w:t>These</w:t>
      </w:r>
      <w:r>
        <w:rPr>
          <w:b w:val="0"/>
          <w:i w:val="0"/>
          <w:smallCaps w:val="0"/>
          <w:strike w:val="0"/>
          <w:sz w:val="16"/>
          <w:u w:val="none"/>
        </w:rPr>
        <w:t xml:space="preserve"> economic</w:t>
      </w:r>
      <w:r>
        <w:rPr>
          <w:b w:val="0"/>
          <w:i w:val="0"/>
          <w:smallCaps w:val="0"/>
          <w:strike w:val="0"/>
          <w:sz w:val="16"/>
          <w:u w:val="single"/>
        </w:rPr>
        <w:t xml:space="preserve"> </w:t>
      </w:r>
      <w:r>
        <w:rPr>
          <w:b w:val="0"/>
          <w:i w:val="0"/>
          <w:smallCaps w:val="0"/>
          <w:strike w:val="0"/>
          <w:highlight w:val="cyan"/>
          <w:u w:val="single"/>
        </w:rPr>
        <w:t>opportunities are</w:t>
      </w:r>
      <w:r>
        <w:rPr>
          <w:b w:val="0"/>
          <w:i w:val="0"/>
          <w:smallCaps w:val="0"/>
          <w:strike w:val="0"/>
          <w:u w:val="single"/>
        </w:rPr>
        <w:t xml:space="preserve"> </w:t>
      </w:r>
      <w:r>
        <w:rPr>
          <w:b w:val="0"/>
          <w:i w:val="0"/>
          <w:smallCaps w:val="0"/>
          <w:strike w:val="0"/>
          <w:sz w:val="16"/>
          <w:u w:val="none"/>
        </w:rPr>
        <w:t>largely</w:t>
      </w:r>
      <w:r>
        <w:rPr>
          <w:b w:val="0"/>
          <w:i w:val="0"/>
          <w:smallCaps w:val="0"/>
          <w:strike w:val="0"/>
          <w:sz w:val="16"/>
          <w:u w:val="single"/>
        </w:rPr>
        <w:t xml:space="preserve"> </w:t>
      </w:r>
      <w:r>
        <w:rPr>
          <w:b/>
          <w:i w:val="0"/>
          <w:smallCaps w:val="0"/>
          <w:strike w:val="0"/>
          <w:highlight w:val="cyan"/>
          <w:u w:val="single"/>
        </w:rPr>
        <w:t>absent</w:t>
      </w:r>
      <w:r>
        <w:rPr>
          <w:b w:val="0"/>
          <w:i w:val="0"/>
          <w:smallCaps w:val="0"/>
          <w:strike w:val="0"/>
          <w:highlight w:val="cyan"/>
          <w:u w:val="single"/>
        </w:rPr>
        <w:t xml:space="preserve"> at large companies</w:t>
      </w:r>
      <w:r>
        <w:rPr>
          <w:b w:val="0"/>
          <w:i w:val="0"/>
          <w:smallCaps w:val="0"/>
          <w:strike w:val="0"/>
          <w:sz w:val="16"/>
          <w:u w:val="none"/>
        </w:rPr>
        <w:t xml:space="preserve">. Furthermore, </w:t>
      </w:r>
      <w:r>
        <w:rPr>
          <w:b w:val="0"/>
          <w:i w:val="0"/>
          <w:smallCaps w:val="0"/>
          <w:strike w:val="0"/>
          <w:highlight w:val="cyan"/>
          <w:u w:val="single"/>
        </w:rPr>
        <w:t xml:space="preserve">bureaucratic </w:t>
      </w:r>
      <w:r>
        <w:rPr>
          <w:b w:val="0"/>
          <w:i w:val="0"/>
          <w:smallCaps w:val="0"/>
          <w:strike w:val="0"/>
          <w:highlight w:val="cyan"/>
          <w:u w:val="single"/>
        </w:rPr>
        <w:t>decisionmaking</w:t>
      </w:r>
      <w:r>
        <w:rPr>
          <w:b w:val="0"/>
          <w:i w:val="0"/>
          <w:smallCaps w:val="0"/>
          <w:strike w:val="0"/>
          <w:highlight w:val="cyan"/>
          <w:u w:val="single"/>
        </w:rPr>
        <w:t xml:space="preserve"> at large companies creates diseconomies of scale</w:t>
      </w:r>
      <w:r>
        <w:rPr>
          <w:b w:val="0"/>
          <w:i w:val="0"/>
          <w:smallCaps w:val="0"/>
          <w:strike w:val="0"/>
          <w:u w:val="single"/>
        </w:rPr>
        <w:t xml:space="preserve">, in which </w:t>
      </w:r>
      <w:r>
        <w:rPr>
          <w:b w:val="0"/>
          <w:i w:val="0"/>
          <w:smallCaps w:val="0"/>
          <w:strike w:val="0"/>
          <w:highlight w:val="cyan"/>
          <w:u w:val="single"/>
        </w:rPr>
        <w:t xml:space="preserve">promising drugs are </w:t>
      </w:r>
      <w:r>
        <w:rPr>
          <w:b/>
          <w:i w:val="0"/>
          <w:smallCaps w:val="0"/>
          <w:strike w:val="0"/>
          <w:highlight w:val="cyan"/>
          <w:u w:val="single"/>
        </w:rPr>
        <w:t>abandoned</w:t>
      </w:r>
      <w:r>
        <w:rPr>
          <w:b w:val="0"/>
          <w:i w:val="0"/>
          <w:smallCaps w:val="0"/>
          <w:strike w:val="0"/>
          <w:highlight w:val="cyan"/>
          <w:u w:val="single"/>
        </w:rPr>
        <w:t xml:space="preserve"> because they do not fit into</w:t>
      </w:r>
      <w:r>
        <w:rPr>
          <w:b w:val="0"/>
          <w:i w:val="0"/>
          <w:smallCaps w:val="0"/>
          <w:strike w:val="0"/>
          <w:u w:val="single"/>
        </w:rPr>
        <w:t xml:space="preserve"> a larger corporate strategy or </w:t>
      </w:r>
      <w:r>
        <w:rPr>
          <w:b w:val="0"/>
          <w:i w:val="0"/>
          <w:smallCaps w:val="0"/>
          <w:strike w:val="0"/>
          <w:highlight w:val="cyan"/>
          <w:u w:val="single"/>
        </w:rPr>
        <w:t>existing product lines.</w:t>
      </w:r>
    </w:p>
    <w:p>
      <w:pPr>
        <w:spacing w:after="60"/>
      </w:pPr>
      <w:r>
        <w:rPr>
          <w:b w:val="0"/>
          <w:i w:val="0"/>
          <w:smallCaps w:val="0"/>
          <w:strike w:val="0"/>
          <w:sz w:val="16"/>
          <w:u w:val="none"/>
        </w:rPr>
        <w:t xml:space="preserve">Contrary to their rhetoric, </w:t>
      </w:r>
      <w:r>
        <w:rPr>
          <w:b w:val="0"/>
          <w:i w:val="0"/>
          <w:smallCaps w:val="0"/>
          <w:strike w:val="0"/>
          <w:highlight w:val="cyan"/>
          <w:u w:val="single"/>
        </w:rPr>
        <w:t>large pharma</w:t>
      </w:r>
      <w:r>
        <w:rPr>
          <w:b w:val="0"/>
          <w:i w:val="0"/>
          <w:smallCaps w:val="0"/>
          <w:strike w:val="0"/>
          <w:u w:val="single"/>
        </w:rPr>
        <w:t xml:space="preserve">ceutical </w:t>
      </w:r>
      <w:r>
        <w:rPr>
          <w:b w:val="0"/>
          <w:i w:val="0"/>
          <w:smallCaps w:val="0"/>
          <w:strike w:val="0"/>
          <w:highlight w:val="cyan"/>
          <w:u w:val="single"/>
        </w:rPr>
        <w:t>companies</w:t>
      </w:r>
      <w:r>
        <w:rPr>
          <w:b w:val="0"/>
          <w:i w:val="0"/>
          <w:smallCaps w:val="0"/>
          <w:strike w:val="0"/>
          <w:u w:val="single"/>
        </w:rPr>
        <w:t xml:space="preserve"> often </w:t>
      </w:r>
      <w:r>
        <w:rPr>
          <w:b/>
          <w:i w:val="0"/>
          <w:smallCaps w:val="0"/>
          <w:strike w:val="0"/>
          <w:highlight w:val="cyan"/>
          <w:u w:val="single"/>
        </w:rPr>
        <w:t>fail</w:t>
      </w:r>
      <w:r>
        <w:rPr>
          <w:b w:val="0"/>
          <w:i w:val="0"/>
          <w:smallCaps w:val="0"/>
          <w:strike w:val="0"/>
          <w:highlight w:val="cyan"/>
          <w:u w:val="single"/>
        </w:rPr>
        <w:t xml:space="preserve"> to turn</w:t>
      </w:r>
      <w:r>
        <w:rPr>
          <w:b w:val="0"/>
          <w:i w:val="0"/>
          <w:smallCaps w:val="0"/>
          <w:strike w:val="0"/>
          <w:u w:val="single"/>
        </w:rPr>
        <w:t xml:space="preserve"> their enormous </w:t>
      </w:r>
      <w:r>
        <w:rPr>
          <w:b w:val="0"/>
          <w:i w:val="0"/>
          <w:smallCaps w:val="0"/>
          <w:strike w:val="0"/>
          <w:highlight w:val="cyan"/>
          <w:u w:val="single"/>
        </w:rPr>
        <w:t>profits into</w:t>
      </w:r>
      <w:r>
        <w:rPr>
          <w:b w:val="0"/>
          <w:i w:val="0"/>
          <w:smallCaps w:val="0"/>
          <w:strike w:val="0"/>
          <w:u w:val="single"/>
        </w:rPr>
        <w:t xml:space="preserve"> innovative </w:t>
      </w:r>
      <w:r>
        <w:rPr>
          <w:b w:val="0"/>
          <w:i w:val="0"/>
          <w:smallCaps w:val="0"/>
          <w:strike w:val="0"/>
          <w:highlight w:val="cyan"/>
          <w:u w:val="single"/>
        </w:rPr>
        <w:t>R&amp;D</w:t>
      </w:r>
      <w:r>
        <w:rPr>
          <w:b w:val="0"/>
          <w:i w:val="0"/>
          <w:smallCaps w:val="0"/>
          <w:strike w:val="0"/>
          <w:u w:val="single"/>
        </w:rPr>
        <w:t xml:space="preserve">. Instead, </w:t>
      </w:r>
      <w:r>
        <w:rPr>
          <w:b w:val="0"/>
          <w:i w:val="0"/>
          <w:smallCaps w:val="0"/>
          <w:strike w:val="0"/>
          <w:highlight w:val="cyan"/>
          <w:u w:val="single"/>
        </w:rPr>
        <w:t xml:space="preserve">they </w:t>
      </w:r>
      <w:r>
        <w:rPr>
          <w:b/>
          <w:i w:val="0"/>
          <w:smallCaps w:val="0"/>
          <w:strike w:val="0"/>
          <w:highlight w:val="cyan"/>
          <w:u w:val="single"/>
        </w:rPr>
        <w:t>acquire</w:t>
      </w:r>
      <w:r>
        <w:rPr>
          <w:b w:val="0"/>
          <w:i w:val="0"/>
          <w:smallCaps w:val="0"/>
          <w:strike w:val="0"/>
          <w:highlight w:val="cyan"/>
          <w:u w:val="single"/>
        </w:rPr>
        <w:t xml:space="preserve"> startups where the innovation has already taken place.</w:t>
      </w:r>
      <w:r>
        <w:rPr>
          <w:b w:val="0"/>
          <w:i w:val="0"/>
          <w:smallCaps w:val="0"/>
          <w:strike w:val="0"/>
          <w:u w:val="single"/>
        </w:rPr>
        <w:t xml:space="preserve"> </w:t>
      </w:r>
      <w:r>
        <w:rPr>
          <w:b w:val="0"/>
          <w:i w:val="0"/>
          <w:smallCaps w:val="0"/>
          <w:strike w:val="0"/>
          <w:sz w:val="16"/>
          <w:u w:val="none"/>
        </w:rPr>
        <w:t>In most cases, these smaller companies would have been able to gain FDA approval for their drug candidates if they had remained standalone companies.</w:t>
      </w:r>
    </w:p>
    <w:p>
      <w:pPr>
        <w:spacing w:after="60"/>
      </w:pPr>
      <w:r>
        <w:rPr>
          <w:b w:val="0"/>
          <w:i w:val="0"/>
          <w:smallCaps w:val="0"/>
          <w:strike w:val="0"/>
          <w:sz w:val="16"/>
          <w:u w:val="none"/>
        </w:rPr>
        <w:t xml:space="preserve">The pharmaceutical industry’s </w:t>
      </w:r>
      <w:r>
        <w:rPr>
          <w:b w:val="0"/>
          <w:i w:val="0"/>
          <w:smallCaps w:val="0"/>
          <w:strike w:val="0"/>
          <w:u w:val="single"/>
        </w:rPr>
        <w:t xml:space="preserve">increasing </w:t>
      </w:r>
      <w:r>
        <w:rPr>
          <w:b w:val="0"/>
          <w:i w:val="0"/>
          <w:smallCaps w:val="0"/>
          <w:strike w:val="0"/>
          <w:highlight w:val="cyan"/>
          <w:u w:val="single"/>
        </w:rPr>
        <w:t>reliance on emerging companies</w:t>
      </w:r>
      <w:r>
        <w:rPr>
          <w:b w:val="0"/>
          <w:i w:val="0"/>
          <w:smallCaps w:val="0"/>
          <w:strike w:val="0"/>
          <w:u w:val="single"/>
        </w:rPr>
        <w:t xml:space="preserve"> with smaller R&amp;D budgets </w:t>
      </w:r>
      <w:r>
        <w:rPr>
          <w:b w:val="0"/>
          <w:i w:val="0"/>
          <w:smallCaps w:val="0"/>
          <w:strike w:val="0"/>
          <w:highlight w:val="cyan"/>
          <w:u w:val="single"/>
        </w:rPr>
        <w:t>shows that policies to curb high drug prices</w:t>
      </w:r>
      <w:r>
        <w:rPr>
          <w:b w:val="0"/>
          <w:i w:val="0"/>
          <w:smallCaps w:val="0"/>
          <w:strike w:val="0"/>
          <w:sz w:val="16"/>
          <w:u w:val="none"/>
        </w:rPr>
        <w:t xml:space="preserve"> — especially policies that target excessive price increases on older drugs sold by large firms — </w:t>
      </w:r>
      <w:r>
        <w:rPr>
          <w:b w:val="0"/>
          <w:i w:val="0"/>
          <w:smallCaps w:val="0"/>
          <w:strike w:val="0"/>
          <w:highlight w:val="cyan"/>
          <w:u w:val="single"/>
        </w:rPr>
        <w:t xml:space="preserve">are </w:t>
      </w:r>
      <w:r>
        <w:rPr>
          <w:b/>
          <w:i w:val="0"/>
          <w:smallCaps w:val="0"/>
          <w:strike w:val="0"/>
          <w:highlight w:val="cyan"/>
          <w:u w:val="single"/>
        </w:rPr>
        <w:t>unlikely</w:t>
      </w:r>
      <w:r>
        <w:rPr>
          <w:b w:val="0"/>
          <w:i w:val="0"/>
          <w:smallCaps w:val="0"/>
          <w:strike w:val="0"/>
          <w:highlight w:val="cyan"/>
          <w:u w:val="single"/>
        </w:rPr>
        <w:t xml:space="preserve"> to harm innovation</w:t>
      </w:r>
      <w:r>
        <w:rPr>
          <w:b w:val="0"/>
          <w:i w:val="0"/>
          <w:smallCaps w:val="0"/>
          <w:strike w:val="0"/>
          <w:u w:val="single"/>
        </w:rPr>
        <w:t>.</w:t>
      </w:r>
      <w:r>
        <w:rPr>
          <w:b w:val="0"/>
          <w:i w:val="0"/>
          <w:smallCaps w:val="0"/>
          <w:strike w:val="0"/>
          <w:sz w:val="16"/>
          <w:u w:val="none"/>
        </w:rPr>
        <w:t xml:space="preserve"> Furthermore, coupling such policies with those designed to reduce the costs and risks of drug development, such as allowing more drugs to come to market after successful Phase II studies, can give us the best of both worlds: a more innovative biopharma ecosystem and a more affordable one</w:t>
      </w:r>
    </w:p>
    <w:p>
      <w:pPr>
        <w:pStyle w:val="Caption"/>
      </w:pPr>
      <w:r>
        <w:t>Source: Small Pharma CP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