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Start-ups are key to the continued evolution of biotech</w:t>
      </w:r>
    </w:p>
    <w:p>
      <w:pPr>
        <w:spacing w:after="80"/>
      </w:pPr>
      <w:r>
        <w:rPr>
          <w:b/>
          <w:i w:val="0"/>
          <w:smallCaps w:val="0"/>
          <w:strike w:val="0"/>
          <w:sz w:val="26"/>
          <w:u w:val="none"/>
        </w:rPr>
        <w:t>Chintalapoodi</w:t>
      </w:r>
      <w:r>
        <w:rPr>
          <w:b/>
          <w:i w:val="0"/>
          <w:smallCaps w:val="0"/>
          <w:strike w:val="0"/>
          <w:sz w:val="26"/>
          <w:u w:val="none"/>
        </w:rPr>
        <w:t xml:space="preserve"> ’22 – </w:t>
      </w:r>
      <w:r>
        <w:rPr>
          <w:b w:val="0"/>
          <w:i w:val="0"/>
          <w:smallCaps w:val="0"/>
          <w:strike w:val="0"/>
          <w:u w:val="none"/>
        </w:rPr>
        <w:t xml:space="preserve">(Pramod; Chip Law Group, Legal Influencer; “The Rise of Biotech Startups: Advancing Science and Medicine through Innovation”; February 22, 2023; </w:t>
      </w:r>
      <w:r>
        <w:rPr>
          <w:b w:val="0"/>
          <w:i w:val="0"/>
          <w:smallCaps w:val="0"/>
          <w:strike w:val="0"/>
          <w:u w:val="none"/>
        </w:rPr>
        <w:t>Lexology</w:t>
      </w:r>
      <w:r>
        <w:rPr>
          <w:b w:val="0"/>
          <w:i w:val="0"/>
          <w:smallCaps w:val="0"/>
          <w:strike w:val="0"/>
          <w:u w:val="none"/>
        </w:rPr>
        <w:t xml:space="preserve">; </w:t>
      </w:r>
      <w:r>
        <w:rPr>
          <w:b w:val="0"/>
          <w:i w:val="0"/>
          <w:smallCaps w:val="0"/>
          <w:strike w:val="0"/>
          <w:u w:val="none"/>
        </w:rPr>
        <w:t xml:space="preserve"> MV)</w:t>
      </w:r>
    </w:p>
    <w:p>
      <w:pPr>
        <w:spacing w:after="60"/>
      </w:pPr>
      <w:r>
        <w:rPr>
          <w:b w:val="0"/>
          <w:i w:val="0"/>
          <w:smallCaps w:val="0"/>
          <w:strike w:val="0"/>
          <w:sz w:val="16"/>
          <w:u w:val="none"/>
        </w:rPr>
        <w:t xml:space="preserve">The COVID-19 pandemic has had a major impact on various industries globally, but </w:t>
      </w:r>
      <w:r>
        <w:rPr>
          <w:b w:val="0"/>
          <w:i w:val="0"/>
          <w:smallCaps w:val="0"/>
          <w:strike w:val="0"/>
          <w:sz w:val="22"/>
          <w:highlight w:val="cyan"/>
          <w:u w:val="single"/>
        </w:rPr>
        <w:t>the biotech industry has proven to be resilient</w:t>
      </w:r>
      <w:r>
        <w:rPr>
          <w:b w:val="0"/>
          <w:i w:val="0"/>
          <w:smallCaps w:val="0"/>
          <w:strike w:val="0"/>
          <w:sz w:val="16"/>
          <w:u w:val="none"/>
        </w:rPr>
        <w:t>. Initially, the pandemic</w:t>
      </w:r>
      <w:r>
        <w:rPr>
          <w:b w:val="0"/>
          <w:i w:val="0"/>
          <w:smallCaps w:val="0"/>
          <w:strike w:val="0"/>
          <w:sz w:val="16"/>
          <w:u w:val="none"/>
        </w:rPr>
        <w:t xml:space="preserve"> </w:t>
      </w:r>
      <w:r>
        <w:rPr>
          <w:b w:val="0"/>
          <w:i w:val="0"/>
          <w:smallCaps w:val="0"/>
          <w:strike w:val="0"/>
          <w:sz w:val="16"/>
          <w:u w:val="none"/>
        </w:rPr>
        <w:t>caused a setback</w:t>
      </w:r>
      <w:r>
        <w:rPr>
          <w:b w:val="0"/>
          <w:i w:val="0"/>
          <w:smallCaps w:val="0"/>
          <w:strike w:val="0"/>
          <w:sz w:val="16"/>
          <w:u w:val="none"/>
        </w:rPr>
        <w:t xml:space="preserve"> </w:t>
      </w:r>
      <w:r>
        <w:rPr>
          <w:b w:val="0"/>
          <w:i w:val="0"/>
          <w:smallCaps w:val="0"/>
          <w:strike w:val="0"/>
          <w:sz w:val="16"/>
          <w:u w:val="none"/>
        </w:rPr>
        <w:t xml:space="preserve">in the growth and financial stability of the biotech industry, but </w:t>
      </w:r>
      <w:r>
        <w:rPr>
          <w:b w:val="0"/>
          <w:i w:val="0"/>
          <w:smallCaps w:val="0"/>
          <w:strike w:val="0"/>
          <w:sz w:val="22"/>
          <w:highlight w:val="cyan"/>
          <w:u w:val="single"/>
        </w:rPr>
        <w:t>as the need for scientific breakthroughs</w:t>
      </w:r>
      <w:r>
        <w:rPr>
          <w:b w:val="0"/>
          <w:i w:val="0"/>
          <w:smallCaps w:val="0"/>
          <w:strike w:val="0"/>
          <w:sz w:val="22"/>
          <w:u w:val="single"/>
        </w:rPr>
        <w:t xml:space="preserve">, particularly in combating the virus, </w:t>
      </w:r>
      <w:r>
        <w:rPr>
          <w:b w:val="0"/>
          <w:i w:val="0"/>
          <w:smallCaps w:val="0"/>
          <w:strike w:val="0"/>
          <w:sz w:val="22"/>
          <w:highlight w:val="cyan"/>
          <w:u w:val="single"/>
        </w:rPr>
        <w:t>became more apparent, the biotechnology industry started to recover</w:t>
      </w:r>
      <w:r>
        <w:rPr>
          <w:b w:val="0"/>
          <w:i w:val="0"/>
          <w:smallCaps w:val="0"/>
          <w:strike w:val="0"/>
          <w:sz w:val="22"/>
          <w:u w:val="single"/>
        </w:rPr>
        <w:t>.</w:t>
      </w:r>
      <w:r>
        <w:rPr>
          <w:b w:val="0"/>
          <w:i w:val="0"/>
          <w:smallCaps w:val="0"/>
          <w:strike w:val="0"/>
          <w:sz w:val="24"/>
          <w:u w:val="single"/>
        </w:rPr>
        <w:t xml:space="preserve"> </w:t>
      </w:r>
      <w:r>
        <w:rPr>
          <w:b w:val="0"/>
          <w:i w:val="0"/>
          <w:smallCaps w:val="0"/>
          <w:strike w:val="0"/>
          <w:sz w:val="16"/>
          <w:u w:val="none"/>
        </w:rPr>
        <w:t>According</w:t>
      </w:r>
      <w:r>
        <w:rPr>
          <w:b w:val="0"/>
          <w:i w:val="0"/>
          <w:smallCaps w:val="0"/>
          <w:strike w:val="0"/>
          <w:sz w:val="16"/>
          <w:u w:val="none"/>
        </w:rPr>
        <w:t xml:space="preserve"> </w:t>
      </w:r>
      <w:r>
        <w:rPr>
          <w:b w:val="0"/>
          <w:i w:val="0"/>
          <w:smallCaps w:val="0"/>
          <w:strike w:val="0"/>
          <w:sz w:val="16"/>
          <w:u w:val="none"/>
        </w:rPr>
        <w:t>to a study conducted by McKinsey</w:t>
      </w:r>
      <w:r>
        <w:rPr>
          <w:b w:val="0"/>
          <w:i w:val="0"/>
          <w:smallCaps w:val="0"/>
          <w:strike w:val="0"/>
          <w:sz w:val="16"/>
          <w:u w:val="none"/>
        </w:rPr>
        <w:t>, venture capitalist (</w:t>
      </w:r>
      <w:r>
        <w:rPr>
          <w:b w:val="0"/>
          <w:i w:val="0"/>
          <w:smallCaps w:val="0"/>
          <w:strike w:val="0"/>
          <w:sz w:val="14"/>
          <w:u w:val="single"/>
        </w:rPr>
        <w:t>VC</w:t>
      </w:r>
      <w:r>
        <w:rPr>
          <w:b w:val="0"/>
          <w:i w:val="0"/>
          <w:smallCaps w:val="0"/>
          <w:strike w:val="0"/>
          <w:sz w:val="16"/>
          <w:u w:val="none"/>
        </w:rPr>
        <w:t xml:space="preserve">) </w:t>
      </w:r>
      <w:r>
        <w:rPr>
          <w:b w:val="0"/>
          <w:i w:val="0"/>
          <w:smallCaps w:val="0"/>
          <w:strike w:val="0"/>
          <w:sz w:val="14"/>
          <w:u w:val="single"/>
        </w:rPr>
        <w:t>companies increased their investments in biotech startups from 2,200 globally in 2016 to 3,100 by 2021.</w:t>
      </w:r>
      <w:r>
        <w:rPr>
          <w:b w:val="0"/>
          <w:i w:val="0"/>
          <w:smallCaps w:val="0"/>
          <w:strike w:val="0"/>
          <w:sz w:val="16"/>
          <w:u w:val="none"/>
        </w:rPr>
        <w:t xml:space="preserve"> </w:t>
      </w:r>
      <w:r>
        <w:rPr>
          <w:b w:val="0"/>
          <w:i w:val="0"/>
          <w:smallCaps w:val="0"/>
          <w:strike w:val="0"/>
          <w:sz w:val="14"/>
          <w:u w:val="single"/>
        </w:rPr>
        <w:t xml:space="preserve">This highlights the growing importance of investing in science, especially in the biotech industry. </w:t>
      </w:r>
      <w:r>
        <w:rPr>
          <w:b w:val="0"/>
          <w:i w:val="0"/>
          <w:smallCaps w:val="0"/>
          <w:strike w:val="0"/>
          <w:sz w:val="16"/>
          <w:u w:val="none"/>
        </w:rPr>
        <w:t>Biotechnology has a wide range of applications that impact our daily lives in many ways. It plays a crucial role in developing food products, using genetically modified organisms, finding sustainable ways of procuring resources, and managing waste. It has the potential to improve our health and that of the planet. Modern biotechnology has led to</w:t>
      </w:r>
      <w:r>
        <w:rPr>
          <w:b w:val="0"/>
          <w:i w:val="0"/>
          <w:smallCaps w:val="0"/>
          <w:strike w:val="0"/>
          <w:sz w:val="16"/>
          <w:u w:val="none"/>
        </w:rPr>
        <w:t xml:space="preserve"> </w:t>
      </w:r>
      <w:r>
        <w:rPr>
          <w:b w:val="0"/>
          <w:i w:val="0"/>
          <w:smallCaps w:val="0"/>
          <w:strike w:val="0"/>
          <w:sz w:val="16"/>
          <w:u w:val="none"/>
        </w:rPr>
        <w:t>several breakthrough products and technologies</w:t>
      </w:r>
      <w:r>
        <w:rPr>
          <w:b w:val="0"/>
          <w:i w:val="0"/>
          <w:smallCaps w:val="0"/>
          <w:strike w:val="0"/>
          <w:sz w:val="16"/>
          <w:u w:val="none"/>
        </w:rPr>
        <w:t xml:space="preserve"> </w:t>
      </w:r>
      <w:r>
        <w:rPr>
          <w:b w:val="0"/>
          <w:i w:val="0"/>
          <w:smallCaps w:val="0"/>
          <w:strike w:val="0"/>
          <w:sz w:val="16"/>
          <w:u w:val="none"/>
        </w:rPr>
        <w:t xml:space="preserve">that aim to reduce our environmental footprint, increase energy efficiency, and promote the use of cleaner energy. It has also contributed to feeding the hungry and enhancing industrial manufacturing processes. The biotechnology industry has seen remarkable growth and progress over the past few years, with numerous startups making a big impact in different areas of the field. Here are some of the startups that have revolutionized the biotechnology industry: </w:t>
      </w:r>
      <w:r>
        <w:rPr>
          <w:b/>
          <w:i w:val="0"/>
          <w:smallCaps w:val="0"/>
          <w:strike w:val="0"/>
          <w:sz w:val="22"/>
          <w:highlight w:val="cyan"/>
          <w:u w:val="single"/>
        </w:rPr>
        <w:t>Cell Therapy</w:t>
      </w:r>
      <w:r>
        <w:rPr>
          <w:b w:val="0"/>
          <w:i w:val="0"/>
          <w:smallCaps w:val="0"/>
          <w:strike w:val="0"/>
          <w:sz w:val="24"/>
          <w:highlight w:val="cyan"/>
          <w:u w:val="single"/>
        </w:rPr>
        <w:t xml:space="preserve"> </w:t>
      </w:r>
      <w:r>
        <w:rPr>
          <w:b/>
          <w:i w:val="0"/>
          <w:smallCaps w:val="0"/>
          <w:strike w:val="0"/>
          <w:sz w:val="24"/>
          <w:highlight w:val="cyan"/>
          <w:u w:val="single"/>
        </w:rPr>
        <w:t xml:space="preserve"> </w:t>
      </w:r>
      <w:r>
        <w:rPr>
          <w:b/>
          <w:i w:val="0"/>
          <w:smallCaps w:val="0"/>
          <w:strike w:val="0"/>
          <w:sz w:val="22"/>
          <w:highlight w:val="cyan"/>
          <w:u w:val="single"/>
        </w:rPr>
        <w:t>is a startup that has made a significant impact in drug discovery</w:t>
      </w:r>
      <w:r>
        <w:rPr>
          <w:b w:val="0"/>
          <w:i w:val="0"/>
          <w:smallCaps w:val="0"/>
          <w:strike w:val="0"/>
          <w:sz w:val="16"/>
          <w:u w:val="none"/>
        </w:rPr>
        <w:t xml:space="preserve">. Their approach involves targeting cell behavior rather than individual proteins. </w:t>
      </w:r>
      <w:r>
        <w:rPr>
          <w:b w:val="0"/>
          <w:i w:val="0"/>
          <w:smallCaps w:val="0"/>
          <w:strike w:val="0"/>
          <w:sz w:val="22"/>
          <w:highlight w:val="cyan"/>
          <w:u w:val="single"/>
        </w:rPr>
        <w:t xml:space="preserve">This approach to medicine is based on the understanding of how a disease impacts cell behavior rather than </w:t>
      </w:r>
      <w:r>
        <w:rPr>
          <w:b/>
          <w:i w:val="0"/>
          <w:smallCaps w:val="0"/>
          <w:strike w:val="0"/>
          <w:sz w:val="22"/>
          <w:highlight w:val="cyan"/>
          <w:u w:val="single"/>
        </w:rPr>
        <w:t>traditional methods</w:t>
      </w:r>
      <w:r>
        <w:rPr>
          <w:b w:val="0"/>
          <w:i w:val="0"/>
          <w:smallCaps w:val="0"/>
          <w:strike w:val="0"/>
          <w:sz w:val="22"/>
          <w:highlight w:val="cyan"/>
          <w:u w:val="single"/>
        </w:rPr>
        <w:t xml:space="preserve"> of targeting the illness.</w:t>
      </w:r>
      <w:r>
        <w:rPr>
          <w:b w:val="0"/>
          <w:i w:val="0"/>
          <w:smallCaps w:val="0"/>
          <w:strike w:val="0"/>
          <w:sz w:val="24"/>
          <w:u w:val="single"/>
        </w:rPr>
        <w:t xml:space="preserve"> </w:t>
      </w:r>
      <w:r>
        <w:rPr>
          <w:b/>
          <w:i w:val="0"/>
          <w:smallCaps w:val="0"/>
          <w:strike w:val="0"/>
          <w:sz w:val="22"/>
          <w:highlight w:val="cyan"/>
          <w:u w:val="single"/>
        </w:rPr>
        <w:t>Neurology</w:t>
      </w:r>
      <w:r>
        <w:rPr>
          <w:b w:val="0"/>
          <w:i w:val="0"/>
          <w:smallCaps w:val="0"/>
          <w:strike w:val="0"/>
          <w:sz w:val="24"/>
          <w:highlight w:val="cyan"/>
          <w:u w:val="single"/>
        </w:rPr>
        <w:t xml:space="preserve"> </w:t>
      </w:r>
      <w:r>
        <w:rPr>
          <w:b w:val="0"/>
          <w:i w:val="0"/>
          <w:smallCaps w:val="0"/>
          <w:strike w:val="0"/>
          <w:sz w:val="24"/>
          <w:highlight w:val="cyan"/>
          <w:u w:val="single"/>
        </w:rPr>
        <w:t xml:space="preserve"> </w:t>
      </w:r>
      <w:r>
        <w:rPr>
          <w:b w:val="0"/>
          <w:i w:val="0"/>
          <w:smallCaps w:val="0"/>
          <w:strike w:val="0"/>
          <w:sz w:val="22"/>
          <w:highlight w:val="cyan"/>
          <w:u w:val="single"/>
        </w:rPr>
        <w:t>is a startup that has revolutionized the treatment of brain disorders through precision-targeted medicine</w:t>
      </w:r>
      <w:r>
        <w:rPr>
          <w:b w:val="0"/>
          <w:i w:val="0"/>
          <w:smallCaps w:val="0"/>
          <w:strike w:val="0"/>
          <w:sz w:val="16"/>
          <w:u w:val="none"/>
        </w:rPr>
        <w:t>. Their medical method involves the use of remote-controlled micro-robots, known as ‘</w:t>
      </w:r>
      <w:r>
        <w:rPr>
          <w:b w:val="0"/>
          <w:i w:val="0"/>
          <w:smallCaps w:val="0"/>
          <w:strike w:val="0"/>
          <w:sz w:val="16"/>
          <w:u w:val="none"/>
        </w:rPr>
        <w:t>Bionauts</w:t>
      </w:r>
      <w:r>
        <w:rPr>
          <w:b w:val="0"/>
          <w:i w:val="0"/>
          <w:smallCaps w:val="0"/>
          <w:strike w:val="0"/>
          <w:sz w:val="16"/>
          <w:u w:val="none"/>
        </w:rPr>
        <w:t xml:space="preserve">’, </w:t>
      </w:r>
      <w:r>
        <w:rPr>
          <w:b w:val="0"/>
          <w:i w:val="0"/>
          <w:smallCaps w:val="0"/>
          <w:strike w:val="0"/>
          <w:sz w:val="22"/>
          <w:highlight w:val="cyan"/>
          <w:u w:val="single"/>
        </w:rPr>
        <w:t>which have the potential to change the way central nervous system disorders are treated.</w:t>
      </w:r>
      <w:r>
        <w:rPr>
          <w:b w:val="0"/>
          <w:i w:val="0"/>
          <w:smallCaps w:val="0"/>
          <w:strike w:val="0"/>
          <w:sz w:val="24"/>
          <w:u w:val="single"/>
        </w:rPr>
        <w:t xml:space="preserve"> </w:t>
      </w:r>
      <w:r>
        <w:rPr>
          <w:b/>
          <w:i w:val="0"/>
          <w:smallCaps w:val="0"/>
          <w:strike w:val="0"/>
          <w:sz w:val="22"/>
          <w:highlight w:val="cyan"/>
          <w:u w:val="single"/>
        </w:rPr>
        <w:t>Tissue Regeneration</w:t>
      </w:r>
      <w:r>
        <w:rPr>
          <w:b w:val="0"/>
          <w:i w:val="0"/>
          <w:smallCaps w:val="0"/>
          <w:strike w:val="0"/>
          <w:sz w:val="24"/>
          <w:highlight w:val="cyan"/>
          <w:u w:val="single"/>
        </w:rPr>
        <w:t xml:space="preserve"> </w:t>
      </w:r>
      <w:r>
        <w:rPr>
          <w:b w:val="0"/>
          <w:i w:val="0"/>
          <w:smallCaps w:val="0"/>
          <w:strike w:val="0"/>
          <w:sz w:val="22"/>
          <w:highlight w:val="cyan"/>
          <w:u w:val="single"/>
        </w:rPr>
        <w:t>Endogena</w:t>
      </w:r>
      <w:r>
        <w:rPr>
          <w:b w:val="0"/>
          <w:i w:val="0"/>
          <w:smallCaps w:val="0"/>
          <w:strike w:val="0"/>
          <w:sz w:val="22"/>
          <w:highlight w:val="cyan"/>
          <w:u w:val="single"/>
        </w:rPr>
        <w:t xml:space="preserve"> Therapeutics</w:t>
      </w:r>
      <w:r>
        <w:rPr>
          <w:b w:val="0"/>
          <w:i w:val="0"/>
          <w:smallCaps w:val="0"/>
          <w:strike w:val="0"/>
          <w:sz w:val="16"/>
          <w:u w:val="none"/>
        </w:rPr>
        <w:t xml:space="preserve"> </w:t>
      </w:r>
      <w:r>
        <w:rPr>
          <w:b w:val="0"/>
          <w:i w:val="0"/>
          <w:smallCaps w:val="0"/>
          <w:strike w:val="0"/>
          <w:sz w:val="16"/>
          <w:u w:val="none"/>
        </w:rPr>
        <w:t>is a clinical-stage biotech company that works on discovering and developing first-in-class endogenous regenerative medicines. Their goal is to repair and regenerate tissues and organs and treat degenerative conditions related to aging and genetic disorders.</w:t>
      </w:r>
      <w:r>
        <w:rPr>
          <w:b w:val="0"/>
          <w:i w:val="0"/>
          <w:smallCaps w:val="0"/>
          <w:strike w:val="0"/>
          <w:sz w:val="16"/>
          <w:u w:val="none"/>
        </w:rPr>
        <w:t xml:space="preserve"> </w:t>
      </w:r>
      <w:r>
        <w:rPr>
          <w:b/>
          <w:i w:val="0"/>
          <w:smallCaps w:val="0"/>
          <w:strike w:val="0"/>
          <w:sz w:val="22"/>
          <w:highlight w:val="cyan"/>
          <w:u w:val="single"/>
        </w:rPr>
        <w:t>Cellular Biology</w:t>
      </w:r>
      <w:r>
        <w:rPr>
          <w:b w:val="0"/>
          <w:i w:val="0"/>
          <w:smallCaps w:val="0"/>
          <w:strike w:val="0"/>
          <w:sz w:val="24"/>
          <w:highlight w:val="cyan"/>
          <w:u w:val="single"/>
        </w:rPr>
        <w:t xml:space="preserve"> </w:t>
      </w:r>
      <w:r>
        <w:rPr>
          <w:b w:val="0"/>
          <w:i w:val="0"/>
          <w:smallCaps w:val="0"/>
          <w:strike w:val="0"/>
          <w:sz w:val="16"/>
          <w:u w:val="none"/>
        </w:rPr>
        <w:t xml:space="preserve"> </w:t>
      </w:r>
      <w:r>
        <w:rPr>
          <w:b w:val="0"/>
          <w:i w:val="0"/>
          <w:smallCaps w:val="0"/>
          <w:strike w:val="0"/>
          <w:sz w:val="16"/>
          <w:u w:val="none"/>
        </w:rPr>
        <w:t>believes that biology is the most advanced manufacturing technology on the planet. They aim to program cells to make everything from food to materials to medicine. Their research focuses on modifying microorganisms and they work with several partner companies to develop microbes for different purposes.</w:t>
      </w:r>
      <w:r>
        <w:rPr>
          <w:b w:val="0"/>
          <w:i w:val="0"/>
          <w:smallCaps w:val="0"/>
          <w:strike w:val="0"/>
          <w:sz w:val="16"/>
          <w:u w:val="none"/>
        </w:rPr>
        <w:t xml:space="preserve"> </w:t>
      </w:r>
      <w:r>
        <w:rPr>
          <w:b/>
          <w:i w:val="0"/>
          <w:smallCaps w:val="0"/>
          <w:strike w:val="0"/>
          <w:sz w:val="22"/>
          <w:highlight w:val="cyan"/>
          <w:u w:val="single"/>
        </w:rPr>
        <w:t>Genetic Medicines</w:t>
      </w:r>
      <w:r>
        <w:rPr>
          <w:b w:val="0"/>
          <w:i w:val="0"/>
          <w:smallCaps w:val="0"/>
          <w:strike w:val="0"/>
          <w:sz w:val="24"/>
          <w:highlight w:val="cyan"/>
          <w:u w:val="single"/>
        </w:rPr>
        <w:t xml:space="preserve"> </w:t>
      </w:r>
      <w:r>
        <w:rPr>
          <w:b w:val="0"/>
          <w:i w:val="0"/>
          <w:smallCaps w:val="0"/>
          <w:strike w:val="0"/>
          <w:sz w:val="16"/>
          <w:u w:val="none"/>
        </w:rPr>
        <w:t xml:space="preserve"> </w:t>
      </w:r>
      <w:r>
        <w:rPr>
          <w:b w:val="0"/>
          <w:i w:val="0"/>
          <w:smallCaps w:val="0"/>
          <w:strike w:val="0"/>
          <w:sz w:val="16"/>
          <w:u w:val="none"/>
        </w:rPr>
        <w:t>is a startup that aims to transform the future through the power of gene therapy. Their R&amp;D model focuses on changing the lives of patients with central nervous system disorders and their goal is to develop a portfolio of five life-transforming AAV-delivered therapeutics.</w:t>
      </w:r>
      <w:r>
        <w:rPr>
          <w:b w:val="0"/>
          <w:i w:val="0"/>
          <w:smallCaps w:val="0"/>
          <w:strike w:val="0"/>
          <w:sz w:val="16"/>
          <w:u w:val="none"/>
        </w:rPr>
        <w:t xml:space="preserve"> </w:t>
      </w:r>
      <w:r>
        <w:rPr>
          <w:b/>
          <w:i w:val="0"/>
          <w:smallCaps w:val="0"/>
          <w:strike w:val="0"/>
          <w:sz w:val="22"/>
          <w:highlight w:val="cyan"/>
          <w:u w:val="single"/>
        </w:rPr>
        <w:t>Gene Therapy</w:t>
      </w:r>
      <w:r>
        <w:rPr>
          <w:b w:val="0"/>
          <w:i w:val="0"/>
          <w:smallCaps w:val="0"/>
          <w:strike w:val="0"/>
          <w:sz w:val="24"/>
          <w:highlight w:val="cyan"/>
          <w:u w:val="single"/>
        </w:rPr>
        <w:t xml:space="preserve"> </w:t>
      </w:r>
      <w:r>
        <w:rPr>
          <w:b w:val="0"/>
          <w:i w:val="0"/>
          <w:smallCaps w:val="0"/>
          <w:strike w:val="0"/>
          <w:sz w:val="16"/>
          <w:u w:val="none"/>
        </w:rPr>
        <w:t xml:space="preserve"> </w:t>
      </w:r>
      <w:r>
        <w:rPr>
          <w:b w:val="0"/>
          <w:i w:val="0"/>
          <w:smallCaps w:val="0"/>
          <w:strike w:val="0"/>
          <w:sz w:val="16"/>
          <w:u w:val="none"/>
        </w:rPr>
        <w:t>is a startup that is revolutionizing the process of how gene therapies are designed, developed, and manufactured. They aim to improve speed to market and reduce costs. Their research targets a wide range of diseases, including obesity and diabetes. Their strong commitment to reducing cost per dose and bringing their products to market faster sets them apart from their competitors.</w:t>
      </w:r>
      <w:r>
        <w:rPr>
          <w:b w:val="0"/>
          <w:i w:val="0"/>
          <w:smallCaps w:val="0"/>
          <w:strike w:val="0"/>
          <w:sz w:val="16"/>
          <w:u w:val="none"/>
        </w:rPr>
        <w:t xml:space="preserve"> </w:t>
      </w:r>
      <w:r>
        <w:rPr>
          <w:b/>
          <w:i w:val="0"/>
          <w:smallCaps w:val="0"/>
          <w:strike w:val="0"/>
          <w:sz w:val="22"/>
          <w:highlight w:val="cyan"/>
          <w:u w:val="single"/>
        </w:rPr>
        <w:t>Tissue Regeneration</w:t>
      </w:r>
      <w:r>
        <w:rPr>
          <w:b w:val="0"/>
          <w:i w:val="0"/>
          <w:smallCaps w:val="0"/>
          <w:strike w:val="0"/>
          <w:sz w:val="24"/>
          <w:highlight w:val="cyan"/>
          <w:u w:val="single"/>
        </w:rPr>
        <w:t xml:space="preserve"> </w:t>
      </w:r>
      <w:r>
        <w:rPr>
          <w:b w:val="0"/>
          <w:i w:val="0"/>
          <w:smallCaps w:val="0"/>
          <w:strike w:val="0"/>
          <w:sz w:val="22"/>
          <w:highlight w:val="cyan"/>
          <w:u w:val="single"/>
        </w:rPr>
        <w:t>Biosplice</w:t>
      </w:r>
      <w:r>
        <w:rPr>
          <w:b w:val="0"/>
          <w:i w:val="0"/>
          <w:smallCaps w:val="0"/>
          <w:strike w:val="0"/>
          <w:sz w:val="16"/>
          <w:u w:val="none"/>
        </w:rPr>
        <w:t>’s</w:t>
      </w:r>
      <w:r>
        <w:rPr>
          <w:b w:val="0"/>
          <w:i w:val="0"/>
          <w:smallCaps w:val="0"/>
          <w:strike w:val="0"/>
          <w:sz w:val="16"/>
          <w:u w:val="none"/>
        </w:rPr>
        <w:t xml:space="preserve"> </w:t>
      </w:r>
      <w:r>
        <w:rPr>
          <w:b w:val="0"/>
          <w:i w:val="0"/>
          <w:smallCaps w:val="0"/>
          <w:strike w:val="0"/>
          <w:sz w:val="16"/>
          <w:u w:val="none"/>
        </w:rPr>
        <w:t>mission is to restore health through first-in-class therapies that harness alternative splicing. The startup is studying ways to manipulate stem cells in order to prevent conditions such as skin diseases, bone and joint ailments, and even hair loss. They are investigating ways to make cells of aging people regenerate as fast as developing embryos do.</w:t>
      </w:r>
      <w:r>
        <w:rPr>
          <w:b w:val="0"/>
          <w:i w:val="0"/>
          <w:smallCaps w:val="0"/>
          <w:strike w:val="0"/>
          <w:sz w:val="16"/>
          <w:u w:val="none"/>
        </w:rPr>
        <w:t xml:space="preserve"> </w:t>
      </w:r>
      <w:r>
        <w:rPr>
          <w:b/>
          <w:i w:val="0"/>
          <w:smallCaps w:val="0"/>
          <w:strike w:val="0"/>
          <w:sz w:val="14"/>
          <w:u w:val="single"/>
        </w:rPr>
        <w:t>Artificial Intelligence in Drug Discovery</w:t>
      </w:r>
      <w:r>
        <w:rPr>
          <w:b w:val="0"/>
          <w:i w:val="0"/>
          <w:smallCaps w:val="0"/>
          <w:strike w:val="0"/>
          <w:sz w:val="14"/>
          <w:u w:val="single"/>
        </w:rPr>
        <w:t xml:space="preserve"> </w:t>
      </w:r>
      <w:r>
        <w:rPr>
          <w:b w:val="0"/>
          <w:i w:val="0"/>
          <w:smallCaps w:val="0"/>
          <w:strike w:val="0"/>
          <w:sz w:val="16"/>
          <w:u w:val="none"/>
        </w:rPr>
        <w:t xml:space="preserve"> </w:t>
      </w:r>
      <w:r>
        <w:rPr>
          <w:b w:val="0"/>
          <w:i w:val="0"/>
          <w:smallCaps w:val="0"/>
          <w:strike w:val="0"/>
          <w:sz w:val="16"/>
          <w:u w:val="none"/>
        </w:rPr>
        <w:t xml:space="preserve">is a startup that utilizes artificial intelligence to revolutionize drug discovery. They use deep learning algorithms to analyze large datasets, allowing them to discover new drug candidates faster and more accurately than traditional methods. </w:t>
      </w:r>
      <w:r>
        <w:rPr>
          <w:b/>
          <w:i w:val="0"/>
          <w:smallCaps w:val="0"/>
          <w:strike w:val="0"/>
          <w:sz w:val="14"/>
          <w:u w:val="single"/>
        </w:rPr>
        <w:t>Personalized Cancer Therapy</w:t>
      </w:r>
      <w:r>
        <w:rPr>
          <w:b w:val="0"/>
          <w:i w:val="0"/>
          <w:smallCaps w:val="0"/>
          <w:strike w:val="0"/>
          <w:sz w:val="14"/>
          <w:u w:val="single"/>
        </w:rPr>
        <w:t xml:space="preserve"> </w:t>
      </w:r>
      <w:r>
        <w:rPr>
          <w:b w:val="0"/>
          <w:i w:val="0"/>
          <w:smallCaps w:val="0"/>
          <w:strike w:val="0"/>
          <w:sz w:val="16"/>
          <w:u w:val="none"/>
        </w:rPr>
        <w:t xml:space="preserve"> </w:t>
      </w:r>
      <w:r>
        <w:rPr>
          <w:b w:val="0"/>
          <w:i w:val="0"/>
          <w:smallCaps w:val="0"/>
          <w:strike w:val="0"/>
          <w:sz w:val="16"/>
          <w:u w:val="none"/>
        </w:rPr>
        <w:t xml:space="preserve">is a leading provider of cancer genomics and personalized medicine. Their technology helps to analyze cancer genomic information and personalize patient treatment accordingly. This has the potential to greatly improve patient outcomes and reduce the risk of side effects. </w:t>
      </w:r>
      <w:r>
        <w:rPr>
          <w:b/>
          <w:i w:val="0"/>
          <w:smallCaps w:val="0"/>
          <w:strike w:val="0"/>
          <w:sz w:val="14"/>
          <w:u w:val="single"/>
        </w:rPr>
        <w:t>Bioprinting</w:t>
      </w:r>
      <w:r>
        <w:rPr>
          <w:b w:val="0"/>
          <w:i w:val="0"/>
          <w:smallCaps w:val="0"/>
          <w:strike w:val="0"/>
          <w:sz w:val="14"/>
          <w:u w:val="single"/>
        </w:rPr>
        <w:t xml:space="preserve"> </w:t>
      </w:r>
      <w:r>
        <w:rPr>
          <w:b w:val="0"/>
          <w:i w:val="0"/>
          <w:smallCaps w:val="0"/>
          <w:strike w:val="0"/>
          <w:sz w:val="16"/>
          <w:u w:val="none"/>
        </w:rPr>
        <w:t xml:space="preserve"> </w:t>
      </w:r>
      <w:r>
        <w:rPr>
          <w:b w:val="0"/>
          <w:i w:val="0"/>
          <w:smallCaps w:val="0"/>
          <w:strike w:val="0"/>
          <w:sz w:val="16"/>
          <w:u w:val="none"/>
        </w:rPr>
        <w:t xml:space="preserve">is a bioprinting company that creates functional human tissues for medical research and therapeutic applications. Their technology has the potential to revolutionize the way we approach disease and injury, as well as reduce the need for animal testing. </w:t>
      </w:r>
      <w:r>
        <w:rPr>
          <w:b/>
          <w:i w:val="0"/>
          <w:smallCaps w:val="0"/>
          <w:strike w:val="0"/>
          <w:sz w:val="16"/>
          <w:u w:val="none"/>
        </w:rPr>
        <w:t>Precision Agriculture</w:t>
      </w:r>
      <w:r>
        <w:rPr>
          <w:b w:val="0"/>
          <w:i w:val="0"/>
          <w:smallCaps w:val="0"/>
          <w:strike w:val="0"/>
          <w:sz w:val="16"/>
          <w:u w:val="none"/>
        </w:rPr>
        <w:t xml:space="preserve"> </w:t>
      </w:r>
      <w:r>
        <w:rPr>
          <w:b w:val="0"/>
          <w:i w:val="0"/>
          <w:smallCaps w:val="0"/>
          <w:strike w:val="0"/>
          <w:sz w:val="16"/>
          <w:u w:val="none"/>
        </w:rPr>
        <w:t>The</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is a subsidiary of Monsanto that provides farmers with customized data analysis to improve their crop yield and reduce waste. Their technology takes into account a variety of factors, including weather patterns and soil analysis, to provide farmers with the information they need to make informed decisions. </w:t>
      </w:r>
      <w:r>
        <w:rPr>
          <w:b/>
          <w:i w:val="0"/>
          <w:smallCaps w:val="0"/>
          <w:strike w:val="0"/>
          <w:sz w:val="16"/>
          <w:u w:val="none"/>
        </w:rPr>
        <w:t>Synthetic Biology</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is a synthetic biology company that uses engineered yeast to produce a variety of compounds, including fuels, fragrances, and personal care products. Their technology is designed to reduce the impact of human activities on the environment, as well as to provide sustainable alternatives to traditional products. </w:t>
      </w:r>
      <w:r>
        <w:rPr>
          <w:b/>
          <w:i w:val="0"/>
          <w:smallCaps w:val="0"/>
          <w:strike w:val="0"/>
          <w:sz w:val="16"/>
          <w:u w:val="none"/>
        </w:rPr>
        <w:t>Biomaterials</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creates sustainable materials from mushroom roots and agricultural waste. Their materials are being used in a variety of applications, including insulation, furniture, and packaging, and have the potential to greatly reduce the amount of waste generated by traditional materials. </w:t>
      </w:r>
      <w:r>
        <w:rPr>
          <w:b w:val="0"/>
          <w:i w:val="0"/>
          <w:smallCaps w:val="0"/>
          <w:strike w:val="0"/>
          <w:sz w:val="16"/>
          <w:u w:val="none"/>
        </w:rPr>
        <w:t xml:space="preserve">These </w:t>
      </w:r>
      <w:r>
        <w:rPr>
          <w:b w:val="0"/>
          <w:i w:val="0"/>
          <w:smallCaps w:val="0"/>
          <w:strike w:val="0"/>
          <w:sz w:val="22"/>
          <w:highlight w:val="cyan"/>
          <w:u w:val="single"/>
        </w:rPr>
        <w:t>are just a few examples of the startups that have been</w:t>
      </w:r>
      <w:r>
        <w:rPr>
          <w:b w:val="0"/>
          <w:i w:val="0"/>
          <w:smallCaps w:val="0"/>
          <w:strike w:val="0"/>
          <w:sz w:val="22"/>
          <w:u w:val="single"/>
        </w:rPr>
        <w:t xml:space="preserve"> instrumental in </w:t>
      </w:r>
      <w:r>
        <w:rPr>
          <w:b w:val="0"/>
          <w:i w:val="0"/>
          <w:smallCaps w:val="0"/>
          <w:strike w:val="0"/>
          <w:sz w:val="22"/>
          <w:highlight w:val="cyan"/>
          <w:u w:val="single"/>
        </w:rPr>
        <w:t>revolutionizing the biotech</w:t>
      </w:r>
      <w:r>
        <w:rPr>
          <w:b w:val="0"/>
          <w:i w:val="0"/>
          <w:smallCaps w:val="0"/>
          <w:strike w:val="0"/>
          <w:sz w:val="22"/>
          <w:u w:val="single"/>
        </w:rPr>
        <w:t xml:space="preserve">nology </w:t>
      </w:r>
      <w:r>
        <w:rPr>
          <w:b w:val="0"/>
          <w:i w:val="0"/>
          <w:smallCaps w:val="0"/>
          <w:strike w:val="0"/>
          <w:sz w:val="22"/>
          <w:highlight w:val="cyan"/>
          <w:u w:val="single"/>
        </w:rPr>
        <w:t>industry</w:t>
      </w:r>
      <w:r>
        <w:rPr>
          <w:b w:val="0"/>
          <w:i w:val="0"/>
          <w:smallCaps w:val="0"/>
          <w:strike w:val="0"/>
          <w:sz w:val="16"/>
          <w:u w:val="none"/>
        </w:rPr>
        <w:t xml:space="preserve">. </w:t>
      </w:r>
      <w:r>
        <w:rPr>
          <w:b w:val="0"/>
          <w:i w:val="0"/>
          <w:smallCaps w:val="0"/>
          <w:strike w:val="0"/>
          <w:sz w:val="22"/>
          <w:u w:val="single"/>
        </w:rPr>
        <w:t>With continued investment</w:t>
      </w:r>
      <w:r>
        <w:rPr>
          <w:b w:val="0"/>
          <w:i w:val="0"/>
          <w:smallCaps w:val="0"/>
          <w:strike w:val="0"/>
          <w:sz w:val="16"/>
          <w:u w:val="none"/>
        </w:rPr>
        <w:t xml:space="preserve"> and innovation, </w:t>
      </w:r>
      <w:r>
        <w:rPr>
          <w:b w:val="0"/>
          <w:i w:val="0"/>
          <w:smallCaps w:val="0"/>
          <w:strike w:val="0"/>
          <w:sz w:val="22"/>
          <w:u w:val="single"/>
        </w:rPr>
        <w:t>it's exciting to see what the future holds for this rapidly growing field.</w:t>
      </w:r>
      <w:r>
        <w:rPr>
          <w:b w:val="0"/>
          <w:i w:val="0"/>
          <w:smallCaps w:val="0"/>
          <w:strike w:val="0"/>
          <w:sz w:val="24"/>
          <w:u w:val="single"/>
        </w:rPr>
        <w:t xml:space="preserve"> </w:t>
      </w:r>
      <w:r>
        <w:rPr>
          <w:b w:val="0"/>
          <w:i w:val="0"/>
          <w:smallCaps w:val="0"/>
          <w:strike w:val="0"/>
          <w:sz w:val="16"/>
          <w:u w:val="none"/>
        </w:rPr>
        <w:t>The biotech industry has seen</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in recent years, with increased funding from venture capitalists, partnerships, and IPOs. The amount of venture capital invested in the biotech sector reached $36.6 billion in 2020, with the majority of investments happening in the US, followed by Europe and China. Joint partnerships and ventures reached a total of $170.6 billion in 2020, with a likely much larger undisclosed value.</w:t>
      </w:r>
      <w:r>
        <w:rPr>
          <w:b w:val="0"/>
          <w:i w:val="0"/>
          <w:smallCaps w:val="0"/>
          <w:strike w:val="0"/>
          <w:sz w:val="16"/>
          <w:u w:val="none"/>
        </w:rPr>
        <w:t xml:space="preserve"> </w:t>
      </w:r>
      <w:r>
        <w:rPr>
          <w:b w:val="0"/>
          <w:i w:val="0"/>
          <w:smallCaps w:val="0"/>
          <w:strike w:val="0"/>
          <w:sz w:val="22"/>
          <w:highlight w:val="cyan"/>
          <w:u w:val="single"/>
        </w:rPr>
        <w:t>One reason for the growth of the biotech industry is</w:t>
      </w:r>
      <w:r>
        <w:rPr>
          <w:b w:val="0"/>
          <w:i w:val="0"/>
          <w:smallCaps w:val="0"/>
          <w:strike w:val="0"/>
          <w:sz w:val="24"/>
          <w:highlight w:val="cyan"/>
          <w:u w:val="single"/>
        </w:rPr>
        <w:t xml:space="preserve"> </w:t>
      </w:r>
      <w:r>
        <w:rPr>
          <w:b w:val="0"/>
          <w:i w:val="0"/>
          <w:smallCaps w:val="0"/>
          <w:strike w:val="0"/>
          <w:sz w:val="22"/>
          <w:highlight w:val="cyan"/>
          <w:u w:val="single"/>
        </w:rPr>
        <w:t>the increased accessibility and affordability of tech</w:t>
      </w:r>
      <w:r>
        <w:rPr>
          <w:b w:val="0"/>
          <w:i w:val="0"/>
          <w:smallCaps w:val="0"/>
          <w:strike w:val="0"/>
          <w:sz w:val="22"/>
          <w:u w:val="single"/>
        </w:rPr>
        <w:t>nology</w:t>
      </w:r>
      <w:r>
        <w:rPr>
          <w:b w:val="0"/>
          <w:i w:val="0"/>
          <w:smallCaps w:val="0"/>
          <w:strike w:val="0"/>
          <w:sz w:val="22"/>
          <w:u w:val="single"/>
        </w:rPr>
        <w:t xml:space="preserve">. </w:t>
      </w:r>
      <w:r>
        <w:rPr>
          <w:b w:val="0"/>
          <w:i w:val="0"/>
          <w:smallCaps w:val="0"/>
          <w:strike w:val="0"/>
          <w:sz w:val="22"/>
          <w:highlight w:val="cyan"/>
          <w:u w:val="single"/>
        </w:rPr>
        <w:t>This, combined with growing investment</w:t>
      </w:r>
      <w:r>
        <w:rPr>
          <w:b w:val="0"/>
          <w:i w:val="0"/>
          <w:smallCaps w:val="0"/>
          <w:strike w:val="0"/>
          <w:sz w:val="22"/>
          <w:u w:val="single"/>
        </w:rPr>
        <w:t xml:space="preserve"> interest, </w:t>
      </w:r>
      <w:r>
        <w:rPr>
          <w:b w:val="0"/>
          <w:i w:val="0"/>
          <w:smallCaps w:val="0"/>
          <w:strike w:val="0"/>
          <w:sz w:val="22"/>
          <w:highlight w:val="cyan"/>
          <w:u w:val="single"/>
        </w:rPr>
        <w:t>points to a bright future for the industry</w:t>
      </w:r>
      <w:r>
        <w:rPr>
          <w:b w:val="0"/>
          <w:i w:val="0"/>
          <w:smallCaps w:val="0"/>
          <w:strike w:val="0"/>
          <w:sz w:val="22"/>
          <w:u w:val="single"/>
        </w:rPr>
        <w:t>.</w:t>
      </w:r>
      <w:r>
        <w:rPr>
          <w:b w:val="0"/>
          <w:i w:val="0"/>
          <w:smallCaps w:val="0"/>
          <w:strike w:val="0"/>
          <w:sz w:val="24"/>
          <w:u w:val="single"/>
        </w:rPr>
        <w:t xml:space="preserve"> </w:t>
      </w:r>
      <w:r>
        <w:rPr>
          <w:b w:val="0"/>
          <w:i w:val="0"/>
          <w:smallCaps w:val="0"/>
          <w:strike w:val="0"/>
          <w:sz w:val="16"/>
          <w:u w:val="none"/>
        </w:rPr>
        <w:t xml:space="preserve">In addition, </w:t>
      </w:r>
      <w:r>
        <w:rPr>
          <w:b w:val="0"/>
          <w:i w:val="0"/>
          <w:smallCaps w:val="0"/>
          <w:strike w:val="0"/>
          <w:sz w:val="22"/>
          <w:highlight w:val="cyan"/>
          <w:u w:val="single"/>
        </w:rPr>
        <w:t>the future of biotech startups is expected to be more</w:t>
      </w:r>
      <w:r>
        <w:rPr>
          <w:b w:val="0"/>
          <w:i w:val="0"/>
          <w:smallCaps w:val="0"/>
          <w:strike w:val="0"/>
          <w:sz w:val="24"/>
          <w:highlight w:val="cyan"/>
          <w:u w:val="single"/>
        </w:rPr>
        <w:t xml:space="preserve"> </w:t>
      </w:r>
      <w:r>
        <w:rPr>
          <w:b w:val="0"/>
          <w:i w:val="0"/>
          <w:smallCaps w:val="0"/>
          <w:strike w:val="0"/>
          <w:sz w:val="16"/>
          <w:u w:val="none"/>
        </w:rPr>
        <w:t xml:space="preserve">. This means that the person who cares most about the research, the founder, will have more control over the direction of the biotech startup. </w:t>
      </w:r>
      <w:r>
        <w:rPr>
          <w:b w:val="0"/>
          <w:i w:val="0"/>
          <w:smallCaps w:val="0"/>
          <w:strike w:val="0"/>
          <w:sz w:val="22"/>
          <w:highlight w:val="cyan"/>
          <w:u w:val="single"/>
        </w:rPr>
        <w:t>This shift is evident in the recent successful IPOs of biotech startups like Recursion Pharmaceuticals</w:t>
      </w:r>
      <w:r>
        <w:rPr>
          <w:b w:val="0"/>
          <w:i w:val="0"/>
          <w:smallCaps w:val="0"/>
          <w:strike w:val="0"/>
          <w:sz w:val="16"/>
          <w:u w:val="none"/>
        </w:rPr>
        <w:t xml:space="preserve">, </w:t>
      </w:r>
      <w:r>
        <w:rPr>
          <w:b w:val="0"/>
          <w:i w:val="0"/>
          <w:smallCaps w:val="0"/>
          <w:strike w:val="0"/>
          <w:sz w:val="16"/>
          <w:u w:val="none"/>
        </w:rPr>
        <w:t>AbCellera</w:t>
      </w:r>
      <w:r>
        <w:rPr>
          <w:b w:val="0"/>
          <w:i w:val="0"/>
          <w:smallCaps w:val="0"/>
          <w:strike w:val="0"/>
          <w:sz w:val="16"/>
          <w:u w:val="none"/>
        </w:rPr>
        <w:t xml:space="preserve">, Ginkgo </w:t>
      </w:r>
      <w:r>
        <w:rPr>
          <w:b w:val="0"/>
          <w:i w:val="0"/>
          <w:smallCaps w:val="0"/>
          <w:strike w:val="0"/>
          <w:sz w:val="16"/>
          <w:u w:val="none"/>
        </w:rPr>
        <w:t>Bioworks</w:t>
      </w:r>
      <w:r>
        <w:rPr>
          <w:b w:val="0"/>
          <w:i w:val="0"/>
          <w:smallCaps w:val="0"/>
          <w:strike w:val="0"/>
          <w:sz w:val="16"/>
          <w:u w:val="none"/>
        </w:rPr>
        <w:t xml:space="preserve">, and SQZ Biotech, </w:t>
      </w:r>
      <w:r>
        <w:rPr>
          <w:b w:val="0"/>
          <w:i w:val="0"/>
          <w:smallCaps w:val="0"/>
          <w:strike w:val="0"/>
          <w:sz w:val="22"/>
          <w:highlight w:val="cyan"/>
          <w:u w:val="single"/>
        </w:rPr>
        <w:t>which are all led by their creative and scientific founders</w:t>
      </w:r>
      <w:r>
        <w:rPr>
          <w:b w:val="0"/>
          <w:i w:val="0"/>
          <w:smallCaps w:val="0"/>
          <w:strike w:val="0"/>
          <w:sz w:val="22"/>
          <w:u w:val="single"/>
        </w:rPr>
        <w:t xml:space="preserve">. </w:t>
      </w:r>
      <w:r>
        <w:rPr>
          <w:b w:val="0"/>
          <w:i w:val="0"/>
          <w:smallCaps w:val="0"/>
          <w:strike w:val="0"/>
          <w:sz w:val="22"/>
          <w:highlight w:val="cyan"/>
          <w:u w:val="single"/>
        </w:rPr>
        <w:t>This trend is being acknowledged by investors, who are increasingly supportive of companies led by their founders.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