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IPR doesn’t solve Counterfeiting just hurts LMIC’s for Big Pharma profits. </w:t>
      </w:r>
    </w:p>
    <w:p>
      <w:pPr>
        <w:spacing w:after="80"/>
      </w:pPr>
      <w:r>
        <w:rPr>
          <w:b/>
          <w:i w:val="0"/>
          <w:smallCaps w:val="0"/>
          <w:strike w:val="0"/>
          <w:sz w:val="26"/>
          <w:u w:val="none"/>
        </w:rPr>
        <w:t>Bosley ’11</w:t>
      </w:r>
      <w:r>
        <w:rPr>
          <w:b w:val="0"/>
          <w:i w:val="0"/>
          <w:smallCaps w:val="0"/>
          <w:strike w:val="0"/>
          <w:u w:val="none"/>
        </w:rPr>
        <w:t xml:space="preserve"> (Sarah; One world media award winner, science and health journalist of the year, graduate from the University of Oxford; “How the war on fake drugs risks harming the poor”; 2-1-2011; Accessed 7-29-2024; </w:t>
      </w:r>
      <w:r>
        <w:rPr>
          <w:b w:val="0"/>
          <w:i w:val="0"/>
          <w:smallCaps w:val="0"/>
          <w:strike w:val="0"/>
          <w:u w:val="none"/>
        </w:rPr>
        <w:t>//-rr)</w:t>
      </w:r>
    </w:p>
    <w:p>
      <w:pPr>
        <w:spacing w:after="60"/>
      </w:pPr>
      <w:r>
        <w:rPr>
          <w:b w:val="0"/>
          <w:i w:val="0"/>
          <w:smallCaps w:val="0"/>
          <w:strike w:val="0"/>
          <w:sz w:val="16"/>
          <w:u w:val="none"/>
        </w:rPr>
        <w:t>There is a lot of talk about the dangers of counterfeit medicines these days and, indeed</w:t>
      </w:r>
      <w:r>
        <w:rPr>
          <w:b w:val="0"/>
          <w:i w:val="0"/>
          <w:smallCaps w:val="0"/>
          <w:strike w:val="0"/>
          <w:u w:val="single"/>
        </w:rPr>
        <w:t xml:space="preserve">, </w:t>
      </w:r>
      <w:r>
        <w:rPr>
          <w:b w:val="0"/>
          <w:i w:val="0"/>
          <w:smallCaps w:val="0"/>
          <w:strike w:val="0"/>
          <w:highlight w:val="green"/>
          <w:u w:val="single"/>
        </w:rPr>
        <w:t>counterfeit drugs are dangerous</w:t>
      </w:r>
      <w:r>
        <w:rPr>
          <w:b w:val="0"/>
          <w:i w:val="0"/>
          <w:smallCaps w:val="0"/>
          <w:strike w:val="0"/>
          <w:u w:val="single"/>
        </w:rPr>
        <w:t xml:space="preserve"> </w:t>
      </w:r>
      <w:r>
        <w:rPr>
          <w:b w:val="0"/>
          <w:i w:val="0"/>
          <w:smallCaps w:val="0"/>
          <w:strike w:val="0"/>
          <w:sz w:val="16"/>
          <w:u w:val="none"/>
        </w:rPr>
        <w:t xml:space="preserve">things. </w:t>
      </w:r>
      <w:r>
        <w:rPr>
          <w:b w:val="0"/>
          <w:i w:val="0"/>
          <w:smallCaps w:val="0"/>
          <w:strike w:val="0"/>
          <w:highlight w:val="green"/>
          <w:u w:val="single"/>
        </w:rPr>
        <w:t>But</w:t>
      </w:r>
      <w:r>
        <w:rPr>
          <w:b w:val="0"/>
          <w:i w:val="0"/>
          <w:smallCaps w:val="0"/>
          <w:strike w:val="0"/>
          <w:sz w:val="16"/>
          <w:u w:val="none"/>
        </w:rPr>
        <w:t xml:space="preserve">, says Oxfam in a new report today, </w:t>
      </w:r>
      <w:r>
        <w:rPr>
          <w:b w:val="0"/>
          <w:i w:val="0"/>
          <w:smallCaps w:val="0"/>
          <w:strike w:val="0"/>
          <w:highlight w:val="green"/>
          <w:u w:val="single"/>
        </w:rPr>
        <w:t>the war on fake drugs</w:t>
      </w:r>
      <w:r>
        <w:rPr>
          <w:b w:val="0"/>
          <w:i w:val="0"/>
          <w:smallCaps w:val="0"/>
          <w:strike w:val="0"/>
          <w:u w:val="single"/>
        </w:rPr>
        <w:t xml:space="preserve"> in the developing world </w:t>
      </w:r>
      <w:r>
        <w:rPr>
          <w:b w:val="0"/>
          <w:i w:val="0"/>
          <w:smallCaps w:val="0"/>
          <w:strike w:val="0"/>
          <w:highlight w:val="green"/>
          <w:u w:val="single"/>
        </w:rPr>
        <w:t>is being waged in a way that</w:t>
      </w:r>
      <w:r>
        <w:rPr>
          <w:b w:val="0"/>
          <w:i w:val="0"/>
          <w:smallCaps w:val="0"/>
          <w:strike w:val="0"/>
          <w:u w:val="single"/>
        </w:rPr>
        <w:t xml:space="preserve"> </w:t>
      </w:r>
      <w:r>
        <w:rPr>
          <w:b w:val="0"/>
          <w:i w:val="0"/>
          <w:smallCaps w:val="0"/>
          <w:strike w:val="0"/>
          <w:sz w:val="16"/>
          <w:u w:val="none"/>
        </w:rPr>
        <w:t>may</w:t>
      </w:r>
      <w:r>
        <w:rPr>
          <w:b w:val="0"/>
          <w:i w:val="0"/>
          <w:smallCaps w:val="0"/>
          <w:strike w:val="0"/>
          <w:u w:val="single"/>
        </w:rPr>
        <w:t xml:space="preserve"> </w:t>
      </w:r>
      <w:r>
        <w:rPr>
          <w:b w:val="0"/>
          <w:i w:val="0"/>
          <w:smallCaps w:val="0"/>
          <w:strike w:val="0"/>
          <w:highlight w:val="green"/>
          <w:u w:val="single"/>
        </w:rPr>
        <w:t>suit</w:t>
      </w:r>
      <w:r>
        <w:rPr>
          <w:b w:val="0"/>
          <w:i w:val="0"/>
          <w:smallCaps w:val="0"/>
          <w:strike w:val="0"/>
          <w:u w:val="single"/>
        </w:rPr>
        <w:t xml:space="preserve"> </w:t>
      </w:r>
      <w:r>
        <w:rPr>
          <w:b w:val="0"/>
          <w:i w:val="0"/>
          <w:smallCaps w:val="0"/>
          <w:strike w:val="0"/>
          <w:sz w:val="16"/>
          <w:u w:val="none"/>
        </w:rPr>
        <w:t>the</w:t>
      </w:r>
      <w:r>
        <w:rPr>
          <w:b w:val="0"/>
          <w:i w:val="0"/>
          <w:smallCaps w:val="0"/>
          <w:strike w:val="0"/>
          <w:u w:val="single"/>
        </w:rPr>
        <w:t xml:space="preserve"> </w:t>
      </w:r>
      <w:r>
        <w:rPr>
          <w:b w:val="0"/>
          <w:i w:val="0"/>
          <w:smallCaps w:val="0"/>
          <w:strike w:val="0"/>
          <w:highlight w:val="green"/>
          <w:u w:val="single"/>
        </w:rPr>
        <w:t>big</w:t>
      </w:r>
      <w:r>
        <w:rPr>
          <w:b w:val="0"/>
          <w:i w:val="0"/>
          <w:smallCaps w:val="0"/>
          <w:strike w:val="0"/>
          <w:u w:val="single"/>
        </w:rPr>
        <w:t xml:space="preserve"> </w:t>
      </w:r>
      <w:r>
        <w:rPr>
          <w:b w:val="0"/>
          <w:i w:val="0"/>
          <w:smallCaps w:val="0"/>
          <w:strike w:val="0"/>
          <w:highlight w:val="green"/>
          <w:u w:val="single"/>
        </w:rPr>
        <w:t>pharma</w:t>
      </w:r>
      <w:r>
        <w:rPr>
          <w:b w:val="0"/>
          <w:i w:val="0"/>
          <w:smallCaps w:val="0"/>
          <w:strike w:val="0"/>
          <w:sz w:val="16"/>
          <w:u w:val="none"/>
        </w:rPr>
        <w:t>ceutical</w:t>
      </w:r>
      <w:r>
        <w:rPr>
          <w:b w:val="0"/>
          <w:i w:val="0"/>
          <w:smallCaps w:val="0"/>
          <w:strike w:val="0"/>
          <w:u w:val="single"/>
        </w:rPr>
        <w:t xml:space="preserve"> </w:t>
      </w:r>
      <w:r>
        <w:rPr>
          <w:b w:val="0"/>
          <w:i w:val="0"/>
          <w:smallCaps w:val="0"/>
          <w:strike w:val="0"/>
          <w:sz w:val="16"/>
          <w:u w:val="none"/>
        </w:rPr>
        <w:t>companies</w:t>
      </w:r>
      <w:r>
        <w:rPr>
          <w:b w:val="0"/>
          <w:i w:val="0"/>
          <w:smallCaps w:val="0"/>
          <w:strike w:val="0"/>
          <w:u w:val="single"/>
        </w:rPr>
        <w:t xml:space="preserve"> </w:t>
      </w:r>
      <w:r>
        <w:rPr>
          <w:b w:val="0"/>
          <w:i w:val="0"/>
          <w:smallCaps w:val="0"/>
          <w:strike w:val="0"/>
          <w:highlight w:val="green"/>
          <w:u w:val="single"/>
        </w:rPr>
        <w:t>but</w:t>
      </w:r>
      <w:r>
        <w:rPr>
          <w:b w:val="0"/>
          <w:i w:val="0"/>
          <w:smallCaps w:val="0"/>
          <w:strike w:val="0"/>
          <w:u w:val="single"/>
        </w:rPr>
        <w:t xml:space="preserve"> </w:t>
      </w:r>
      <w:r>
        <w:rPr>
          <w:b w:val="0"/>
          <w:i w:val="0"/>
          <w:smallCaps w:val="0"/>
          <w:strike w:val="0"/>
          <w:highlight w:val="green"/>
          <w:u w:val="single"/>
        </w:rPr>
        <w:t>poses</w:t>
      </w:r>
      <w:r>
        <w:rPr>
          <w:b w:val="0"/>
          <w:i w:val="0"/>
          <w:smallCaps w:val="0"/>
          <w:strike w:val="0"/>
          <w:u w:val="single"/>
        </w:rPr>
        <w:t xml:space="preserve"> very grave </w:t>
      </w:r>
      <w:r>
        <w:rPr>
          <w:b w:val="0"/>
          <w:i w:val="0"/>
          <w:smallCaps w:val="0"/>
          <w:strike w:val="0"/>
          <w:highlight w:val="green"/>
          <w:u w:val="single"/>
        </w:rPr>
        <w:t>dangers</w:t>
      </w:r>
      <w:r>
        <w:rPr>
          <w:b w:val="0"/>
          <w:i w:val="0"/>
          <w:smallCaps w:val="0"/>
          <w:strike w:val="0"/>
          <w:u w:val="single"/>
        </w:rPr>
        <w:t xml:space="preserve"> </w:t>
      </w:r>
      <w:r>
        <w:rPr>
          <w:b w:val="0"/>
          <w:i w:val="0"/>
          <w:smallCaps w:val="0"/>
          <w:strike w:val="0"/>
          <w:highlight w:val="green"/>
          <w:u w:val="single"/>
        </w:rPr>
        <w:t>to</w:t>
      </w:r>
      <w:r>
        <w:rPr>
          <w:b w:val="0"/>
          <w:i w:val="0"/>
          <w:smallCaps w:val="0"/>
          <w:strike w:val="0"/>
          <w:u w:val="single"/>
        </w:rPr>
        <w:t xml:space="preserve"> </w:t>
      </w:r>
      <w:r>
        <w:rPr>
          <w:b w:val="0"/>
          <w:i w:val="0"/>
          <w:smallCaps w:val="0"/>
          <w:strike w:val="0"/>
          <w:highlight w:val="green"/>
          <w:u w:val="single"/>
        </w:rPr>
        <w:t>the</w:t>
      </w:r>
      <w:r>
        <w:rPr>
          <w:b w:val="0"/>
          <w:i w:val="0"/>
          <w:smallCaps w:val="0"/>
          <w:strike w:val="0"/>
          <w:u w:val="single"/>
        </w:rPr>
        <w:t xml:space="preserve"> health of the </w:t>
      </w:r>
      <w:r>
        <w:rPr>
          <w:b w:val="0"/>
          <w:i w:val="0"/>
          <w:smallCaps w:val="0"/>
          <w:strike w:val="0"/>
          <w:highlight w:val="green"/>
          <w:u w:val="single"/>
        </w:rPr>
        <w:t>poor</w:t>
      </w:r>
      <w:r>
        <w:rPr>
          <w:b w:val="0"/>
          <w:i w:val="0"/>
          <w:smallCaps w:val="0"/>
          <w:strike w:val="0"/>
          <w:u w:val="single"/>
        </w:rPr>
        <w:t xml:space="preserve">. </w:t>
      </w:r>
      <w:r>
        <w:rPr>
          <w:b w:val="0"/>
          <w:i w:val="0"/>
          <w:smallCaps w:val="0"/>
          <w:strike w:val="0"/>
          <w:highlight w:val="green"/>
          <w:u w:val="single"/>
        </w:rPr>
        <w:t>Fake</w:t>
      </w:r>
      <w:r>
        <w:rPr>
          <w:b w:val="0"/>
          <w:i w:val="0"/>
          <w:smallCaps w:val="0"/>
          <w:strike w:val="0"/>
          <w:u w:val="single"/>
        </w:rPr>
        <w:t xml:space="preserve"> </w:t>
      </w:r>
      <w:r>
        <w:rPr>
          <w:b w:val="0"/>
          <w:i w:val="0"/>
          <w:smallCaps w:val="0"/>
          <w:strike w:val="0"/>
          <w:highlight w:val="green"/>
          <w:u w:val="single"/>
        </w:rPr>
        <w:t>drugs</w:t>
      </w:r>
      <w:r>
        <w:rPr>
          <w:b w:val="0"/>
          <w:i w:val="0"/>
          <w:smallCaps w:val="0"/>
          <w:strike w:val="0"/>
          <w:u w:val="none"/>
        </w:rPr>
        <w:t xml:space="preserve"> </w:t>
      </w:r>
      <w:r>
        <w:rPr>
          <w:b w:val="0"/>
          <w:i w:val="0"/>
          <w:smallCaps w:val="0"/>
          <w:strike w:val="0"/>
          <w:sz w:val="16"/>
          <w:u w:val="none"/>
        </w:rPr>
        <w:t>and sub-standard drugs, such as antibiotics with too little of the active ingredient to do any good</w:t>
      </w:r>
      <w:r>
        <w:rPr>
          <w:b w:val="0"/>
          <w:i w:val="0"/>
          <w:smallCaps w:val="0"/>
          <w:strike w:val="0"/>
          <w:u w:val="single"/>
        </w:rPr>
        <w:t>, are sold all over the developing world</w:t>
      </w:r>
      <w:r>
        <w:rPr>
          <w:b w:val="0"/>
          <w:i w:val="0"/>
          <w:smallCaps w:val="0"/>
          <w:strike w:val="0"/>
          <w:sz w:val="16"/>
          <w:u w:val="none"/>
        </w:rPr>
        <w:t xml:space="preserve">. </w:t>
      </w:r>
      <w:r>
        <w:rPr>
          <w:b w:val="0"/>
          <w:i w:val="0"/>
          <w:smallCaps w:val="0"/>
          <w:strike w:val="0"/>
          <w:u w:val="single"/>
        </w:rPr>
        <w:t xml:space="preserve">They </w:t>
      </w:r>
      <w:r>
        <w:rPr>
          <w:b w:val="0"/>
          <w:i w:val="0"/>
          <w:smallCaps w:val="0"/>
          <w:strike w:val="0"/>
          <w:highlight w:val="green"/>
          <w:u w:val="single"/>
        </w:rPr>
        <w:t>can do real harm</w:t>
      </w:r>
      <w:r>
        <w:rPr>
          <w:b w:val="0"/>
          <w:i w:val="0"/>
          <w:smallCaps w:val="0"/>
          <w:strike w:val="0"/>
          <w:sz w:val="16"/>
          <w:u w:val="none"/>
        </w:rPr>
        <w:t xml:space="preserve">, </w:t>
      </w:r>
      <w:r>
        <w:rPr>
          <w:b w:val="0"/>
          <w:i w:val="0"/>
          <w:smallCaps w:val="0"/>
          <w:strike w:val="0"/>
          <w:highlight w:val="green"/>
          <w:u w:val="single"/>
        </w:rPr>
        <w:t>but</w:t>
      </w:r>
      <w:r>
        <w:rPr>
          <w:b w:val="0"/>
          <w:i w:val="0"/>
          <w:smallCaps w:val="0"/>
          <w:strike w:val="0"/>
          <w:u w:val="single"/>
        </w:rPr>
        <w:t xml:space="preserve"> </w:t>
      </w:r>
      <w:r>
        <w:rPr>
          <w:b w:val="0"/>
          <w:i w:val="0"/>
          <w:smallCaps w:val="0"/>
          <w:strike w:val="0"/>
          <w:highlight w:val="green"/>
          <w:u w:val="single"/>
        </w:rPr>
        <w:t>the</w:t>
      </w:r>
      <w:r>
        <w:rPr>
          <w:b w:val="0"/>
          <w:i w:val="0"/>
          <w:smallCaps w:val="0"/>
          <w:strike w:val="0"/>
          <w:u w:val="single"/>
        </w:rPr>
        <w:t xml:space="preserve"> </w:t>
      </w:r>
      <w:r>
        <w:rPr>
          <w:b w:val="0"/>
          <w:i w:val="0"/>
          <w:smallCaps w:val="0"/>
          <w:strike w:val="0"/>
          <w:highlight w:val="green"/>
          <w:u w:val="single"/>
        </w:rPr>
        <w:t>strat</w:t>
      </w:r>
      <w:r>
        <w:rPr>
          <w:b w:val="0"/>
          <w:i w:val="0"/>
          <w:smallCaps w:val="0"/>
          <w:strike w:val="0"/>
          <w:u w:val="single"/>
        </w:rPr>
        <w:t xml:space="preserve">egy </w:t>
      </w:r>
      <w:r>
        <w:rPr>
          <w:b w:val="0"/>
          <w:i w:val="0"/>
          <w:smallCaps w:val="0"/>
          <w:strike w:val="0"/>
          <w:highlight w:val="green"/>
          <w:u w:val="single"/>
        </w:rPr>
        <w:t>against</w:t>
      </w:r>
      <w:r>
        <w:rPr>
          <w:b w:val="0"/>
          <w:i w:val="0"/>
          <w:smallCaps w:val="0"/>
          <w:strike w:val="0"/>
          <w:u w:val="single"/>
        </w:rPr>
        <w:t xml:space="preserve"> </w:t>
      </w:r>
      <w:r>
        <w:rPr>
          <w:b w:val="0"/>
          <w:i w:val="0"/>
          <w:smallCaps w:val="0"/>
          <w:strike w:val="0"/>
          <w:highlight w:val="green"/>
          <w:u w:val="single"/>
        </w:rPr>
        <w:t>counterfeits</w:t>
      </w:r>
      <w:r>
        <w:rPr>
          <w:b w:val="0"/>
          <w:i w:val="0"/>
          <w:smallCaps w:val="0"/>
          <w:strike w:val="0"/>
          <w:u w:val="single"/>
        </w:rPr>
        <w:t xml:space="preserve"> </w:t>
      </w:r>
      <w:r>
        <w:rPr>
          <w:b w:val="0"/>
          <w:i w:val="0"/>
          <w:smallCaps w:val="0"/>
          <w:strike w:val="0"/>
          <w:highlight w:val="green"/>
          <w:u w:val="single"/>
        </w:rPr>
        <w:t>will not stop</w:t>
      </w:r>
      <w:r>
        <w:rPr>
          <w:b w:val="0"/>
          <w:i w:val="0"/>
          <w:smallCaps w:val="0"/>
          <w:strike w:val="0"/>
          <w:u w:val="single"/>
        </w:rPr>
        <w:t xml:space="preserve"> much of that </w:t>
      </w:r>
      <w:r>
        <w:rPr>
          <w:b w:val="0"/>
          <w:i w:val="0"/>
          <w:smallCaps w:val="0"/>
          <w:strike w:val="0"/>
          <w:highlight w:val="green"/>
          <w:u w:val="single"/>
        </w:rPr>
        <w:t>trade</w:t>
      </w:r>
      <w:r>
        <w:rPr>
          <w:b w:val="0"/>
          <w:i w:val="0"/>
          <w:smallCaps w:val="0"/>
          <w:strike w:val="0"/>
          <w:sz w:val="16"/>
          <w:u w:val="none"/>
        </w:rPr>
        <w:t xml:space="preserve">, according to Oxfam, </w:t>
      </w:r>
      <w:r>
        <w:rPr>
          <w:b w:val="0"/>
          <w:i w:val="0"/>
          <w:smallCaps w:val="0"/>
          <w:strike w:val="0"/>
          <w:highlight w:val="green"/>
          <w:u w:val="single"/>
        </w:rPr>
        <w:t>because its focus is to strengthen</w:t>
      </w:r>
      <w:r>
        <w:rPr>
          <w:b w:val="0"/>
          <w:i w:val="0"/>
          <w:smallCaps w:val="0"/>
          <w:strike w:val="0"/>
          <w:u w:val="single"/>
        </w:rPr>
        <w:t xml:space="preserve"> </w:t>
      </w:r>
      <w:r>
        <w:rPr>
          <w:b w:val="0"/>
          <w:i w:val="0"/>
          <w:smallCaps w:val="0"/>
          <w:strike w:val="0"/>
          <w:sz w:val="16"/>
          <w:u w:val="none"/>
        </w:rPr>
        <w:t>the</w:t>
      </w:r>
      <w:r>
        <w:rPr>
          <w:b w:val="0"/>
          <w:i w:val="0"/>
          <w:smallCaps w:val="0"/>
          <w:strike w:val="0"/>
          <w:u w:val="single"/>
        </w:rPr>
        <w:t xml:space="preserve"> </w:t>
      </w:r>
      <w:r>
        <w:rPr>
          <w:b w:val="0"/>
          <w:i w:val="0"/>
          <w:smallCaps w:val="0"/>
          <w:strike w:val="0"/>
          <w:highlight w:val="green"/>
          <w:u w:val="single"/>
        </w:rPr>
        <w:t>patent</w:t>
      </w:r>
      <w:r>
        <w:rPr>
          <w:b w:val="0"/>
          <w:i w:val="0"/>
          <w:smallCaps w:val="0"/>
          <w:strike w:val="0"/>
          <w:sz w:val="16"/>
          <w:u w:val="none"/>
        </w:rPr>
        <w:t xml:space="preserve"> system. </w:t>
      </w:r>
      <w:r>
        <w:rPr>
          <w:b w:val="0"/>
          <w:i w:val="0"/>
          <w:smallCaps w:val="0"/>
          <w:strike w:val="0"/>
          <w:highlight w:val="green"/>
          <w:u w:val="single"/>
        </w:rPr>
        <w:t>Patents prevent legal copies</w:t>
      </w:r>
      <w:r>
        <w:rPr>
          <w:b w:val="0"/>
          <w:i w:val="0"/>
          <w:smallCaps w:val="0"/>
          <w:strike w:val="0"/>
          <w:u w:val="single"/>
        </w:rPr>
        <w:t xml:space="preserve"> of new drugs</w:t>
      </w:r>
      <w:r>
        <w:rPr>
          <w:b w:val="0"/>
          <w:i w:val="0"/>
          <w:smallCaps w:val="0"/>
          <w:strike w:val="0"/>
          <w:sz w:val="16"/>
          <w:u w:val="none"/>
        </w:rPr>
        <w:t xml:space="preserve"> from being made </w:t>
      </w:r>
      <w:r>
        <w:rPr>
          <w:b w:val="0"/>
          <w:i w:val="0"/>
          <w:smallCaps w:val="0"/>
          <w:strike w:val="0"/>
          <w:u w:val="single"/>
        </w:rPr>
        <w:t>for</w:t>
      </w:r>
      <w:r>
        <w:rPr>
          <w:b w:val="0"/>
          <w:i w:val="0"/>
          <w:smallCaps w:val="0"/>
          <w:strike w:val="0"/>
          <w:sz w:val="16"/>
          <w:u w:val="none"/>
        </w:rPr>
        <w:t xml:space="preserve"> a period of </w:t>
      </w:r>
      <w:r>
        <w:rPr>
          <w:b w:val="0"/>
          <w:i w:val="0"/>
          <w:smallCaps w:val="0"/>
          <w:strike w:val="0"/>
          <w:u w:val="single"/>
        </w:rPr>
        <w:t>up to 20 years</w:t>
      </w:r>
      <w:r>
        <w:rPr>
          <w:b w:val="0"/>
          <w:i w:val="0"/>
          <w:smallCaps w:val="0"/>
          <w:strike w:val="0"/>
          <w:sz w:val="16"/>
          <w:u w:val="none"/>
        </w:rPr>
        <w:t xml:space="preserve"> </w:t>
      </w:r>
      <w:r>
        <w:rPr>
          <w:b w:val="0"/>
          <w:i w:val="0"/>
          <w:smallCaps w:val="0"/>
          <w:strike w:val="0"/>
          <w:u w:val="single"/>
        </w:rPr>
        <w:t xml:space="preserve">- </w:t>
      </w:r>
      <w:r>
        <w:rPr>
          <w:b w:val="0"/>
          <w:i w:val="0"/>
          <w:smallCaps w:val="0"/>
          <w:strike w:val="0"/>
          <w:highlight w:val="green"/>
          <w:u w:val="single"/>
        </w:rPr>
        <w:t>but</w:t>
      </w:r>
      <w:r>
        <w:rPr>
          <w:b w:val="0"/>
          <w:i w:val="0"/>
          <w:smallCaps w:val="0"/>
          <w:strike w:val="0"/>
          <w:u w:val="single"/>
        </w:rPr>
        <w:t xml:space="preserve"> </w:t>
      </w:r>
      <w:r>
        <w:rPr>
          <w:b w:val="0"/>
          <w:i w:val="0"/>
          <w:smallCaps w:val="0"/>
          <w:strike w:val="0"/>
          <w:highlight w:val="green"/>
          <w:u w:val="single"/>
        </w:rPr>
        <w:t>many</w:t>
      </w:r>
      <w:r>
        <w:rPr>
          <w:b w:val="0"/>
          <w:i w:val="0"/>
          <w:smallCaps w:val="0"/>
          <w:strike w:val="0"/>
          <w:u w:val="single"/>
        </w:rPr>
        <w:t xml:space="preserve"> of the </w:t>
      </w:r>
      <w:r>
        <w:rPr>
          <w:b w:val="0"/>
          <w:i w:val="0"/>
          <w:smallCaps w:val="0"/>
          <w:strike w:val="0"/>
          <w:highlight w:val="green"/>
          <w:u w:val="single"/>
        </w:rPr>
        <w:t>fake</w:t>
      </w:r>
      <w:r>
        <w:rPr>
          <w:b w:val="0"/>
          <w:i w:val="0"/>
          <w:smallCaps w:val="0"/>
          <w:strike w:val="0"/>
          <w:sz w:val="16"/>
          <w:u w:val="none"/>
        </w:rPr>
        <w:t xml:space="preserve"> and sub-standard </w:t>
      </w:r>
      <w:r>
        <w:rPr>
          <w:b w:val="0"/>
          <w:i w:val="0"/>
          <w:smallCaps w:val="0"/>
          <w:strike w:val="0"/>
          <w:highlight w:val="green"/>
          <w:u w:val="single"/>
        </w:rPr>
        <w:t>drugs</w:t>
      </w:r>
      <w:r>
        <w:rPr>
          <w:b w:val="0"/>
          <w:i w:val="0"/>
          <w:smallCaps w:val="0"/>
          <w:strike w:val="0"/>
          <w:sz w:val="16"/>
          <w:u w:val="none"/>
        </w:rPr>
        <w:t xml:space="preserve"> going around in Africa and Asia </w:t>
      </w:r>
      <w:r>
        <w:rPr>
          <w:b w:val="0"/>
          <w:i w:val="0"/>
          <w:smallCaps w:val="0"/>
          <w:strike w:val="0"/>
          <w:highlight w:val="green"/>
          <w:u w:val="single"/>
        </w:rPr>
        <w:t>are not in patent anyhow</w:t>
      </w:r>
      <w:r>
        <w:rPr>
          <w:b w:val="0"/>
          <w:i w:val="0"/>
          <w:smallCaps w:val="0"/>
          <w:strike w:val="0"/>
          <w:sz w:val="16"/>
          <w:u w:val="none"/>
        </w:rPr>
        <w:t xml:space="preserve">. </w:t>
      </w:r>
      <w:r>
        <w:rPr>
          <w:b w:val="0"/>
          <w:i w:val="0"/>
          <w:smallCaps w:val="0"/>
          <w:strike w:val="0"/>
          <w:sz w:val="14"/>
          <w:u w:val="none"/>
        </w:rPr>
        <w:t xml:space="preserve">Oxfam says rich countries, which are pushing for stronger patents in the interest of the pharmaceutical companies which contribute to their GDP, should instead be helping poor countries to strengthen their drug regulatory and policing systems. This is how Rohit </w:t>
      </w:r>
      <w:r>
        <w:rPr>
          <w:b w:val="0"/>
          <w:i w:val="0"/>
          <w:smallCaps w:val="0"/>
          <w:strike w:val="0"/>
          <w:sz w:val="14"/>
          <w:u w:val="none"/>
        </w:rPr>
        <w:t>Malpani</w:t>
      </w:r>
      <w:r>
        <w:rPr>
          <w:b w:val="0"/>
          <w:i w:val="0"/>
          <w:smallCaps w:val="0"/>
          <w:strike w:val="0"/>
          <w:sz w:val="14"/>
          <w:u w:val="none"/>
        </w:rPr>
        <w:t xml:space="preserve">, senior policy adviser, puts it: </w:t>
      </w:r>
      <w:r>
        <w:rPr>
          <w:b w:val="0"/>
          <w:i w:val="0"/>
          <w:smallCaps w:val="0"/>
          <w:strike w:val="0"/>
          <w:u w:val="single"/>
        </w:rPr>
        <w:t>Poor countrie</w:t>
      </w:r>
      <w:r>
        <w:rPr>
          <w:b w:val="0"/>
          <w:i w:val="0"/>
          <w:smallCaps w:val="0"/>
          <w:strike w:val="0"/>
          <w:sz w:val="16"/>
          <w:u w:val="none"/>
        </w:rPr>
        <w:t xml:space="preserve">s are </w:t>
      </w:r>
      <w:r>
        <w:rPr>
          <w:b w:val="0"/>
          <w:i w:val="0"/>
          <w:smallCaps w:val="0"/>
          <w:strike w:val="0"/>
          <w:u w:val="single"/>
        </w:rPr>
        <w:t>fac</w:t>
      </w:r>
      <w:r>
        <w:rPr>
          <w:b w:val="0"/>
          <w:i w:val="0"/>
          <w:smallCaps w:val="0"/>
          <w:strike w:val="0"/>
          <w:sz w:val="16"/>
          <w:u w:val="none"/>
        </w:rPr>
        <w:t xml:space="preserve">ing </w:t>
      </w:r>
      <w:r>
        <w:rPr>
          <w:b w:val="0"/>
          <w:i w:val="0"/>
          <w:smallCaps w:val="0"/>
          <w:strike w:val="0"/>
          <w:u w:val="single"/>
        </w:rPr>
        <w:t>a crisis of substandard</w:t>
      </w:r>
      <w:r>
        <w:rPr>
          <w:b w:val="0"/>
          <w:i w:val="0"/>
          <w:smallCaps w:val="0"/>
          <w:strike w:val="0"/>
          <w:sz w:val="16"/>
          <w:u w:val="none"/>
        </w:rPr>
        <w:t xml:space="preserve"> and falsified </w:t>
      </w:r>
      <w:r>
        <w:rPr>
          <w:b w:val="0"/>
          <w:i w:val="0"/>
          <w:smallCaps w:val="0"/>
          <w:strike w:val="0"/>
          <w:u w:val="single"/>
        </w:rPr>
        <w:t>medicines</w:t>
      </w:r>
      <w:r>
        <w:rPr>
          <w:b w:val="0"/>
          <w:i w:val="0"/>
          <w:smallCaps w:val="0"/>
          <w:strike w:val="0"/>
          <w:sz w:val="16"/>
          <w:u w:val="none"/>
        </w:rPr>
        <w:t xml:space="preserve"> </w:t>
      </w:r>
      <w:r>
        <w:rPr>
          <w:b w:val="0"/>
          <w:i w:val="0"/>
          <w:smallCaps w:val="0"/>
          <w:strike w:val="0"/>
          <w:u w:val="single"/>
        </w:rPr>
        <w:t>that can harm</w:t>
      </w:r>
      <w:r>
        <w:rPr>
          <w:b w:val="0"/>
          <w:i w:val="0"/>
          <w:smallCaps w:val="0"/>
          <w:strike w:val="0"/>
          <w:sz w:val="16"/>
          <w:u w:val="none"/>
        </w:rPr>
        <w:t xml:space="preserve"> or even kill </w:t>
      </w:r>
      <w:r>
        <w:rPr>
          <w:b w:val="0"/>
          <w:i w:val="0"/>
          <w:smallCaps w:val="0"/>
          <w:strike w:val="0"/>
          <w:u w:val="single"/>
        </w:rPr>
        <w:t>those who take them</w:t>
      </w:r>
      <w:r>
        <w:rPr>
          <w:b w:val="0"/>
          <w:i w:val="0"/>
          <w:smallCaps w:val="0"/>
          <w:strike w:val="0"/>
          <w:sz w:val="16"/>
          <w:u w:val="none"/>
        </w:rPr>
        <w:t xml:space="preserve">. </w:t>
      </w:r>
      <w:r>
        <w:rPr>
          <w:b w:val="0"/>
          <w:i w:val="0"/>
          <w:smallCaps w:val="0"/>
          <w:strike w:val="0"/>
          <w:u w:val="single"/>
        </w:rPr>
        <w:t>Yet</w:t>
      </w:r>
      <w:r>
        <w:rPr>
          <w:b w:val="0"/>
          <w:i w:val="0"/>
          <w:smallCaps w:val="0"/>
          <w:strike w:val="0"/>
          <w:sz w:val="16"/>
          <w:u w:val="none"/>
        </w:rPr>
        <w:t xml:space="preserve"> </w:t>
      </w:r>
      <w:r>
        <w:rPr>
          <w:b w:val="0"/>
          <w:i w:val="0"/>
          <w:smallCaps w:val="0"/>
          <w:strike w:val="0"/>
          <w:highlight w:val="green"/>
          <w:u w:val="single"/>
        </w:rPr>
        <w:t xml:space="preserve">rather than help </w:t>
      </w:r>
      <w:r>
        <w:rPr>
          <w:b w:val="0"/>
          <w:i w:val="0"/>
          <w:smallCaps w:val="0"/>
          <w:strike w:val="0"/>
          <w:u w:val="single"/>
        </w:rPr>
        <w:t xml:space="preserve">poor </w:t>
      </w:r>
      <w:r>
        <w:rPr>
          <w:b w:val="0"/>
          <w:i w:val="0"/>
          <w:smallCaps w:val="0"/>
          <w:strike w:val="0"/>
          <w:highlight w:val="green"/>
          <w:u w:val="single"/>
        </w:rPr>
        <w:t>countries</w:t>
      </w:r>
      <w:r>
        <w:rPr>
          <w:b w:val="0"/>
          <w:i w:val="0"/>
          <w:smallCaps w:val="0"/>
          <w:strike w:val="0"/>
          <w:sz w:val="16"/>
          <w:u w:val="none"/>
        </w:rPr>
        <w:t xml:space="preserve"> </w:t>
      </w:r>
      <w:r>
        <w:rPr>
          <w:b w:val="0"/>
          <w:i w:val="0"/>
          <w:smallCaps w:val="0"/>
          <w:strike w:val="0"/>
          <w:highlight w:val="green"/>
          <w:u w:val="single"/>
        </w:rPr>
        <w:t>address</w:t>
      </w:r>
      <w:r>
        <w:rPr>
          <w:b w:val="0"/>
          <w:i w:val="0"/>
          <w:smallCaps w:val="0"/>
          <w:strike w:val="0"/>
          <w:u w:val="single"/>
        </w:rPr>
        <w:t xml:space="preserve"> </w:t>
      </w:r>
      <w:r>
        <w:rPr>
          <w:b w:val="0"/>
          <w:i w:val="0"/>
          <w:smallCaps w:val="0"/>
          <w:strike w:val="0"/>
          <w:highlight w:val="green"/>
          <w:u w:val="single"/>
        </w:rPr>
        <w:t>the problem</w:t>
      </w:r>
      <w:r>
        <w:rPr>
          <w:b w:val="0"/>
          <w:i w:val="0"/>
          <w:smallCaps w:val="0"/>
          <w:strike w:val="0"/>
          <w:sz w:val="16"/>
          <w:u w:val="none"/>
        </w:rPr>
        <w:t xml:space="preserve"> to ensure safe, effective and quality medicines for all, </w:t>
      </w:r>
      <w:r>
        <w:rPr>
          <w:b w:val="0"/>
          <w:i w:val="0"/>
          <w:smallCaps w:val="0"/>
          <w:strike w:val="0"/>
          <w:highlight w:val="green"/>
          <w:u w:val="single"/>
        </w:rPr>
        <w:t>rich countries</w:t>
      </w:r>
      <w:r>
        <w:rPr>
          <w:b w:val="0"/>
          <w:i w:val="0"/>
          <w:smallCaps w:val="0"/>
          <w:strike w:val="0"/>
          <w:u w:val="single"/>
        </w:rPr>
        <w:t xml:space="preserve"> are </w:t>
      </w:r>
      <w:r>
        <w:rPr>
          <w:b w:val="0"/>
          <w:i w:val="0"/>
          <w:smallCaps w:val="0"/>
          <w:strike w:val="0"/>
          <w:highlight w:val="green"/>
          <w:u w:val="single"/>
        </w:rPr>
        <w:t>put</w:t>
      </w:r>
      <w:r>
        <w:rPr>
          <w:b w:val="0"/>
          <w:i w:val="0"/>
          <w:smallCaps w:val="0"/>
          <w:strike w:val="0"/>
          <w:u w:val="single"/>
        </w:rPr>
        <w:t xml:space="preserve">ting </w:t>
      </w:r>
      <w:r>
        <w:rPr>
          <w:b w:val="0"/>
          <w:i w:val="0"/>
          <w:smallCaps w:val="0"/>
          <w:strike w:val="0"/>
          <w:highlight w:val="green"/>
          <w:u w:val="single"/>
        </w:rPr>
        <w:t>commercial</w:t>
      </w:r>
      <w:r>
        <w:rPr>
          <w:b w:val="0"/>
          <w:i w:val="0"/>
          <w:smallCaps w:val="0"/>
          <w:strike w:val="0"/>
          <w:u w:val="single"/>
        </w:rPr>
        <w:t xml:space="preserve"> </w:t>
      </w:r>
      <w:r>
        <w:rPr>
          <w:b w:val="0"/>
          <w:i w:val="0"/>
          <w:smallCaps w:val="0"/>
          <w:strike w:val="0"/>
          <w:highlight w:val="green"/>
          <w:u w:val="single"/>
        </w:rPr>
        <w:t>interests</w:t>
      </w:r>
      <w:r>
        <w:rPr>
          <w:b w:val="0"/>
          <w:i w:val="0"/>
          <w:smallCaps w:val="0"/>
          <w:strike w:val="0"/>
          <w:u w:val="single"/>
        </w:rPr>
        <w:t xml:space="preserve"> </w:t>
      </w:r>
      <w:r>
        <w:rPr>
          <w:b w:val="0"/>
          <w:i w:val="0"/>
          <w:smallCaps w:val="0"/>
          <w:strike w:val="0"/>
          <w:highlight w:val="green"/>
          <w:u w:val="single"/>
        </w:rPr>
        <w:t>ahead</w:t>
      </w:r>
      <w:r>
        <w:rPr>
          <w:b w:val="0"/>
          <w:i w:val="0"/>
          <w:smallCaps w:val="0"/>
          <w:strike w:val="0"/>
          <w:u w:val="single"/>
        </w:rPr>
        <w:t xml:space="preserve"> </w:t>
      </w:r>
      <w:r>
        <w:rPr>
          <w:b w:val="0"/>
          <w:i w:val="0"/>
          <w:smallCaps w:val="0"/>
          <w:strike w:val="0"/>
          <w:highlight w:val="green"/>
          <w:u w:val="single"/>
        </w:rPr>
        <w:t>of</w:t>
      </w:r>
      <w:r>
        <w:rPr>
          <w:b w:val="0"/>
          <w:i w:val="0"/>
          <w:smallCaps w:val="0"/>
          <w:strike w:val="0"/>
          <w:u w:val="single"/>
        </w:rPr>
        <w:t xml:space="preserve"> public </w:t>
      </w:r>
      <w:r>
        <w:rPr>
          <w:b w:val="0"/>
          <w:i w:val="0"/>
          <w:smallCaps w:val="0"/>
          <w:strike w:val="0"/>
          <w:highlight w:val="green"/>
          <w:u w:val="single"/>
        </w:rPr>
        <w:t>health</w:t>
      </w:r>
      <w:r>
        <w:rPr>
          <w:b w:val="0"/>
          <w:i w:val="0"/>
          <w:smallCaps w:val="0"/>
          <w:strike w:val="0"/>
          <w:sz w:val="16"/>
          <w:u w:val="none"/>
        </w:rPr>
        <w:t xml:space="preserve"> in these countries. </w:t>
      </w:r>
      <w:r>
        <w:rPr>
          <w:b w:val="0"/>
          <w:i w:val="0"/>
          <w:smallCaps w:val="0"/>
          <w:strike w:val="0"/>
          <w:highlight w:val="green"/>
          <w:u w:val="single"/>
        </w:rPr>
        <w:t>The</w:t>
      </w:r>
      <w:r>
        <w:rPr>
          <w:b w:val="0"/>
          <w:i w:val="0"/>
          <w:smallCaps w:val="0"/>
          <w:strike w:val="0"/>
          <w:u w:val="single"/>
        </w:rPr>
        <w:t xml:space="preserve"> </w:t>
      </w:r>
      <w:r>
        <w:rPr>
          <w:b w:val="0"/>
          <w:i w:val="0"/>
          <w:smallCaps w:val="0"/>
          <w:strike w:val="0"/>
          <w:highlight w:val="green"/>
          <w:u w:val="single"/>
        </w:rPr>
        <w:t>E</w:t>
      </w:r>
      <w:r>
        <w:rPr>
          <w:b w:val="0"/>
          <w:i w:val="0"/>
          <w:smallCaps w:val="0"/>
          <w:strike w:val="0"/>
          <w:sz w:val="16"/>
          <w:u w:val="none"/>
        </w:rPr>
        <w:t xml:space="preserve">uropean </w:t>
      </w:r>
      <w:r>
        <w:rPr>
          <w:b w:val="0"/>
          <w:i w:val="0"/>
          <w:smallCaps w:val="0"/>
          <w:strike w:val="0"/>
          <w:highlight w:val="green"/>
          <w:u w:val="single"/>
        </w:rPr>
        <w:t>U</w:t>
      </w:r>
      <w:r>
        <w:rPr>
          <w:b w:val="0"/>
          <w:i w:val="0"/>
          <w:smallCaps w:val="0"/>
          <w:strike w:val="0"/>
          <w:sz w:val="16"/>
          <w:u w:val="none"/>
        </w:rPr>
        <w:t xml:space="preserve">nion </w:t>
      </w:r>
      <w:r>
        <w:rPr>
          <w:b w:val="0"/>
          <w:i w:val="0"/>
          <w:smallCaps w:val="0"/>
          <w:strike w:val="0"/>
          <w:highlight w:val="green"/>
          <w:u w:val="single"/>
        </w:rPr>
        <w:t>and</w:t>
      </w:r>
      <w:r>
        <w:rPr>
          <w:b w:val="0"/>
          <w:i w:val="0"/>
          <w:smallCaps w:val="0"/>
          <w:strike w:val="0"/>
          <w:sz w:val="16"/>
          <w:u w:val="none"/>
        </w:rPr>
        <w:t xml:space="preserve"> the </w:t>
      </w:r>
      <w:r>
        <w:rPr>
          <w:b w:val="0"/>
          <w:i w:val="0"/>
          <w:smallCaps w:val="0"/>
          <w:strike w:val="0"/>
          <w:highlight w:val="green"/>
          <w:u w:val="single"/>
        </w:rPr>
        <w:t>U</w:t>
      </w:r>
      <w:r>
        <w:rPr>
          <w:b w:val="0"/>
          <w:i w:val="0"/>
          <w:smallCaps w:val="0"/>
          <w:strike w:val="0"/>
          <w:sz w:val="16"/>
          <w:u w:val="none"/>
        </w:rPr>
        <w:t xml:space="preserve">nited </w:t>
      </w:r>
      <w:r>
        <w:rPr>
          <w:b w:val="0"/>
          <w:i w:val="0"/>
          <w:smallCaps w:val="0"/>
          <w:strike w:val="0"/>
          <w:highlight w:val="green"/>
          <w:u w:val="single"/>
        </w:rPr>
        <w:t>S</w:t>
      </w:r>
      <w:r>
        <w:rPr>
          <w:b w:val="0"/>
          <w:i w:val="0"/>
          <w:smallCaps w:val="0"/>
          <w:strike w:val="0"/>
          <w:sz w:val="16"/>
          <w:u w:val="none"/>
        </w:rPr>
        <w:t xml:space="preserve">tates continue to focus almost exclusively on eliminating counterfeit medicines which form only a small part of this public health problem – but which are a serious concern for their multinational companies. They </w:t>
      </w:r>
      <w:r>
        <w:rPr>
          <w:b w:val="0"/>
          <w:i w:val="0"/>
          <w:smallCaps w:val="0"/>
          <w:strike w:val="0"/>
          <w:sz w:val="22"/>
          <w:highlight w:val="green"/>
          <w:u w:val="single"/>
        </w:rPr>
        <w:t xml:space="preserve">have </w:t>
      </w:r>
      <w:r>
        <w:rPr>
          <w:b w:val="0"/>
          <w:i w:val="0"/>
          <w:smallCaps w:val="0"/>
          <w:strike w:val="0"/>
          <w:highlight w:val="green"/>
          <w:u w:val="single"/>
        </w:rPr>
        <w:t>used the crisis</w:t>
      </w:r>
      <w:r>
        <w:rPr>
          <w:b w:val="0"/>
          <w:i w:val="0"/>
          <w:smallCaps w:val="0"/>
          <w:strike w:val="0"/>
          <w:u w:val="single"/>
        </w:rPr>
        <w:t xml:space="preserve"> in medicine quality in developing countries </w:t>
      </w:r>
      <w:r>
        <w:rPr>
          <w:b w:val="0"/>
          <w:i w:val="0"/>
          <w:smallCaps w:val="0"/>
          <w:strike w:val="0"/>
          <w:highlight w:val="green"/>
          <w:u w:val="single"/>
        </w:rPr>
        <w:t>as an excuse to push for new</w:t>
      </w:r>
      <w:r>
        <w:rPr>
          <w:b w:val="0"/>
          <w:i w:val="0"/>
          <w:smallCaps w:val="0"/>
          <w:strike w:val="0"/>
          <w:u w:val="single"/>
        </w:rPr>
        <w:t xml:space="preserve"> </w:t>
      </w:r>
      <w:r>
        <w:rPr>
          <w:b w:val="0"/>
          <w:i w:val="0"/>
          <w:smallCaps w:val="0"/>
          <w:strike w:val="0"/>
          <w:highlight w:val="green"/>
          <w:u w:val="single"/>
        </w:rPr>
        <w:t>i</w:t>
      </w:r>
      <w:r>
        <w:rPr>
          <w:b w:val="0"/>
          <w:i w:val="0"/>
          <w:smallCaps w:val="0"/>
          <w:strike w:val="0"/>
          <w:sz w:val="16"/>
          <w:u w:val="none"/>
        </w:rPr>
        <w:t>ntellectual</w:t>
      </w:r>
      <w:r>
        <w:rPr>
          <w:b w:val="0"/>
          <w:i w:val="0"/>
          <w:smallCaps w:val="0"/>
          <w:strike w:val="0"/>
          <w:u w:val="single"/>
        </w:rPr>
        <w:t xml:space="preserve"> </w:t>
      </w:r>
      <w:r>
        <w:rPr>
          <w:b w:val="0"/>
          <w:i w:val="0"/>
          <w:smallCaps w:val="0"/>
          <w:strike w:val="0"/>
          <w:highlight w:val="green"/>
          <w:u w:val="single"/>
        </w:rPr>
        <w:t>p</w:t>
      </w:r>
      <w:r>
        <w:rPr>
          <w:b w:val="0"/>
          <w:i w:val="0"/>
          <w:smallCaps w:val="0"/>
          <w:strike w:val="0"/>
          <w:sz w:val="16"/>
          <w:highlight w:val="green"/>
          <w:u w:val="none"/>
        </w:rPr>
        <w:t>r</w:t>
      </w:r>
      <w:r>
        <w:rPr>
          <w:b w:val="0"/>
          <w:i w:val="0"/>
          <w:smallCaps w:val="0"/>
          <w:strike w:val="0"/>
          <w:sz w:val="16"/>
          <w:u w:val="none"/>
        </w:rPr>
        <w:t>operty</w:t>
      </w:r>
      <w:r>
        <w:rPr>
          <w:b w:val="0"/>
          <w:i w:val="0"/>
          <w:smallCaps w:val="0"/>
          <w:strike w:val="0"/>
          <w:u w:val="single"/>
        </w:rPr>
        <w:t xml:space="preserve"> </w:t>
      </w:r>
      <w:r>
        <w:rPr>
          <w:b w:val="0"/>
          <w:i w:val="0"/>
          <w:smallCaps w:val="0"/>
          <w:strike w:val="0"/>
          <w:highlight w:val="green"/>
          <w:u w:val="single"/>
        </w:rPr>
        <w:t>rules</w:t>
      </w:r>
      <w:r>
        <w:rPr>
          <w:b w:val="0"/>
          <w:i w:val="0"/>
          <w:smallCaps w:val="0"/>
          <w:strike w:val="0"/>
          <w:u w:val="single"/>
        </w:rPr>
        <w:t xml:space="preserve"> </w:t>
      </w:r>
      <w:r>
        <w:rPr>
          <w:b w:val="0"/>
          <w:i w:val="0"/>
          <w:smallCaps w:val="0"/>
          <w:strike w:val="0"/>
          <w:highlight w:val="green"/>
          <w:u w:val="single"/>
        </w:rPr>
        <w:t>that</w:t>
      </w:r>
      <w:r>
        <w:rPr>
          <w:b w:val="0"/>
          <w:i w:val="0"/>
          <w:smallCaps w:val="0"/>
          <w:strike w:val="0"/>
          <w:u w:val="single"/>
        </w:rPr>
        <w:t xml:space="preserve"> will </w:t>
      </w:r>
      <w:r>
        <w:rPr>
          <w:b w:val="0"/>
          <w:i w:val="0"/>
          <w:smallCaps w:val="0"/>
          <w:strike w:val="0"/>
          <w:highlight w:val="green"/>
          <w:u w:val="single"/>
        </w:rPr>
        <w:t>boost</w:t>
      </w:r>
      <w:r>
        <w:rPr>
          <w:b w:val="0"/>
          <w:i w:val="0"/>
          <w:smallCaps w:val="0"/>
          <w:strike w:val="0"/>
          <w:u w:val="single"/>
        </w:rPr>
        <w:t xml:space="preserve"> the </w:t>
      </w:r>
      <w:r>
        <w:rPr>
          <w:b w:val="0"/>
          <w:i w:val="0"/>
          <w:smallCaps w:val="0"/>
          <w:strike w:val="0"/>
          <w:highlight w:val="green"/>
          <w:u w:val="single"/>
        </w:rPr>
        <w:t>profits</w:t>
      </w:r>
      <w:r>
        <w:rPr>
          <w:b w:val="0"/>
          <w:i w:val="0"/>
          <w:smallCaps w:val="0"/>
          <w:strike w:val="0"/>
          <w:u w:val="single"/>
        </w:rPr>
        <w:t xml:space="preserve"> </w:t>
      </w:r>
      <w:r>
        <w:rPr>
          <w:b w:val="0"/>
          <w:i w:val="0"/>
          <w:smallCaps w:val="0"/>
          <w:strike w:val="0"/>
          <w:highlight w:val="green"/>
          <w:u w:val="single"/>
        </w:rPr>
        <w:t>of</w:t>
      </w:r>
      <w:r>
        <w:rPr>
          <w:b w:val="0"/>
          <w:i w:val="0"/>
          <w:smallCaps w:val="0"/>
          <w:strike w:val="0"/>
          <w:u w:val="single"/>
        </w:rPr>
        <w:t xml:space="preserve"> </w:t>
      </w:r>
      <w:r>
        <w:rPr>
          <w:b w:val="0"/>
          <w:i w:val="0"/>
          <w:smallCaps w:val="0"/>
          <w:strike w:val="0"/>
          <w:highlight w:val="green"/>
          <w:u w:val="single"/>
        </w:rPr>
        <w:t>pharma</w:t>
      </w:r>
      <w:r>
        <w:rPr>
          <w:b w:val="0"/>
          <w:i w:val="0"/>
          <w:smallCaps w:val="0"/>
          <w:strike w:val="0"/>
          <w:sz w:val="16"/>
          <w:u w:val="none"/>
        </w:rPr>
        <w:t xml:space="preserve">ceutical </w:t>
      </w:r>
      <w:r>
        <w:rPr>
          <w:b w:val="0"/>
          <w:i w:val="0"/>
          <w:smallCaps w:val="0"/>
          <w:strike w:val="0"/>
          <w:u w:val="single"/>
        </w:rPr>
        <w:t>giants</w:t>
      </w:r>
      <w:r>
        <w:rPr>
          <w:b w:val="0"/>
          <w:i w:val="0"/>
          <w:smallCaps w:val="0"/>
          <w:strike w:val="0"/>
          <w:sz w:val="16"/>
          <w:u w:val="none"/>
        </w:rPr>
        <w:t xml:space="preserve"> </w:t>
      </w:r>
      <w:r>
        <w:rPr>
          <w:b w:val="0"/>
          <w:i w:val="0"/>
          <w:smallCaps w:val="0"/>
          <w:strike w:val="0"/>
          <w:highlight w:val="green"/>
          <w:u w:val="single"/>
        </w:rPr>
        <w:t>at the expense of</w:t>
      </w:r>
      <w:r>
        <w:rPr>
          <w:b w:val="0"/>
          <w:i w:val="0"/>
          <w:smallCaps w:val="0"/>
          <w:strike w:val="0"/>
          <w:u w:val="single"/>
        </w:rPr>
        <w:t xml:space="preserve"> </w:t>
      </w:r>
      <w:r>
        <w:rPr>
          <w:b w:val="0"/>
          <w:i w:val="0"/>
          <w:smallCaps w:val="0"/>
          <w:strike w:val="0"/>
          <w:highlight w:val="green"/>
          <w:u w:val="single"/>
        </w:rPr>
        <w:t>affordable</w:t>
      </w:r>
      <w:r>
        <w:rPr>
          <w:b w:val="0"/>
          <w:i w:val="0"/>
          <w:smallCaps w:val="0"/>
          <w:strike w:val="0"/>
          <w:u w:val="single"/>
        </w:rPr>
        <w:t xml:space="preserve"> </w:t>
      </w:r>
      <w:r>
        <w:rPr>
          <w:b w:val="0"/>
          <w:i w:val="0"/>
          <w:smallCaps w:val="0"/>
          <w:strike w:val="0"/>
          <w:highlight w:val="green"/>
          <w:u w:val="single"/>
        </w:rPr>
        <w:t>medicines</w:t>
      </w:r>
      <w:r>
        <w:rPr>
          <w:b w:val="0"/>
          <w:i w:val="0"/>
          <w:smallCaps w:val="0"/>
          <w:strike w:val="0"/>
          <w:u w:val="single"/>
        </w:rPr>
        <w:t xml:space="preserve"> </w:t>
      </w:r>
      <w:r>
        <w:rPr>
          <w:b w:val="0"/>
          <w:i w:val="0"/>
          <w:smallCaps w:val="0"/>
          <w:strike w:val="0"/>
          <w:highlight w:val="green"/>
          <w:u w:val="single"/>
        </w:rPr>
        <w:t>for the poor</w:t>
      </w:r>
      <w:r>
        <w:rPr>
          <w:b w:val="0"/>
          <w:i w:val="0"/>
          <w:smallCaps w:val="0"/>
          <w:strike w:val="0"/>
          <w:u w:val="single"/>
        </w:rPr>
        <w:t xml:space="preserve">. </w:t>
      </w:r>
      <w:r>
        <w:rPr>
          <w:b w:val="0"/>
          <w:i w:val="0"/>
          <w:smallCaps w:val="0"/>
          <w:strike w:val="0"/>
          <w:sz w:val="16"/>
          <w:u w:val="none"/>
        </w:rPr>
        <w:t xml:space="preserve">Oxfam is particularly critical of the European Union, but also of the World Health </w:t>
      </w:r>
      <w:r>
        <w:rPr>
          <w:b w:val="0"/>
          <w:i w:val="0"/>
          <w:smallCaps w:val="0"/>
          <w:strike w:val="0"/>
          <w:sz w:val="16"/>
          <w:u w:val="none"/>
        </w:rPr>
        <w:t>Organisation</w:t>
      </w:r>
      <w:r>
        <w:rPr>
          <w:b w:val="0"/>
          <w:i w:val="0"/>
          <w:smallCaps w:val="0"/>
          <w:strike w:val="0"/>
          <w:sz w:val="16"/>
          <w:u w:val="none"/>
        </w:rPr>
        <w:t xml:space="preserve">. </w:t>
      </w:r>
      <w:r>
        <w:rPr>
          <w:b w:val="0"/>
          <w:i w:val="0"/>
          <w:smallCaps w:val="0"/>
          <w:strike w:val="0"/>
          <w:highlight w:val="green"/>
          <w:u w:val="single"/>
        </w:rPr>
        <w:t>There is confusion between counterfeits and generics</w:t>
      </w:r>
      <w:r>
        <w:rPr>
          <w:b w:val="0"/>
          <w:i w:val="0"/>
          <w:smallCaps w:val="0"/>
          <w:strike w:val="0"/>
          <w:sz w:val="16"/>
          <w:u w:val="none"/>
        </w:rPr>
        <w:t xml:space="preserve"> - legally-made, cheap copies of medicines that, particularly in the case of Aids drugs, have saved lives in the developing world. </w:t>
      </w:r>
      <w:r>
        <w:rPr>
          <w:b w:val="0"/>
          <w:i w:val="0"/>
          <w:smallCaps w:val="0"/>
          <w:strike w:val="0"/>
          <w:u w:val="single"/>
        </w:rPr>
        <w:t xml:space="preserve">A </w:t>
      </w:r>
      <w:r>
        <w:rPr>
          <w:b w:val="0"/>
          <w:i w:val="0"/>
          <w:smallCaps w:val="0"/>
          <w:strike w:val="0"/>
          <w:highlight w:val="green"/>
          <w:u w:val="single"/>
        </w:rPr>
        <w:t>WHO</w:t>
      </w:r>
      <w:r>
        <w:rPr>
          <w:b w:val="0"/>
          <w:i w:val="0"/>
          <w:smallCaps w:val="0"/>
          <w:strike w:val="0"/>
          <w:sz w:val="16"/>
          <w:highlight w:val="green"/>
          <w:u w:val="none"/>
        </w:rPr>
        <w:t>-</w:t>
      </w:r>
      <w:r>
        <w:rPr>
          <w:b w:val="0"/>
          <w:i w:val="0"/>
          <w:smallCaps w:val="0"/>
          <w:strike w:val="0"/>
          <w:sz w:val="16"/>
          <w:u w:val="none"/>
        </w:rPr>
        <w:t>led initiative called IMPACT (International Medical Products Anti-Counterfeiting Taskforce</w:t>
      </w:r>
      <w:r>
        <w:rPr>
          <w:b w:val="0"/>
          <w:i w:val="0"/>
          <w:smallCaps w:val="0"/>
          <w:strike w:val="0"/>
          <w:u w:val="single"/>
        </w:rPr>
        <w:t xml:space="preserve">) </w:t>
      </w:r>
      <w:r>
        <w:rPr>
          <w:b w:val="0"/>
          <w:i w:val="0"/>
          <w:smallCaps w:val="0"/>
          <w:strike w:val="0"/>
          <w:highlight w:val="green"/>
          <w:u w:val="single"/>
        </w:rPr>
        <w:t>is unclear on</w:t>
      </w:r>
      <w:r>
        <w:rPr>
          <w:b w:val="0"/>
          <w:i w:val="0"/>
          <w:smallCaps w:val="0"/>
          <w:strike w:val="0"/>
          <w:u w:val="single"/>
        </w:rPr>
        <w:t xml:space="preserve"> </w:t>
      </w:r>
      <w:r>
        <w:rPr>
          <w:b w:val="0"/>
          <w:i w:val="0"/>
          <w:smallCaps w:val="0"/>
          <w:strike w:val="0"/>
          <w:highlight w:val="green"/>
          <w:u w:val="single"/>
        </w:rPr>
        <w:t>the</w:t>
      </w:r>
      <w:r>
        <w:rPr>
          <w:b w:val="0"/>
          <w:i w:val="0"/>
          <w:smallCaps w:val="0"/>
          <w:strike w:val="0"/>
          <w:u w:val="single"/>
        </w:rPr>
        <w:t xml:space="preserve"> </w:t>
      </w:r>
      <w:r>
        <w:rPr>
          <w:b w:val="0"/>
          <w:i w:val="0"/>
          <w:smallCaps w:val="0"/>
          <w:strike w:val="0"/>
          <w:highlight w:val="green"/>
          <w:u w:val="single"/>
        </w:rPr>
        <w:t>difference</w:t>
      </w:r>
      <w:r>
        <w:rPr>
          <w:b w:val="0"/>
          <w:i w:val="0"/>
          <w:smallCaps w:val="0"/>
          <w:strike w:val="0"/>
          <w:u w:val="single"/>
        </w:rPr>
        <w:t xml:space="preserve"> between them</w:t>
      </w:r>
      <w:r>
        <w:rPr>
          <w:b w:val="0"/>
          <w:i w:val="0"/>
          <w:smallCaps w:val="0"/>
          <w:strike w:val="0"/>
          <w:sz w:val="16"/>
          <w:u w:val="none"/>
        </w:rPr>
        <w:t xml:space="preserve">. The report says: </w:t>
      </w:r>
      <w:r>
        <w:rPr>
          <w:b w:val="0"/>
          <w:i w:val="0"/>
          <w:smallCaps w:val="0"/>
          <w:strike w:val="0"/>
          <w:sz w:val="14"/>
          <w:u w:val="none"/>
        </w:rPr>
        <w:t xml:space="preserve">IMPACT proposes an expansive definition of counterfeit medicines that confuses </w:t>
      </w:r>
      <w:r>
        <w:rPr>
          <w:b w:val="0"/>
          <w:i w:val="0"/>
          <w:smallCaps w:val="0"/>
          <w:strike w:val="0"/>
          <w:sz w:val="14"/>
          <w:u w:val="none"/>
        </w:rPr>
        <w:t>conterfeits</w:t>
      </w:r>
      <w:r>
        <w:rPr>
          <w:b w:val="0"/>
          <w:i w:val="0"/>
          <w:smallCaps w:val="0"/>
          <w:strike w:val="0"/>
          <w:sz w:val="14"/>
          <w:u w:val="none"/>
        </w:rPr>
        <w:t xml:space="preserve"> and generic medicines, and over-</w:t>
      </w:r>
      <w:r>
        <w:rPr>
          <w:b w:val="0"/>
          <w:i w:val="0"/>
          <w:smallCaps w:val="0"/>
          <w:strike w:val="0"/>
          <w:sz w:val="14"/>
          <w:u w:val="none"/>
        </w:rPr>
        <w:t>emphasises</w:t>
      </w:r>
      <w:r>
        <w:rPr>
          <w:b w:val="0"/>
          <w:i w:val="0"/>
          <w:smallCaps w:val="0"/>
          <w:strike w:val="0"/>
          <w:sz w:val="14"/>
          <w:u w:val="none"/>
        </w:rPr>
        <w:t xml:space="preserve"> police action to ensure the safety and efficacy of medicines. </w:t>
      </w:r>
      <w:r>
        <w:rPr>
          <w:b w:val="0"/>
          <w:i w:val="0"/>
          <w:smallCaps w:val="0"/>
          <w:strike w:val="0"/>
          <w:sz w:val="16"/>
          <w:u w:val="none"/>
        </w:rPr>
        <w:t xml:space="preserve">At the same time, the multinational </w:t>
      </w:r>
      <w:r>
        <w:rPr>
          <w:b w:val="0"/>
          <w:i w:val="0"/>
          <w:smallCaps w:val="0"/>
          <w:strike w:val="0"/>
          <w:highlight w:val="green"/>
          <w:u w:val="single"/>
        </w:rPr>
        <w:t>pharma</w:t>
      </w:r>
      <w:r>
        <w:rPr>
          <w:b w:val="0"/>
          <w:i w:val="0"/>
          <w:smallCaps w:val="0"/>
          <w:strike w:val="0"/>
          <w:sz w:val="16"/>
          <w:u w:val="none"/>
        </w:rPr>
        <w:t xml:space="preserve">ceutical industry </w:t>
      </w:r>
      <w:r>
        <w:rPr>
          <w:b w:val="0"/>
          <w:i w:val="0"/>
          <w:smallCaps w:val="0"/>
          <w:strike w:val="0"/>
          <w:highlight w:val="green"/>
          <w:u w:val="single"/>
        </w:rPr>
        <w:t>has exerted pressure on individual countries</w:t>
      </w:r>
      <w:r>
        <w:rPr>
          <w:b w:val="0"/>
          <w:i w:val="0"/>
          <w:smallCaps w:val="0"/>
          <w:strike w:val="0"/>
          <w:sz w:val="16"/>
          <w:u w:val="none"/>
        </w:rPr>
        <w:t xml:space="preserve">, such as Kenya and Thailand, </w:t>
      </w:r>
      <w:r>
        <w:rPr>
          <w:b w:val="0"/>
          <w:i w:val="0"/>
          <w:smallCaps w:val="0"/>
          <w:strike w:val="0"/>
          <w:highlight w:val="green"/>
          <w:u w:val="single"/>
        </w:rPr>
        <w:t>to change their</w:t>
      </w:r>
      <w:r>
        <w:rPr>
          <w:b w:val="0"/>
          <w:i w:val="0"/>
          <w:smallCaps w:val="0"/>
          <w:strike w:val="0"/>
          <w:sz w:val="16"/>
          <w:u w:val="none"/>
        </w:rPr>
        <w:t xml:space="preserve"> national </w:t>
      </w:r>
      <w:r>
        <w:rPr>
          <w:b w:val="0"/>
          <w:i w:val="0"/>
          <w:smallCaps w:val="0"/>
          <w:strike w:val="0"/>
          <w:highlight w:val="green"/>
          <w:u w:val="single"/>
        </w:rPr>
        <w:t>laws</w:t>
      </w:r>
      <w:r>
        <w:rPr>
          <w:b w:val="0"/>
          <w:i w:val="0"/>
          <w:smallCaps w:val="0"/>
          <w:strike w:val="0"/>
          <w:sz w:val="16"/>
          <w:highlight w:val="green"/>
          <w:u w:val="none"/>
        </w:rPr>
        <w:t xml:space="preserve"> </w:t>
      </w:r>
      <w:r>
        <w:rPr>
          <w:b w:val="0"/>
          <w:i w:val="0"/>
          <w:smallCaps w:val="0"/>
          <w:strike w:val="0"/>
          <w:u w:val="single"/>
        </w:rPr>
        <w:t>and</w:t>
      </w:r>
      <w:r>
        <w:rPr>
          <w:b w:val="0"/>
          <w:i w:val="0"/>
          <w:smallCaps w:val="0"/>
          <w:strike w:val="0"/>
          <w:sz w:val="16"/>
          <w:u w:val="none"/>
        </w:rPr>
        <w:t xml:space="preserve"> law </w:t>
      </w:r>
      <w:r>
        <w:rPr>
          <w:b w:val="0"/>
          <w:i w:val="0"/>
          <w:smallCaps w:val="0"/>
          <w:strike w:val="0"/>
          <w:u w:val="single"/>
        </w:rPr>
        <w:t>enforcement</w:t>
      </w:r>
      <w:r>
        <w:rPr>
          <w:b w:val="0"/>
          <w:i w:val="0"/>
          <w:smallCaps w:val="0"/>
          <w:strike w:val="0"/>
          <w:sz w:val="16"/>
          <w:u w:val="none"/>
        </w:rPr>
        <w:t xml:space="preserve"> priorities </w:t>
      </w:r>
      <w:r>
        <w:rPr>
          <w:b w:val="0"/>
          <w:i w:val="0"/>
          <w:smallCaps w:val="0"/>
          <w:strike w:val="0"/>
          <w:highlight w:val="green"/>
          <w:u w:val="single"/>
        </w:rPr>
        <w:t>in ways that endanger</w:t>
      </w:r>
      <w:r>
        <w:rPr>
          <w:b w:val="0"/>
          <w:i w:val="0"/>
          <w:smallCaps w:val="0"/>
          <w:strike w:val="0"/>
          <w:u w:val="single"/>
        </w:rPr>
        <w:t xml:space="preserve"> access to </w:t>
      </w:r>
      <w:r>
        <w:rPr>
          <w:b w:val="0"/>
          <w:i w:val="0"/>
          <w:smallCaps w:val="0"/>
          <w:strike w:val="0"/>
          <w:highlight w:val="green"/>
          <w:u w:val="single"/>
        </w:rPr>
        <w:t>generic medicines</w:t>
      </w:r>
      <w:r>
        <w:rPr>
          <w:b w:val="0"/>
          <w:i w:val="0"/>
          <w:smallCaps w:val="0"/>
          <w:strike w:val="0"/>
          <w:sz w:val="16"/>
          <w:highlight w:val="green"/>
          <w:u w:val="none"/>
        </w:rPr>
        <w:t>.</w:t>
      </w:r>
      <w:r>
        <w:rPr>
          <w:b w:val="0"/>
          <w:i w:val="0"/>
          <w:smallCaps w:val="0"/>
          <w:strike w:val="0"/>
          <w:sz w:val="16"/>
          <w:u w:val="none"/>
        </w:rPr>
        <w:t xml:space="preserve"> </w:t>
      </w:r>
      <w:r>
        <w:rPr>
          <w:b w:val="0"/>
          <w:i w:val="0"/>
          <w:smallCaps w:val="0"/>
          <w:strike w:val="0"/>
          <w:highlight w:val="green"/>
          <w:u w:val="single"/>
        </w:rPr>
        <w:t xml:space="preserve">Generic medicines are vital to </w:t>
      </w:r>
      <w:r>
        <w:rPr>
          <w:b w:val="0"/>
          <w:i w:val="0"/>
          <w:smallCaps w:val="0"/>
          <w:strike w:val="0"/>
          <w:u w:val="single"/>
        </w:rPr>
        <w:t xml:space="preserve">the health of </w:t>
      </w:r>
      <w:r>
        <w:rPr>
          <w:b w:val="0"/>
          <w:i w:val="0"/>
          <w:smallCaps w:val="0"/>
          <w:strike w:val="0"/>
          <w:highlight w:val="green"/>
          <w:u w:val="single"/>
        </w:rPr>
        <w:t>the poor</w:t>
      </w:r>
      <w:r>
        <w:rPr>
          <w:b w:val="0"/>
          <w:i w:val="0"/>
          <w:smallCaps w:val="0"/>
          <w:strike w:val="0"/>
          <w:sz w:val="16"/>
          <w:highlight w:val="green"/>
          <w:u w:val="none"/>
        </w:rPr>
        <w:t xml:space="preserve">. </w:t>
      </w:r>
      <w:r>
        <w:rPr>
          <w:b w:val="0"/>
          <w:i w:val="0"/>
          <w:smallCaps w:val="0"/>
          <w:strike w:val="0"/>
          <w:highlight w:val="green"/>
          <w:u w:val="single"/>
        </w:rPr>
        <w:t>Enforcing patents</w:t>
      </w:r>
      <w:r>
        <w:rPr>
          <w:b w:val="0"/>
          <w:i w:val="0"/>
          <w:smallCaps w:val="0"/>
          <w:strike w:val="0"/>
          <w:sz w:val="16"/>
          <w:u w:val="none"/>
        </w:rPr>
        <w:t xml:space="preserve">, in a way that might restrict their manufacture, </w:t>
      </w:r>
      <w:r>
        <w:rPr>
          <w:b w:val="0"/>
          <w:i w:val="0"/>
          <w:smallCaps w:val="0"/>
          <w:strike w:val="0"/>
          <w:highlight w:val="green"/>
          <w:u w:val="single"/>
        </w:rPr>
        <w:t>will</w:t>
      </w:r>
      <w:r>
        <w:rPr>
          <w:b w:val="0"/>
          <w:i w:val="0"/>
          <w:smallCaps w:val="0"/>
          <w:strike w:val="0"/>
          <w:sz w:val="16"/>
          <w:highlight w:val="green"/>
          <w:u w:val="none"/>
        </w:rPr>
        <w:t xml:space="preserve"> </w:t>
      </w:r>
      <w:r>
        <w:rPr>
          <w:b w:val="0"/>
          <w:i w:val="0"/>
          <w:smallCaps w:val="0"/>
          <w:strike w:val="0"/>
          <w:highlight w:val="green"/>
          <w:u w:val="single"/>
        </w:rPr>
        <w:t>do more harm than good</w:t>
      </w:r>
      <w:r>
        <w:rPr>
          <w:b w:val="0"/>
          <w:i w:val="0"/>
          <w:smallCaps w:val="0"/>
          <w:strike w:val="0"/>
          <w:sz w:val="16"/>
          <w:u w:val="none"/>
        </w:rPr>
        <w:t>, says Oxfam. Instead, developing countries should be helped to strengthen their own monitoring and regulation so that the drugs their citizens use are safe and effective.</w:t>
      </w:r>
    </w:p>
    <w:p>
      <w:pPr>
        <w:pStyle w:val="Caption"/>
      </w:pPr>
      <w:r>
        <w:t>Source: Small Pharma CP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