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Big pharma prioritizes profit over health – jacks up prices</w:t>
      </w:r>
    </w:p>
    <w:p>
      <w:pPr>
        <w:spacing w:after="80"/>
      </w:pPr>
      <w:r>
        <w:rPr>
          <w:b/>
          <w:i w:val="0"/>
          <w:smallCaps w:val="0"/>
          <w:strike w:val="0"/>
          <w:sz w:val="26"/>
          <w:u w:val="none"/>
        </w:rPr>
        <w:t>Turner and Van Horn 1/8</w:t>
      </w:r>
      <w:r>
        <w:rPr>
          <w:b w:val="0"/>
          <w:i w:val="0"/>
          <w:smallCaps w:val="0"/>
          <w:strike w:val="0"/>
          <w:u w:val="none"/>
        </w:rPr>
        <w:t xml:space="preserve"> (Cal, writer in Philadelphia, covered topics for </w:t>
      </w:r>
      <w:r>
        <w:rPr>
          <w:b w:val="0"/>
          <w:i w:val="0"/>
          <w:smallCaps w:val="0"/>
          <w:strike w:val="0"/>
          <w:u w:val="none"/>
        </w:rPr>
        <w:t>ZNetwork</w:t>
      </w:r>
      <w:r>
        <w:rPr>
          <w:b w:val="0"/>
          <w:i w:val="0"/>
          <w:smallCaps w:val="0"/>
          <w:strike w:val="0"/>
          <w:u w:val="none"/>
        </w:rPr>
        <w:t xml:space="preserve"> and Portside; Sara, writer in Brazil, covered topics for The Providence Journal and Chronicle of Higher Education; “Big Pharma Reaps Massive Profits by Ripping Off Public Research and Weaponizing Patents: An interview with Nick Dearden”; 1-8-2024; Accessed 7-29-2024; </w:t>
      </w:r>
      <w:r>
        <w:rPr>
          <w:b w:val="0"/>
          <w:i w:val="0"/>
          <w:smallCaps w:val="0"/>
          <w:strike w:val="0"/>
          <w:u w:val="none"/>
        </w:rPr>
        <w:t>//-rr)</w:t>
      </w:r>
    </w:p>
    <w:p>
      <w:pPr>
        <w:spacing w:after="60"/>
      </w:pPr>
      <w:r>
        <w:rPr>
          <w:b w:val="0"/>
          <w:i w:val="0"/>
          <w:smallCaps w:val="0"/>
          <w:strike w:val="0"/>
          <w:sz w:val="16"/>
          <w:u w:val="none"/>
        </w:rPr>
        <w:t xml:space="preserve">Who is </w:t>
      </w:r>
      <w:r>
        <w:rPr>
          <w:b w:val="0"/>
          <w:i w:val="0"/>
          <w:smallCaps w:val="0"/>
          <w:strike w:val="0"/>
          <w:highlight w:val="green"/>
          <w:u w:val="single"/>
        </w:rPr>
        <w:t>Big Pharma</w:t>
      </w:r>
      <w:r>
        <w:rPr>
          <w:b w:val="0"/>
          <w:i w:val="0"/>
          <w:smallCaps w:val="0"/>
          <w:strike w:val="0"/>
          <w:sz w:val="16"/>
          <w:u w:val="none"/>
        </w:rPr>
        <w:t>? What does it do, and why is it so powerful?</w:t>
      </w:r>
    </w:p>
    <w:p>
      <w:pPr>
        <w:spacing w:after="60"/>
      </w:pPr>
      <w:r>
        <w:rPr>
          <w:b w:val="0"/>
          <w:i w:val="0"/>
          <w:smallCaps w:val="0"/>
          <w:strike w:val="0"/>
          <w:sz w:val="16"/>
          <w:u w:val="none"/>
        </w:rPr>
        <w:t xml:space="preserve">The term </w:t>
      </w:r>
      <w:r>
        <w:rPr>
          <w:b w:val="0"/>
          <w:i w:val="0"/>
          <w:smallCaps w:val="0"/>
          <w:strike w:val="0"/>
          <w:highlight w:val="green"/>
          <w:u w:val="single"/>
        </w:rPr>
        <w:t>refers to the biggest</w:t>
      </w:r>
      <w:r>
        <w:rPr>
          <w:b w:val="0"/>
          <w:i w:val="0"/>
          <w:smallCaps w:val="0"/>
          <w:strike w:val="0"/>
          <w:u w:val="single"/>
        </w:rPr>
        <w:t xml:space="preserve"> </w:t>
      </w:r>
      <w:r>
        <w:rPr>
          <w:b w:val="0"/>
          <w:i w:val="0"/>
          <w:smallCaps w:val="0"/>
          <w:strike w:val="0"/>
          <w:highlight w:val="green"/>
          <w:u w:val="single"/>
        </w:rPr>
        <w:t>pharma</w:t>
      </w:r>
      <w:r>
        <w:rPr>
          <w:b w:val="0"/>
          <w:i w:val="0"/>
          <w:smallCaps w:val="0"/>
          <w:strike w:val="0"/>
          <w:u w:val="single"/>
        </w:rPr>
        <w:t xml:space="preserve">ceutical </w:t>
      </w:r>
      <w:r>
        <w:rPr>
          <w:b w:val="0"/>
          <w:i w:val="0"/>
          <w:smallCaps w:val="0"/>
          <w:strike w:val="0"/>
          <w:highlight w:val="green"/>
          <w:u w:val="single"/>
        </w:rPr>
        <w:t>companies</w:t>
      </w:r>
      <w:r>
        <w:rPr>
          <w:b w:val="0"/>
          <w:i w:val="0"/>
          <w:smallCaps w:val="0"/>
          <w:strike w:val="0"/>
          <w:sz w:val="16"/>
          <w:u w:val="none"/>
        </w:rPr>
        <w:t xml:space="preserve"> — the likes of Pfizer, Johnson &amp; Johnson, Moderna, AstraZeneca, GSK — but it also implies a common way of operating, based on the monopolies these corporations enjoy, and the way they produce and market drugs.</w:t>
      </w:r>
    </w:p>
    <w:p>
      <w:pPr>
        <w:spacing w:after="60"/>
      </w:pPr>
      <w:r>
        <w:rPr>
          <w:b w:val="0"/>
          <w:i w:val="0"/>
          <w:smallCaps w:val="0"/>
          <w:strike w:val="0"/>
          <w:sz w:val="16"/>
          <w:u w:val="none"/>
        </w:rPr>
        <w:t xml:space="preserve">Particularly </w:t>
      </w:r>
      <w:r>
        <w:rPr>
          <w:b w:val="0"/>
          <w:i w:val="0"/>
          <w:smallCaps w:val="0"/>
          <w:strike w:val="0"/>
          <w:highlight w:val="green"/>
          <w:u w:val="single"/>
        </w:rPr>
        <w:t>in the</w:t>
      </w:r>
      <w:r>
        <w:rPr>
          <w:b w:val="0"/>
          <w:i w:val="0"/>
          <w:smallCaps w:val="0"/>
          <w:strike w:val="0"/>
          <w:sz w:val="16"/>
          <w:u w:val="none"/>
        </w:rPr>
        <w:t xml:space="preserve"> </w:t>
      </w:r>
      <w:r>
        <w:rPr>
          <w:b w:val="0"/>
          <w:i w:val="0"/>
          <w:smallCaps w:val="0"/>
          <w:strike w:val="0"/>
          <w:highlight w:val="green"/>
          <w:u w:val="single"/>
        </w:rPr>
        <w:t>U</w:t>
      </w:r>
      <w:r>
        <w:rPr>
          <w:b w:val="0"/>
          <w:i w:val="0"/>
          <w:smallCaps w:val="0"/>
          <w:strike w:val="0"/>
          <w:sz w:val="16"/>
          <w:u w:val="none"/>
        </w:rPr>
        <w:t xml:space="preserve">nited </w:t>
      </w:r>
      <w:r>
        <w:rPr>
          <w:b w:val="0"/>
          <w:i w:val="0"/>
          <w:smallCaps w:val="0"/>
          <w:strike w:val="0"/>
          <w:highlight w:val="green"/>
          <w:u w:val="single"/>
        </w:rPr>
        <w:t>S</w:t>
      </w:r>
      <w:r>
        <w:rPr>
          <w:b w:val="0"/>
          <w:i w:val="0"/>
          <w:smallCaps w:val="0"/>
          <w:strike w:val="0"/>
          <w:sz w:val="16"/>
          <w:u w:val="none"/>
        </w:rPr>
        <w:t xml:space="preserve">tates, </w:t>
      </w:r>
      <w:r>
        <w:rPr>
          <w:b w:val="0"/>
          <w:i w:val="0"/>
          <w:smallCaps w:val="0"/>
          <w:strike w:val="0"/>
          <w:u w:val="single"/>
        </w:rPr>
        <w:t>these companies have an extremely bad reputation</w:t>
      </w:r>
      <w:r>
        <w:rPr>
          <w:b w:val="0"/>
          <w:i w:val="0"/>
          <w:smallCaps w:val="0"/>
          <w:strike w:val="0"/>
          <w:sz w:val="16"/>
          <w:u w:val="none"/>
        </w:rPr>
        <w:t xml:space="preserve">, for very good reason. </w:t>
      </w:r>
      <w:r>
        <w:rPr>
          <w:b w:val="0"/>
          <w:i w:val="0"/>
          <w:smallCaps w:val="0"/>
          <w:strike w:val="0"/>
          <w:highlight w:val="green"/>
          <w:u w:val="single"/>
        </w:rPr>
        <w:t>These are corporations</w:t>
      </w:r>
      <w:r>
        <w:rPr>
          <w:b w:val="0"/>
          <w:i w:val="0"/>
          <w:smallCaps w:val="0"/>
          <w:strike w:val="0"/>
          <w:u w:val="single"/>
        </w:rPr>
        <w:t xml:space="preserve"> </w:t>
      </w:r>
      <w:r>
        <w:rPr>
          <w:b w:val="0"/>
          <w:i w:val="0"/>
          <w:smallCaps w:val="0"/>
          <w:strike w:val="0"/>
          <w:highlight w:val="green"/>
          <w:u w:val="single"/>
        </w:rPr>
        <w:t>we rely on</w:t>
      </w:r>
      <w:r>
        <w:rPr>
          <w:b w:val="0"/>
          <w:i w:val="0"/>
          <w:smallCaps w:val="0"/>
          <w:strike w:val="0"/>
          <w:u w:val="single"/>
        </w:rPr>
        <w:t xml:space="preserve"> to provide lifesaving medicines, </w:t>
      </w:r>
      <w:r>
        <w:rPr>
          <w:b w:val="0"/>
          <w:i w:val="0"/>
          <w:smallCaps w:val="0"/>
          <w:strike w:val="0"/>
          <w:highlight w:val="green"/>
          <w:u w:val="single"/>
        </w:rPr>
        <w:t>but</w:t>
      </w:r>
      <w:r>
        <w:rPr>
          <w:b w:val="0"/>
          <w:i w:val="0"/>
          <w:smallCaps w:val="0"/>
          <w:strike w:val="0"/>
          <w:u w:val="single"/>
        </w:rPr>
        <w:t xml:space="preserve"> </w:t>
      </w:r>
      <w:r>
        <w:rPr>
          <w:b w:val="0"/>
          <w:i w:val="0"/>
          <w:smallCaps w:val="0"/>
          <w:strike w:val="0"/>
          <w:highlight w:val="green"/>
          <w:u w:val="single"/>
        </w:rPr>
        <w:t>they</w:t>
      </w:r>
      <w:r>
        <w:rPr>
          <w:b w:val="0"/>
          <w:i w:val="0"/>
          <w:smallCaps w:val="0"/>
          <w:strike w:val="0"/>
          <w:u w:val="single"/>
        </w:rPr>
        <w:t xml:space="preserve"> </w:t>
      </w:r>
      <w:r>
        <w:rPr>
          <w:b w:val="0"/>
          <w:i w:val="0"/>
          <w:smallCaps w:val="0"/>
          <w:strike w:val="0"/>
          <w:highlight w:val="green"/>
          <w:u w:val="single"/>
        </w:rPr>
        <w:t>are</w:t>
      </w:r>
      <w:r>
        <w:rPr>
          <w:b w:val="0"/>
          <w:i w:val="0"/>
          <w:smallCaps w:val="0"/>
          <w:strike w:val="0"/>
          <w:u w:val="single"/>
        </w:rPr>
        <w:t xml:space="preserve"> absolutely </w:t>
      </w:r>
      <w:r>
        <w:rPr>
          <w:b w:val="0"/>
          <w:i w:val="0"/>
          <w:smallCaps w:val="0"/>
          <w:strike w:val="0"/>
          <w:highlight w:val="green"/>
          <w:u w:val="single"/>
        </w:rPr>
        <w:t>addicted</w:t>
      </w:r>
      <w:r>
        <w:rPr>
          <w:b w:val="0"/>
          <w:i w:val="0"/>
          <w:smallCaps w:val="0"/>
          <w:strike w:val="0"/>
          <w:u w:val="single"/>
        </w:rPr>
        <w:t xml:space="preserve"> </w:t>
      </w:r>
      <w:r>
        <w:rPr>
          <w:b w:val="0"/>
          <w:i w:val="0"/>
          <w:smallCaps w:val="0"/>
          <w:strike w:val="0"/>
          <w:highlight w:val="green"/>
          <w:u w:val="single"/>
        </w:rPr>
        <w:t>to</w:t>
      </w:r>
      <w:r>
        <w:rPr>
          <w:b w:val="0"/>
          <w:i w:val="0"/>
          <w:smallCaps w:val="0"/>
          <w:strike w:val="0"/>
          <w:u w:val="single"/>
        </w:rPr>
        <w:t xml:space="preserve"> sky-</w:t>
      </w:r>
      <w:r>
        <w:rPr>
          <w:b w:val="0"/>
          <w:i w:val="0"/>
          <w:smallCaps w:val="0"/>
          <w:strike w:val="0"/>
          <w:highlight w:val="green"/>
          <w:u w:val="single"/>
        </w:rPr>
        <w:t>high profits</w:t>
      </w:r>
      <w:r>
        <w:rPr>
          <w:b w:val="0"/>
          <w:i w:val="0"/>
          <w:smallCaps w:val="0"/>
          <w:strike w:val="0"/>
          <w:sz w:val="16"/>
          <w:u w:val="none"/>
        </w:rPr>
        <w:t>. If the purpose of this industry is to make medicines, to keep us healthy, and to eradicate disease from the world, then it’s completely dysfunctional. If its purpose is to behave as a cash machine for superrich investors, then it’s working extremely effectively.</w:t>
      </w:r>
    </w:p>
    <w:p>
      <w:pPr>
        <w:spacing w:after="60"/>
      </w:pPr>
      <w:r>
        <w:rPr>
          <w:b w:val="0"/>
          <w:i w:val="0"/>
          <w:smallCaps w:val="0"/>
          <w:strike w:val="0"/>
          <w:sz w:val="16"/>
          <w:u w:val="none"/>
        </w:rPr>
        <w:t>Can you give us a brief history of Big Pharma, especially its reinvention in the early 1990s? How did these companies become the industry titans we know now?</w:t>
      </w:r>
    </w:p>
    <w:p>
      <w:pPr>
        <w:spacing w:after="60"/>
      </w:pPr>
      <w:r>
        <w:rPr>
          <w:b w:val="0"/>
          <w:i w:val="0"/>
          <w:smallCaps w:val="0"/>
          <w:strike w:val="0"/>
          <w:sz w:val="16"/>
          <w:u w:val="none"/>
        </w:rPr>
        <w:t xml:space="preserve">Many of these companies emerged in the late nineteenth century and consolidated after World War II. </w:t>
      </w:r>
      <w:r>
        <w:rPr>
          <w:b w:val="0"/>
          <w:i w:val="0"/>
          <w:smallCaps w:val="0"/>
          <w:strike w:val="0"/>
          <w:highlight w:val="green"/>
          <w:u w:val="single"/>
        </w:rPr>
        <w:t>The opioid crisis is an example</w:t>
      </w:r>
      <w:r>
        <w:rPr>
          <w:b w:val="0"/>
          <w:i w:val="0"/>
          <w:smallCaps w:val="0"/>
          <w:strike w:val="0"/>
          <w:u w:val="single"/>
        </w:rPr>
        <w:t xml:space="preserve"> of the way </w:t>
      </w:r>
      <w:r>
        <w:rPr>
          <w:b w:val="0"/>
          <w:i w:val="0"/>
          <w:smallCaps w:val="0"/>
          <w:strike w:val="0"/>
          <w:highlight w:val="green"/>
          <w:u w:val="single"/>
        </w:rPr>
        <w:t>pharma</w:t>
      </w:r>
      <w:r>
        <w:rPr>
          <w:b w:val="0"/>
          <w:i w:val="0"/>
          <w:smallCaps w:val="0"/>
          <w:strike w:val="0"/>
          <w:sz w:val="16"/>
          <w:u w:val="none"/>
        </w:rPr>
        <w:t xml:space="preserve">ceutical companies </w:t>
      </w:r>
      <w:r>
        <w:rPr>
          <w:b w:val="0"/>
          <w:i w:val="0"/>
          <w:smallCaps w:val="0"/>
          <w:strike w:val="0"/>
          <w:u w:val="single"/>
        </w:rPr>
        <w:t>behaved for much of the twentieth century</w:t>
      </w:r>
      <w:r>
        <w:rPr>
          <w:b w:val="0"/>
          <w:i w:val="0"/>
          <w:smallCaps w:val="0"/>
          <w:strike w:val="0"/>
          <w:sz w:val="16"/>
          <w:u w:val="none"/>
        </w:rPr>
        <w:t xml:space="preserve">: </w:t>
      </w:r>
      <w:r>
        <w:rPr>
          <w:b w:val="0"/>
          <w:i w:val="0"/>
          <w:smallCaps w:val="0"/>
          <w:strike w:val="0"/>
          <w:u w:val="single"/>
        </w:rPr>
        <w:t xml:space="preserve">they </w:t>
      </w:r>
      <w:r>
        <w:rPr>
          <w:b w:val="0"/>
          <w:i w:val="0"/>
          <w:smallCaps w:val="0"/>
          <w:strike w:val="0"/>
          <w:highlight w:val="green"/>
          <w:u w:val="single"/>
        </w:rPr>
        <w:t>invented drugs</w:t>
      </w:r>
      <w:r>
        <w:rPr>
          <w:b w:val="0"/>
          <w:i w:val="0"/>
          <w:smallCaps w:val="0"/>
          <w:strike w:val="0"/>
          <w:u w:val="single"/>
        </w:rPr>
        <w:t xml:space="preserve">, </w:t>
      </w:r>
      <w:r>
        <w:rPr>
          <w:b w:val="0"/>
          <w:i w:val="0"/>
          <w:smallCaps w:val="0"/>
          <w:strike w:val="0"/>
          <w:highlight w:val="green"/>
          <w:u w:val="single"/>
        </w:rPr>
        <w:t>then</w:t>
      </w:r>
      <w:r>
        <w:rPr>
          <w:b w:val="0"/>
          <w:i w:val="0"/>
          <w:smallCaps w:val="0"/>
          <w:strike w:val="0"/>
          <w:u w:val="single"/>
        </w:rPr>
        <w:t xml:space="preserve"> they </w:t>
      </w:r>
      <w:r>
        <w:rPr>
          <w:b w:val="0"/>
          <w:i w:val="0"/>
          <w:smallCaps w:val="0"/>
          <w:strike w:val="0"/>
          <w:highlight w:val="green"/>
          <w:u w:val="single"/>
        </w:rPr>
        <w:t>squeezed</w:t>
      </w:r>
      <w:r>
        <w:rPr>
          <w:b w:val="0"/>
          <w:i w:val="0"/>
          <w:smallCaps w:val="0"/>
          <w:strike w:val="0"/>
          <w:u w:val="single"/>
        </w:rPr>
        <w:t xml:space="preserve"> </w:t>
      </w:r>
      <w:r>
        <w:rPr>
          <w:b w:val="0"/>
          <w:i w:val="0"/>
          <w:smallCaps w:val="0"/>
          <w:strike w:val="0"/>
          <w:highlight w:val="green"/>
          <w:u w:val="single"/>
        </w:rPr>
        <w:t>as much profit as they could</w:t>
      </w:r>
      <w:r>
        <w:rPr>
          <w:b w:val="0"/>
          <w:i w:val="0"/>
          <w:smallCaps w:val="0"/>
          <w:strike w:val="0"/>
          <w:sz w:val="16"/>
          <w:u w:val="none"/>
        </w:rPr>
        <w:t xml:space="preserve"> from those drugs </w:t>
      </w:r>
      <w:r>
        <w:rPr>
          <w:b w:val="0"/>
          <w:i w:val="0"/>
          <w:smallCaps w:val="0"/>
          <w:strike w:val="0"/>
          <w:u w:val="single"/>
        </w:rPr>
        <w:t>by selling them in highly inappropriate ways.</w:t>
      </w:r>
      <w:r>
        <w:rPr>
          <w:b w:val="0"/>
          <w:i w:val="0"/>
          <w:smallCaps w:val="0"/>
          <w:strike w:val="0"/>
          <w:sz w:val="16"/>
          <w:u w:val="none"/>
        </w:rPr>
        <w:t xml:space="preserve"> The result in that case was that three hundred thousand people in the United States alone died of overdoses.</w:t>
      </w:r>
    </w:p>
    <w:p>
      <w:pPr>
        <w:spacing w:after="60"/>
      </w:pPr>
      <w:r>
        <w:rPr>
          <w:b w:val="0"/>
          <w:i w:val="0"/>
          <w:smallCaps w:val="0"/>
          <w:strike w:val="0"/>
          <w:sz w:val="16"/>
          <w:u w:val="none"/>
        </w:rPr>
        <w:t>But in the 1990s, another — also very harmful — model for how Big Pharma could function emerged. Like a lot of companies at the time, pharmaceutical companies realized that it wasn’t the stuff they produced that was creating the most value. They realized they owned something intangible: not research, not staff, not factories, but intellectual property, such as copyright and patents. Patents have given companies a complete monopoly for at least twenty years — and often much longer — on the drugs they produced.</w:t>
      </w:r>
    </w:p>
    <w:p>
      <w:pPr>
        <w:spacing w:after="60"/>
      </w:pPr>
      <w:r>
        <w:rPr>
          <w:b w:val="0"/>
          <w:i w:val="0"/>
          <w:smallCaps w:val="0"/>
          <w:strike w:val="0"/>
          <w:sz w:val="16"/>
          <w:u w:val="none"/>
        </w:rPr>
        <w:t xml:space="preserve">In realizing this, pharmaceutical companies began to rethink and restructure what they did. </w:t>
      </w:r>
      <w:r>
        <w:rPr>
          <w:b w:val="0"/>
          <w:i w:val="0"/>
          <w:smallCaps w:val="0"/>
          <w:strike w:val="0"/>
          <w:highlight w:val="green"/>
          <w:u w:val="single"/>
        </w:rPr>
        <w:t>Rather than prioritizing</w:t>
      </w:r>
      <w:r>
        <w:rPr>
          <w:b w:val="0"/>
          <w:i w:val="0"/>
          <w:smallCaps w:val="0"/>
          <w:strike w:val="0"/>
          <w:u w:val="single"/>
        </w:rPr>
        <w:t xml:space="preserve"> long-term</w:t>
      </w:r>
      <w:r>
        <w:rPr>
          <w:b w:val="0"/>
          <w:i w:val="0"/>
          <w:smallCaps w:val="0"/>
          <w:strike w:val="0"/>
          <w:sz w:val="16"/>
          <w:u w:val="none"/>
        </w:rPr>
        <w:t xml:space="preserve"> investment in </w:t>
      </w:r>
      <w:r>
        <w:rPr>
          <w:b w:val="0"/>
          <w:i w:val="0"/>
          <w:smallCaps w:val="0"/>
          <w:strike w:val="0"/>
          <w:highlight w:val="green"/>
          <w:u w:val="single"/>
        </w:rPr>
        <w:t>r</w:t>
      </w:r>
      <w:r>
        <w:rPr>
          <w:b w:val="0"/>
          <w:i w:val="0"/>
          <w:smallCaps w:val="0"/>
          <w:strike w:val="0"/>
          <w:sz w:val="16"/>
          <w:u w:val="none"/>
        </w:rPr>
        <w:t>esearch a</w:t>
      </w:r>
      <w:r>
        <w:rPr>
          <w:b w:val="0"/>
          <w:i w:val="0"/>
          <w:smallCaps w:val="0"/>
          <w:strike w:val="0"/>
          <w:highlight w:val="green"/>
          <w:u w:val="single"/>
        </w:rPr>
        <w:t>n</w:t>
      </w:r>
      <w:r>
        <w:rPr>
          <w:b w:val="0"/>
          <w:i w:val="0"/>
          <w:smallCaps w:val="0"/>
          <w:strike w:val="0"/>
          <w:sz w:val="16"/>
          <w:u w:val="none"/>
        </w:rPr>
        <w:t xml:space="preserve">d </w:t>
      </w:r>
      <w:r>
        <w:rPr>
          <w:b w:val="0"/>
          <w:i w:val="0"/>
          <w:smallCaps w:val="0"/>
          <w:strike w:val="0"/>
          <w:highlight w:val="green"/>
          <w:u w:val="single"/>
        </w:rPr>
        <w:t>d</w:t>
      </w:r>
      <w:r>
        <w:rPr>
          <w:b w:val="0"/>
          <w:i w:val="0"/>
          <w:smallCaps w:val="0"/>
          <w:strike w:val="0"/>
          <w:sz w:val="16"/>
          <w:u w:val="none"/>
        </w:rPr>
        <w:t xml:space="preserve">evelopment, </w:t>
      </w:r>
      <w:r>
        <w:rPr>
          <w:b w:val="0"/>
          <w:i w:val="0"/>
          <w:smallCaps w:val="0"/>
          <w:strike w:val="0"/>
          <w:highlight w:val="green"/>
          <w:u w:val="single"/>
        </w:rPr>
        <w:t>they focused on</w:t>
      </w:r>
      <w:r>
        <w:rPr>
          <w:b w:val="0"/>
          <w:i w:val="0"/>
          <w:smallCaps w:val="0"/>
          <w:strike w:val="0"/>
          <w:u w:val="single"/>
        </w:rPr>
        <w:t xml:space="preserve"> </w:t>
      </w:r>
      <w:r>
        <w:rPr>
          <w:b w:val="0"/>
          <w:i w:val="0"/>
          <w:smallCaps w:val="0"/>
          <w:strike w:val="0"/>
          <w:highlight w:val="green"/>
          <w:u w:val="single"/>
        </w:rPr>
        <w:t>protecting</w:t>
      </w:r>
      <w:r>
        <w:rPr>
          <w:b w:val="0"/>
          <w:i w:val="0"/>
          <w:smallCaps w:val="0"/>
          <w:strike w:val="0"/>
          <w:sz w:val="16"/>
          <w:u w:val="none"/>
        </w:rPr>
        <w:t xml:space="preserve"> </w:t>
      </w:r>
      <w:r>
        <w:rPr>
          <w:b w:val="0"/>
          <w:i w:val="0"/>
          <w:smallCaps w:val="0"/>
          <w:strike w:val="0"/>
          <w:u w:val="single"/>
        </w:rPr>
        <w:t>their</w:t>
      </w:r>
      <w:r>
        <w:rPr>
          <w:b w:val="0"/>
          <w:i w:val="0"/>
          <w:smallCaps w:val="0"/>
          <w:strike w:val="0"/>
          <w:sz w:val="16"/>
          <w:u w:val="none"/>
        </w:rPr>
        <w:t xml:space="preserve"> </w:t>
      </w:r>
      <w:r>
        <w:rPr>
          <w:b w:val="0"/>
          <w:i w:val="0"/>
          <w:smallCaps w:val="0"/>
          <w:strike w:val="0"/>
          <w:highlight w:val="green"/>
          <w:u w:val="single"/>
        </w:rPr>
        <w:t>i</w:t>
      </w:r>
      <w:r>
        <w:rPr>
          <w:b w:val="0"/>
          <w:i w:val="0"/>
          <w:smallCaps w:val="0"/>
          <w:strike w:val="0"/>
          <w:sz w:val="16"/>
          <w:u w:val="none"/>
        </w:rPr>
        <w:t xml:space="preserve">ntellectual </w:t>
      </w:r>
      <w:r>
        <w:rPr>
          <w:b w:val="0"/>
          <w:i w:val="0"/>
          <w:smallCaps w:val="0"/>
          <w:strike w:val="0"/>
          <w:highlight w:val="green"/>
          <w:u w:val="single"/>
        </w:rPr>
        <w:t>p</w:t>
      </w:r>
      <w:r>
        <w:rPr>
          <w:b w:val="0"/>
          <w:i w:val="0"/>
          <w:smallCaps w:val="0"/>
          <w:strike w:val="0"/>
          <w:sz w:val="16"/>
          <w:u w:val="none"/>
        </w:rPr>
        <w:t xml:space="preserve">roperty. The pharmaceutical industry gutted research and development of new drugs. They got rid of all of many parts of that process that they could contract out or buy from others. </w:t>
      </w:r>
      <w:r>
        <w:rPr>
          <w:b w:val="0"/>
          <w:i w:val="0"/>
          <w:smallCaps w:val="0"/>
          <w:strike w:val="0"/>
          <w:highlight w:val="green"/>
          <w:u w:val="single"/>
        </w:rPr>
        <w:t xml:space="preserve">What </w:t>
      </w:r>
      <w:r>
        <w:rPr>
          <w:b w:val="0"/>
          <w:i w:val="0"/>
          <w:smallCaps w:val="0"/>
          <w:strike w:val="0"/>
          <w:u w:val="single"/>
        </w:rPr>
        <w:t xml:space="preserve">they </w:t>
      </w:r>
      <w:r>
        <w:rPr>
          <w:b w:val="0"/>
          <w:i w:val="0"/>
          <w:smallCaps w:val="0"/>
          <w:strike w:val="0"/>
          <w:highlight w:val="green"/>
          <w:u w:val="single"/>
        </w:rPr>
        <w:t xml:space="preserve">were left </w:t>
      </w:r>
      <w:r>
        <w:rPr>
          <w:b w:val="0"/>
          <w:i w:val="0"/>
          <w:smallCaps w:val="0"/>
          <w:strike w:val="0"/>
          <w:u w:val="single"/>
        </w:rPr>
        <w:t xml:space="preserve">with </w:t>
      </w:r>
      <w:r>
        <w:rPr>
          <w:b w:val="0"/>
          <w:i w:val="0"/>
          <w:smallCaps w:val="0"/>
          <w:strike w:val="0"/>
          <w:highlight w:val="green"/>
          <w:u w:val="single"/>
        </w:rPr>
        <w:t>were drug monopolies</w:t>
      </w:r>
      <w:r>
        <w:rPr>
          <w:b w:val="0"/>
          <w:i w:val="0"/>
          <w:smallCaps w:val="0"/>
          <w:strike w:val="0"/>
          <w:sz w:val="16"/>
          <w:u w:val="none"/>
        </w:rPr>
        <w:t xml:space="preserve"> and that really changed how they behaved.</w:t>
      </w:r>
    </w:p>
    <w:p>
      <w:pPr>
        <w:spacing w:after="60"/>
      </w:pPr>
      <w:r>
        <w:rPr>
          <w:b w:val="0"/>
          <w:i w:val="0"/>
          <w:smallCaps w:val="0"/>
          <w:strike w:val="0"/>
          <w:highlight w:val="green"/>
          <w:u w:val="single"/>
        </w:rPr>
        <w:t>Today</w:t>
      </w:r>
      <w:r>
        <w:rPr>
          <w:b w:val="0"/>
          <w:i w:val="0"/>
          <w:smallCaps w:val="0"/>
          <w:strike w:val="0"/>
          <w:sz w:val="16"/>
          <w:u w:val="none"/>
        </w:rPr>
        <w:t xml:space="preserve">, by and large, the </w:t>
      </w:r>
      <w:r>
        <w:rPr>
          <w:b w:val="0"/>
          <w:i w:val="0"/>
          <w:smallCaps w:val="0"/>
          <w:strike w:val="0"/>
          <w:highlight w:val="green"/>
          <w:u w:val="single"/>
        </w:rPr>
        <w:t>pharma</w:t>
      </w:r>
      <w:r>
        <w:rPr>
          <w:b w:val="0"/>
          <w:i w:val="0"/>
          <w:smallCaps w:val="0"/>
          <w:strike w:val="0"/>
          <w:sz w:val="16"/>
          <w:u w:val="none"/>
        </w:rPr>
        <w:t xml:space="preserve">ceutical industry </w:t>
      </w:r>
      <w:r>
        <w:rPr>
          <w:b w:val="0"/>
          <w:i w:val="0"/>
          <w:smallCaps w:val="0"/>
          <w:strike w:val="0"/>
          <w:highlight w:val="green"/>
          <w:u w:val="single"/>
        </w:rPr>
        <w:t>does little to</w:t>
      </w:r>
      <w:r>
        <w:rPr>
          <w:b w:val="0"/>
          <w:i w:val="0"/>
          <w:smallCaps w:val="0"/>
          <w:strike w:val="0"/>
          <w:u w:val="single"/>
        </w:rPr>
        <w:t xml:space="preserve"> </w:t>
      </w:r>
      <w:r>
        <w:rPr>
          <w:b w:val="0"/>
          <w:i w:val="0"/>
          <w:smallCaps w:val="0"/>
          <w:strike w:val="0"/>
          <w:sz w:val="16"/>
          <w:u w:val="none"/>
        </w:rPr>
        <w:t xml:space="preserve">research and </w:t>
      </w:r>
      <w:r>
        <w:rPr>
          <w:b w:val="0"/>
          <w:i w:val="0"/>
          <w:smallCaps w:val="0"/>
          <w:strike w:val="0"/>
          <w:highlight w:val="green"/>
          <w:u w:val="single"/>
        </w:rPr>
        <w:t>develop drugs</w:t>
      </w:r>
      <w:r>
        <w:rPr>
          <w:b w:val="0"/>
          <w:i w:val="0"/>
          <w:smallCaps w:val="0"/>
          <w:strike w:val="0"/>
          <w:sz w:val="16"/>
          <w:u w:val="none"/>
        </w:rPr>
        <w:t xml:space="preserve">. </w:t>
      </w:r>
      <w:r>
        <w:rPr>
          <w:b w:val="0"/>
          <w:i w:val="0"/>
          <w:smallCaps w:val="0"/>
          <w:strike w:val="0"/>
          <w:highlight w:val="green"/>
          <w:u w:val="single"/>
        </w:rPr>
        <w:t>They</w:t>
      </w:r>
      <w:r>
        <w:rPr>
          <w:b w:val="0"/>
          <w:i w:val="0"/>
          <w:smallCaps w:val="0"/>
          <w:strike w:val="0"/>
          <w:u w:val="single"/>
        </w:rPr>
        <w:t xml:space="preserve"> </w:t>
      </w:r>
      <w:r>
        <w:rPr>
          <w:b w:val="0"/>
          <w:i w:val="0"/>
          <w:smallCaps w:val="0"/>
          <w:strike w:val="0"/>
          <w:highlight w:val="green"/>
          <w:u w:val="single"/>
        </w:rPr>
        <w:t>buy</w:t>
      </w:r>
      <w:r>
        <w:rPr>
          <w:b w:val="0"/>
          <w:i w:val="0"/>
          <w:smallCaps w:val="0"/>
          <w:strike w:val="0"/>
          <w:sz w:val="16"/>
          <w:u w:val="none"/>
        </w:rPr>
        <w:t xml:space="preserve"> up </w:t>
      </w:r>
      <w:r>
        <w:rPr>
          <w:b w:val="0"/>
          <w:i w:val="0"/>
          <w:smallCaps w:val="0"/>
          <w:strike w:val="0"/>
          <w:u w:val="single"/>
        </w:rPr>
        <w:t xml:space="preserve">other </w:t>
      </w:r>
      <w:r>
        <w:rPr>
          <w:b w:val="0"/>
          <w:i w:val="0"/>
          <w:smallCaps w:val="0"/>
          <w:strike w:val="0"/>
          <w:highlight w:val="green"/>
          <w:u w:val="single"/>
        </w:rPr>
        <w:t>companies</w:t>
      </w:r>
      <w:r>
        <w:rPr>
          <w:b w:val="0"/>
          <w:i w:val="0"/>
          <w:smallCaps w:val="0"/>
          <w:strike w:val="0"/>
          <w:u w:val="single"/>
        </w:rPr>
        <w:t xml:space="preserve"> </w:t>
      </w:r>
      <w:r>
        <w:rPr>
          <w:b w:val="0"/>
          <w:i w:val="0"/>
          <w:smallCaps w:val="0"/>
          <w:strike w:val="0"/>
          <w:highlight w:val="green"/>
          <w:u w:val="single"/>
        </w:rPr>
        <w:t>that</w:t>
      </w:r>
      <w:r>
        <w:rPr>
          <w:b w:val="0"/>
          <w:i w:val="0"/>
          <w:smallCaps w:val="0"/>
          <w:strike w:val="0"/>
          <w:u w:val="single"/>
        </w:rPr>
        <w:t xml:space="preserve"> </w:t>
      </w:r>
      <w:r>
        <w:rPr>
          <w:b w:val="0"/>
          <w:i w:val="0"/>
          <w:smallCaps w:val="0"/>
          <w:strike w:val="0"/>
          <w:highlight w:val="green"/>
          <w:u w:val="single"/>
        </w:rPr>
        <w:t>have</w:t>
      </w:r>
      <w:r>
        <w:rPr>
          <w:b w:val="0"/>
          <w:i w:val="0"/>
          <w:smallCaps w:val="0"/>
          <w:strike w:val="0"/>
          <w:u w:val="single"/>
        </w:rPr>
        <w:t xml:space="preserve"> </w:t>
      </w:r>
      <w:r>
        <w:rPr>
          <w:b w:val="0"/>
          <w:i w:val="0"/>
          <w:smallCaps w:val="0"/>
          <w:strike w:val="0"/>
          <w:highlight w:val="green"/>
          <w:u w:val="single"/>
        </w:rPr>
        <w:t>done</w:t>
      </w:r>
      <w:r>
        <w:rPr>
          <w:b w:val="0"/>
          <w:i w:val="0"/>
          <w:smallCaps w:val="0"/>
          <w:strike w:val="0"/>
          <w:u w:val="single"/>
        </w:rPr>
        <w:t xml:space="preserve"> that </w:t>
      </w:r>
      <w:r>
        <w:rPr>
          <w:b w:val="0"/>
          <w:i w:val="0"/>
          <w:smallCaps w:val="0"/>
          <w:strike w:val="0"/>
          <w:highlight w:val="green"/>
          <w:u w:val="single"/>
        </w:rPr>
        <w:t>research</w:t>
      </w:r>
      <w:r>
        <w:rPr>
          <w:b w:val="0"/>
          <w:i w:val="0"/>
          <w:smallCaps w:val="0"/>
          <w:strike w:val="0"/>
          <w:sz w:val="16"/>
          <w:u w:val="none"/>
        </w:rPr>
        <w:t xml:space="preserve">, </w:t>
      </w:r>
      <w:r>
        <w:rPr>
          <w:b w:val="0"/>
          <w:i w:val="0"/>
          <w:smallCaps w:val="0"/>
          <w:strike w:val="0"/>
          <w:u w:val="single"/>
        </w:rPr>
        <w:t xml:space="preserve">often </w:t>
      </w:r>
      <w:r>
        <w:rPr>
          <w:b w:val="0"/>
          <w:i w:val="0"/>
          <w:smallCaps w:val="0"/>
          <w:strike w:val="0"/>
          <w:highlight w:val="green"/>
          <w:u w:val="single"/>
        </w:rPr>
        <w:t>with</w:t>
      </w:r>
      <w:r>
        <w:rPr>
          <w:b w:val="0"/>
          <w:i w:val="0"/>
          <w:smallCaps w:val="0"/>
          <w:strike w:val="0"/>
          <w:u w:val="single"/>
        </w:rPr>
        <w:t xml:space="preserve"> huge amounts of </w:t>
      </w:r>
      <w:r>
        <w:rPr>
          <w:b w:val="0"/>
          <w:i w:val="0"/>
          <w:smallCaps w:val="0"/>
          <w:strike w:val="0"/>
          <w:highlight w:val="green"/>
          <w:u w:val="single"/>
        </w:rPr>
        <w:t>taxpayer</w:t>
      </w:r>
      <w:r>
        <w:rPr>
          <w:b w:val="0"/>
          <w:i w:val="0"/>
          <w:smallCaps w:val="0"/>
          <w:strike w:val="0"/>
          <w:u w:val="single"/>
        </w:rPr>
        <w:t xml:space="preserve"> </w:t>
      </w:r>
      <w:r>
        <w:rPr>
          <w:b w:val="0"/>
          <w:i w:val="0"/>
          <w:smallCaps w:val="0"/>
          <w:strike w:val="0"/>
          <w:highlight w:val="green"/>
          <w:u w:val="single"/>
        </w:rPr>
        <w:t>funding</w:t>
      </w:r>
      <w:r>
        <w:rPr>
          <w:b w:val="0"/>
          <w:i w:val="0"/>
          <w:smallCaps w:val="0"/>
          <w:strike w:val="0"/>
          <w:u w:val="single"/>
        </w:rPr>
        <w:t xml:space="preserve">. As a consequence, if you are a </w:t>
      </w:r>
      <w:r>
        <w:rPr>
          <w:b w:val="0"/>
          <w:i w:val="0"/>
          <w:smallCaps w:val="0"/>
          <w:strike w:val="0"/>
          <w:highlight w:val="green"/>
          <w:u w:val="single"/>
        </w:rPr>
        <w:t>company that profits</w:t>
      </w:r>
      <w:r>
        <w:rPr>
          <w:b w:val="0"/>
          <w:i w:val="0"/>
          <w:smallCaps w:val="0"/>
          <w:strike w:val="0"/>
          <w:sz w:val="16"/>
          <w:u w:val="none"/>
        </w:rPr>
        <w:t xml:space="preserve"> primarily </w:t>
      </w:r>
      <w:r>
        <w:rPr>
          <w:b w:val="0"/>
          <w:i w:val="0"/>
          <w:smallCaps w:val="0"/>
          <w:strike w:val="0"/>
          <w:highlight w:val="green"/>
          <w:u w:val="single"/>
        </w:rPr>
        <w:t>from</w:t>
      </w:r>
      <w:r>
        <w:rPr>
          <w:b w:val="0"/>
          <w:i w:val="0"/>
          <w:smallCaps w:val="0"/>
          <w:strike w:val="0"/>
          <w:sz w:val="16"/>
          <w:u w:val="none"/>
        </w:rPr>
        <w:t xml:space="preserve"> </w:t>
      </w:r>
      <w:r>
        <w:rPr>
          <w:b w:val="0"/>
          <w:i w:val="0"/>
          <w:smallCaps w:val="0"/>
          <w:strike w:val="0"/>
          <w:highlight w:val="green"/>
          <w:u w:val="single"/>
        </w:rPr>
        <w:t>i</w:t>
      </w:r>
      <w:r>
        <w:rPr>
          <w:b w:val="0"/>
          <w:i w:val="0"/>
          <w:smallCaps w:val="0"/>
          <w:strike w:val="0"/>
          <w:sz w:val="16"/>
          <w:u w:val="none"/>
        </w:rPr>
        <w:t xml:space="preserve">ntellectual </w:t>
      </w:r>
      <w:r>
        <w:rPr>
          <w:b w:val="0"/>
          <w:i w:val="0"/>
          <w:smallCaps w:val="0"/>
          <w:strike w:val="0"/>
          <w:highlight w:val="green"/>
          <w:u w:val="single"/>
        </w:rPr>
        <w:t>p</w:t>
      </w:r>
      <w:r>
        <w:rPr>
          <w:b w:val="0"/>
          <w:i w:val="0"/>
          <w:smallCaps w:val="0"/>
          <w:strike w:val="0"/>
          <w:sz w:val="16"/>
          <w:u w:val="none"/>
        </w:rPr>
        <w:t xml:space="preserve">roperty, </w:t>
      </w:r>
      <w:r>
        <w:rPr>
          <w:b w:val="0"/>
          <w:i w:val="0"/>
          <w:smallCaps w:val="0"/>
          <w:strike w:val="0"/>
          <w:highlight w:val="green"/>
          <w:u w:val="single"/>
        </w:rPr>
        <w:t>what’s important</w:t>
      </w:r>
      <w:r>
        <w:rPr>
          <w:b w:val="0"/>
          <w:i w:val="0"/>
          <w:smallCaps w:val="0"/>
          <w:strike w:val="0"/>
          <w:u w:val="single"/>
        </w:rPr>
        <w:t xml:space="preserve"> to </w:t>
      </w:r>
      <w:r>
        <w:rPr>
          <w:b w:val="0"/>
          <w:i w:val="0"/>
          <w:smallCaps w:val="0"/>
          <w:strike w:val="0"/>
          <w:sz w:val="16"/>
          <w:u w:val="none"/>
        </w:rPr>
        <w:t xml:space="preserve">you </w:t>
      </w:r>
      <w:r>
        <w:rPr>
          <w:b w:val="0"/>
          <w:i w:val="0"/>
          <w:smallCaps w:val="0"/>
          <w:strike w:val="0"/>
          <w:highlight w:val="green"/>
          <w:u w:val="single"/>
        </w:rPr>
        <w:t>is not</w:t>
      </w:r>
      <w:r>
        <w:rPr>
          <w:b w:val="0"/>
          <w:i w:val="0"/>
          <w:smallCaps w:val="0"/>
          <w:strike w:val="0"/>
          <w:u w:val="single"/>
        </w:rPr>
        <w:t xml:space="preserve"> </w:t>
      </w:r>
      <w:r>
        <w:rPr>
          <w:b w:val="0"/>
          <w:i w:val="0"/>
          <w:smallCaps w:val="0"/>
          <w:strike w:val="0"/>
          <w:sz w:val="16"/>
          <w:u w:val="none"/>
        </w:rPr>
        <w:t>doctors and</w:t>
      </w:r>
      <w:r>
        <w:rPr>
          <w:b w:val="0"/>
          <w:i w:val="0"/>
          <w:smallCaps w:val="0"/>
          <w:strike w:val="0"/>
          <w:u w:val="single"/>
        </w:rPr>
        <w:t xml:space="preserve"> medical </w:t>
      </w:r>
      <w:r>
        <w:rPr>
          <w:b w:val="0"/>
          <w:i w:val="0"/>
          <w:smallCaps w:val="0"/>
          <w:strike w:val="0"/>
          <w:highlight w:val="green"/>
          <w:u w:val="single"/>
        </w:rPr>
        <w:t>researchers</w:t>
      </w:r>
      <w:r>
        <w:rPr>
          <w:b w:val="0"/>
          <w:i w:val="0"/>
          <w:smallCaps w:val="0"/>
          <w:strike w:val="0"/>
          <w:u w:val="single"/>
        </w:rPr>
        <w:t xml:space="preserve"> </w:t>
      </w:r>
      <w:r>
        <w:rPr>
          <w:b w:val="0"/>
          <w:i w:val="0"/>
          <w:smallCaps w:val="0"/>
          <w:strike w:val="0"/>
          <w:highlight w:val="green"/>
          <w:u w:val="single"/>
        </w:rPr>
        <w:t>but</w:t>
      </w:r>
      <w:r>
        <w:rPr>
          <w:b w:val="0"/>
          <w:i w:val="0"/>
          <w:smallCaps w:val="0"/>
          <w:strike w:val="0"/>
          <w:u w:val="single"/>
        </w:rPr>
        <w:t xml:space="preserve"> </w:t>
      </w:r>
      <w:r>
        <w:rPr>
          <w:b w:val="0"/>
          <w:i w:val="0"/>
          <w:smallCaps w:val="0"/>
          <w:strike w:val="0"/>
          <w:highlight w:val="green"/>
          <w:u w:val="single"/>
        </w:rPr>
        <w:t>lobbyists</w:t>
      </w:r>
      <w:r>
        <w:rPr>
          <w:b w:val="0"/>
          <w:i w:val="0"/>
          <w:smallCaps w:val="0"/>
          <w:strike w:val="0"/>
          <w:u w:val="single"/>
        </w:rPr>
        <w:t xml:space="preserve"> </w:t>
      </w:r>
      <w:r>
        <w:rPr>
          <w:b w:val="0"/>
          <w:i w:val="0"/>
          <w:smallCaps w:val="0"/>
          <w:strike w:val="0"/>
          <w:sz w:val="16"/>
          <w:u w:val="none"/>
        </w:rPr>
        <w:t xml:space="preserve">and lawyers, </w:t>
      </w:r>
      <w:r>
        <w:rPr>
          <w:b w:val="0"/>
          <w:i w:val="0"/>
          <w:smallCaps w:val="0"/>
          <w:strike w:val="0"/>
          <w:u w:val="single"/>
        </w:rPr>
        <w:t>because they are the people who are going to extend</w:t>
      </w:r>
      <w:r>
        <w:rPr>
          <w:b w:val="0"/>
          <w:i w:val="0"/>
          <w:smallCaps w:val="0"/>
          <w:strike w:val="0"/>
          <w:sz w:val="16"/>
          <w:u w:val="none"/>
        </w:rPr>
        <w:t xml:space="preserve"> and deepen </w:t>
      </w:r>
      <w:r>
        <w:rPr>
          <w:b w:val="0"/>
          <w:i w:val="0"/>
          <w:smallCaps w:val="0"/>
          <w:strike w:val="0"/>
          <w:u w:val="single"/>
        </w:rPr>
        <w:t>your patents</w:t>
      </w:r>
      <w:r>
        <w:rPr>
          <w:b w:val="0"/>
          <w:i w:val="0"/>
          <w:smallCaps w:val="0"/>
          <w:strike w:val="0"/>
          <w:sz w:val="16"/>
          <w:u w:val="none"/>
        </w:rPr>
        <w:t>.</w:t>
      </w:r>
    </w:p>
    <w:p>
      <w:pPr>
        <w:spacing w:after="60"/>
      </w:pPr>
      <w:r>
        <w:rPr>
          <w:b w:val="0"/>
          <w:i w:val="0"/>
          <w:smallCaps w:val="0"/>
          <w:strike w:val="0"/>
          <w:sz w:val="16"/>
          <w:u w:val="none"/>
        </w:rPr>
        <w:t>You have no interest in medicines that would treat diseases primarily suffered by poor people in poor countries; you have no interest in dealing with pathogens that could cause the next pandemic, because in all likelihood, a pandemic won’t be caused by that specific pathogen. They have very little interest in curing disease, because their ultimate blockbuster is lifelong treatment for chronic disease — that’s where enormous amounts of their time and energy are spent.</w:t>
      </w:r>
    </w:p>
    <w:p>
      <w:pPr>
        <w:spacing w:after="60"/>
      </w:pPr>
      <w:r>
        <w:rPr>
          <w:b w:val="0"/>
          <w:i w:val="0"/>
          <w:smallCaps w:val="0"/>
          <w:strike w:val="0"/>
          <w:u w:val="single"/>
        </w:rPr>
        <w:t xml:space="preserve">Martin </w:t>
      </w:r>
      <w:r>
        <w:rPr>
          <w:b w:val="0"/>
          <w:i w:val="0"/>
          <w:smallCaps w:val="0"/>
          <w:strike w:val="0"/>
          <w:highlight w:val="green"/>
          <w:u w:val="single"/>
        </w:rPr>
        <w:t>Shkreli</w:t>
      </w:r>
      <w:r>
        <w:rPr>
          <w:b w:val="0"/>
          <w:i w:val="0"/>
          <w:smallCaps w:val="0"/>
          <w:strike w:val="0"/>
          <w:u w:val="single"/>
        </w:rPr>
        <w:t xml:space="preserve"> </w:t>
      </w:r>
      <w:r>
        <w:rPr>
          <w:b w:val="0"/>
          <w:i w:val="0"/>
          <w:smallCaps w:val="0"/>
          <w:strike w:val="0"/>
          <w:highlight w:val="green"/>
          <w:u w:val="single"/>
        </w:rPr>
        <w:t>is</w:t>
      </w:r>
      <w:r>
        <w:rPr>
          <w:b w:val="0"/>
          <w:i w:val="0"/>
          <w:smallCaps w:val="0"/>
          <w:strike w:val="0"/>
          <w:u w:val="single"/>
        </w:rPr>
        <w:t xml:space="preserve"> </w:t>
      </w:r>
      <w:r>
        <w:rPr>
          <w:b w:val="0"/>
          <w:i w:val="0"/>
          <w:smallCaps w:val="0"/>
          <w:strike w:val="0"/>
          <w:highlight w:val="green"/>
          <w:u w:val="single"/>
        </w:rPr>
        <w:t>a</w:t>
      </w:r>
      <w:r>
        <w:rPr>
          <w:b w:val="0"/>
          <w:i w:val="0"/>
          <w:smallCaps w:val="0"/>
          <w:strike w:val="0"/>
          <w:u w:val="single"/>
        </w:rPr>
        <w:t xml:space="preserve"> great </w:t>
      </w:r>
      <w:r>
        <w:rPr>
          <w:b w:val="0"/>
          <w:i w:val="0"/>
          <w:smallCaps w:val="0"/>
          <w:strike w:val="0"/>
          <w:highlight w:val="green"/>
          <w:u w:val="single"/>
        </w:rPr>
        <w:t>example</w:t>
      </w:r>
      <w:r>
        <w:rPr>
          <w:b w:val="0"/>
          <w:i w:val="0"/>
          <w:smallCaps w:val="0"/>
          <w:strike w:val="0"/>
          <w:u w:val="single"/>
        </w:rPr>
        <w:t xml:space="preserve"> </w:t>
      </w:r>
      <w:r>
        <w:rPr>
          <w:b w:val="0"/>
          <w:i w:val="0"/>
          <w:smallCaps w:val="0"/>
          <w:strike w:val="0"/>
          <w:highlight w:val="green"/>
          <w:u w:val="single"/>
        </w:rPr>
        <w:t>of</w:t>
      </w:r>
      <w:r>
        <w:rPr>
          <w:b w:val="0"/>
          <w:i w:val="0"/>
          <w:smallCaps w:val="0"/>
          <w:strike w:val="0"/>
          <w:u w:val="single"/>
        </w:rPr>
        <w:t xml:space="preserve"> </w:t>
      </w:r>
      <w:r>
        <w:rPr>
          <w:b w:val="0"/>
          <w:i w:val="0"/>
          <w:smallCaps w:val="0"/>
          <w:strike w:val="0"/>
          <w:highlight w:val="green"/>
          <w:u w:val="single"/>
        </w:rPr>
        <w:t>what’s</w:t>
      </w:r>
      <w:r>
        <w:rPr>
          <w:b w:val="0"/>
          <w:i w:val="0"/>
          <w:smallCaps w:val="0"/>
          <w:strike w:val="0"/>
          <w:u w:val="single"/>
        </w:rPr>
        <w:t xml:space="preserve"> </w:t>
      </w:r>
      <w:r>
        <w:rPr>
          <w:b w:val="0"/>
          <w:i w:val="0"/>
          <w:smallCaps w:val="0"/>
          <w:strike w:val="0"/>
          <w:highlight w:val="green"/>
          <w:u w:val="single"/>
        </w:rPr>
        <w:t>happened</w:t>
      </w:r>
      <w:r>
        <w:rPr>
          <w:b w:val="0"/>
          <w:i w:val="0"/>
          <w:smallCaps w:val="0"/>
          <w:strike w:val="0"/>
          <w:u w:val="single"/>
        </w:rPr>
        <w:t xml:space="preserve"> to the industr</w:t>
      </w:r>
      <w:r>
        <w:rPr>
          <w:b w:val="0"/>
          <w:i w:val="0"/>
          <w:smallCaps w:val="0"/>
          <w:strike w:val="0"/>
          <w:sz w:val="16"/>
          <w:u w:val="none"/>
        </w:rPr>
        <w:t xml:space="preserve">y. </w:t>
      </w:r>
      <w:r>
        <w:rPr>
          <w:b w:val="0"/>
          <w:i w:val="0"/>
          <w:smallCaps w:val="0"/>
          <w:strike w:val="0"/>
          <w:highlight w:val="green"/>
          <w:u w:val="single"/>
        </w:rPr>
        <w:t>He realized there was</w:t>
      </w:r>
      <w:r>
        <w:rPr>
          <w:b w:val="0"/>
          <w:i w:val="0"/>
          <w:smallCaps w:val="0"/>
          <w:strike w:val="0"/>
          <w:sz w:val="16"/>
          <w:u w:val="none"/>
        </w:rPr>
        <w:t xml:space="preserve"> effectively </w:t>
      </w:r>
      <w:r>
        <w:rPr>
          <w:b w:val="0"/>
          <w:i w:val="0"/>
          <w:smallCaps w:val="0"/>
          <w:strike w:val="0"/>
          <w:highlight w:val="green"/>
          <w:u w:val="single"/>
        </w:rPr>
        <w:t>a monopoly on</w:t>
      </w:r>
      <w:r>
        <w:rPr>
          <w:b w:val="0"/>
          <w:i w:val="0"/>
          <w:smallCaps w:val="0"/>
          <w:strike w:val="0"/>
          <w:u w:val="single"/>
        </w:rPr>
        <w:t xml:space="preserve"> </w:t>
      </w:r>
      <w:r>
        <w:rPr>
          <w:b w:val="0"/>
          <w:i w:val="0"/>
          <w:smallCaps w:val="0"/>
          <w:strike w:val="0"/>
          <w:highlight w:val="green"/>
          <w:u w:val="single"/>
        </w:rPr>
        <w:t>a</w:t>
      </w:r>
      <w:r>
        <w:rPr>
          <w:b w:val="0"/>
          <w:i w:val="0"/>
          <w:smallCaps w:val="0"/>
          <w:strike w:val="0"/>
          <w:sz w:val="16"/>
          <w:u w:val="none"/>
        </w:rPr>
        <w:t xml:space="preserve">n antiparasitic </w:t>
      </w:r>
      <w:r>
        <w:rPr>
          <w:b w:val="0"/>
          <w:i w:val="0"/>
          <w:smallCaps w:val="0"/>
          <w:strike w:val="0"/>
          <w:highlight w:val="green"/>
          <w:u w:val="single"/>
        </w:rPr>
        <w:t>treatment</w:t>
      </w:r>
      <w:r>
        <w:rPr>
          <w:b w:val="0"/>
          <w:i w:val="0"/>
          <w:smallCaps w:val="0"/>
          <w:strike w:val="0"/>
          <w:sz w:val="16"/>
          <w:u w:val="none"/>
        </w:rPr>
        <w:t xml:space="preserve"> particularly </w:t>
      </w:r>
      <w:r>
        <w:rPr>
          <w:b w:val="0"/>
          <w:i w:val="0"/>
          <w:smallCaps w:val="0"/>
          <w:strike w:val="0"/>
          <w:u w:val="single"/>
        </w:rPr>
        <w:t>needed</w:t>
      </w:r>
      <w:r>
        <w:rPr>
          <w:b w:val="0"/>
          <w:i w:val="0"/>
          <w:smallCaps w:val="0"/>
          <w:strike w:val="0"/>
          <w:sz w:val="16"/>
          <w:u w:val="none"/>
        </w:rPr>
        <w:t xml:space="preserve"> </w:t>
      </w:r>
      <w:r>
        <w:rPr>
          <w:b w:val="0"/>
          <w:i w:val="0"/>
          <w:smallCaps w:val="0"/>
          <w:strike w:val="0"/>
          <w:u w:val="single"/>
        </w:rPr>
        <w:t>by people with HIV</w:t>
      </w:r>
      <w:r>
        <w:rPr>
          <w:b w:val="0"/>
          <w:i w:val="0"/>
          <w:smallCaps w:val="0"/>
          <w:strike w:val="0"/>
          <w:sz w:val="16"/>
          <w:u w:val="none"/>
        </w:rPr>
        <w:t xml:space="preserve">, </w:t>
      </w:r>
      <w:r>
        <w:rPr>
          <w:b w:val="0"/>
          <w:i w:val="0"/>
          <w:smallCaps w:val="0"/>
          <w:strike w:val="0"/>
          <w:highlight w:val="green"/>
          <w:u w:val="single"/>
        </w:rPr>
        <w:t>so he</w:t>
      </w:r>
      <w:r>
        <w:rPr>
          <w:b w:val="0"/>
          <w:i w:val="0"/>
          <w:smallCaps w:val="0"/>
          <w:strike w:val="0"/>
          <w:sz w:val="16"/>
          <w:highlight w:val="green"/>
          <w:u w:val="none"/>
        </w:rPr>
        <w:t xml:space="preserve"> </w:t>
      </w:r>
      <w:r>
        <w:rPr>
          <w:b w:val="0"/>
          <w:i w:val="0"/>
          <w:smallCaps w:val="0"/>
          <w:strike w:val="0"/>
          <w:highlight w:val="green"/>
          <w:u w:val="single"/>
        </w:rPr>
        <w:t>bought the drug and</w:t>
      </w:r>
      <w:r>
        <w:rPr>
          <w:b w:val="0"/>
          <w:i w:val="0"/>
          <w:smallCaps w:val="0"/>
          <w:strike w:val="0"/>
          <w:sz w:val="16"/>
          <w:u w:val="none"/>
        </w:rPr>
        <w:t xml:space="preserve"> then he </w:t>
      </w:r>
      <w:r>
        <w:rPr>
          <w:b w:val="0"/>
          <w:i w:val="0"/>
          <w:smallCaps w:val="0"/>
          <w:strike w:val="0"/>
          <w:highlight w:val="green"/>
          <w:u w:val="single"/>
        </w:rPr>
        <w:t xml:space="preserve">jacked </w:t>
      </w:r>
      <w:r>
        <w:rPr>
          <w:b w:val="0"/>
          <w:i w:val="0"/>
          <w:smallCaps w:val="0"/>
          <w:strike w:val="0"/>
          <w:u w:val="single"/>
        </w:rPr>
        <w:t xml:space="preserve">up </w:t>
      </w:r>
      <w:r>
        <w:rPr>
          <w:b w:val="0"/>
          <w:i w:val="0"/>
          <w:smallCaps w:val="0"/>
          <w:strike w:val="0"/>
          <w:highlight w:val="green"/>
          <w:u w:val="single"/>
        </w:rPr>
        <w:t>the price by 5,000 percent</w:t>
      </w:r>
      <w:r>
        <w:rPr>
          <w:b w:val="0"/>
          <w:i w:val="0"/>
          <w:smallCaps w:val="0"/>
          <w:strike w:val="0"/>
          <w:sz w:val="16"/>
          <w:u w:val="none"/>
        </w:rPr>
        <w:t xml:space="preserve"> overnight. Later, when he was asked if he had any regrets, he replied, “I regret not raising the price further.”</w:t>
      </w:r>
    </w:p>
    <w:p>
      <w:pPr>
        <w:spacing w:after="60"/>
      </w:pPr>
      <w:r>
        <w:rPr>
          <w:b w:val="0"/>
          <w:i w:val="0"/>
          <w:smallCaps w:val="0"/>
          <w:strike w:val="0"/>
          <w:sz w:val="16"/>
          <w:u w:val="none"/>
        </w:rPr>
        <w:t xml:space="preserve">Shkreli went on to make some really interesting comments that I find very applicable to </w:t>
      </w:r>
      <w:r>
        <w:rPr>
          <w:b w:val="0"/>
          <w:i w:val="0"/>
          <w:smallCaps w:val="0"/>
          <w:strike w:val="0"/>
          <w:u w:val="single"/>
        </w:rPr>
        <w:t xml:space="preserve">the </w:t>
      </w:r>
      <w:r>
        <w:rPr>
          <w:b w:val="0"/>
          <w:i w:val="0"/>
          <w:smallCaps w:val="0"/>
          <w:strike w:val="0"/>
          <w:highlight w:val="green"/>
          <w:u w:val="single"/>
        </w:rPr>
        <w:t>industry</w:t>
      </w:r>
      <w:r>
        <w:rPr>
          <w:b w:val="0"/>
          <w:i w:val="0"/>
          <w:smallCaps w:val="0"/>
          <w:strike w:val="0"/>
          <w:sz w:val="16"/>
          <w:u w:val="none"/>
        </w:rPr>
        <w:t xml:space="preserve"> today: “I am </w:t>
      </w:r>
      <w:r>
        <w:rPr>
          <w:b w:val="0"/>
          <w:i w:val="0"/>
          <w:smallCaps w:val="0"/>
          <w:strike w:val="0"/>
          <w:highlight w:val="green"/>
          <w:u w:val="single"/>
        </w:rPr>
        <w:t>not expected to give</w:t>
      </w:r>
      <w:r>
        <w:rPr>
          <w:b w:val="0"/>
          <w:i w:val="0"/>
          <w:smallCaps w:val="0"/>
          <w:strike w:val="0"/>
          <w:u w:val="single"/>
        </w:rPr>
        <w:t xml:space="preserve"> my </w:t>
      </w:r>
      <w:r>
        <w:rPr>
          <w:b w:val="0"/>
          <w:i w:val="0"/>
          <w:smallCaps w:val="0"/>
          <w:strike w:val="0"/>
          <w:highlight w:val="green"/>
          <w:u w:val="single"/>
        </w:rPr>
        <w:t>shareholders</w:t>
      </w:r>
      <w:r>
        <w:rPr>
          <w:b w:val="0"/>
          <w:i w:val="0"/>
          <w:smallCaps w:val="0"/>
          <w:strike w:val="0"/>
          <w:u w:val="single"/>
        </w:rPr>
        <w:t xml:space="preserve"> </w:t>
      </w:r>
      <w:r>
        <w:rPr>
          <w:b w:val="0"/>
          <w:i w:val="0"/>
          <w:smallCaps w:val="0"/>
          <w:strike w:val="0"/>
          <w:highlight w:val="green"/>
          <w:u w:val="single"/>
        </w:rPr>
        <w:t>a</w:t>
      </w:r>
      <w:r>
        <w:rPr>
          <w:b w:val="0"/>
          <w:i w:val="0"/>
          <w:smallCaps w:val="0"/>
          <w:strike w:val="0"/>
          <w:u w:val="single"/>
        </w:rPr>
        <w:t xml:space="preserve"> </w:t>
      </w:r>
      <w:r>
        <w:rPr>
          <w:b w:val="0"/>
          <w:i w:val="0"/>
          <w:smallCaps w:val="0"/>
          <w:strike w:val="0"/>
          <w:highlight w:val="green"/>
          <w:u w:val="single"/>
        </w:rPr>
        <w:t>decent</w:t>
      </w:r>
      <w:r>
        <w:rPr>
          <w:b w:val="0"/>
          <w:i w:val="0"/>
          <w:smallCaps w:val="0"/>
          <w:strike w:val="0"/>
          <w:u w:val="single"/>
        </w:rPr>
        <w:t xml:space="preserve"> </w:t>
      </w:r>
      <w:r>
        <w:rPr>
          <w:b w:val="0"/>
          <w:i w:val="0"/>
          <w:smallCaps w:val="0"/>
          <w:strike w:val="0"/>
          <w:highlight w:val="green"/>
          <w:u w:val="single"/>
        </w:rPr>
        <w:t>return but to maximize</w:t>
      </w:r>
      <w:r>
        <w:rPr>
          <w:b w:val="0"/>
          <w:i w:val="0"/>
          <w:smallCaps w:val="0"/>
          <w:strike w:val="0"/>
          <w:u w:val="single"/>
        </w:rPr>
        <w:t xml:space="preserve"> their </w:t>
      </w:r>
      <w:r>
        <w:rPr>
          <w:b w:val="0"/>
          <w:i w:val="0"/>
          <w:smallCaps w:val="0"/>
          <w:strike w:val="0"/>
          <w:highlight w:val="green"/>
          <w:u w:val="single"/>
        </w:rPr>
        <w:t>return</w:t>
      </w:r>
      <w:r>
        <w:rPr>
          <w:b w:val="0"/>
          <w:i w:val="0"/>
          <w:smallCaps w:val="0"/>
          <w:strike w:val="0"/>
          <w:sz w:val="16"/>
          <w:u w:val="none"/>
        </w:rPr>
        <w:t>.” He also said, “I don’t do anything that the rest of the pharmaceutical industry doesn’t do.” He’s right. He’s extreme, but not unusual, and he does it without the sanctimonious words that you get from many pharmaceutical executives.</w:t>
      </w:r>
    </w:p>
    <w:p>
      <w:pPr>
        <w:pStyle w:val="Caption"/>
      </w:pPr>
      <w:r>
        <w:t>Source: Small Pharma CP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