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Pharma is only interested in making medicines for rich countries – leads to vaccine inequities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Turner and Van Horn 1/8</w:t>
      </w:r>
      <w:r>
        <w:rPr>
          <w:b w:val="0"/>
          <w:i w:val="0"/>
          <w:smallCaps w:val="0"/>
          <w:strike w:val="0"/>
          <w:u w:val="none"/>
        </w:rPr>
        <w:t xml:space="preserve"> (Cal, writer in Philadelphia, covered topics for </w:t>
      </w:r>
      <w:r>
        <w:rPr>
          <w:b w:val="0"/>
          <w:i w:val="0"/>
          <w:smallCaps w:val="0"/>
          <w:strike w:val="0"/>
          <w:u w:val="none"/>
        </w:rPr>
        <w:t>ZNetwork</w:t>
      </w:r>
      <w:r>
        <w:rPr>
          <w:b w:val="0"/>
          <w:i w:val="0"/>
          <w:smallCaps w:val="0"/>
          <w:strike w:val="0"/>
          <w:u w:val="none"/>
        </w:rPr>
        <w:t xml:space="preserve"> and Portside; Sara, writer in Brazil, covered topics for The Providence Journal and Chronicle of Higher Education; “Big Pharma Reaps Massive Profits by Ripping Off Public Research and Weaponizing Patents: An interview with Nick Dearden”; 1-8-2024; Accessed 7-29-2024; </w:t>
      </w:r>
      <w:r>
        <w:rPr>
          <w:b w:val="0"/>
          <w:i w:val="0"/>
          <w:smallCaps w:val="0"/>
          <w:strike w:val="0"/>
          <w:u w:val="none"/>
        </w:rPr>
        <w:t>//-rr)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Can you expand on how Big Pharma’s practices affect access to medicine in the Global South?</w:t>
      </w:r>
    </w:p>
    <w:p>
      <w:pPr>
        <w:spacing w:after="60"/>
      </w:pPr>
      <w:r>
        <w:rPr>
          <w:b w:val="0"/>
          <w:i w:val="0"/>
          <w:smallCaps w:val="0"/>
          <w:strike w:val="0"/>
          <w:sz w:val="14"/>
          <w:u w:val="none"/>
        </w:rPr>
        <w:t xml:space="preserve">The </w:t>
      </w:r>
      <w:r>
        <w:rPr>
          <w:b w:val="0"/>
          <w:i w:val="0"/>
          <w:smallCaps w:val="0"/>
          <w:strike w:val="0"/>
          <w:highlight w:val="green"/>
          <w:u w:val="single"/>
        </w:rPr>
        <w:t>pharma</w:t>
      </w:r>
      <w:r>
        <w:rPr>
          <w:b w:val="0"/>
          <w:i w:val="0"/>
          <w:smallCaps w:val="0"/>
          <w:strike w:val="0"/>
          <w:sz w:val="14"/>
          <w:u w:val="none"/>
        </w:rPr>
        <w:t xml:space="preserve">ceutical industry </w:t>
      </w:r>
      <w:r>
        <w:rPr>
          <w:b w:val="0"/>
          <w:i w:val="0"/>
          <w:smallCaps w:val="0"/>
          <w:strike w:val="0"/>
          <w:highlight w:val="green"/>
          <w:u w:val="single"/>
        </w:rPr>
        <w:t>is not interested in making medicines</w:t>
      </w:r>
      <w:r>
        <w:rPr>
          <w:b w:val="0"/>
          <w:i w:val="0"/>
          <w:smallCaps w:val="0"/>
          <w:strike w:val="0"/>
          <w:sz w:val="14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diseases</w:t>
      </w:r>
      <w:r>
        <w:rPr>
          <w:b w:val="0"/>
          <w:i w:val="0"/>
          <w:smallCaps w:val="0"/>
          <w:strike w:val="0"/>
          <w:u w:val="single"/>
        </w:rPr>
        <w:t xml:space="preserve"> suffered primarily by poor people in </w:t>
      </w:r>
      <w:r>
        <w:rPr>
          <w:b w:val="0"/>
          <w:i w:val="0"/>
          <w:smallCaps w:val="0"/>
          <w:strike w:val="0"/>
          <w:highlight w:val="green"/>
          <w:u w:val="single"/>
        </w:rPr>
        <w:t>poor countries</w:t>
      </w:r>
      <w:r>
        <w:rPr>
          <w:b w:val="0"/>
          <w:i w:val="0"/>
          <w:smallCaps w:val="0"/>
          <w:strike w:val="0"/>
          <w:sz w:val="14"/>
          <w:u w:val="none"/>
        </w:rPr>
        <w:t>, like malaria and tuberculosis. In terms of diseases that affect both rich and poor countries, if cutting-edge medicines are stretching very rich countries with national health systems, it’s simply impossible to afford them in most other countries.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Let me give you an </w:t>
      </w:r>
      <w:r>
        <w:rPr>
          <w:b w:val="0"/>
          <w:i w:val="0"/>
          <w:smallCaps w:val="0"/>
          <w:strike w:val="0"/>
          <w:u w:val="single"/>
        </w:rPr>
        <w:t>example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the first problem. </w:t>
      </w:r>
      <w:r>
        <w:rPr>
          <w:b w:val="0"/>
          <w:i w:val="0"/>
          <w:smallCaps w:val="0"/>
          <w:strike w:val="0"/>
          <w:highlight w:val="green"/>
          <w:u w:val="single"/>
        </w:rPr>
        <w:t>There’s some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interesting </w:t>
      </w:r>
      <w:r>
        <w:rPr>
          <w:b w:val="0"/>
          <w:i w:val="0"/>
          <w:smallCaps w:val="0"/>
          <w:strike w:val="0"/>
          <w:highlight w:val="green"/>
          <w:u w:val="single"/>
        </w:rPr>
        <w:t>work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into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new </w:t>
      </w:r>
      <w:r>
        <w:rPr>
          <w:b w:val="0"/>
          <w:i w:val="0"/>
          <w:smallCaps w:val="0"/>
          <w:strike w:val="0"/>
          <w:highlight w:val="green"/>
          <w:u w:val="single"/>
        </w:rPr>
        <w:t>malaria vaccine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but lots of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initial </w:t>
      </w:r>
      <w:r>
        <w:rPr>
          <w:b w:val="0"/>
          <w:i w:val="0"/>
          <w:smallCaps w:val="0"/>
          <w:strike w:val="0"/>
          <w:u w:val="single"/>
        </w:rPr>
        <w:t>research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was done by the US Army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They handed the research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British company </w:t>
      </w:r>
      <w:r>
        <w:rPr>
          <w:b w:val="0"/>
          <w:i w:val="0"/>
          <w:smallCaps w:val="0"/>
          <w:strike w:val="0"/>
          <w:u w:val="single"/>
        </w:rPr>
        <w:t>GSK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It turns out that </w:t>
      </w:r>
      <w:r>
        <w:rPr>
          <w:b w:val="0"/>
          <w:i w:val="0"/>
          <w:smallCaps w:val="0"/>
          <w:strike w:val="0"/>
          <w:highlight w:val="green"/>
          <w:u w:val="single"/>
        </w:rPr>
        <w:t>GSK never</w:t>
      </w:r>
      <w:r>
        <w:rPr>
          <w:b w:val="0"/>
          <w:i w:val="0"/>
          <w:smallCaps w:val="0"/>
          <w:strike w:val="0"/>
          <w:u w:val="single"/>
        </w:rPr>
        <w:t xml:space="preserve"> really </w:t>
      </w:r>
      <w:r>
        <w:rPr>
          <w:b w:val="0"/>
          <w:i w:val="0"/>
          <w:smallCaps w:val="0"/>
          <w:strike w:val="0"/>
          <w:highlight w:val="green"/>
          <w:u w:val="single"/>
        </w:rPr>
        <w:t>had</w:t>
      </w:r>
      <w:r>
        <w:rPr>
          <w:b w:val="0"/>
          <w:i w:val="0"/>
          <w:smallCaps w:val="0"/>
          <w:strike w:val="0"/>
          <w:u w:val="single"/>
        </w:rPr>
        <w:t xml:space="preserve"> much </w:t>
      </w:r>
      <w:r>
        <w:rPr>
          <w:b w:val="0"/>
          <w:i w:val="0"/>
          <w:smallCaps w:val="0"/>
          <w:strike w:val="0"/>
          <w:highlight w:val="green"/>
          <w:u w:val="single"/>
        </w:rPr>
        <w:t>interest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in finding a</w:t>
      </w:r>
      <w:r>
        <w:rPr>
          <w:b w:val="0"/>
          <w:i w:val="0"/>
          <w:smallCaps w:val="0"/>
          <w:strike w:val="0"/>
          <w:u w:val="single"/>
        </w:rPr>
        <w:t xml:space="preserve"> malaria </w:t>
      </w:r>
      <w:r>
        <w:rPr>
          <w:b w:val="0"/>
          <w:i w:val="0"/>
          <w:smallCaps w:val="0"/>
          <w:strike w:val="0"/>
          <w:highlight w:val="green"/>
          <w:u w:val="single"/>
        </w:rPr>
        <w:t>vaccine</w:t>
      </w:r>
      <w:r>
        <w:rPr>
          <w:b w:val="0"/>
          <w:i w:val="0"/>
          <w:smallCaps w:val="0"/>
          <w:strike w:val="0"/>
          <w:u w:val="singl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because it wouldn’t make</w:t>
      </w:r>
      <w:r>
        <w:rPr>
          <w:b w:val="0"/>
          <w:i w:val="0"/>
          <w:smallCaps w:val="0"/>
          <w:strike w:val="0"/>
          <w:u w:val="single"/>
        </w:rPr>
        <w:t xml:space="preserve"> huge </w:t>
      </w:r>
      <w:r>
        <w:rPr>
          <w:b w:val="0"/>
          <w:i w:val="0"/>
          <w:smallCaps w:val="0"/>
          <w:strike w:val="0"/>
          <w:u w:val="single"/>
        </w:rPr>
        <w:t>profits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green"/>
          <w:u w:val="single"/>
        </w:rPr>
        <w:t>However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green"/>
          <w:u w:val="single"/>
        </w:rPr>
        <w:t>one</w:t>
      </w:r>
      <w:r>
        <w:rPr>
          <w:b w:val="0"/>
          <w:i w:val="0"/>
          <w:smallCaps w:val="0"/>
          <w:strike w:val="0"/>
          <w:u w:val="single"/>
        </w:rPr>
        <w:t xml:space="preserve"> of the key </w:t>
      </w:r>
      <w:r>
        <w:rPr>
          <w:b w:val="0"/>
          <w:i w:val="0"/>
          <w:smallCaps w:val="0"/>
          <w:strike w:val="0"/>
          <w:highlight w:val="green"/>
          <w:u w:val="single"/>
        </w:rPr>
        <w:t>ingredients</w:t>
      </w:r>
      <w:r>
        <w:rPr>
          <w:b w:val="0"/>
          <w:i w:val="0"/>
          <w:smallCaps w:val="0"/>
          <w:strike w:val="0"/>
          <w:u w:val="single"/>
        </w:rPr>
        <w:t xml:space="preserve"> in that malaria vaccine </w:t>
      </w:r>
      <w:r>
        <w:rPr>
          <w:b w:val="0"/>
          <w:i w:val="0"/>
          <w:smallCaps w:val="0"/>
          <w:strike w:val="0"/>
          <w:highlight w:val="green"/>
          <w:u w:val="single"/>
        </w:rPr>
        <w:t>is extremely useful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in</w:t>
      </w:r>
      <w:r>
        <w:rPr>
          <w:b w:val="0"/>
          <w:i w:val="0"/>
          <w:smallCaps w:val="0"/>
          <w:strike w:val="0"/>
          <w:u w:val="single"/>
        </w:rPr>
        <w:t xml:space="preserve"> producing </w:t>
      </w:r>
      <w:r>
        <w:rPr>
          <w:b w:val="0"/>
          <w:i w:val="0"/>
          <w:smallCaps w:val="0"/>
          <w:strike w:val="0"/>
          <w:highlight w:val="green"/>
          <w:u w:val="single"/>
        </w:rPr>
        <w:t>a vaccine for shingles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green"/>
          <w:u w:val="single"/>
        </w:rPr>
        <w:t>which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also </w:t>
      </w:r>
      <w:r>
        <w:rPr>
          <w:b w:val="0"/>
          <w:i w:val="0"/>
          <w:smallCaps w:val="0"/>
          <w:strike w:val="0"/>
          <w:highlight w:val="green"/>
          <w:u w:val="single"/>
        </w:rPr>
        <w:t>suffered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by</w:t>
      </w:r>
      <w:r>
        <w:rPr>
          <w:b w:val="0"/>
          <w:i w:val="0"/>
          <w:smallCaps w:val="0"/>
          <w:strike w:val="0"/>
          <w:u w:val="single"/>
        </w:rPr>
        <w:t xml:space="preserve"> people in </w:t>
      </w:r>
      <w:r>
        <w:rPr>
          <w:b w:val="0"/>
          <w:i w:val="0"/>
          <w:smallCaps w:val="0"/>
          <w:strike w:val="0"/>
          <w:highlight w:val="green"/>
          <w:u w:val="single"/>
        </w:rPr>
        <w:t>rich countries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green"/>
          <w:u w:val="single"/>
        </w:rPr>
        <w:t>and GSK put all their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effort </w:t>
      </w:r>
      <w:r>
        <w:rPr>
          <w:b w:val="0"/>
          <w:i w:val="0"/>
          <w:smallCaps w:val="0"/>
          <w:strike w:val="0"/>
          <w:highlight w:val="green"/>
          <w:u w:val="single"/>
        </w:rPr>
        <w:t>into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researching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green"/>
          <w:u w:val="single"/>
        </w:rPr>
        <w:t>shingles</w:t>
      </w:r>
      <w:r>
        <w:rPr>
          <w:b w:val="0"/>
          <w:i w:val="0"/>
          <w:smallCaps w:val="0"/>
          <w:strike w:val="0"/>
          <w:u w:val="single"/>
        </w:rPr>
        <w:t xml:space="preserve"> vaccine.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green"/>
          <w:u w:val="single"/>
        </w:rPr>
        <w:t>But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with COVID, </w:t>
      </w:r>
      <w:r>
        <w:rPr>
          <w:b w:val="0"/>
          <w:i w:val="0"/>
          <w:smallCaps w:val="0"/>
          <w:strike w:val="0"/>
          <w:highlight w:val="green"/>
          <w:u w:val="single"/>
        </w:rPr>
        <w:t>it wouldn’t shar</w:t>
      </w:r>
      <w:r>
        <w:rPr>
          <w:b w:val="0"/>
          <w:i w:val="0"/>
          <w:smallCaps w:val="0"/>
          <w:strike w:val="0"/>
          <w:u w:val="single"/>
        </w:rPr>
        <w:t>e its i</w:t>
      </w:r>
      <w:r>
        <w:rPr>
          <w:b w:val="0"/>
          <w:i w:val="0"/>
          <w:smallCaps w:val="0"/>
          <w:strike w:val="0"/>
          <w:highlight w:val="green"/>
          <w:u w:val="single"/>
        </w:rPr>
        <w:t>nfo</w:t>
      </w:r>
      <w:r>
        <w:rPr>
          <w:b w:val="0"/>
          <w:i w:val="0"/>
          <w:smallCaps w:val="0"/>
          <w:strike w:val="0"/>
          <w:u w:val="single"/>
        </w:rPr>
        <w:t xml:space="preserve">rmation </w:t>
      </w:r>
      <w:r>
        <w:rPr>
          <w:b w:val="0"/>
          <w:i w:val="0"/>
          <w:smallCaps w:val="0"/>
          <w:strike w:val="0"/>
          <w:highlight w:val="green"/>
          <w:u w:val="single"/>
        </w:rPr>
        <w:t>on</w:t>
      </w:r>
      <w:r>
        <w:rPr>
          <w:b w:val="0"/>
          <w:i w:val="0"/>
          <w:smallCaps w:val="0"/>
          <w:strike w:val="0"/>
          <w:u w:val="single"/>
        </w:rPr>
        <w:t xml:space="preserve"> that key </w:t>
      </w:r>
      <w:r>
        <w:rPr>
          <w:b w:val="0"/>
          <w:i w:val="0"/>
          <w:smallCaps w:val="0"/>
          <w:strike w:val="0"/>
          <w:highlight w:val="green"/>
          <w:u w:val="single"/>
        </w:rPr>
        <w:t>ingredient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with anybody else, as that would damage their monopoly on the shingles vaccine. </w:t>
      </w:r>
      <w:r>
        <w:rPr>
          <w:b w:val="0"/>
          <w:i w:val="0"/>
          <w:smallCaps w:val="0"/>
          <w:strike w:val="0"/>
          <w:u w:val="single"/>
        </w:rPr>
        <w:t>So GSK is sitting on information that could be vital in dealing with what is still one of the world’s worst killers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We shouldn’t be surprised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green"/>
          <w:u w:val="single"/>
        </w:rPr>
        <w:t>When HIV was spreading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through southern Africa </w:t>
      </w:r>
      <w:r>
        <w:rPr>
          <w:b w:val="0"/>
          <w:i w:val="0"/>
          <w:smallCaps w:val="0"/>
          <w:strike w:val="0"/>
          <w:u w:val="single"/>
        </w:rPr>
        <w:t>in the ’90s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green"/>
          <w:u w:val="single"/>
        </w:rPr>
        <w:t>we</w:t>
      </w:r>
      <w:r>
        <w:rPr>
          <w:b w:val="0"/>
          <w:i w:val="0"/>
          <w:smallCaps w:val="0"/>
          <w:strike w:val="0"/>
          <w:u w:val="single"/>
        </w:rPr>
        <w:t xml:space="preserve"> already </w:t>
      </w:r>
      <w:r>
        <w:rPr>
          <w:b w:val="0"/>
          <w:i w:val="0"/>
          <w:smallCaps w:val="0"/>
          <w:strike w:val="0"/>
          <w:highlight w:val="green"/>
          <w:u w:val="single"/>
        </w:rPr>
        <w:t>had drugs that</w:t>
      </w:r>
      <w:r>
        <w:rPr>
          <w:b w:val="0"/>
          <w:i w:val="0"/>
          <w:smallCaps w:val="0"/>
          <w:strike w:val="0"/>
          <w:u w:val="single"/>
        </w:rPr>
        <w:t xml:space="preserve"> could have </w:t>
      </w:r>
      <w:r>
        <w:rPr>
          <w:b w:val="0"/>
          <w:i w:val="0"/>
          <w:smallCaps w:val="0"/>
          <w:strike w:val="0"/>
          <w:highlight w:val="green"/>
          <w:u w:val="single"/>
        </w:rPr>
        <w:t>prevented transmission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from mothers to babies and massively extended lives. </w:t>
      </w:r>
      <w:r>
        <w:rPr>
          <w:b w:val="0"/>
          <w:i w:val="0"/>
          <w:smallCaps w:val="0"/>
          <w:strike w:val="0"/>
          <w:highlight w:val="green"/>
          <w:u w:val="single"/>
        </w:rPr>
        <w:t>Yet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nobody</w:t>
      </w:r>
      <w:r>
        <w:rPr>
          <w:b w:val="0"/>
          <w:i w:val="0"/>
          <w:smallCaps w:val="0"/>
          <w:strike w:val="0"/>
          <w:u w:val="single"/>
        </w:rPr>
        <w:t xml:space="preserve"> in southern Africa </w:t>
      </w:r>
      <w:r>
        <w:rPr>
          <w:b w:val="0"/>
          <w:i w:val="0"/>
          <w:smallCaps w:val="0"/>
          <w:strike w:val="0"/>
          <w:highlight w:val="green"/>
          <w:u w:val="single"/>
        </w:rPr>
        <w:t>could afford those</w:t>
      </w:r>
      <w:r>
        <w:rPr>
          <w:b w:val="0"/>
          <w:i w:val="0"/>
          <w:smallCaps w:val="0"/>
          <w:strike w:val="0"/>
          <w:u w:val="single"/>
        </w:rPr>
        <w:t xml:space="preserve">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green"/>
          <w:u w:val="single"/>
        </w:rPr>
        <w:t>When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gov</w:t>
      </w:r>
      <w:r>
        <w:rPr>
          <w:b w:val="0"/>
          <w:i w:val="0"/>
          <w:smallCaps w:val="0"/>
          <w:strike w:val="0"/>
          <w:u w:val="single"/>
        </w:rPr>
        <w:t>ernment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of South </w:t>
      </w:r>
      <w:r>
        <w:rPr>
          <w:b w:val="0"/>
          <w:i w:val="0"/>
          <w:smallCaps w:val="0"/>
          <w:strike w:val="0"/>
          <w:u w:val="single"/>
        </w:rPr>
        <w:t xml:space="preserve">Africa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passed </w:t>
      </w:r>
      <w:r>
        <w:rPr>
          <w:b w:val="0"/>
          <w:i w:val="0"/>
          <w:smallCaps w:val="0"/>
          <w:strike w:val="0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piece of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legislation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that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would have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allowed</w:t>
      </w:r>
      <w:r>
        <w:rPr>
          <w:b w:val="0"/>
          <w:i w:val="0"/>
          <w:smallCaps w:val="0"/>
          <w:strike w:val="0"/>
          <w:u w:val="single"/>
        </w:rPr>
        <w:t xml:space="preserve"> it to import </w:t>
      </w:r>
      <w:r>
        <w:rPr>
          <w:b w:val="0"/>
          <w:i w:val="0"/>
          <w:smallCaps w:val="0"/>
          <w:strike w:val="0"/>
          <w:highlight w:val="green"/>
          <w:u w:val="single"/>
        </w:rPr>
        <w:t>cheaper generics</w:t>
      </w:r>
      <w:r>
        <w:rPr>
          <w:b w:val="0"/>
          <w:i w:val="0"/>
          <w:smallCaps w:val="0"/>
          <w:strike w:val="0"/>
          <w:u w:val="single"/>
        </w:rPr>
        <w:t xml:space="preserve"> of those drugs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 xml:space="preserve">thirty-nine </w:t>
      </w:r>
      <w:r>
        <w:rPr>
          <w:b w:val="0"/>
          <w:i w:val="0"/>
          <w:smallCaps w:val="0"/>
          <w:strike w:val="0"/>
          <w:highlight w:val="green"/>
          <w:u w:val="single"/>
        </w:rPr>
        <w:t>pharma</w:t>
      </w:r>
      <w:r>
        <w:rPr>
          <w:b w:val="0"/>
          <w:i w:val="0"/>
          <w:smallCaps w:val="0"/>
          <w:strike w:val="0"/>
          <w:u w:val="single"/>
        </w:rPr>
        <w:t xml:space="preserve">ceutical corporations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took them to court and </w:t>
      </w:r>
      <w:r>
        <w:rPr>
          <w:b w:val="0"/>
          <w:i w:val="0"/>
          <w:smallCaps w:val="0"/>
          <w:strike w:val="0"/>
          <w:highlight w:val="green"/>
          <w:u w:val="single"/>
        </w:rPr>
        <w:t>accused the government of</w:t>
      </w:r>
      <w:r>
        <w:rPr>
          <w:b w:val="0"/>
          <w:i w:val="0"/>
          <w:smallCaps w:val="0"/>
          <w:strike w:val="0"/>
          <w:u w:val="single"/>
        </w:rPr>
        <w:t xml:space="preserve"> piracy — of </w:t>
      </w:r>
      <w:r>
        <w:rPr>
          <w:b w:val="0"/>
          <w:i w:val="0"/>
          <w:smallCaps w:val="0"/>
          <w:strike w:val="0"/>
          <w:highlight w:val="green"/>
          <w:u w:val="single"/>
        </w:rPr>
        <w:t>stealing their</w:t>
      </w:r>
      <w:r>
        <w:rPr>
          <w:b w:val="0"/>
          <w:i w:val="0"/>
          <w:smallCaps w:val="0"/>
          <w:strike w:val="0"/>
          <w:u w:val="single"/>
        </w:rPr>
        <w:t xml:space="preserve"> “</w:t>
      </w:r>
      <w:r>
        <w:rPr>
          <w:b w:val="0"/>
          <w:i w:val="0"/>
          <w:smallCaps w:val="0"/>
          <w:strike w:val="0"/>
          <w:highlight w:val="green"/>
          <w:u w:val="single"/>
        </w:rPr>
        <w:t>i</w:t>
      </w:r>
      <w:r>
        <w:rPr>
          <w:b w:val="0"/>
          <w:i w:val="0"/>
          <w:smallCaps w:val="0"/>
          <w:strike w:val="0"/>
          <w:sz w:val="16"/>
          <w:u w:val="none"/>
        </w:rPr>
        <w:t>ntellectual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p</w:t>
      </w:r>
      <w:r>
        <w:rPr>
          <w:b w:val="0"/>
          <w:i w:val="0"/>
          <w:smallCaps w:val="0"/>
          <w:strike w:val="0"/>
          <w:sz w:val="16"/>
          <w:u w:val="none"/>
        </w:rPr>
        <w:t>roperty.”</w:t>
      </w:r>
    </w:p>
    <w:p>
      <w:pPr>
        <w:spacing w:after="60"/>
      </w:pPr>
      <w:r>
        <w:rPr>
          <w:b w:val="0"/>
          <w:i w:val="0"/>
          <w:smallCaps w:val="0"/>
          <w:strike w:val="0"/>
          <w:highlight w:val="green"/>
          <w:u w:val="single"/>
        </w:rPr>
        <w:t>There’s</w:t>
      </w:r>
      <w:r>
        <w:rPr>
          <w:b w:val="0"/>
          <w:i w:val="0"/>
          <w:smallCaps w:val="0"/>
          <w:strike w:val="0"/>
          <w:u w:val="single"/>
        </w:rPr>
        <w:t xml:space="preserve"> currently </w:t>
      </w:r>
      <w:r>
        <w:rPr>
          <w:b w:val="0"/>
          <w:i w:val="0"/>
          <w:smallCaps w:val="0"/>
          <w:strike w:val="0"/>
          <w:highlight w:val="green"/>
          <w:u w:val="single"/>
        </w:rPr>
        <w:t>a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huge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monkeypox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outbreak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going on </w:t>
      </w:r>
      <w:r>
        <w:rPr>
          <w:b w:val="0"/>
          <w:i w:val="0"/>
          <w:smallCaps w:val="0"/>
          <w:strike w:val="0"/>
          <w:highlight w:val="green"/>
          <w:u w:val="single"/>
        </w:rPr>
        <w:t>in the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emocratic </w:t>
      </w:r>
      <w:r>
        <w:rPr>
          <w:b w:val="0"/>
          <w:i w:val="0"/>
          <w:smallCaps w:val="0"/>
          <w:strike w:val="0"/>
          <w:highlight w:val="green"/>
          <w:u w:val="single"/>
        </w:rPr>
        <w:t>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epublic of the </w:t>
      </w:r>
      <w:r>
        <w:rPr>
          <w:b w:val="0"/>
          <w:i w:val="0"/>
          <w:smallCaps w:val="0"/>
          <w:strike w:val="0"/>
          <w:highlight w:val="green"/>
          <w:u w:val="single"/>
        </w:rPr>
        <w:t>C</w:t>
      </w:r>
      <w:r>
        <w:rPr>
          <w:b w:val="0"/>
          <w:i w:val="0"/>
          <w:smallCaps w:val="0"/>
          <w:strike w:val="0"/>
          <w:sz w:val="16"/>
          <w:u w:val="none"/>
        </w:rPr>
        <w:t xml:space="preserve">ongo. Five hundred people died last year, and twelve thousand people have been affected, </w:t>
      </w:r>
      <w:r>
        <w:rPr>
          <w:b w:val="0"/>
          <w:i w:val="0"/>
          <w:smallCaps w:val="0"/>
          <w:strike w:val="0"/>
          <w:highlight w:val="green"/>
          <w:u w:val="single"/>
        </w:rPr>
        <w:t>but</w:t>
      </w:r>
      <w:r>
        <w:rPr>
          <w:b w:val="0"/>
          <w:i w:val="0"/>
          <w:smallCaps w:val="0"/>
          <w:strike w:val="0"/>
          <w:u w:val="single"/>
        </w:rPr>
        <w:t xml:space="preserve"> there has </w:t>
      </w:r>
      <w:r>
        <w:rPr>
          <w:b w:val="0"/>
          <w:i w:val="0"/>
          <w:smallCaps w:val="0"/>
          <w:strike w:val="0"/>
          <w:highlight w:val="green"/>
          <w:u w:val="single"/>
        </w:rPr>
        <w:t xml:space="preserve">not </w:t>
      </w:r>
      <w:r>
        <w:rPr>
          <w:b w:val="0"/>
          <w:i w:val="0"/>
          <w:smallCaps w:val="0"/>
          <w:strike w:val="0"/>
          <w:u w:val="single"/>
        </w:rPr>
        <w:t xml:space="preserve">been </w:t>
      </w:r>
      <w:r>
        <w:rPr>
          <w:b w:val="0"/>
          <w:i w:val="0"/>
          <w:smallCaps w:val="0"/>
          <w:strike w:val="0"/>
          <w:highlight w:val="green"/>
          <w:u w:val="single"/>
        </w:rPr>
        <w:t>a single vaccine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DRC. </w:t>
      </w:r>
      <w:r>
        <w:rPr>
          <w:b w:val="0"/>
          <w:i w:val="0"/>
          <w:smallCaps w:val="0"/>
          <w:strike w:val="0"/>
          <w:highlight w:val="green"/>
          <w:u w:val="single"/>
        </w:rPr>
        <w:t>As soon as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monkeypox </w:t>
      </w:r>
      <w:r>
        <w:rPr>
          <w:b w:val="0"/>
          <w:i w:val="0"/>
          <w:smallCaps w:val="0"/>
          <w:strike w:val="0"/>
          <w:highlight w:val="green"/>
          <w:u w:val="single"/>
        </w:rPr>
        <w:t>came to the West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last year, </w:t>
      </w:r>
      <w:r>
        <w:rPr>
          <w:b w:val="0"/>
          <w:i w:val="0"/>
          <w:smallCaps w:val="0"/>
          <w:strike w:val="0"/>
          <w:highlight w:val="green"/>
          <w:u w:val="single"/>
        </w:rPr>
        <w:t>there was a rush</w:t>
      </w:r>
      <w:r>
        <w:rPr>
          <w:b w:val="0"/>
          <w:i w:val="0"/>
          <w:smallCaps w:val="0"/>
          <w:strike w:val="0"/>
          <w:u w:val="single"/>
        </w:rPr>
        <w:t xml:space="preserve"> for vaccines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highlight w:val="green"/>
          <w:u w:val="single"/>
        </w:rPr>
        <w:t>Now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gree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Global </w:t>
      </w:r>
      <w:r>
        <w:rPr>
          <w:b w:val="0"/>
          <w:i w:val="0"/>
          <w:smallCaps w:val="0"/>
          <w:strike w:val="0"/>
          <w:highlight w:val="green"/>
          <w:u w:val="single"/>
        </w:rPr>
        <w:t>North</w:t>
      </w:r>
      <w:r>
        <w:rPr>
          <w:b w:val="0"/>
          <w:i w:val="0"/>
          <w:smallCaps w:val="0"/>
          <w:strike w:val="0"/>
          <w:u w:val="single"/>
        </w:rPr>
        <w:t xml:space="preserve"> has </w:t>
      </w:r>
      <w:r>
        <w:rPr>
          <w:b w:val="0"/>
          <w:i w:val="0"/>
          <w:smallCaps w:val="0"/>
          <w:strike w:val="0"/>
          <w:highlight w:val="green"/>
          <w:u w:val="single"/>
        </w:rPr>
        <w:t>forgot</w:t>
      </w:r>
      <w:r>
        <w:rPr>
          <w:b w:val="0"/>
          <w:i w:val="0"/>
          <w:smallCaps w:val="0"/>
          <w:strike w:val="0"/>
          <w:u w:val="single"/>
        </w:rPr>
        <w:t xml:space="preserve">ten </w:t>
      </w:r>
      <w:r>
        <w:rPr>
          <w:b w:val="0"/>
          <w:i w:val="0"/>
          <w:smallCaps w:val="0"/>
          <w:strike w:val="0"/>
          <w:highlight w:val="green"/>
          <w:u w:val="single"/>
        </w:rPr>
        <w:t>about it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my book, I quote writer Robin Henig, who argues that what constitutes an epidemic in the eyes of the medical establishment is one white person dying of a disease. There’s so much racism in the way we think about access to medicines.</w:t>
      </w:r>
    </w:p>
    <w:p>
      <w:pPr>
        <w:pStyle w:val="Caption"/>
      </w:pPr>
      <w:r>
        <w:t>Source: Small Pharma CP - Michigan 7 2024 JRY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