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Prefer utilitarianism – the only ethical rubric is to maximize number of lives saved—</w:t>
      </w:r>
      <w:r>
        <w:rPr>
          <w:b/>
          <w:i w:val="0"/>
          <w:smallCaps w:val="0"/>
          <w:strike w:val="0"/>
          <w:sz w:val="26"/>
          <w:u w:val="none"/>
        </w:rPr>
        <w:t xml:space="preserve">solvency  </w:t>
      </w:r>
      <w:r>
        <w:rPr>
          <w:b/>
          <w:i w:val="0"/>
          <w:smallCaps w:val="0"/>
          <w:strike w:val="0"/>
          <w:sz w:val="26"/>
          <w:u w:val="none"/>
        </w:rPr>
        <w:t>defecits</w:t>
      </w:r>
      <w:r>
        <w:rPr>
          <w:b/>
          <w:i w:val="0"/>
          <w:smallCaps w:val="0"/>
          <w:strike w:val="0"/>
          <w:sz w:val="26"/>
          <w:u w:val="none"/>
        </w:rPr>
        <w:t xml:space="preserve"> prove they default to a utilitarian logic</w:t>
      </w:r>
    </w:p>
    <w:p>
      <w:pPr>
        <w:spacing w:after="80"/>
      </w:pPr>
      <w:r>
        <w:rPr>
          <w:b/>
          <w:i w:val="0"/>
          <w:smallCaps w:val="0"/>
          <w:strike w:val="0"/>
          <w:sz w:val="26"/>
          <w:u w:val="none"/>
        </w:rPr>
        <w:t>Greene 10</w:t>
      </w:r>
      <w:r>
        <w:rPr>
          <w:b w:val="0"/>
          <w:i w:val="0"/>
          <w:smallCaps w:val="0"/>
          <w:strike w:val="0"/>
          <w:u w:val="none"/>
        </w:rPr>
        <w:t xml:space="preserve"> (</w:t>
      </w:r>
      <w:r>
        <w:rPr>
          <w:b w:val="0"/>
          <w:i w:val="0"/>
          <w:smallCaps w:val="0"/>
          <w:strike w:val="0"/>
          <w:u w:val="none"/>
        </w:rPr>
        <w:t xml:space="preserve">Joshua, Associate Professor of the Social Sciences Department of Psychology Harvard University, Moral Psychology: Historical and Contemporary Readings, “The Secret Joke of Kant’s Soul”, </w:t>
      </w:r>
      <w:r>
        <w:rPr>
          <w:b w:val="0"/>
          <w:i w:val="0"/>
          <w:smallCaps w:val="0"/>
          <w:strike w:val="0"/>
          <w:u w:val="none"/>
        </w:rPr>
        <w:t>www.fed.cuhk.edu.hk/~lchang/material/Evolutionary/Developmental/Greene-KantSoul.pdf</w:t>
      </w:r>
      <w:r>
        <w:rPr>
          <w:b w:val="0"/>
          <w:i w:val="0"/>
          <w:smallCaps w:val="0"/>
          <w:strike w:val="0"/>
          <w:color w:val="0563C1"/>
          <w:u w:val="single"/>
        </w:rPr>
        <w:t xml:space="preserve">) </w:t>
      </w:r>
    </w:p>
    <w:p>
      <w:pPr>
        <w:spacing w:after="60"/>
      </w:pPr>
      <w:r>
        <w:rPr>
          <w:b w:val="0"/>
          <w:i w:val="0"/>
          <w:smallCaps w:val="0"/>
          <w:strike w:val="0"/>
          <w:u w:val="single"/>
        </w:rPr>
        <w:t>What</w:t>
      </w:r>
      <w:r>
        <w:rPr>
          <w:b w:val="0"/>
          <w:i w:val="0"/>
          <w:smallCaps w:val="0"/>
          <w:strike w:val="0"/>
          <w:color w:val="222222"/>
          <w:sz w:val="14"/>
          <w:u w:val="none"/>
        </w:rPr>
        <w:t xml:space="preserve"> </w:t>
      </w:r>
      <w:r>
        <w:rPr>
          <w:b w:val="0"/>
          <w:i w:val="0"/>
          <w:smallCaps w:val="0"/>
          <w:strike w:val="0"/>
          <w:u w:val="single"/>
        </w:rPr>
        <w:t>turn-of-the-millennium science</w:t>
      </w:r>
      <w:r>
        <w:rPr>
          <w:b w:val="0"/>
          <w:i w:val="0"/>
          <w:smallCaps w:val="0"/>
          <w:strike w:val="0"/>
          <w:color w:val="222222"/>
          <w:u w:val="none"/>
        </w:rPr>
        <w:t xml:space="preserve"> </w:t>
      </w:r>
      <w:r>
        <w:rPr>
          <w:b w:val="0"/>
          <w:i w:val="0"/>
          <w:smallCaps w:val="0"/>
          <w:strike w:val="0"/>
          <w:u w:val="single"/>
        </w:rPr>
        <w:t>is telling us</w:t>
      </w:r>
      <w:r>
        <w:rPr>
          <w:b w:val="0"/>
          <w:i w:val="0"/>
          <w:smallCaps w:val="0"/>
          <w:strike w:val="0"/>
          <w:color w:val="222222"/>
          <w:sz w:val="14"/>
          <w:u w:val="none"/>
        </w:rPr>
        <w:t xml:space="preserve"> </w:t>
      </w:r>
      <w:r>
        <w:rPr>
          <w:b w:val="0"/>
          <w:i w:val="0"/>
          <w:smallCaps w:val="0"/>
          <w:strike w:val="0"/>
          <w:u w:val="single"/>
        </w:rPr>
        <w:t>is</w:t>
      </w:r>
      <w:r>
        <w:rPr>
          <w:b w:val="0"/>
          <w:i w:val="0"/>
          <w:smallCaps w:val="0"/>
          <w:strike w:val="0"/>
          <w:color w:val="222222"/>
          <w:sz w:val="14"/>
          <w:u w:val="none"/>
        </w:rPr>
        <w:t xml:space="preserve"> </w:t>
      </w:r>
      <w:r>
        <w:rPr>
          <w:b w:val="0"/>
          <w:i w:val="0"/>
          <w:smallCaps w:val="0"/>
          <w:strike w:val="0"/>
          <w:u w:val="single"/>
        </w:rPr>
        <w:t>that</w:t>
      </w:r>
      <w:r>
        <w:rPr>
          <w:b w:val="0"/>
          <w:i w:val="0"/>
          <w:smallCaps w:val="0"/>
          <w:strike w:val="0"/>
          <w:color w:val="222222"/>
          <w:sz w:val="14"/>
          <w:u w:val="none"/>
        </w:rPr>
        <w:t xml:space="preserve"> </w:t>
      </w:r>
      <w:r>
        <w:rPr>
          <w:b w:val="0"/>
          <w:i w:val="0"/>
          <w:smallCaps w:val="0"/>
          <w:strike w:val="0"/>
          <w:u w:val="single"/>
        </w:rPr>
        <w:t>human</w:t>
      </w:r>
      <w:r>
        <w:rPr>
          <w:b w:val="0"/>
          <w:i w:val="0"/>
          <w:smallCaps w:val="0"/>
          <w:strike w:val="0"/>
          <w:color w:val="222222"/>
          <w:sz w:val="14"/>
          <w:u w:val="none"/>
        </w:rPr>
        <w:t xml:space="preserve"> </w:t>
      </w:r>
      <w:r>
        <w:rPr>
          <w:b w:val="0"/>
          <w:i w:val="0"/>
          <w:smallCaps w:val="0"/>
          <w:strike w:val="0"/>
          <w:highlight w:val="cyan"/>
          <w:u w:val="single"/>
        </w:rPr>
        <w:t>moral judgment is not</w:t>
      </w:r>
      <w:r>
        <w:rPr>
          <w:b w:val="0"/>
          <w:i w:val="0"/>
          <w:smallCaps w:val="0"/>
          <w:strike w:val="0"/>
          <w:u w:val="single"/>
        </w:rPr>
        <w:t xml:space="preserve"> a</w:t>
      </w:r>
      <w:r>
        <w:rPr>
          <w:b w:val="0"/>
          <w:i w:val="0"/>
          <w:smallCaps w:val="0"/>
          <w:strike w:val="0"/>
          <w:color w:val="222222"/>
          <w:sz w:val="14"/>
          <w:u w:val="none"/>
        </w:rPr>
        <w:t xml:space="preserve"> </w:t>
      </w:r>
      <w:r>
        <w:rPr>
          <w:b w:val="0"/>
          <w:i w:val="0"/>
          <w:smallCaps w:val="0"/>
          <w:strike w:val="0"/>
          <w:u w:val="single"/>
        </w:rPr>
        <w:t>pristine</w:t>
      </w:r>
      <w:r>
        <w:rPr>
          <w:b w:val="0"/>
          <w:i w:val="0"/>
          <w:smallCaps w:val="0"/>
          <w:strike w:val="0"/>
          <w:color w:val="222222"/>
          <w:sz w:val="14"/>
          <w:u w:val="none"/>
        </w:rPr>
        <w:t xml:space="preserve"> </w:t>
      </w:r>
      <w:r>
        <w:rPr>
          <w:b w:val="0"/>
          <w:i w:val="0"/>
          <w:smallCaps w:val="0"/>
          <w:strike w:val="0"/>
          <w:highlight w:val="cyan"/>
          <w:u w:val="single"/>
        </w:rPr>
        <w:t>rational</w:t>
      </w:r>
      <w:r>
        <w:rPr>
          <w:b w:val="0"/>
          <w:i w:val="0"/>
          <w:smallCaps w:val="0"/>
          <w:strike w:val="0"/>
          <w:u w:val="single"/>
        </w:rPr>
        <w:t xml:space="preserve"> enterprise</w:t>
      </w:r>
      <w:r>
        <w:rPr>
          <w:b w:val="0"/>
          <w:i w:val="0"/>
          <w:smallCaps w:val="0"/>
          <w:strike w:val="0"/>
          <w:sz w:val="14"/>
          <w:u w:val="none"/>
        </w:rPr>
        <w:t>, that our</w:t>
      </w:r>
      <w:r>
        <w:rPr>
          <w:b w:val="0"/>
          <w:i w:val="0"/>
          <w:smallCaps w:val="0"/>
          <w:strike w:val="0"/>
          <w:color w:val="222222"/>
          <w:sz w:val="14"/>
          <w:u w:val="none"/>
        </w:rPr>
        <w:t xml:space="preserve"> </w:t>
      </w:r>
      <w:r>
        <w:rPr>
          <w:b w:val="0"/>
          <w:i w:val="0"/>
          <w:smallCaps w:val="0"/>
          <w:strike w:val="0"/>
          <w:u w:val="single"/>
        </w:rPr>
        <w:t xml:space="preserve">moral </w:t>
      </w:r>
      <w:r>
        <w:rPr>
          <w:b w:val="0"/>
          <w:i w:val="0"/>
          <w:smallCaps w:val="0"/>
          <w:strike w:val="0"/>
          <w:highlight w:val="cyan"/>
          <w:u w:val="single"/>
        </w:rPr>
        <w:t>judgments are driven by</w:t>
      </w:r>
      <w:r>
        <w:rPr>
          <w:b w:val="0"/>
          <w:i w:val="0"/>
          <w:smallCaps w:val="0"/>
          <w:strike w:val="0"/>
          <w:u w:val="single"/>
        </w:rPr>
        <w:t xml:space="preserve"> a hodgepodge of </w:t>
      </w:r>
      <w:r>
        <w:rPr>
          <w:b w:val="0"/>
          <w:i w:val="0"/>
          <w:smallCaps w:val="0"/>
          <w:strike w:val="0"/>
          <w:highlight w:val="cyan"/>
          <w:u w:val="single"/>
        </w:rPr>
        <w:t>emotion</w:t>
      </w:r>
      <w:r>
        <w:rPr>
          <w:b w:val="0"/>
          <w:i w:val="0"/>
          <w:smallCaps w:val="0"/>
          <w:strike w:val="0"/>
          <w:u w:val="single"/>
        </w:rPr>
        <w:t>al dispositions, which themselves were shaped by a hodgepodge of evolutionary forces, both biological and cultural</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 xml:space="preserve">Because of this, </w:t>
      </w:r>
      <w:r>
        <w:rPr>
          <w:b w:val="0"/>
          <w:i w:val="0"/>
          <w:smallCaps w:val="0"/>
          <w:strike w:val="0"/>
          <w:highlight w:val="cyan"/>
          <w:u w:val="single"/>
        </w:rPr>
        <w:t>it is</w:t>
      </w:r>
      <w:r>
        <w:rPr>
          <w:b w:val="0"/>
          <w:i w:val="0"/>
          <w:smallCaps w:val="0"/>
          <w:strike w:val="0"/>
          <w:color w:val="222222"/>
          <w:sz w:val="14"/>
          <w:highlight w:val="cyan"/>
          <w:u w:val="none"/>
        </w:rPr>
        <w:t xml:space="preserve"> </w:t>
      </w:r>
      <w:r>
        <w:rPr>
          <w:b/>
          <w:i w:val="0"/>
          <w:smallCaps w:val="0"/>
          <w:strike w:val="0"/>
          <w:sz w:val="22"/>
          <w:u w:val="single"/>
        </w:rPr>
        <w:t>exceedingly</w:t>
      </w:r>
      <w:r>
        <w:rPr>
          <w:b/>
          <w:i w:val="0"/>
          <w:smallCaps w:val="0"/>
          <w:strike w:val="0"/>
          <w:sz w:val="22"/>
          <w:u w:val="single"/>
        </w:rPr>
        <w:t xml:space="preserve"> </w:t>
      </w:r>
      <w:r>
        <w:rPr>
          <w:b/>
          <w:i w:val="0"/>
          <w:smallCaps w:val="0"/>
          <w:strike w:val="0"/>
          <w:sz w:val="22"/>
          <w:highlight w:val="cyan"/>
          <w:u w:val="single"/>
        </w:rPr>
        <w:t xml:space="preserve">unlikely </w:t>
      </w:r>
      <w:r>
        <w:rPr>
          <w:b/>
          <w:i w:val="0"/>
          <w:smallCaps w:val="0"/>
          <w:strike w:val="0"/>
          <w:sz w:val="22"/>
          <w:u w:val="single"/>
        </w:rPr>
        <w:t>that</w:t>
      </w:r>
      <w:r>
        <w:rPr>
          <w:b/>
          <w:i w:val="0"/>
          <w:smallCaps w:val="0"/>
          <w:strike w:val="0"/>
          <w:sz w:val="22"/>
          <w:u w:val="single"/>
        </w:rPr>
        <w:t xml:space="preserve"> </w:t>
      </w:r>
      <w:r>
        <w:rPr>
          <w:b/>
          <w:i w:val="0"/>
          <w:smallCaps w:val="0"/>
          <w:strike w:val="0"/>
          <w:sz w:val="22"/>
          <w:highlight w:val="cyan"/>
          <w:u w:val="single"/>
        </w:rPr>
        <w:t>there is any</w:t>
      </w:r>
      <w:r>
        <w:rPr>
          <w:b w:val="0"/>
          <w:i/>
          <w:smallCaps w:val="0"/>
          <w:strike w:val="0"/>
          <w:color w:val="222222"/>
          <w:sz w:val="14"/>
          <w:u w:val="none"/>
        </w:rPr>
        <w:t xml:space="preserve"> </w:t>
      </w:r>
      <w:r>
        <w:rPr>
          <w:b/>
          <w:i w:val="0"/>
          <w:smallCaps w:val="0"/>
          <w:strike w:val="0"/>
          <w:sz w:val="22"/>
          <w:u w:val="single"/>
        </w:rPr>
        <w:t>rationally</w:t>
      </w:r>
      <w:r>
        <w:rPr>
          <w:b w:val="0"/>
          <w:i/>
          <w:smallCaps w:val="0"/>
          <w:strike w:val="0"/>
          <w:color w:val="222222"/>
          <w:sz w:val="14"/>
          <w:u w:val="none"/>
        </w:rPr>
        <w:t xml:space="preserve"> </w:t>
      </w:r>
      <w:r>
        <w:rPr>
          <w:b/>
          <w:i w:val="0"/>
          <w:smallCaps w:val="0"/>
          <w:strike w:val="0"/>
          <w:sz w:val="22"/>
          <w:highlight w:val="cyan"/>
          <w:u w:val="single"/>
        </w:rPr>
        <w:t>coherent</w:t>
      </w:r>
      <w:r>
        <w:rPr>
          <w:b w:val="0"/>
          <w:i/>
          <w:smallCaps w:val="0"/>
          <w:strike w:val="0"/>
          <w:color w:val="222222"/>
          <w:sz w:val="14"/>
          <w:u w:val="none"/>
        </w:rPr>
        <w:t xml:space="preserve"> </w:t>
      </w:r>
      <w:r>
        <w:rPr>
          <w:b/>
          <w:i w:val="0"/>
          <w:smallCaps w:val="0"/>
          <w:strike w:val="0"/>
          <w:sz w:val="22"/>
          <w:u w:val="single"/>
        </w:rPr>
        <w:t>normative</w:t>
      </w:r>
      <w:r>
        <w:rPr>
          <w:b w:val="0"/>
          <w:i/>
          <w:smallCaps w:val="0"/>
          <w:strike w:val="0"/>
          <w:color w:val="222222"/>
          <w:sz w:val="14"/>
          <w:u w:val="none"/>
        </w:rPr>
        <w:t xml:space="preserve"> </w:t>
      </w:r>
      <w:r>
        <w:rPr>
          <w:b/>
          <w:i w:val="0"/>
          <w:smallCaps w:val="0"/>
          <w:strike w:val="0"/>
          <w:sz w:val="22"/>
          <w:u w:val="single"/>
        </w:rPr>
        <w:t>moral</w:t>
      </w:r>
      <w:r>
        <w:rPr>
          <w:b/>
          <w:i w:val="0"/>
          <w:smallCaps w:val="0"/>
          <w:strike w:val="0"/>
          <w:sz w:val="22"/>
          <w:highlight w:val="cyan"/>
          <w:u w:val="single"/>
        </w:rPr>
        <w:t xml:space="preserve"> theory that can accommodate</w:t>
      </w:r>
      <w:r>
        <w:rPr>
          <w:b w:val="0"/>
          <w:i/>
          <w:smallCaps w:val="0"/>
          <w:strike w:val="0"/>
          <w:color w:val="222222"/>
          <w:sz w:val="14"/>
          <w:u w:val="none"/>
        </w:rPr>
        <w:t xml:space="preserve"> </w:t>
      </w:r>
      <w:r>
        <w:rPr>
          <w:b/>
          <w:i w:val="0"/>
          <w:smallCaps w:val="0"/>
          <w:strike w:val="0"/>
          <w:sz w:val="22"/>
          <w:u w:val="single"/>
        </w:rPr>
        <w:t>our</w:t>
      </w:r>
      <w:r>
        <w:rPr>
          <w:b w:val="0"/>
          <w:i/>
          <w:smallCaps w:val="0"/>
          <w:strike w:val="0"/>
          <w:color w:val="222222"/>
          <w:sz w:val="14"/>
          <w:u w:val="none"/>
        </w:rPr>
        <w:t xml:space="preserve"> </w:t>
      </w:r>
      <w:r>
        <w:rPr>
          <w:b/>
          <w:i w:val="0"/>
          <w:smallCaps w:val="0"/>
          <w:strike w:val="0"/>
          <w:sz w:val="22"/>
          <w:u w:val="single"/>
        </w:rPr>
        <w:t>moral</w:t>
      </w:r>
      <w:r>
        <w:rPr>
          <w:b/>
          <w:i w:val="0"/>
          <w:smallCaps w:val="0"/>
          <w:strike w:val="0"/>
          <w:sz w:val="22"/>
          <w:u w:val="single"/>
        </w:rPr>
        <w:t xml:space="preserve"> </w:t>
      </w:r>
      <w:r>
        <w:rPr>
          <w:b/>
          <w:i w:val="0"/>
          <w:smallCaps w:val="0"/>
          <w:strike w:val="0"/>
          <w:sz w:val="22"/>
          <w:highlight w:val="cyan"/>
          <w:u w:val="single"/>
        </w:rPr>
        <w:t>intuitions</w:t>
      </w:r>
      <w:r>
        <w:rPr>
          <w:b w:val="0"/>
          <w:i w:val="0"/>
          <w:smallCaps w:val="0"/>
          <w:strike w:val="0"/>
          <w:sz w:val="14"/>
          <w:u w:val="none"/>
        </w:rPr>
        <w:t>. Moreover,</w:t>
      </w:r>
      <w:r>
        <w:rPr>
          <w:b w:val="0"/>
          <w:i w:val="0"/>
          <w:smallCaps w:val="0"/>
          <w:strike w:val="0"/>
          <w:color w:val="222222"/>
          <w:sz w:val="14"/>
          <w:u w:val="none"/>
        </w:rPr>
        <w:t xml:space="preserve"> </w:t>
      </w:r>
      <w:r>
        <w:rPr>
          <w:b w:val="0"/>
          <w:i w:val="0"/>
          <w:smallCaps w:val="0"/>
          <w:strike w:val="0"/>
          <w:u w:val="single"/>
        </w:rPr>
        <w:t>anyone who claims to have such a theory</w:t>
      </w:r>
      <w:r>
        <w:rPr>
          <w:b w:val="0"/>
          <w:i w:val="0"/>
          <w:smallCaps w:val="0"/>
          <w:strike w:val="0"/>
          <w:sz w:val="14"/>
          <w:u w:val="none"/>
        </w:rPr>
        <w:t>, or even part of one,</w:t>
      </w:r>
      <w:r>
        <w:rPr>
          <w:b w:val="0"/>
          <w:i w:val="0"/>
          <w:smallCaps w:val="0"/>
          <w:strike w:val="0"/>
          <w:color w:val="222222"/>
          <w:sz w:val="14"/>
          <w:u w:val="none"/>
        </w:rPr>
        <w:t xml:space="preserve"> </w:t>
      </w:r>
      <w:r>
        <w:rPr>
          <w:b/>
          <w:i w:val="0"/>
          <w:smallCaps w:val="0"/>
          <w:strike w:val="0"/>
          <w:sz w:val="22"/>
          <w:u w:val="single"/>
        </w:rPr>
        <w:t>almost certainly doesn't</w:t>
      </w:r>
      <w:r>
        <w:rPr>
          <w:b w:val="0"/>
          <w:i w:val="0"/>
          <w:smallCaps w:val="0"/>
          <w:strike w:val="0"/>
          <w:sz w:val="14"/>
          <w:u w:val="none"/>
        </w:rPr>
        <w:t xml:space="preserve">. Instead, what that person probably has is a moral </w:t>
      </w:r>
      <w:r>
        <w:rPr>
          <w:b w:val="0"/>
          <w:i w:val="0"/>
          <w:smallCaps w:val="0"/>
          <w:strike w:val="0"/>
          <w:sz w:val="14"/>
          <w:u w:val="none"/>
        </w:rPr>
        <w:t>rationalization.</w:t>
      </w:r>
      <w:r>
        <w:rPr>
          <w:b w:val="0"/>
          <w:i w:val="0"/>
          <w:smallCaps w:val="0"/>
          <w:strike w:val="0"/>
          <w:sz w:val="12"/>
          <w:u w:val="none"/>
        </w:rPr>
        <w:t>¶</w:t>
      </w:r>
      <w:r>
        <w:rPr>
          <w:b w:val="0"/>
          <w:i w:val="0"/>
          <w:smallCaps w:val="0"/>
          <w:strike w:val="0"/>
          <w:sz w:val="12"/>
          <w:u w:val="none"/>
        </w:rPr>
        <w:t xml:space="preserve"> </w:t>
      </w:r>
      <w:r>
        <w:rPr>
          <w:b w:val="0"/>
          <w:i w:val="0"/>
          <w:smallCaps w:val="0"/>
          <w:strike w:val="0"/>
          <w:sz w:val="14"/>
          <w:u w:val="none"/>
        </w:rPr>
        <w:t>It seems then, that we have somehow crossed the infamous "is"-"ought" divide. How did this happen? Didn't Hume (Hume, 1978) and Moore (Moore, 1966) warn us against trying to derive an "ought" from and "is?" How did we go from descriptive scientific theories concerning moral psychology to skepticism about a whole class of normative moral theories? The answer is that we did not, as Hume and Moore anticipated, attempt to derive an "ought" from and "is." That is, our method has been inductive rather than deductive. We have inferred on the basis of the available evidence that the phenomenon of rationalist deontological philosophy is best explained as a rationalization of evolved emotional intuition (Harman, 1977</w:t>
      </w:r>
      <w:r>
        <w:rPr>
          <w:b w:val="0"/>
          <w:i w:val="0"/>
          <w:smallCaps w:val="0"/>
          <w:strike w:val="0"/>
          <w:sz w:val="14"/>
          <w:u w:val="none"/>
        </w:rPr>
        <w:t>).</w:t>
      </w:r>
      <w:r>
        <w:rPr>
          <w:b w:val="0"/>
          <w:i w:val="0"/>
          <w:smallCaps w:val="0"/>
          <w:strike w:val="0"/>
          <w:sz w:val="12"/>
          <w:u w:val="single"/>
        </w:rPr>
        <w:t>¶</w:t>
      </w:r>
      <w:r>
        <w:rPr>
          <w:b w:val="0"/>
          <w:i w:val="0"/>
          <w:smallCaps w:val="0"/>
          <w:strike w:val="0"/>
          <w:sz w:val="12"/>
          <w:u w:val="single"/>
        </w:rPr>
        <w:t xml:space="preserve"> </w:t>
      </w:r>
      <w:r>
        <w:rPr>
          <w:b w:val="0"/>
          <w:i w:val="0"/>
          <w:smallCaps w:val="0"/>
          <w:strike w:val="0"/>
          <w:u w:val="single"/>
        </w:rPr>
        <w:t xml:space="preserve">Missing the Deontological Point </w:t>
      </w:r>
      <w:r>
        <w:rPr>
          <w:b w:val="0"/>
          <w:i w:val="0"/>
          <w:smallCaps w:val="0"/>
          <w:strike w:val="0"/>
          <w:sz w:val="14"/>
          <w:u w:val="none"/>
        </w:rPr>
        <w:t>I suspect that</w:t>
      </w:r>
      <w:r>
        <w:rPr>
          <w:b w:val="0"/>
          <w:i w:val="0"/>
          <w:smallCaps w:val="0"/>
          <w:strike w:val="0"/>
          <w:color w:val="222222"/>
          <w:sz w:val="14"/>
          <w:u w:val="none"/>
        </w:rPr>
        <w:t xml:space="preserve"> </w:t>
      </w:r>
      <w:r>
        <w:rPr>
          <w:b w:val="0"/>
          <w:i w:val="0"/>
          <w:smallCaps w:val="0"/>
          <w:strike w:val="0"/>
          <w:u w:val="single"/>
        </w:rPr>
        <w:t>rationalist</w:t>
      </w:r>
      <w:r>
        <w:rPr>
          <w:b w:val="0"/>
          <w:i w:val="0"/>
          <w:smallCaps w:val="0"/>
          <w:strike w:val="0"/>
          <w:color w:val="222222"/>
          <w:sz w:val="14"/>
          <w:u w:val="none"/>
        </w:rPr>
        <w:t xml:space="preserve"> </w:t>
      </w:r>
      <w:r>
        <w:rPr>
          <w:b w:val="0"/>
          <w:i w:val="0"/>
          <w:smallCaps w:val="0"/>
          <w:strike w:val="0"/>
          <w:u w:val="single"/>
        </w:rPr>
        <w:t>deontologists will remain unmoved</w:t>
      </w:r>
      <w:r>
        <w:rPr>
          <w:b w:val="0"/>
          <w:i w:val="0"/>
          <w:smallCaps w:val="0"/>
          <w:strike w:val="0"/>
          <w:color w:val="222222"/>
          <w:sz w:val="14"/>
          <w:u w:val="none"/>
        </w:rPr>
        <w:t xml:space="preserve"> </w:t>
      </w:r>
      <w:r>
        <w:rPr>
          <w:b w:val="0"/>
          <w:i w:val="0"/>
          <w:smallCaps w:val="0"/>
          <w:strike w:val="0"/>
          <w:u w:val="single"/>
        </w:rPr>
        <w:t>by the arguments presented here</w:t>
      </w:r>
      <w:r>
        <w:rPr>
          <w:b w:val="0"/>
          <w:i w:val="0"/>
          <w:smallCaps w:val="0"/>
          <w:strike w:val="0"/>
          <w:sz w:val="14"/>
          <w:u w:val="none"/>
        </w:rPr>
        <w:t>. Instead, I suspect,</w:t>
      </w:r>
      <w:r>
        <w:rPr>
          <w:b w:val="0"/>
          <w:i w:val="0"/>
          <w:smallCaps w:val="0"/>
          <w:strike w:val="0"/>
          <w:color w:val="222222"/>
          <w:sz w:val="14"/>
          <w:u w:val="none"/>
        </w:rPr>
        <w:t xml:space="preserve"> </w:t>
      </w:r>
      <w:r>
        <w:rPr>
          <w:b w:val="0"/>
          <w:i w:val="0"/>
          <w:smallCaps w:val="0"/>
          <w:strike w:val="0"/>
          <w:u w:val="single"/>
        </w:rPr>
        <w:t>they</w:t>
      </w:r>
      <w:r>
        <w:rPr>
          <w:b w:val="0"/>
          <w:i w:val="0"/>
          <w:smallCaps w:val="0"/>
          <w:strike w:val="0"/>
          <w:color w:val="222222"/>
          <w:u w:val="none"/>
        </w:rPr>
        <w:t xml:space="preserve"> </w:t>
      </w:r>
      <w:r>
        <w:rPr>
          <w:b w:val="0"/>
          <w:i w:val="0"/>
          <w:smallCaps w:val="0"/>
          <w:strike w:val="0"/>
          <w:u w:val="single"/>
        </w:rPr>
        <w:t>will insist that I have</w:t>
      </w:r>
      <w:r>
        <w:rPr>
          <w:b w:val="0"/>
          <w:i w:val="0"/>
          <w:smallCaps w:val="0"/>
          <w:strike w:val="0"/>
          <w:color w:val="222222"/>
          <w:u w:val="none"/>
        </w:rPr>
        <w:t xml:space="preserve"> </w:t>
      </w:r>
      <w:r>
        <w:rPr>
          <w:b/>
          <w:i w:val="0"/>
          <w:smallCaps w:val="0"/>
          <w:strike w:val="0"/>
          <w:sz w:val="22"/>
          <w:u w:val="single"/>
        </w:rPr>
        <w:t>simply misunderstood</w:t>
      </w:r>
      <w:r>
        <w:rPr>
          <w:b w:val="0"/>
          <w:i/>
          <w:smallCaps w:val="0"/>
          <w:strike w:val="0"/>
          <w:color w:val="222222"/>
          <w:sz w:val="14"/>
          <w:u w:val="none"/>
        </w:rPr>
        <w:t xml:space="preserve"> </w:t>
      </w:r>
      <w:r>
        <w:rPr>
          <w:b/>
          <w:i w:val="0"/>
          <w:smallCaps w:val="0"/>
          <w:strike w:val="0"/>
          <w:sz w:val="22"/>
          <w:u w:val="single"/>
        </w:rPr>
        <w:t>what</w:t>
      </w:r>
      <w:r>
        <w:rPr>
          <w:b w:val="0"/>
          <w:i w:val="0"/>
          <w:smallCaps w:val="0"/>
          <w:strike w:val="0"/>
          <w:sz w:val="14"/>
          <w:u w:val="none"/>
        </w:rPr>
        <w:t>Kant</w:t>
      </w:r>
      <w:r>
        <w:rPr>
          <w:b w:val="0"/>
          <w:i w:val="0"/>
          <w:smallCaps w:val="0"/>
          <w:strike w:val="0"/>
          <w:sz w:val="14"/>
          <w:u w:val="none"/>
        </w:rPr>
        <w:t xml:space="preserve"> and like-minded</w:t>
      </w:r>
      <w:r>
        <w:rPr>
          <w:b w:val="0"/>
          <w:i w:val="0"/>
          <w:smallCaps w:val="0"/>
          <w:strike w:val="0"/>
          <w:color w:val="222222"/>
          <w:sz w:val="14"/>
          <w:u w:val="none"/>
        </w:rPr>
        <w:t xml:space="preserve"> </w:t>
      </w:r>
      <w:r>
        <w:rPr>
          <w:b/>
          <w:i w:val="0"/>
          <w:smallCaps w:val="0"/>
          <w:strike w:val="0"/>
          <w:sz w:val="22"/>
          <w:u w:val="single"/>
        </w:rPr>
        <w:t>deontologists</w:t>
      </w:r>
      <w:r>
        <w:rPr>
          <w:b w:val="0"/>
          <w:i/>
          <w:smallCaps w:val="0"/>
          <w:strike w:val="0"/>
          <w:color w:val="222222"/>
          <w:sz w:val="14"/>
          <w:u w:val="none"/>
        </w:rPr>
        <w:t xml:space="preserve"> </w:t>
      </w:r>
      <w:r>
        <w:rPr>
          <w:b/>
          <w:i w:val="0"/>
          <w:smallCaps w:val="0"/>
          <w:strike w:val="0"/>
          <w:sz w:val="22"/>
          <w:u w:val="single"/>
        </w:rPr>
        <w:t>are all about</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Deontology, they will say, isn't</w:t>
      </w:r>
      <w:r>
        <w:rPr>
          <w:b w:val="0"/>
          <w:i w:val="0"/>
          <w:smallCaps w:val="0"/>
          <w:strike w:val="0"/>
          <w:u w:val="single"/>
        </w:rPr>
        <w:t xml:space="preserve"> about this intuition or that intuition</w:t>
      </w:r>
      <w:r>
        <w:rPr>
          <w:b w:val="0"/>
          <w:i w:val="0"/>
          <w:smallCaps w:val="0"/>
          <w:strike w:val="0"/>
          <w:sz w:val="14"/>
          <w:u w:val="none"/>
        </w:rPr>
        <w:t xml:space="preserve">. It's not defined by its normative differences with consequentialism. </w:t>
      </w:r>
      <w:r>
        <w:rPr>
          <w:b w:val="0"/>
          <w:i w:val="0"/>
          <w:smallCaps w:val="0"/>
          <w:strike w:val="0"/>
          <w:u w:val="single"/>
        </w:rPr>
        <w:t xml:space="preserve">Rather, deontology </w:t>
      </w:r>
      <w:r>
        <w:rPr>
          <w:b w:val="0"/>
          <w:i w:val="0"/>
          <w:smallCaps w:val="0"/>
          <w:strike w:val="0"/>
          <w:u w:val="single"/>
        </w:rPr>
        <w:t>is about taking humanity seriously</w:t>
      </w:r>
      <w:r>
        <w:rPr>
          <w:b w:val="0"/>
          <w:i w:val="0"/>
          <w:smallCaps w:val="0"/>
          <w:strike w:val="0"/>
          <w:sz w:val="14"/>
          <w:u w:val="none"/>
        </w:rPr>
        <w:t>. Above all else, it's about respect for persons. It's about treating others as fellow rational creatures rather than as mere objects, about acting for reasons rational beings can share. And so on (</w:t>
      </w:r>
      <w:r>
        <w:rPr>
          <w:b w:val="0"/>
          <w:i w:val="0"/>
          <w:smallCaps w:val="0"/>
          <w:strike w:val="0"/>
          <w:sz w:val="14"/>
          <w:u w:val="none"/>
        </w:rPr>
        <w:t>Korsgaard</w:t>
      </w:r>
      <w:r>
        <w:rPr>
          <w:b w:val="0"/>
          <w:i w:val="0"/>
          <w:smallCaps w:val="0"/>
          <w:strike w:val="0"/>
          <w:sz w:val="14"/>
          <w:u w:val="none"/>
        </w:rPr>
        <w:t xml:space="preserve">, 1996a; </w:t>
      </w:r>
      <w:r>
        <w:rPr>
          <w:b w:val="0"/>
          <w:i w:val="0"/>
          <w:smallCaps w:val="0"/>
          <w:strike w:val="0"/>
          <w:sz w:val="14"/>
          <w:u w:val="none"/>
        </w:rPr>
        <w:t>Korsgaard</w:t>
      </w:r>
      <w:r>
        <w:rPr>
          <w:b w:val="0"/>
          <w:i w:val="0"/>
          <w:smallCaps w:val="0"/>
          <w:strike w:val="0"/>
          <w:sz w:val="14"/>
          <w:u w:val="none"/>
        </w:rPr>
        <w:t>, 1996b</w:t>
      </w:r>
      <w:r>
        <w:rPr>
          <w:b w:val="0"/>
          <w:i w:val="0"/>
          <w:smallCaps w:val="0"/>
          <w:strike w:val="0"/>
          <w:sz w:val="14"/>
          <w:u w:val="none"/>
        </w:rPr>
        <w:t>).</w:t>
      </w:r>
      <w:r>
        <w:rPr>
          <w:b w:val="0"/>
          <w:i w:val="0"/>
          <w:smallCaps w:val="0"/>
          <w:strike w:val="0"/>
          <w:u w:val="single"/>
        </w:rPr>
        <w:t>This</w:t>
      </w:r>
      <w:r>
        <w:rPr>
          <w:b w:val="0"/>
          <w:i w:val="0"/>
          <w:smallCaps w:val="0"/>
          <w:strike w:val="0"/>
          <w:u w:val="single"/>
        </w:rPr>
        <w:t xml:space="preserve"> is, no doubt, how many deontologists see deontology. </w:t>
      </w:r>
      <w:r>
        <w:rPr>
          <w:b w:val="0"/>
          <w:i w:val="0"/>
          <w:smallCaps w:val="0"/>
          <w:strike w:val="0"/>
          <w:u w:val="single"/>
        </w:rPr>
        <w:t>But this</w:t>
      </w:r>
      <w:r>
        <w:rPr>
          <w:b w:val="0"/>
          <w:i w:val="0"/>
          <w:smallCaps w:val="0"/>
          <w:strike w:val="0"/>
          <w:u w:val="single"/>
        </w:rPr>
        <w:t xml:space="preserve"> </w:t>
      </w:r>
      <w:r>
        <w:rPr>
          <w:b w:val="0"/>
          <w:i w:val="0"/>
          <w:smallCaps w:val="0"/>
          <w:strike w:val="0"/>
          <w:highlight w:val="cyan"/>
          <w:u w:val="single"/>
        </w:rPr>
        <w:t>insider's</w:t>
      </w:r>
      <w:r>
        <w:rPr>
          <w:b w:val="0"/>
          <w:i w:val="0"/>
          <w:smallCaps w:val="0"/>
          <w:strike w:val="0"/>
          <w:u w:val="single"/>
        </w:rPr>
        <w:t xml:space="preserve"> </w:t>
      </w:r>
      <w:r>
        <w:rPr>
          <w:b w:val="0"/>
          <w:i w:val="0"/>
          <w:smallCaps w:val="0"/>
          <w:strike w:val="0"/>
          <w:highlight w:val="cyan"/>
          <w:u w:val="single"/>
        </w:rPr>
        <w:t>view</w:t>
      </w:r>
      <w:r>
        <w:rPr>
          <w:b w:val="0"/>
          <w:i w:val="0"/>
          <w:smallCaps w:val="0"/>
          <w:strike w:val="0"/>
          <w:sz w:val="14"/>
          <w:u w:val="none"/>
        </w:rPr>
        <w:t>,</w:t>
      </w:r>
      <w:r>
        <w:rPr>
          <w:b w:val="0"/>
          <w:i w:val="0"/>
          <w:smallCaps w:val="0"/>
          <w:strike w:val="0"/>
          <w:sz w:val="14"/>
          <w:u w:val="none"/>
        </w:rPr>
        <w:t xml:space="preserve"> as I've suggested,</w:t>
      </w:r>
      <w:r>
        <w:rPr>
          <w:b w:val="0"/>
          <w:i w:val="0"/>
          <w:smallCaps w:val="0"/>
          <w:strike w:val="0"/>
          <w:color w:val="222222"/>
          <w:sz w:val="14"/>
          <w:u w:val="none"/>
        </w:rPr>
        <w:t xml:space="preserve"> </w:t>
      </w:r>
      <w:r>
        <w:rPr>
          <w:b/>
          <w:i w:val="0"/>
          <w:smallCaps w:val="0"/>
          <w:strike w:val="0"/>
          <w:sz w:val="22"/>
          <w:u w:val="single"/>
        </w:rPr>
        <w:t>may be misleading</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The problem</w:t>
      </w:r>
      <w:r>
        <w:rPr>
          <w:b w:val="0"/>
          <w:i w:val="0"/>
          <w:smallCaps w:val="0"/>
          <w:strike w:val="0"/>
          <w:sz w:val="14"/>
          <w:u w:val="none"/>
        </w:rPr>
        <w:t>, more specifically,</w:t>
      </w:r>
      <w:r>
        <w:rPr>
          <w:b w:val="0"/>
          <w:i w:val="0"/>
          <w:smallCaps w:val="0"/>
          <w:strike w:val="0"/>
          <w:color w:val="222222"/>
          <w:sz w:val="14"/>
          <w:u w:val="none"/>
        </w:rPr>
        <w:t xml:space="preserve"> </w:t>
      </w:r>
      <w:r>
        <w:rPr>
          <w:b/>
          <w:i w:val="0"/>
          <w:smallCaps w:val="0"/>
          <w:strike w:val="0"/>
          <w:sz w:val="22"/>
          <w:u w:val="single"/>
        </w:rPr>
        <w:t>is that it</w:t>
      </w:r>
      <w:r>
        <w:rPr>
          <w:b/>
          <w:i w:val="0"/>
          <w:smallCaps w:val="0"/>
          <w:strike w:val="0"/>
          <w:sz w:val="22"/>
          <w:u w:val="single"/>
        </w:rPr>
        <w:t xml:space="preserve"> </w:t>
      </w:r>
      <w:r>
        <w:rPr>
          <w:b/>
          <w:i w:val="0"/>
          <w:smallCaps w:val="0"/>
          <w:strike w:val="0"/>
          <w:sz w:val="22"/>
          <w:highlight w:val="cyan"/>
          <w:u w:val="single"/>
        </w:rPr>
        <w:t>defines deontology in terms of values that are not</w:t>
      </w:r>
      <w:r>
        <w:rPr>
          <w:b w:val="0"/>
          <w:i/>
          <w:smallCaps w:val="0"/>
          <w:strike w:val="0"/>
          <w:color w:val="222222"/>
          <w:u w:val="none"/>
        </w:rPr>
        <w:t xml:space="preserve"> </w:t>
      </w:r>
      <w:r>
        <w:rPr>
          <w:b/>
          <w:i w:val="0"/>
          <w:smallCaps w:val="0"/>
          <w:strike w:val="0"/>
          <w:sz w:val="22"/>
          <w:u w:val="single"/>
        </w:rPr>
        <w:t>distinctively</w:t>
      </w:r>
      <w:r>
        <w:rPr>
          <w:b w:val="0"/>
          <w:i/>
          <w:smallCaps w:val="0"/>
          <w:strike w:val="0"/>
          <w:color w:val="222222"/>
          <w:u w:val="none"/>
        </w:rPr>
        <w:t xml:space="preserve"> </w:t>
      </w:r>
      <w:r>
        <w:rPr>
          <w:b/>
          <w:i w:val="0"/>
          <w:smallCaps w:val="0"/>
          <w:strike w:val="0"/>
          <w:sz w:val="22"/>
          <w:highlight w:val="cyan"/>
          <w:u w:val="single"/>
        </w:rPr>
        <w:t>deontological</w:t>
      </w:r>
      <w:r>
        <w:rPr>
          <w:b w:val="0"/>
          <w:i w:val="0"/>
          <w:smallCaps w:val="0"/>
          <w:strike w:val="0"/>
          <w:sz w:val="14"/>
          <w:u w:val="none"/>
        </w:rPr>
        <w:t>, though they may appear to be from the inside.</w:t>
      </w:r>
      <w:r>
        <w:rPr>
          <w:b w:val="0"/>
          <w:i w:val="0"/>
          <w:smallCaps w:val="0"/>
          <w:strike w:val="0"/>
          <w:color w:val="222222"/>
          <w:sz w:val="14"/>
          <w:u w:val="none"/>
        </w:rPr>
        <w:t xml:space="preserve"> </w:t>
      </w:r>
      <w:r>
        <w:rPr>
          <w:b w:val="0"/>
          <w:i w:val="0"/>
          <w:smallCaps w:val="0"/>
          <w:strike w:val="0"/>
          <w:u w:val="single"/>
        </w:rPr>
        <w:t>Consider the following analogy with religion. When one asks a religious person to explain the essence of his religion, one often gets an answer like this: "It's about love</w:t>
      </w:r>
      <w:r>
        <w:rPr>
          <w:b w:val="0"/>
          <w:i w:val="0"/>
          <w:smallCaps w:val="0"/>
          <w:strike w:val="0"/>
          <w:sz w:val="14"/>
          <w:u w:val="none"/>
        </w:rPr>
        <w:t>, really. It's about looking out for other people, looking beyond oneself. It's about community, being part of something larger than oneself."</w:t>
      </w:r>
      <w:r>
        <w:rPr>
          <w:b w:val="0"/>
          <w:i w:val="0"/>
          <w:smallCaps w:val="0"/>
          <w:strike w:val="0"/>
          <w:color w:val="222222"/>
          <w:sz w:val="14"/>
          <w:u w:val="none"/>
        </w:rPr>
        <w:t xml:space="preserve"> </w:t>
      </w:r>
      <w:r>
        <w:rPr>
          <w:b w:val="0"/>
          <w:i w:val="0"/>
          <w:smallCaps w:val="0"/>
          <w:strike w:val="0"/>
          <w:u w:val="single"/>
        </w:rPr>
        <w:t>This sort of answer accurately captures the phenomenology of many people's religion, but it's nevertheless inadequate for distinguishing religion from other things</w:t>
      </w:r>
      <w:r>
        <w:rPr>
          <w:b w:val="0"/>
          <w:i w:val="0"/>
          <w:smallCaps w:val="0"/>
          <w:strike w:val="0"/>
          <w:sz w:val="14"/>
          <w:u w:val="none"/>
        </w:rPr>
        <w:t>. This is because many, if not most, non-religious people aspire to love deeply, look out for other people, avoid self-absorption, have a sense of a community, and be connected to things larger than themselves. In other words, secular humanists and atheists can assent to most of what many religious people think religion is all about. From a secular humanist's point of view, in contrast, what's distinctive about religion is its commitment to the existence of supernatural entities as well as formal religious institutions and doctrines. And they're right. These things really do distinguish religious from non-religious practices, though they may appear to be secondary to many people operating from within a religious point of view. In the same way, I believe that most of</w:t>
      </w:r>
      <w:r>
        <w:rPr>
          <w:b w:val="0"/>
          <w:i w:val="0"/>
          <w:smallCaps w:val="0"/>
          <w:strike w:val="0"/>
          <w:color w:val="222222"/>
          <w:sz w:val="14"/>
          <w:u w:val="none"/>
        </w:rPr>
        <w:t xml:space="preserve"> </w:t>
      </w:r>
      <w:r>
        <w:rPr>
          <w:b w:val="0"/>
          <w:i w:val="0"/>
          <w:smallCaps w:val="0"/>
          <w:strike w:val="0"/>
          <w:u w:val="single"/>
        </w:rPr>
        <w:t>the standard</w:t>
      </w:r>
      <w:r>
        <w:rPr>
          <w:b w:val="0"/>
          <w:i w:val="0"/>
          <w:smallCaps w:val="0"/>
          <w:strike w:val="0"/>
          <w:color w:val="222222"/>
          <w:sz w:val="14"/>
          <w:u w:val="none"/>
        </w:rPr>
        <w:t xml:space="preserve"> </w:t>
      </w:r>
      <w:r>
        <w:rPr>
          <w:b w:val="0"/>
          <w:i w:val="0"/>
          <w:smallCaps w:val="0"/>
          <w:strike w:val="0"/>
          <w:u w:val="single"/>
        </w:rPr>
        <w:t>deontological/Kantian self-</w:t>
      </w:r>
      <w:r>
        <w:rPr>
          <w:b w:val="0"/>
          <w:i w:val="0"/>
          <w:smallCaps w:val="0"/>
          <w:strike w:val="0"/>
          <w:u w:val="single"/>
        </w:rPr>
        <w:t>characterizatons</w:t>
      </w:r>
      <w:r>
        <w:rPr>
          <w:b w:val="0"/>
          <w:i w:val="0"/>
          <w:smallCaps w:val="0"/>
          <w:strike w:val="0"/>
          <w:color w:val="222222"/>
          <w:u w:val="none"/>
        </w:rPr>
        <w:t xml:space="preserve"> </w:t>
      </w:r>
      <w:r>
        <w:rPr>
          <w:b/>
          <w:i w:val="0"/>
          <w:smallCaps w:val="0"/>
          <w:strike w:val="0"/>
          <w:sz w:val="22"/>
          <w:u w:val="single"/>
        </w:rPr>
        <w:t>fail to distinguish deontology from other approaches to ethics</w:t>
      </w:r>
      <w:r>
        <w:rPr>
          <w:b w:val="0"/>
          <w:i w:val="0"/>
          <w:smallCaps w:val="0"/>
          <w:strike w:val="0"/>
          <w:sz w:val="14"/>
          <w:u w:val="none"/>
        </w:rPr>
        <w:t>. (See also Kagan (Kagan, 1997, pp. 70-78.) on the difficulty of defining deontology.) It seems to me that</w:t>
      </w:r>
      <w:r>
        <w:rPr>
          <w:b w:val="0"/>
          <w:i w:val="0"/>
          <w:smallCaps w:val="0"/>
          <w:strike w:val="0"/>
          <w:color w:val="222222"/>
          <w:sz w:val="14"/>
          <w:u w:val="none"/>
        </w:rPr>
        <w:t xml:space="preserve"> </w:t>
      </w:r>
      <w:r>
        <w:rPr>
          <w:b w:val="0"/>
          <w:i w:val="0"/>
          <w:smallCaps w:val="0"/>
          <w:strike w:val="0"/>
          <w:highlight w:val="cyan"/>
          <w:u w:val="single"/>
        </w:rPr>
        <w:t>consequentialists</w:t>
      </w:r>
      <w:r>
        <w:rPr>
          <w:b w:val="0"/>
          <w:i w:val="0"/>
          <w:smallCaps w:val="0"/>
          <w:strike w:val="0"/>
          <w:sz w:val="14"/>
          <w:u w:val="none"/>
        </w:rPr>
        <w:t>, as much as anyone else,</w:t>
      </w:r>
      <w:r>
        <w:rPr>
          <w:b w:val="0"/>
          <w:i w:val="0"/>
          <w:smallCaps w:val="0"/>
          <w:strike w:val="0"/>
          <w:color w:val="222222"/>
          <w:sz w:val="14"/>
          <w:u w:val="none"/>
        </w:rPr>
        <w:t xml:space="preserve"> </w:t>
      </w:r>
      <w:r>
        <w:rPr>
          <w:b/>
          <w:i w:val="0"/>
          <w:smallCaps w:val="0"/>
          <w:strike w:val="0"/>
          <w:sz w:val="22"/>
          <w:u w:val="single"/>
        </w:rPr>
        <w:t>have</w:t>
      </w:r>
      <w:r>
        <w:rPr>
          <w:b/>
          <w:i w:val="0"/>
          <w:smallCaps w:val="0"/>
          <w:strike w:val="0"/>
          <w:sz w:val="22"/>
          <w:u w:val="single"/>
        </w:rPr>
        <w:t xml:space="preserve"> </w:t>
      </w:r>
      <w:r>
        <w:rPr>
          <w:b/>
          <w:i w:val="0"/>
          <w:smallCaps w:val="0"/>
          <w:strike w:val="0"/>
          <w:sz w:val="22"/>
          <w:highlight w:val="cyan"/>
          <w:u w:val="single"/>
        </w:rPr>
        <w:t xml:space="preserve">respect </w:t>
      </w:r>
      <w:r>
        <w:rPr>
          <w:b/>
          <w:i w:val="0"/>
          <w:smallCaps w:val="0"/>
          <w:strike w:val="0"/>
          <w:sz w:val="22"/>
          <w:u w:val="single"/>
        </w:rPr>
        <w:t>for</w:t>
      </w:r>
      <w:r>
        <w:rPr>
          <w:b/>
          <w:i w:val="0"/>
          <w:smallCaps w:val="0"/>
          <w:strike w:val="0"/>
          <w:sz w:val="22"/>
          <w:u w:val="single"/>
        </w:rPr>
        <w:t xml:space="preserve"> </w:t>
      </w:r>
      <w:r>
        <w:rPr>
          <w:b/>
          <w:i w:val="0"/>
          <w:smallCaps w:val="0"/>
          <w:strike w:val="0"/>
          <w:sz w:val="22"/>
          <w:highlight w:val="cyan"/>
          <w:u w:val="single"/>
        </w:rPr>
        <w:t>persons</w:t>
      </w:r>
      <w:r>
        <w:rPr>
          <w:b w:val="0"/>
          <w:i w:val="0"/>
          <w:smallCaps w:val="0"/>
          <w:strike w:val="0"/>
          <w:color w:val="222222"/>
          <w:sz w:val="14"/>
          <w:highlight w:val="cyan"/>
          <w:u w:val="none"/>
        </w:rPr>
        <w:t>,</w:t>
      </w:r>
      <w:r>
        <w:rPr>
          <w:b w:val="0"/>
          <w:i w:val="0"/>
          <w:smallCaps w:val="0"/>
          <w:strike w:val="0"/>
          <w:color w:val="222222"/>
          <w:sz w:val="14"/>
          <w:u w:val="none"/>
        </w:rPr>
        <w:t xml:space="preserve"> </w:t>
      </w:r>
      <w:r>
        <w:rPr>
          <w:b w:val="0"/>
          <w:i w:val="0"/>
          <w:smallCaps w:val="0"/>
          <w:strike w:val="0"/>
          <w:u w:val="single"/>
        </w:rPr>
        <w:t>are</w:t>
      </w:r>
      <w:r>
        <w:rPr>
          <w:b w:val="0"/>
          <w:i w:val="0"/>
          <w:smallCaps w:val="0"/>
          <w:strike w:val="0"/>
          <w:color w:val="222222"/>
          <w:sz w:val="14"/>
          <w:u w:val="none"/>
        </w:rPr>
        <w:t xml:space="preserve"> </w:t>
      </w:r>
      <w:r>
        <w:rPr>
          <w:b/>
          <w:i w:val="0"/>
          <w:smallCaps w:val="0"/>
          <w:strike w:val="0"/>
          <w:sz w:val="22"/>
          <w:u w:val="single"/>
        </w:rPr>
        <w:t>against treating people as</w:t>
      </w:r>
      <w:r>
        <w:rPr>
          <w:b w:val="0"/>
          <w:i/>
          <w:smallCaps w:val="0"/>
          <w:strike w:val="0"/>
          <w:color w:val="222222"/>
          <w:sz w:val="14"/>
          <w:u w:val="none"/>
        </w:rPr>
        <w:t xml:space="preserve"> </w:t>
      </w:r>
      <w:r>
        <w:rPr>
          <w:b/>
          <w:i w:val="0"/>
          <w:smallCaps w:val="0"/>
          <w:strike w:val="0"/>
          <w:sz w:val="22"/>
          <w:u w:val="single"/>
        </w:rPr>
        <w:t>mere</w:t>
      </w:r>
      <w:r>
        <w:rPr>
          <w:b w:val="0"/>
          <w:i/>
          <w:smallCaps w:val="0"/>
          <w:strike w:val="0"/>
          <w:color w:val="222222"/>
          <w:sz w:val="14"/>
          <w:u w:val="none"/>
        </w:rPr>
        <w:t xml:space="preserve"> </w:t>
      </w:r>
      <w:r>
        <w:rPr>
          <w:b/>
          <w:i w:val="0"/>
          <w:smallCaps w:val="0"/>
          <w:strike w:val="0"/>
          <w:sz w:val="22"/>
          <w:u w:val="single"/>
        </w:rPr>
        <w:t>objects,</w:t>
      </w:r>
      <w:r>
        <w:rPr>
          <w:b w:val="0"/>
          <w:i w:val="0"/>
          <w:smallCaps w:val="0"/>
          <w:strike w:val="0"/>
          <w:color w:val="222222"/>
          <w:sz w:val="14"/>
          <w:u w:val="none"/>
        </w:rPr>
        <w:t xml:space="preserve"> </w:t>
      </w:r>
      <w:r>
        <w:rPr>
          <w:b w:val="0"/>
          <w:i w:val="0"/>
          <w:smallCaps w:val="0"/>
          <w:strike w:val="0"/>
          <w:u w:val="single"/>
        </w:rPr>
        <w:t>wish</w:t>
      </w:r>
      <w:r>
        <w:rPr>
          <w:b w:val="0"/>
          <w:i w:val="0"/>
          <w:smallCaps w:val="0"/>
          <w:strike w:val="0"/>
          <w:color w:val="222222"/>
          <w:u w:val="none"/>
        </w:rPr>
        <w:t xml:space="preserve"> </w:t>
      </w:r>
      <w:r>
        <w:rPr>
          <w:b/>
          <w:i w:val="0"/>
          <w:smallCaps w:val="0"/>
          <w:strike w:val="0"/>
          <w:sz w:val="22"/>
          <w:u w:val="single"/>
        </w:rPr>
        <w:t>to act for reasons that rational creatures can share</w:t>
      </w:r>
      <w:r>
        <w:rPr>
          <w:b w:val="0"/>
          <w:i w:val="0"/>
          <w:smallCaps w:val="0"/>
          <w:strike w:val="0"/>
          <w:u w:val="single"/>
        </w:rPr>
        <w:t>, etc</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A consequentialist respects other persons, and refrains from treating them as mere objects,</w:t>
      </w:r>
      <w:r>
        <w:rPr>
          <w:b w:val="0"/>
          <w:i w:val="0"/>
          <w:smallCaps w:val="0"/>
          <w:strike w:val="0"/>
          <w:color w:val="222222"/>
          <w:sz w:val="14"/>
          <w:u w:val="none"/>
        </w:rPr>
        <w:t xml:space="preserve"> </w:t>
      </w:r>
      <w:r>
        <w:rPr>
          <w:b w:val="0"/>
          <w:i w:val="0"/>
          <w:smallCaps w:val="0"/>
          <w:strike w:val="0"/>
          <w:highlight w:val="cyan"/>
          <w:u w:val="single"/>
        </w:rPr>
        <w:t>by</w:t>
      </w:r>
      <w:r>
        <w:rPr>
          <w:b w:val="0"/>
          <w:i w:val="0"/>
          <w:smallCaps w:val="0"/>
          <w:strike w:val="0"/>
          <w:color w:val="222222"/>
          <w:sz w:val="14"/>
          <w:highlight w:val="cyan"/>
          <w:u w:val="none"/>
        </w:rPr>
        <w:t xml:space="preserve"> </w:t>
      </w:r>
      <w:r>
        <w:rPr>
          <w:b/>
          <w:i w:val="0"/>
          <w:smallCaps w:val="0"/>
          <w:strike w:val="0"/>
          <w:sz w:val="22"/>
          <w:highlight w:val="cyan"/>
          <w:u w:val="single"/>
        </w:rPr>
        <w:t>counting every person's well-being</w:t>
      </w:r>
      <w:r>
        <w:rPr>
          <w:b w:val="0"/>
          <w:i/>
          <w:smallCaps w:val="0"/>
          <w:strike w:val="0"/>
          <w:color w:val="222222"/>
          <w:sz w:val="14"/>
          <w:highlight w:val="cyan"/>
          <w:u w:val="none"/>
        </w:rPr>
        <w:t xml:space="preserve"> </w:t>
      </w:r>
      <w:r>
        <w:rPr>
          <w:b/>
          <w:i w:val="0"/>
          <w:smallCaps w:val="0"/>
          <w:strike w:val="0"/>
          <w:sz w:val="22"/>
          <w:highlight w:val="cyan"/>
          <w:u w:val="single"/>
        </w:rPr>
        <w:t>in the decision-making process</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Likewise, a</w:t>
      </w:r>
      <w:r>
        <w:rPr>
          <w:b w:val="0"/>
          <w:i w:val="0"/>
          <w:smallCaps w:val="0"/>
          <w:strike w:val="0"/>
          <w:color w:val="222222"/>
          <w:sz w:val="14"/>
          <w:u w:val="none"/>
        </w:rPr>
        <w:t xml:space="preserve"> </w:t>
      </w:r>
      <w:r>
        <w:rPr>
          <w:b w:val="0"/>
          <w:i w:val="0"/>
          <w:smallCaps w:val="0"/>
          <w:strike w:val="0"/>
          <w:u w:val="single"/>
        </w:rPr>
        <w:t>consequentialist</w:t>
      </w:r>
      <w:r>
        <w:rPr>
          <w:b w:val="0"/>
          <w:i w:val="0"/>
          <w:smallCaps w:val="0"/>
          <w:strike w:val="0"/>
          <w:color w:val="222222"/>
          <w:sz w:val="14"/>
          <w:u w:val="none"/>
        </w:rPr>
        <w:t xml:space="preserve"> </w:t>
      </w:r>
      <w:r>
        <w:rPr>
          <w:b w:val="0"/>
          <w:i w:val="0"/>
          <w:smallCaps w:val="0"/>
          <w:strike w:val="0"/>
          <w:u w:val="single"/>
        </w:rPr>
        <w:t>attempts to act according to reasons that rational creatures can share by acting according to</w:t>
      </w:r>
      <w:r>
        <w:rPr>
          <w:b w:val="0"/>
          <w:i w:val="0"/>
          <w:smallCaps w:val="0"/>
          <w:strike w:val="0"/>
          <w:color w:val="222222"/>
          <w:sz w:val="14"/>
          <w:u w:val="none"/>
        </w:rPr>
        <w:t xml:space="preserve"> </w:t>
      </w:r>
      <w:r>
        <w:rPr>
          <w:b w:val="0"/>
          <w:i w:val="0"/>
          <w:smallCaps w:val="0"/>
          <w:strike w:val="0"/>
          <w:u w:val="single"/>
        </w:rPr>
        <w:t>principles</w:t>
      </w:r>
      <w:r>
        <w:rPr>
          <w:b w:val="0"/>
          <w:i w:val="0"/>
          <w:smallCaps w:val="0"/>
          <w:strike w:val="0"/>
          <w:color w:val="222222"/>
          <w:sz w:val="14"/>
          <w:u w:val="none"/>
        </w:rPr>
        <w:t xml:space="preserve"> </w:t>
      </w:r>
      <w:r>
        <w:rPr>
          <w:b w:val="0"/>
          <w:i w:val="0"/>
          <w:smallCaps w:val="0"/>
          <w:strike w:val="0"/>
          <w:u w:val="single"/>
        </w:rPr>
        <w:t>that</w:t>
      </w:r>
      <w:r>
        <w:rPr>
          <w:b w:val="0"/>
          <w:i w:val="0"/>
          <w:smallCaps w:val="0"/>
          <w:strike w:val="0"/>
          <w:color w:val="222222"/>
          <w:sz w:val="14"/>
          <w:u w:val="none"/>
        </w:rPr>
        <w:t xml:space="preserve"> </w:t>
      </w:r>
      <w:r>
        <w:rPr>
          <w:b/>
          <w:i w:val="0"/>
          <w:smallCaps w:val="0"/>
          <w:strike w:val="0"/>
          <w:sz w:val="22"/>
          <w:u w:val="single"/>
        </w:rPr>
        <w:t>give equal weight to everyone's interests</w:t>
      </w:r>
      <w:r>
        <w:rPr>
          <w:b w:val="0"/>
          <w:i w:val="0"/>
          <w:smallCaps w:val="0"/>
          <w:strike w:val="0"/>
          <w:u w:val="single"/>
        </w:rPr>
        <w:t>,</w:t>
      </w:r>
      <w:r>
        <w:rPr>
          <w:b w:val="0"/>
          <w:i w:val="0"/>
          <w:smallCaps w:val="0"/>
          <w:strike w:val="0"/>
          <w:u w:val="single"/>
        </w:rPr>
        <w:t xml:space="preserve"> i.e. that are impartial</w:t>
      </w:r>
      <w:r>
        <w:rPr>
          <w:b w:val="0"/>
          <w:i w:val="0"/>
          <w:smallCaps w:val="0"/>
          <w:strike w:val="0"/>
          <w:sz w:val="14"/>
          <w:u w:val="none"/>
        </w:rPr>
        <w:t>. This is not to say that consequentialists and deontologists don't differ. They do. It's just that the real differences may not be what deontologists often take them to be. What, then, distinguishes deontology from other kinds of moral thought? A good strategy for answering this question is to start with concrete disagreements between deontologists and others (such as consequentialists) and then work backward in search of deeper principles. This is what I've attempted to do with the trolley and footbridge cases, and other instances in which deontologists and consequentialists disagree.</w:t>
      </w:r>
      <w:r>
        <w:rPr>
          <w:b w:val="0"/>
          <w:i w:val="0"/>
          <w:smallCaps w:val="0"/>
          <w:strike w:val="0"/>
          <w:color w:val="222222"/>
          <w:sz w:val="14"/>
          <w:u w:val="none"/>
        </w:rPr>
        <w:t xml:space="preserve"> </w:t>
      </w:r>
      <w:r>
        <w:rPr>
          <w:b w:val="0"/>
          <w:i w:val="0"/>
          <w:smallCaps w:val="0"/>
          <w:strike w:val="0"/>
          <w:highlight w:val="cyan"/>
          <w:u w:val="single"/>
        </w:rPr>
        <w:t xml:space="preserve">If you ask </w:t>
      </w:r>
      <w:r>
        <w:rPr>
          <w:b w:val="0"/>
          <w:i w:val="0"/>
          <w:smallCaps w:val="0"/>
          <w:strike w:val="0"/>
          <w:u w:val="single"/>
        </w:rPr>
        <w:t>a deontologically-minded</w:t>
      </w:r>
      <w:r>
        <w:rPr>
          <w:b w:val="0"/>
          <w:i w:val="0"/>
          <w:smallCaps w:val="0"/>
          <w:strike w:val="0"/>
          <w:color w:val="222222"/>
          <w:sz w:val="14"/>
          <w:u w:val="none"/>
        </w:rPr>
        <w:t xml:space="preserve"> </w:t>
      </w:r>
      <w:r>
        <w:rPr>
          <w:b w:val="0"/>
          <w:i w:val="0"/>
          <w:smallCaps w:val="0"/>
          <w:strike w:val="0"/>
          <w:u w:val="single"/>
        </w:rPr>
        <w:t xml:space="preserve">person </w:t>
      </w:r>
      <w:r>
        <w:rPr>
          <w:b w:val="0"/>
          <w:i w:val="0"/>
          <w:smallCaps w:val="0"/>
          <w:strike w:val="0"/>
          <w:highlight w:val="cyan"/>
          <w:u w:val="single"/>
        </w:rPr>
        <w:t xml:space="preserve">why it's wrong to push someone </w:t>
      </w:r>
      <w:r>
        <w:rPr>
          <w:b w:val="0"/>
          <w:i w:val="0"/>
          <w:smallCaps w:val="0"/>
          <w:strike w:val="0"/>
          <w:u w:val="single"/>
        </w:rPr>
        <w:t>in front of</w:t>
      </w:r>
      <w:r>
        <w:rPr>
          <w:b w:val="0"/>
          <w:i w:val="0"/>
          <w:smallCaps w:val="0"/>
          <w:strike w:val="0"/>
          <w:color w:val="222222"/>
          <w:sz w:val="14"/>
          <w:u w:val="none"/>
        </w:rPr>
        <w:t xml:space="preserve"> </w:t>
      </w:r>
      <w:r>
        <w:rPr>
          <w:b w:val="0"/>
          <w:i w:val="0"/>
          <w:smallCaps w:val="0"/>
          <w:strike w:val="0"/>
          <w:u w:val="single"/>
        </w:rPr>
        <w:t>speeding</w:t>
      </w:r>
      <w:r>
        <w:rPr>
          <w:b w:val="0"/>
          <w:i w:val="0"/>
          <w:smallCaps w:val="0"/>
          <w:strike w:val="0"/>
          <w:color w:val="222222"/>
          <w:sz w:val="14"/>
          <w:u w:val="none"/>
        </w:rPr>
        <w:t xml:space="preserve"> </w:t>
      </w:r>
      <w:r>
        <w:rPr>
          <w:b w:val="0"/>
          <w:i w:val="0"/>
          <w:smallCaps w:val="0"/>
          <w:strike w:val="0"/>
          <w:u w:val="single"/>
        </w:rPr>
        <w:t>trolley</w:t>
      </w:r>
      <w:r>
        <w:rPr>
          <w:b w:val="0"/>
          <w:i w:val="0"/>
          <w:smallCaps w:val="0"/>
          <w:strike w:val="0"/>
          <w:color w:val="222222"/>
          <w:sz w:val="14"/>
          <w:u w:val="none"/>
        </w:rPr>
        <w:t xml:space="preserve"> </w:t>
      </w:r>
      <w:r>
        <w:rPr>
          <w:b w:val="0"/>
          <w:i w:val="0"/>
          <w:smallCaps w:val="0"/>
          <w:strike w:val="0"/>
          <w:u w:val="single"/>
        </w:rPr>
        <w:t>in order</w:t>
      </w:r>
      <w:r>
        <w:rPr>
          <w:b w:val="0"/>
          <w:i w:val="0"/>
          <w:smallCaps w:val="0"/>
          <w:strike w:val="0"/>
          <w:color w:val="222222"/>
          <w:sz w:val="14"/>
          <w:u w:val="none"/>
        </w:rPr>
        <w:t xml:space="preserve"> </w:t>
      </w:r>
      <w:r>
        <w:rPr>
          <w:b w:val="0"/>
          <w:i w:val="0"/>
          <w:smallCaps w:val="0"/>
          <w:strike w:val="0"/>
          <w:highlight w:val="cyan"/>
          <w:u w:val="single"/>
        </w:rPr>
        <w:t xml:space="preserve">to save five </w:t>
      </w:r>
      <w:r>
        <w:rPr>
          <w:b w:val="0"/>
          <w:i w:val="0"/>
          <w:smallCaps w:val="0"/>
          <w:strike w:val="0"/>
          <w:u w:val="single"/>
        </w:rPr>
        <w:t>others</w:t>
      </w:r>
      <w:r>
        <w:rPr>
          <w:b w:val="0"/>
          <w:i w:val="0"/>
          <w:smallCaps w:val="0"/>
          <w:strike w:val="0"/>
          <w:sz w:val="14"/>
          <w:u w:val="none"/>
        </w:rPr>
        <w:t xml:space="preserve">, you will </w:t>
      </w:r>
      <w:r>
        <w:rPr>
          <w:b w:val="0"/>
          <w:i w:val="0"/>
          <w:smallCaps w:val="0"/>
          <w:strike w:val="0"/>
          <w:sz w:val="14"/>
          <w:u w:val="none"/>
        </w:rPr>
        <w:t>getcharacteristically</w:t>
      </w:r>
      <w:r>
        <w:rPr>
          <w:b w:val="0"/>
          <w:i w:val="0"/>
          <w:smallCaps w:val="0"/>
          <w:strike w:val="0"/>
          <w:sz w:val="14"/>
          <w:u w:val="none"/>
        </w:rPr>
        <w:t xml:space="preserve"> deontological</w:t>
      </w:r>
      <w:r>
        <w:rPr>
          <w:b w:val="0"/>
          <w:i w:val="0"/>
          <w:smallCaps w:val="0"/>
          <w:strike w:val="0"/>
          <w:color w:val="222222"/>
          <w:sz w:val="14"/>
          <w:u w:val="none"/>
        </w:rPr>
        <w:t xml:space="preserve"> </w:t>
      </w:r>
      <w:r>
        <w:rPr>
          <w:b w:val="0"/>
          <w:i w:val="0"/>
          <w:smallCaps w:val="0"/>
          <w:strike w:val="0"/>
          <w:highlight w:val="cyan"/>
          <w:u w:val="single"/>
        </w:rPr>
        <w:t>answers</w:t>
      </w:r>
      <w:r>
        <w:rPr>
          <w:b w:val="0"/>
          <w:i w:val="0"/>
          <w:smallCaps w:val="0"/>
          <w:strike w:val="0"/>
          <w:sz w:val="14"/>
          <w:u w:val="none"/>
        </w:rPr>
        <w:t>. Some</w:t>
      </w:r>
      <w:r>
        <w:rPr>
          <w:b w:val="0"/>
          <w:i w:val="0"/>
          <w:smallCaps w:val="0"/>
          <w:strike w:val="0"/>
          <w:color w:val="222222"/>
          <w:sz w:val="14"/>
          <w:u w:val="none"/>
        </w:rPr>
        <w:t xml:space="preserve"> </w:t>
      </w:r>
      <w:r>
        <w:rPr>
          <w:b/>
          <w:i w:val="0"/>
          <w:smallCaps w:val="0"/>
          <w:strike w:val="0"/>
          <w:sz w:val="22"/>
          <w:highlight w:val="cyan"/>
          <w:u w:val="single"/>
        </w:rPr>
        <w:t>will be</w:t>
      </w:r>
      <w:r>
        <w:rPr>
          <w:b w:val="0"/>
          <w:i/>
          <w:smallCaps w:val="0"/>
          <w:strike w:val="0"/>
          <w:color w:val="222222"/>
          <w:highlight w:val="cyan"/>
          <w:u w:val="none"/>
        </w:rPr>
        <w:t xml:space="preserve"> </w:t>
      </w:r>
      <w:r>
        <w:rPr>
          <w:b w:val="0"/>
          <w:i w:val="0"/>
          <w:smallCaps w:val="0"/>
          <w:strike w:val="0"/>
          <w:highlight w:val="cyan"/>
          <w:u w:val="single"/>
        </w:rPr>
        <w:t>tautological</w:t>
      </w:r>
      <w:r>
        <w:rPr>
          <w:b w:val="0"/>
          <w:i w:val="0"/>
          <w:smallCaps w:val="0"/>
          <w:strike w:val="0"/>
          <w:color w:val="222222"/>
          <w:highlight w:val="cyan"/>
          <w:u w:val="single"/>
        </w:rPr>
        <w:t>:</w:t>
      </w:r>
      <w:r>
        <w:rPr>
          <w:b w:val="0"/>
          <w:i w:val="0"/>
          <w:smallCaps w:val="0"/>
          <w:strike w:val="0"/>
          <w:color w:val="222222"/>
          <w:u w:val="none"/>
        </w:rPr>
        <w:t xml:space="preserve"> </w:t>
      </w:r>
      <w:r>
        <w:rPr>
          <w:b/>
          <w:i w:val="0"/>
          <w:smallCaps w:val="0"/>
          <w:strike w:val="0"/>
          <w:sz w:val="22"/>
          <w:u w:val="single"/>
        </w:rPr>
        <w:t>"</w:t>
      </w:r>
      <w:r>
        <w:rPr>
          <w:b/>
          <w:i w:val="0"/>
          <w:smallCaps w:val="0"/>
          <w:strike w:val="0"/>
          <w:sz w:val="22"/>
          <w:u w:val="single"/>
        </w:rPr>
        <w:t xml:space="preserve">Because it's </w:t>
      </w:r>
      <w:r>
        <w:rPr>
          <w:b/>
          <w:i w:val="0"/>
          <w:smallCaps w:val="0"/>
          <w:strike w:val="0"/>
          <w:sz w:val="22"/>
          <w:u w:val="single"/>
        </w:rPr>
        <w:t>murder!"</w:t>
      </w:r>
      <w:r>
        <w:rPr>
          <w:b w:val="0"/>
          <w:i w:val="0"/>
          <w:smallCaps w:val="0"/>
          <w:strike w:val="0"/>
          <w:u w:val="single"/>
        </w:rPr>
        <w:t>Others</w:t>
      </w:r>
      <w:r>
        <w:rPr>
          <w:b w:val="0"/>
          <w:i w:val="0"/>
          <w:smallCaps w:val="0"/>
          <w:strike w:val="0"/>
          <w:u w:val="single"/>
        </w:rPr>
        <w:t xml:space="preserve"> will be more sophisticated: "The ends don't justify the means</w:t>
      </w:r>
      <w:r>
        <w:rPr>
          <w:b w:val="0"/>
          <w:i w:val="0"/>
          <w:smallCaps w:val="0"/>
          <w:strike w:val="0"/>
          <w:sz w:val="14"/>
          <w:u w:val="none"/>
        </w:rPr>
        <w:t>." "You have to respect people's rights."</w:t>
      </w:r>
      <w:r>
        <w:rPr>
          <w:b w:val="0"/>
          <w:i w:val="0"/>
          <w:smallCaps w:val="0"/>
          <w:strike w:val="0"/>
          <w:color w:val="222222"/>
          <w:sz w:val="14"/>
          <w:u w:val="none"/>
        </w:rPr>
        <w:t xml:space="preserve"> </w:t>
      </w:r>
      <w:r>
        <w:rPr>
          <w:b/>
          <w:i w:val="0"/>
          <w:smallCaps w:val="0"/>
          <w:strike w:val="0"/>
          <w:sz w:val="22"/>
          <w:u w:val="single"/>
        </w:rPr>
        <w:t>But</w:t>
      </w:r>
      <w:r>
        <w:rPr>
          <w:b w:val="0"/>
          <w:i w:val="0"/>
          <w:smallCaps w:val="0"/>
          <w:strike w:val="0"/>
          <w:sz w:val="14"/>
          <w:u w:val="none"/>
        </w:rPr>
        <w:t>, as we know,</w:t>
      </w:r>
      <w:r>
        <w:rPr>
          <w:b w:val="0"/>
          <w:i w:val="0"/>
          <w:smallCaps w:val="0"/>
          <w:strike w:val="0"/>
          <w:color w:val="222222"/>
          <w:sz w:val="14"/>
          <w:u w:val="none"/>
        </w:rPr>
        <w:t xml:space="preserve"> </w:t>
      </w:r>
      <w:r>
        <w:rPr>
          <w:b w:val="0"/>
          <w:i w:val="0"/>
          <w:smallCaps w:val="0"/>
          <w:strike w:val="0"/>
          <w:u w:val="single"/>
        </w:rPr>
        <w:t>these answers don't really explain anything</w:t>
      </w:r>
      <w:r>
        <w:rPr>
          <w:b w:val="0"/>
          <w:i w:val="0"/>
          <w:smallCaps w:val="0"/>
          <w:strike w:val="0"/>
          <w:sz w:val="14"/>
          <w:u w:val="none"/>
        </w:rPr>
        <w:t>, because</w:t>
      </w:r>
      <w:r>
        <w:rPr>
          <w:b w:val="0"/>
          <w:i w:val="0"/>
          <w:smallCaps w:val="0"/>
          <w:strike w:val="0"/>
          <w:color w:val="222222"/>
          <w:sz w:val="14"/>
          <w:u w:val="none"/>
        </w:rPr>
        <w:t xml:space="preserve"> </w:t>
      </w:r>
      <w:r>
        <w:rPr>
          <w:b w:val="0"/>
          <w:i w:val="0"/>
          <w:smallCaps w:val="0"/>
          <w:strike w:val="0"/>
          <w:u w:val="single"/>
        </w:rPr>
        <w:t>if you give the same people</w:t>
      </w:r>
      <w:r>
        <w:rPr>
          <w:b w:val="0"/>
          <w:i w:val="0"/>
          <w:smallCaps w:val="0"/>
          <w:strike w:val="0"/>
          <w:color w:val="222222"/>
          <w:sz w:val="14"/>
          <w:u w:val="none"/>
        </w:rPr>
        <w:t xml:space="preserve"> </w:t>
      </w:r>
      <w:r>
        <w:rPr>
          <w:b w:val="0"/>
          <w:i w:val="0"/>
          <w:smallCaps w:val="0"/>
          <w:strike w:val="0"/>
          <w:sz w:val="14"/>
          <w:u w:val="none"/>
        </w:rPr>
        <w:t>(on different occasions)</w:t>
      </w:r>
      <w:r>
        <w:rPr>
          <w:b w:val="0"/>
          <w:i w:val="0"/>
          <w:smallCaps w:val="0"/>
          <w:strike w:val="0"/>
          <w:color w:val="222222"/>
          <w:sz w:val="14"/>
          <w:u w:val="none"/>
        </w:rPr>
        <w:t xml:space="preserve"> </w:t>
      </w:r>
      <w:r>
        <w:rPr>
          <w:b w:val="0"/>
          <w:i w:val="0"/>
          <w:smallCaps w:val="0"/>
          <w:strike w:val="0"/>
          <w:u w:val="single"/>
        </w:rPr>
        <w:t>the trolley case</w:t>
      </w:r>
      <w:r>
        <w:rPr>
          <w:b w:val="0"/>
          <w:i w:val="0"/>
          <w:smallCaps w:val="0"/>
          <w:strike w:val="0"/>
          <w:color w:val="222222"/>
          <w:sz w:val="14"/>
          <w:u w:val="none"/>
        </w:rPr>
        <w:t xml:space="preserve"> </w:t>
      </w:r>
      <w:r>
        <w:rPr>
          <w:b w:val="0"/>
          <w:i w:val="0"/>
          <w:smallCaps w:val="0"/>
          <w:strike w:val="0"/>
          <w:sz w:val="14"/>
          <w:u w:val="none"/>
        </w:rPr>
        <w:t>or the loop case (See above),</w:t>
      </w:r>
      <w:r>
        <w:rPr>
          <w:b w:val="0"/>
          <w:i w:val="0"/>
          <w:smallCaps w:val="0"/>
          <w:strike w:val="0"/>
          <w:color w:val="222222"/>
          <w:sz w:val="14"/>
          <w:u w:val="none"/>
        </w:rPr>
        <w:t xml:space="preserve"> </w:t>
      </w:r>
      <w:r>
        <w:rPr>
          <w:b/>
          <w:i w:val="0"/>
          <w:smallCaps w:val="0"/>
          <w:strike w:val="0"/>
          <w:sz w:val="22"/>
          <w:u w:val="single"/>
        </w:rPr>
        <w:t>they'll make the opposite judgment</w:t>
      </w:r>
      <w:r>
        <w:rPr>
          <w:b w:val="0"/>
          <w:i w:val="0"/>
          <w:smallCaps w:val="0"/>
          <w:strike w:val="0"/>
          <w:sz w:val="14"/>
          <w:u w:val="none"/>
        </w:rPr>
        <w:t>, even though their initial explanation concerning the footbridge case applies equally well to one or both of these cases.</w:t>
      </w:r>
      <w:r>
        <w:rPr>
          <w:b w:val="0"/>
          <w:i w:val="0"/>
          <w:smallCaps w:val="0"/>
          <w:strike w:val="0"/>
          <w:color w:val="222222"/>
          <w:sz w:val="14"/>
          <w:u w:val="none"/>
        </w:rPr>
        <w:t xml:space="preserve"> </w:t>
      </w:r>
      <w:r>
        <w:rPr>
          <w:b w:val="0"/>
          <w:i w:val="0"/>
          <w:smallCaps w:val="0"/>
          <w:strike w:val="0"/>
          <w:u w:val="single"/>
        </w:rPr>
        <w:t xml:space="preserve">Talk about </w:t>
      </w:r>
      <w:r>
        <w:rPr>
          <w:b w:val="0"/>
          <w:i w:val="0"/>
          <w:smallCaps w:val="0"/>
          <w:strike w:val="0"/>
          <w:u w:val="single"/>
        </w:rPr>
        <w:t>rights,</w:t>
      </w:r>
      <w:r>
        <w:rPr>
          <w:b w:val="0"/>
          <w:i w:val="0"/>
          <w:smallCaps w:val="0"/>
          <w:strike w:val="0"/>
          <w:color w:val="222222"/>
          <w:sz w:val="14"/>
          <w:u w:val="none"/>
        </w:rPr>
        <w:t xml:space="preserve"> </w:t>
      </w:r>
      <w:r>
        <w:rPr>
          <w:b w:val="0"/>
          <w:i w:val="0"/>
          <w:smallCaps w:val="0"/>
          <w:strike w:val="0"/>
          <w:u w:val="single"/>
        </w:rPr>
        <w:t>respect for persons, and reasons we can share</w:t>
      </w:r>
      <w:r>
        <w:rPr>
          <w:b w:val="0"/>
          <w:i w:val="0"/>
          <w:smallCaps w:val="0"/>
          <w:strike w:val="0"/>
          <w:color w:val="222222"/>
          <w:sz w:val="14"/>
          <w:u w:val="none"/>
        </w:rPr>
        <w:t xml:space="preserve"> </w:t>
      </w:r>
      <w:r>
        <w:rPr>
          <w:b w:val="0"/>
          <w:i w:val="0"/>
          <w:smallCaps w:val="0"/>
          <w:strike w:val="0"/>
          <w:u w:val="single"/>
        </w:rPr>
        <w:t>are natural attempts to explain, in "cognitive" terms, what we feel</w:t>
      </w:r>
      <w:r>
        <w:rPr>
          <w:b w:val="0"/>
          <w:i w:val="0"/>
          <w:smallCaps w:val="0"/>
          <w:strike w:val="0"/>
          <w:color w:val="222222"/>
          <w:sz w:val="14"/>
          <w:u w:val="none"/>
        </w:rPr>
        <w:t xml:space="preserve"> </w:t>
      </w:r>
      <w:r>
        <w:rPr>
          <w:b w:val="0"/>
          <w:i w:val="0"/>
          <w:smallCaps w:val="0"/>
          <w:strike w:val="0"/>
          <w:u w:val="single"/>
        </w:rPr>
        <w:t>when we find ourselves having</w:t>
      </w:r>
      <w:r>
        <w:rPr>
          <w:b w:val="0"/>
          <w:i w:val="0"/>
          <w:smallCaps w:val="0"/>
          <w:strike w:val="0"/>
          <w:u w:val="single"/>
        </w:rPr>
        <w:t xml:space="preserve"> emotionally driven intuitions that are odds with the cold calculus of consequentialism</w:t>
      </w:r>
      <w:r>
        <w:rPr>
          <w:b w:val="0"/>
          <w:i w:val="0"/>
          <w:smallCaps w:val="0"/>
          <w:strike w:val="0"/>
          <w:sz w:val="14"/>
          <w:u w:val="none"/>
        </w:rPr>
        <w:t>. Although these explanations are inevitably incomplete,</w:t>
      </w:r>
      <w:r>
        <w:rPr>
          <w:b w:val="0"/>
          <w:i w:val="0"/>
          <w:smallCaps w:val="0"/>
          <w:strike w:val="0"/>
          <w:color w:val="222222"/>
          <w:sz w:val="14"/>
          <w:u w:val="none"/>
        </w:rPr>
        <w:t xml:space="preserve"> </w:t>
      </w:r>
      <w:r>
        <w:rPr>
          <w:b/>
          <w:i w:val="0"/>
          <w:smallCaps w:val="0"/>
          <w:strike w:val="0"/>
          <w:sz w:val="22"/>
          <w:highlight w:val="cyan"/>
          <w:u w:val="single"/>
        </w:rPr>
        <w:t xml:space="preserve">there seems to be </w:t>
      </w:r>
      <w:r>
        <w:rPr>
          <w:b/>
          <w:i w:val="0"/>
          <w:smallCaps w:val="0"/>
          <w:strike w:val="0"/>
          <w:sz w:val="22"/>
          <w:u w:val="single"/>
        </w:rPr>
        <w:t xml:space="preserve">"something deeply </w:t>
      </w:r>
      <w:r>
        <w:rPr>
          <w:b/>
          <w:i w:val="0"/>
          <w:smallCaps w:val="0"/>
          <w:strike w:val="0"/>
          <w:sz w:val="22"/>
          <w:highlight w:val="cyan"/>
          <w:u w:val="single"/>
        </w:rPr>
        <w:t>right</w:t>
      </w:r>
      <w:r>
        <w:rPr>
          <w:b/>
          <w:i w:val="0"/>
          <w:smallCaps w:val="0"/>
          <w:strike w:val="0"/>
          <w:sz w:val="22"/>
          <w:u w:val="single"/>
        </w:rPr>
        <w:t xml:space="preserve">" </w:t>
      </w:r>
      <w:r>
        <w:rPr>
          <w:b/>
          <w:i w:val="0"/>
          <w:smallCaps w:val="0"/>
          <w:strike w:val="0"/>
          <w:sz w:val="22"/>
          <w:u w:val="single"/>
        </w:rPr>
        <w:t>about them</w:t>
      </w:r>
      <w:r>
        <w:rPr>
          <w:b w:val="0"/>
          <w:i/>
          <w:smallCaps w:val="0"/>
          <w:strike w:val="0"/>
          <w:color w:val="222222"/>
          <w:sz w:val="14"/>
          <w:u w:val="none"/>
        </w:rPr>
        <w:t xml:space="preserve"> </w:t>
      </w:r>
      <w:r>
        <w:rPr>
          <w:b/>
          <w:i w:val="0"/>
          <w:smallCaps w:val="0"/>
          <w:strike w:val="0"/>
          <w:sz w:val="22"/>
          <w:highlight w:val="cyan"/>
          <w:u w:val="single"/>
        </w:rPr>
        <w:t>because they give voice to</w:t>
      </w:r>
      <w:r>
        <w:rPr>
          <w:b/>
          <w:i w:val="0"/>
          <w:smallCaps w:val="0"/>
          <w:strike w:val="0"/>
          <w:sz w:val="22"/>
          <w:u w:val="single"/>
        </w:rPr>
        <w:t xml:space="preserve"> powerful </w:t>
      </w:r>
      <w:r>
        <w:rPr>
          <w:b/>
          <w:i w:val="0"/>
          <w:smallCaps w:val="0"/>
          <w:strike w:val="0"/>
          <w:sz w:val="22"/>
          <w:highlight w:val="cyan"/>
          <w:u w:val="single"/>
        </w:rPr>
        <w:t>moral emotions</w:t>
      </w:r>
      <w:r>
        <w:rPr>
          <w:b w:val="0"/>
          <w:i w:val="0"/>
          <w:smallCaps w:val="0"/>
          <w:strike w:val="0"/>
          <w:color w:val="222222"/>
          <w:highlight w:val="cyan"/>
          <w:u w:val="single"/>
        </w:rPr>
        <w:t>.</w:t>
      </w:r>
      <w:r>
        <w:rPr>
          <w:b w:val="0"/>
          <w:i w:val="0"/>
          <w:smallCaps w:val="0"/>
          <w:strike w:val="0"/>
          <w:color w:val="222222"/>
          <w:highlight w:val="cyan"/>
          <w:u w:val="none"/>
        </w:rPr>
        <w:t xml:space="preserve"> </w:t>
      </w:r>
      <w:r>
        <w:rPr>
          <w:b w:val="0"/>
          <w:i w:val="0"/>
          <w:smallCaps w:val="0"/>
          <w:strike w:val="0"/>
          <w:highlight w:val="cyan"/>
          <w:u w:val="single"/>
        </w:rPr>
        <w:t>But</w:t>
      </w:r>
      <w:r>
        <w:rPr>
          <w:b w:val="0"/>
          <w:i w:val="0"/>
          <w:smallCaps w:val="0"/>
          <w:strike w:val="0"/>
          <w:u w:val="single"/>
        </w:rPr>
        <w:t>, as with many religious people's accounts of what's essential to religion,</w:t>
      </w:r>
      <w:r>
        <w:rPr>
          <w:b w:val="0"/>
          <w:i w:val="0"/>
          <w:smallCaps w:val="0"/>
          <w:strike w:val="0"/>
          <w:color w:val="222222"/>
          <w:sz w:val="14"/>
          <w:u w:val="none"/>
        </w:rPr>
        <w:t xml:space="preserve"> </w:t>
      </w:r>
      <w:r>
        <w:rPr>
          <w:b w:val="0"/>
          <w:i w:val="0"/>
          <w:smallCaps w:val="0"/>
          <w:strike w:val="0"/>
          <w:u w:val="single"/>
        </w:rPr>
        <w:t xml:space="preserve">they </w:t>
      </w:r>
      <w:r>
        <w:rPr>
          <w:b w:val="0"/>
          <w:i w:val="0"/>
          <w:smallCaps w:val="0"/>
          <w:strike w:val="0"/>
          <w:highlight w:val="cyan"/>
          <w:u w:val="single"/>
        </w:rPr>
        <w:t>don't</w:t>
      </w:r>
      <w:r>
        <w:rPr>
          <w:b w:val="0"/>
          <w:i w:val="0"/>
          <w:smallCaps w:val="0"/>
          <w:strike w:val="0"/>
          <w:color w:val="222222"/>
          <w:highlight w:val="cyan"/>
          <w:u w:val="none"/>
        </w:rPr>
        <w:t xml:space="preserve"> </w:t>
      </w:r>
      <w:r>
        <w:rPr>
          <w:b w:val="0"/>
          <w:i w:val="0"/>
          <w:smallCaps w:val="0"/>
          <w:strike w:val="0"/>
          <w:u w:val="single"/>
        </w:rPr>
        <w:t>really</w:t>
      </w:r>
      <w:r>
        <w:rPr>
          <w:b w:val="0"/>
          <w:i w:val="0"/>
          <w:smallCaps w:val="0"/>
          <w:strike w:val="0"/>
          <w:color w:val="222222"/>
          <w:sz w:val="14"/>
          <w:u w:val="none"/>
        </w:rPr>
        <w:t xml:space="preserve"> </w:t>
      </w:r>
      <w:r>
        <w:rPr>
          <w:b w:val="0"/>
          <w:i w:val="0"/>
          <w:smallCaps w:val="0"/>
          <w:strike w:val="0"/>
          <w:highlight w:val="cyan"/>
          <w:u w:val="single"/>
        </w:rPr>
        <w:t>explain</w:t>
      </w:r>
      <w:r>
        <w:rPr>
          <w:b w:val="0"/>
          <w:i w:val="0"/>
          <w:smallCaps w:val="0"/>
          <w:strike w:val="0"/>
          <w:u w:val="single"/>
        </w:rPr>
        <w:t xml:space="preserve"> what's distinctive about</w:t>
      </w:r>
      <w:r>
        <w:rPr>
          <w:b w:val="0"/>
          <w:i w:val="0"/>
          <w:smallCaps w:val="0"/>
          <w:strike w:val="0"/>
          <w:color w:val="222222"/>
          <w:sz w:val="14"/>
          <w:u w:val="none"/>
        </w:rPr>
        <w:t xml:space="preserve"> </w:t>
      </w:r>
      <w:r>
        <w:rPr>
          <w:b w:val="0"/>
          <w:i w:val="0"/>
          <w:smallCaps w:val="0"/>
          <w:strike w:val="0"/>
          <w:highlight w:val="cyan"/>
          <w:u w:val="single"/>
        </w:rPr>
        <w:t xml:space="preserve">the </w:t>
      </w:r>
      <w:r>
        <w:rPr>
          <w:b w:val="0"/>
          <w:i w:val="0"/>
          <w:smallCaps w:val="0"/>
          <w:strike w:val="0"/>
          <w:u w:val="single"/>
        </w:rPr>
        <w:t xml:space="preserve">philosophy in </w:t>
      </w:r>
      <w:r>
        <w:rPr>
          <w:b w:val="0"/>
          <w:i w:val="0"/>
          <w:smallCaps w:val="0"/>
          <w:strike w:val="0"/>
          <w:highlight w:val="cyan"/>
          <w:u w:val="single"/>
        </w:rPr>
        <w:t>question</w:t>
      </w:r>
      <w:r>
        <w:rPr>
          <w:b w:val="0"/>
          <w:i w:val="0"/>
          <w:smallCaps w:val="0"/>
          <w:strike w:val="0"/>
          <w:sz w:val="14"/>
          <w:u w:val="none"/>
        </w:rPr>
        <w:t>.</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