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Solves the aff.</w:t>
      </w:r>
    </w:p>
    <w:p>
      <w:pPr>
        <w:spacing w:after="80"/>
      </w:pPr>
      <w:r>
        <w:rPr>
          <w:b/>
          <w:i w:val="0"/>
          <w:smallCaps w:val="0"/>
          <w:strike w:val="0"/>
          <w:sz w:val="26"/>
          <w:u w:val="none"/>
        </w:rPr>
        <w:t>Posner ’14</w:t>
      </w:r>
      <w:r>
        <w:rPr>
          <w:b w:val="0"/>
          <w:i w:val="0"/>
          <w:smallCaps w:val="0"/>
          <w:strike w:val="0"/>
          <w:u w:val="none"/>
        </w:rPr>
        <w:t xml:space="preserve"> </w:t>
      </w:r>
      <w:r>
        <w:rPr>
          <w:b w:val="0"/>
          <w:i w:val="0"/>
          <w:smallCaps w:val="0"/>
          <w:strike w:val="0"/>
          <w:sz w:val="16"/>
          <w:u w:val="none"/>
        </w:rPr>
        <w:t>(Eric A, Kirkland and Ellis Distinguished Service Professor of Law at the University of Chicago, Arthur and Esther Kane Research Chair, fellow of the American Academy of Arts and Sciences, member of the American Law Institute, J.D. from Harvard Law School, M.A. in Philosophy from Yale University; 8/3/14, “Obama Is Legally Allowed to Enforce—or Not Enforce—the Law”, https://newrepublic.com/article/118951/obamas-immigration-policy-lawful-he-can-enforce-what-he-wants,The New Republic)</w:t>
      </w:r>
    </w:p>
    <w:p>
      <w:pPr>
        <w:spacing w:after="60"/>
      </w:pPr>
      <w:r>
        <w:rPr>
          <w:b w:val="0"/>
          <w:i w:val="0"/>
          <w:smallCaps w:val="0"/>
          <w:strike w:val="0"/>
          <w:sz w:val="22"/>
          <w:highlight w:val="cyan"/>
          <w:u w:val="single"/>
        </w:rPr>
        <w:t>The executive</w:t>
      </w:r>
      <w:r>
        <w:rPr>
          <w:b w:val="0"/>
          <w:i w:val="0"/>
          <w:smallCaps w:val="0"/>
          <w:strike w:val="0"/>
          <w:sz w:val="16"/>
          <w:u w:val="none"/>
        </w:rPr>
        <w:t xml:space="preserve"> branch </w:t>
      </w:r>
      <w:r>
        <w:rPr>
          <w:b w:val="0"/>
          <w:i w:val="0"/>
          <w:smallCaps w:val="0"/>
          <w:strike w:val="0"/>
          <w:sz w:val="22"/>
          <w:highlight w:val="cyan"/>
          <w:u w:val="single"/>
        </w:rPr>
        <w:t>spends</w:t>
      </w:r>
      <w:r>
        <w:rPr>
          <w:b w:val="0"/>
          <w:i w:val="0"/>
          <w:smallCaps w:val="0"/>
          <w:strike w:val="0"/>
          <w:sz w:val="22"/>
          <w:u w:val="single"/>
        </w:rPr>
        <w:t xml:space="preserve"> a lot of </w:t>
      </w:r>
      <w:r>
        <w:rPr>
          <w:b w:val="0"/>
          <w:i w:val="0"/>
          <w:smallCaps w:val="0"/>
          <w:strike w:val="0"/>
          <w:sz w:val="22"/>
          <w:highlight w:val="cyan"/>
          <w:u w:val="single"/>
        </w:rPr>
        <w:t xml:space="preserve">time </w:t>
      </w:r>
      <w:r>
        <w:rPr>
          <w:b/>
          <w:i w:val="0"/>
          <w:smallCaps w:val="0"/>
          <w:strike w:val="0"/>
          <w:sz w:val="22"/>
          <w:highlight w:val="cyan"/>
          <w:u w:val="single"/>
        </w:rPr>
        <w:t>not enforcing laws</w:t>
      </w:r>
      <w:r>
        <w:rPr>
          <w:b w:val="0"/>
          <w:i w:val="0"/>
          <w:smallCaps w:val="0"/>
          <w:strike w:val="0"/>
          <w:sz w:val="22"/>
          <w:highlight w:val="cyan"/>
          <w:u w:val="single"/>
        </w:rPr>
        <w:t>. Congress</w:t>
      </w:r>
      <w:r>
        <w:rPr>
          <w:b w:val="0"/>
          <w:i w:val="0"/>
          <w:smallCaps w:val="0"/>
          <w:strike w:val="0"/>
          <w:sz w:val="22"/>
          <w:u w:val="single"/>
        </w:rPr>
        <w:t xml:space="preserve"> has </w:t>
      </w:r>
      <w:r>
        <w:rPr>
          <w:b w:val="0"/>
          <w:i w:val="0"/>
          <w:smallCaps w:val="0"/>
          <w:strike w:val="0"/>
          <w:sz w:val="22"/>
          <w:highlight w:val="cyan"/>
          <w:u w:val="single"/>
        </w:rPr>
        <w:t xml:space="preserve">illegalized an </w:t>
      </w:r>
      <w:r>
        <w:rPr>
          <w:b/>
          <w:i w:val="0"/>
          <w:smallCaps w:val="0"/>
          <w:strike w:val="0"/>
          <w:sz w:val="22"/>
          <w:highlight w:val="cyan"/>
          <w:u w:val="single"/>
        </w:rPr>
        <w:t>enormous amount</w:t>
      </w:r>
      <w:r>
        <w:rPr>
          <w:b w:val="0"/>
          <w:i w:val="0"/>
          <w:smallCaps w:val="0"/>
          <w:strike w:val="0"/>
          <w:sz w:val="22"/>
          <w:u w:val="single"/>
        </w:rPr>
        <w:t xml:space="preserve"> of activity</w:t>
      </w:r>
      <w:r>
        <w:rPr>
          <w:b w:val="0"/>
          <w:i w:val="0"/>
          <w:smallCaps w:val="0"/>
          <w:strike w:val="0"/>
          <w:sz w:val="16"/>
          <w:u w:val="none"/>
        </w:rPr>
        <w:t xml:space="preserve"> without giving the president the resources to enforce the laws, </w:t>
      </w:r>
      <w:r>
        <w:rPr>
          <w:b w:val="0"/>
          <w:i w:val="0"/>
          <w:smallCaps w:val="0"/>
          <w:strike w:val="0"/>
          <w:sz w:val="22"/>
          <w:u w:val="single"/>
        </w:rPr>
        <w:t xml:space="preserve">so the executive has </w:t>
      </w:r>
      <w:r>
        <w:rPr>
          <w:b/>
          <w:i w:val="0"/>
          <w:smallCaps w:val="0"/>
          <w:strike w:val="0"/>
          <w:sz w:val="22"/>
          <w:u w:val="single"/>
        </w:rPr>
        <w:t>no choice</w:t>
      </w:r>
      <w:r>
        <w:rPr>
          <w:b w:val="0"/>
          <w:i w:val="0"/>
          <w:smallCaps w:val="0"/>
          <w:strike w:val="0"/>
          <w:sz w:val="22"/>
          <w:u w:val="single"/>
        </w:rPr>
        <w:t xml:space="preserve"> but to make</w:t>
      </w:r>
      <w:r>
        <w:rPr>
          <w:b w:val="0"/>
          <w:i w:val="0"/>
          <w:smallCaps w:val="0"/>
          <w:strike w:val="0"/>
          <w:sz w:val="16"/>
          <w:u w:val="none"/>
        </w:rPr>
        <w:t xml:space="preserve"> a list of </w:t>
      </w:r>
      <w:r>
        <w:rPr>
          <w:b w:val="0"/>
          <w:i w:val="0"/>
          <w:smallCaps w:val="0"/>
          <w:strike w:val="0"/>
          <w:sz w:val="22"/>
          <w:u w:val="single"/>
        </w:rPr>
        <w:t xml:space="preserve">priorities and </w:t>
      </w:r>
      <w:r>
        <w:rPr>
          <w:b/>
          <w:i w:val="0"/>
          <w:smallCaps w:val="0"/>
          <w:strike w:val="0"/>
          <w:sz w:val="22"/>
          <w:u w:val="single"/>
        </w:rPr>
        <w:t>devote its attention</w:t>
      </w:r>
      <w:r>
        <w:rPr>
          <w:b w:val="0"/>
          <w:i w:val="0"/>
          <w:smallCaps w:val="0"/>
          <w:strike w:val="0"/>
          <w:sz w:val="22"/>
          <w:u w:val="single"/>
        </w:rPr>
        <w:t xml:space="preserve"> to</w:t>
      </w:r>
      <w:r>
        <w:rPr>
          <w:b w:val="0"/>
          <w:i w:val="0"/>
          <w:smallCaps w:val="0"/>
          <w:strike w:val="0"/>
          <w:sz w:val="16"/>
          <w:u w:val="none"/>
        </w:rPr>
        <w:t xml:space="preserve"> law </w:t>
      </w:r>
      <w:r>
        <w:rPr>
          <w:b w:val="0"/>
          <w:i w:val="0"/>
          <w:smallCaps w:val="0"/>
          <w:strike w:val="0"/>
          <w:sz w:val="22"/>
          <w:u w:val="single"/>
        </w:rPr>
        <w:t>violations that</w:t>
      </w:r>
      <w:r>
        <w:rPr>
          <w:b w:val="0"/>
          <w:i w:val="0"/>
          <w:smallCaps w:val="0"/>
          <w:strike w:val="0"/>
          <w:sz w:val="16"/>
          <w:u w:val="none"/>
        </w:rPr>
        <w:t xml:space="preserve">, in its opinion, </w:t>
      </w:r>
      <w:r>
        <w:rPr>
          <w:b w:val="0"/>
          <w:i w:val="0"/>
          <w:smallCaps w:val="0"/>
          <w:strike w:val="0"/>
          <w:sz w:val="22"/>
          <w:u w:val="single"/>
        </w:rPr>
        <w:t>are the most serious</w:t>
      </w:r>
      <w:r>
        <w:rPr>
          <w:b w:val="0"/>
          <w:i w:val="0"/>
          <w:smallCaps w:val="0"/>
          <w:strike w:val="0"/>
          <w:sz w:val="16"/>
          <w:u w:val="none"/>
        </w:rPr>
        <w:t>. Thus, the IRS doesn’t audit paupers very often. The Justice Department ignores a lot of anticompetitive behavior that might raise prices a bit but not much. The DEA focuses on criminal syndicates rather than ordinary drug users, although both violate federal law. And so on.</w:t>
      </w:r>
    </w:p>
    <w:p>
      <w:pPr>
        <w:spacing w:after="60"/>
      </w:pPr>
      <w:r>
        <w:rPr>
          <w:b w:val="0"/>
          <w:i w:val="0"/>
          <w:smallCaps w:val="0"/>
          <w:strike w:val="0"/>
          <w:sz w:val="16"/>
          <w:u w:val="none"/>
        </w:rPr>
        <w:t xml:space="preserve">Nearly all of </w:t>
      </w:r>
      <w:r>
        <w:rPr>
          <w:b w:val="0"/>
          <w:i w:val="0"/>
          <w:smallCaps w:val="0"/>
          <w:strike w:val="0"/>
          <w:sz w:val="22"/>
          <w:u w:val="single"/>
        </w:rPr>
        <w:t xml:space="preserve">this </w:t>
      </w:r>
      <w:r>
        <w:rPr>
          <w:b w:val="0"/>
          <w:i w:val="0"/>
          <w:smallCaps w:val="0"/>
          <w:strike w:val="0"/>
          <w:sz w:val="22"/>
          <w:highlight w:val="cyan"/>
          <w:u w:val="single"/>
        </w:rPr>
        <w:t>non-enforcement takes place with</w:t>
      </w:r>
      <w:r>
        <w:rPr>
          <w:b w:val="0"/>
          <w:i w:val="0"/>
          <w:smallCaps w:val="0"/>
          <w:strike w:val="0"/>
          <w:sz w:val="22"/>
          <w:u w:val="single"/>
        </w:rPr>
        <w:t xml:space="preserve"> </w:t>
      </w:r>
      <w:r>
        <w:rPr>
          <w:b/>
          <w:i w:val="0"/>
          <w:smallCaps w:val="0"/>
          <w:strike w:val="0"/>
          <w:sz w:val="22"/>
          <w:u w:val="single"/>
        </w:rPr>
        <w:t xml:space="preserve">implicit </w:t>
      </w:r>
      <w:r>
        <w:rPr>
          <w:b/>
          <w:i w:val="0"/>
          <w:smallCaps w:val="0"/>
          <w:strike w:val="0"/>
          <w:sz w:val="22"/>
          <w:highlight w:val="cyan"/>
          <w:u w:val="single"/>
        </w:rPr>
        <w:t>congressional acquiescence</w:t>
      </w:r>
      <w:r>
        <w:rPr>
          <w:b w:val="0"/>
          <w:i w:val="0"/>
          <w:smallCaps w:val="0"/>
          <w:strike w:val="0"/>
          <w:sz w:val="16"/>
          <w:u w:val="none"/>
        </w:rPr>
        <w:t xml:space="preserve">; once in a while, Congress complains because the president’s priorities are not the same as its own. But </w:t>
      </w:r>
      <w:r>
        <w:rPr>
          <w:b w:val="0"/>
          <w:i w:val="0"/>
          <w:smallCaps w:val="0"/>
          <w:strike w:val="0"/>
          <w:sz w:val="22"/>
          <w:u w:val="single"/>
        </w:rPr>
        <w:t xml:space="preserve">the president has </w:t>
      </w:r>
      <w:r>
        <w:rPr>
          <w:b/>
          <w:i w:val="0"/>
          <w:smallCaps w:val="0"/>
          <w:strike w:val="0"/>
          <w:sz w:val="22"/>
          <w:u w:val="single"/>
        </w:rPr>
        <w:t>no obligation</w:t>
      </w:r>
      <w:r>
        <w:rPr>
          <w:b w:val="0"/>
          <w:i w:val="0"/>
          <w:smallCaps w:val="0"/>
          <w:strike w:val="0"/>
          <w:sz w:val="22"/>
          <w:u w:val="single"/>
        </w:rPr>
        <w:t xml:space="preserve"> to listen to</w:t>
      </w:r>
      <w:r>
        <w:rPr>
          <w:b w:val="0"/>
          <w:i w:val="0"/>
          <w:smallCaps w:val="0"/>
          <w:strike w:val="0"/>
          <w:sz w:val="16"/>
          <w:u w:val="none"/>
        </w:rPr>
        <w:t xml:space="preserve"> these </w:t>
      </w:r>
      <w:r>
        <w:rPr>
          <w:b w:val="0"/>
          <w:i w:val="0"/>
          <w:smallCaps w:val="0"/>
          <w:strike w:val="0"/>
          <w:sz w:val="22"/>
          <w:u w:val="single"/>
        </w:rPr>
        <w:t xml:space="preserve">complaints. </w:t>
      </w:r>
      <w:r>
        <w:rPr>
          <w:b w:val="0"/>
          <w:i w:val="0"/>
          <w:smallCaps w:val="0"/>
          <w:strike w:val="0"/>
          <w:sz w:val="22"/>
          <w:highlight w:val="cyan"/>
          <w:u w:val="single"/>
        </w:rPr>
        <w:t xml:space="preserve">The Constitution </w:t>
      </w:r>
      <w:r>
        <w:rPr>
          <w:b/>
          <w:i w:val="0"/>
          <w:smallCaps w:val="0"/>
          <w:strike w:val="0"/>
          <w:sz w:val="22"/>
          <w:highlight w:val="cyan"/>
          <w:u w:val="single"/>
        </w:rPr>
        <w:t>gave</w:t>
      </w:r>
      <w:r>
        <w:rPr>
          <w:b/>
          <w:i w:val="0"/>
          <w:smallCaps w:val="0"/>
          <w:strike w:val="0"/>
          <w:sz w:val="22"/>
          <w:u w:val="single"/>
        </w:rPr>
        <w:t xml:space="preserve"> him </w:t>
      </w:r>
      <w:r>
        <w:rPr>
          <w:b/>
          <w:i w:val="0"/>
          <w:smallCaps w:val="0"/>
          <w:strike w:val="0"/>
          <w:sz w:val="22"/>
          <w:highlight w:val="cyan"/>
          <w:u w:val="single"/>
        </w:rPr>
        <w:t>executive power</w:t>
      </w:r>
      <w:r>
        <w:rPr>
          <w:b w:val="0"/>
          <w:i w:val="0"/>
          <w:smallCaps w:val="0"/>
          <w:strike w:val="0"/>
          <w:sz w:val="22"/>
          <w:u w:val="single"/>
        </w:rPr>
        <w:t xml:space="preserve"> while preventing Congress from compelling the president to act except by</w:t>
      </w:r>
      <w:r>
        <w:rPr>
          <w:b w:val="0"/>
          <w:i w:val="0"/>
          <w:smallCaps w:val="0"/>
          <w:strike w:val="0"/>
          <w:sz w:val="16"/>
          <w:u w:val="none"/>
        </w:rPr>
        <w:t xml:space="preserve"> issuing </w:t>
      </w:r>
      <w:r>
        <w:rPr>
          <w:b w:val="0"/>
          <w:i w:val="0"/>
          <w:smallCaps w:val="0"/>
          <w:strike w:val="0"/>
          <w:sz w:val="22"/>
          <w:u w:val="single"/>
        </w:rPr>
        <w:t>the</w:t>
      </w:r>
      <w:r>
        <w:rPr>
          <w:b w:val="0"/>
          <w:i w:val="0"/>
          <w:smallCaps w:val="0"/>
          <w:strike w:val="0"/>
          <w:sz w:val="16"/>
          <w:u w:val="none"/>
        </w:rPr>
        <w:t xml:space="preserve"> extreme and usually </w:t>
      </w:r>
      <w:r>
        <w:rPr>
          <w:b w:val="0"/>
          <w:i w:val="0"/>
          <w:smallCaps w:val="0"/>
          <w:strike w:val="0"/>
          <w:sz w:val="22"/>
          <w:u w:val="single"/>
        </w:rPr>
        <w:t>non-credible threat of impeachment. This is</w:t>
      </w:r>
      <w:r>
        <w:rPr>
          <w:b w:val="0"/>
          <w:i w:val="0"/>
          <w:smallCaps w:val="0"/>
          <w:strike w:val="0"/>
          <w:sz w:val="16"/>
          <w:u w:val="none"/>
        </w:rPr>
        <w:t xml:space="preserve"> the </w:t>
      </w:r>
      <w:r>
        <w:rPr>
          <w:b/>
          <w:i w:val="0"/>
          <w:smallCaps w:val="0"/>
          <w:strike w:val="0"/>
          <w:sz w:val="22"/>
          <w:u w:val="single"/>
        </w:rPr>
        <w:t>separation of powers</w:t>
      </w:r>
      <w:r>
        <w:rPr>
          <w:b w:val="0"/>
          <w:i w:val="0"/>
          <w:smallCaps w:val="0"/>
          <w:strike w:val="0"/>
          <w:sz w:val="16"/>
          <w:u w:val="none"/>
        </w:rPr>
        <w:t xml:space="preserve">. People like Douthat wrongly think that separation of powers means that the president must do what Congress decides. That’s not the principle of separation of powers; that’s the principle of legislative supremacy, embodied in parliamentary systems like Britain’s, which America's founders rejected. </w:t>
      </w:r>
    </w:p>
    <w:p>
      <w:pPr>
        <w:spacing w:after="60"/>
      </w:pPr>
      <w:r>
        <w:rPr>
          <w:b w:val="0"/>
          <w:i w:val="0"/>
          <w:smallCaps w:val="0"/>
          <w:strike w:val="0"/>
          <w:sz w:val="22"/>
          <w:u w:val="single"/>
        </w:rPr>
        <w:t>The founders gave</w:t>
      </w:r>
      <w:r>
        <w:rPr>
          <w:b w:val="0"/>
          <w:i w:val="0"/>
          <w:smallCaps w:val="0"/>
          <w:strike w:val="0"/>
          <w:sz w:val="16"/>
          <w:u w:val="none"/>
        </w:rPr>
        <w:t xml:space="preserve"> the president </w:t>
      </w:r>
      <w:r>
        <w:rPr>
          <w:b w:val="0"/>
          <w:i w:val="0"/>
          <w:smallCaps w:val="0"/>
          <w:strike w:val="0"/>
          <w:sz w:val="22"/>
          <w:u w:val="single"/>
        </w:rPr>
        <w:t xml:space="preserve">independence from Congress because they feared </w:t>
      </w:r>
      <w:r>
        <w:rPr>
          <w:b/>
          <w:i w:val="0"/>
          <w:smallCaps w:val="0"/>
          <w:strike w:val="0"/>
          <w:sz w:val="22"/>
          <w:u w:val="single"/>
        </w:rPr>
        <w:t>legislative tyranny</w:t>
      </w:r>
      <w:r>
        <w:rPr>
          <w:b w:val="0"/>
          <w:i w:val="0"/>
          <w:smallCaps w:val="0"/>
          <w:strike w:val="0"/>
          <w:sz w:val="22"/>
          <w:u w:val="single"/>
        </w:rPr>
        <w:t>. The president could push back if Congress passed laws that violated the Constitution.</w:t>
      </w:r>
      <w:r>
        <w:rPr>
          <w:b w:val="0"/>
          <w:i w:val="0"/>
          <w:smallCaps w:val="0"/>
          <w:strike w:val="0"/>
          <w:sz w:val="16"/>
          <w:u w:val="none"/>
        </w:rPr>
        <w:t xml:space="preserve"> Obama's current view is a wrinkle on this idea. </w:t>
      </w:r>
      <w:r>
        <w:rPr>
          <w:b w:val="0"/>
          <w:i w:val="0"/>
          <w:smallCaps w:val="0"/>
          <w:strike w:val="0"/>
          <w:sz w:val="22"/>
          <w:highlight w:val="cyan"/>
          <w:u w:val="single"/>
        </w:rPr>
        <w:t>The current threat</w:t>
      </w:r>
      <w:r>
        <w:rPr>
          <w:b w:val="0"/>
          <w:i w:val="0"/>
          <w:smallCaps w:val="0"/>
          <w:strike w:val="0"/>
          <w:sz w:val="16"/>
          <w:u w:val="none"/>
        </w:rPr>
        <w:t xml:space="preserve"> to the Republic </w:t>
      </w:r>
      <w:r>
        <w:rPr>
          <w:b w:val="0"/>
          <w:i w:val="0"/>
          <w:smallCaps w:val="0"/>
          <w:strike w:val="0"/>
          <w:sz w:val="22"/>
          <w:highlight w:val="cyan"/>
          <w:u w:val="single"/>
        </w:rPr>
        <w:t>is</w:t>
      </w:r>
      <w:r>
        <w:rPr>
          <w:b w:val="0"/>
          <w:i w:val="0"/>
          <w:smallCaps w:val="0"/>
          <w:strike w:val="0"/>
          <w:sz w:val="16"/>
          <w:u w:val="none"/>
        </w:rPr>
        <w:t xml:space="preserve"> not congressional tyranny but </w:t>
      </w:r>
      <w:r>
        <w:rPr>
          <w:b/>
          <w:i w:val="0"/>
          <w:smallCaps w:val="0"/>
          <w:strike w:val="0"/>
          <w:sz w:val="22"/>
          <w:highlight w:val="cyan"/>
          <w:u w:val="single"/>
        </w:rPr>
        <w:t>congressional gridlock</w:t>
      </w:r>
      <w:r>
        <w:rPr>
          <w:b w:val="0"/>
          <w:i w:val="0"/>
          <w:smallCaps w:val="0"/>
          <w:strike w:val="0"/>
          <w:sz w:val="16"/>
          <w:u w:val="none"/>
        </w:rPr>
        <w:t xml:space="preserve">—symbolized above all by the costly and ridiculous near-failure to raise the debt limit in past years. </w:t>
      </w:r>
      <w:r>
        <w:rPr>
          <w:b w:val="0"/>
          <w:i w:val="0"/>
          <w:smallCaps w:val="0"/>
          <w:strike w:val="0"/>
          <w:sz w:val="22"/>
          <w:u w:val="single"/>
        </w:rPr>
        <w:t>If Congress cannot pass any laws</w:t>
      </w:r>
      <w:r>
        <w:rPr>
          <w:b w:val="0"/>
          <w:i w:val="0"/>
          <w:smallCaps w:val="0"/>
          <w:strike w:val="0"/>
          <w:sz w:val="16"/>
          <w:u w:val="none"/>
        </w:rPr>
        <w:t xml:space="preserve"> because of gridlock, then </w:t>
      </w:r>
      <w:r>
        <w:rPr>
          <w:b w:val="0"/>
          <w:i w:val="0"/>
          <w:smallCaps w:val="0"/>
          <w:strike w:val="0"/>
          <w:sz w:val="22"/>
          <w:u w:val="single"/>
        </w:rPr>
        <w:t xml:space="preserve">it has </w:t>
      </w:r>
      <w:r>
        <w:rPr>
          <w:b/>
          <w:i w:val="0"/>
          <w:smallCaps w:val="0"/>
          <w:strike w:val="0"/>
          <w:sz w:val="22"/>
          <w:u w:val="single"/>
        </w:rPr>
        <w:t>violated its obligations</w:t>
      </w:r>
      <w:r>
        <w:rPr>
          <w:b w:val="0"/>
          <w:i w:val="0"/>
          <w:smallCaps w:val="0"/>
          <w:strike w:val="0"/>
          <w:sz w:val="16"/>
          <w:u w:val="none"/>
        </w:rPr>
        <w:t xml:space="preserve"> under the Constitution, and accordingly </w:t>
      </w:r>
      <w:r>
        <w:rPr>
          <w:b w:val="0"/>
          <w:i w:val="0"/>
          <w:smallCaps w:val="0"/>
          <w:strike w:val="0"/>
          <w:sz w:val="22"/>
          <w:highlight w:val="cyan"/>
          <w:u w:val="single"/>
        </w:rPr>
        <w:t>the president</w:t>
      </w:r>
      <w:r>
        <w:rPr>
          <w:b w:val="0"/>
          <w:i w:val="0"/>
          <w:smallCaps w:val="0"/>
          <w:strike w:val="0"/>
          <w:sz w:val="22"/>
          <w:u w:val="single"/>
        </w:rPr>
        <w:t xml:space="preserve"> </w:t>
      </w:r>
      <w:r>
        <w:rPr>
          <w:b/>
          <w:i w:val="0"/>
          <w:smallCaps w:val="0"/>
          <w:strike w:val="0"/>
          <w:sz w:val="22"/>
          <w:u w:val="single"/>
        </w:rPr>
        <w:t>has the right</w:t>
      </w:r>
      <w:r>
        <w:rPr>
          <w:b w:val="0"/>
          <w:i w:val="0"/>
          <w:smallCaps w:val="0"/>
          <w:strike w:val="0"/>
          <w:sz w:val="22"/>
          <w:u w:val="single"/>
        </w:rPr>
        <w:t xml:space="preserve"> to </w:t>
      </w:r>
      <w:r>
        <w:rPr>
          <w:b w:val="0"/>
          <w:i w:val="0"/>
          <w:smallCaps w:val="0"/>
          <w:strike w:val="0"/>
          <w:sz w:val="22"/>
          <w:highlight w:val="cyan"/>
          <w:u w:val="single"/>
        </w:rPr>
        <w:t>use</w:t>
      </w:r>
      <w:r>
        <w:rPr>
          <w:b w:val="0"/>
          <w:i w:val="0"/>
          <w:smallCaps w:val="0"/>
          <w:strike w:val="0"/>
          <w:sz w:val="16"/>
          <w:u w:val="none"/>
        </w:rPr>
        <w:t xml:space="preserve"> his </w:t>
      </w:r>
      <w:r>
        <w:rPr>
          <w:b w:val="0"/>
          <w:i w:val="0"/>
          <w:smallCaps w:val="0"/>
          <w:strike w:val="0"/>
          <w:sz w:val="22"/>
          <w:highlight w:val="cyan"/>
          <w:u w:val="single"/>
        </w:rPr>
        <w:t>enforcement</w:t>
      </w:r>
      <w:r>
        <w:rPr>
          <w:b w:val="0"/>
          <w:i w:val="0"/>
          <w:smallCaps w:val="0"/>
          <w:strike w:val="0"/>
          <w:sz w:val="16"/>
          <w:u w:val="none"/>
        </w:rPr>
        <w:t xml:space="preserve"> powers </w:t>
      </w:r>
      <w:r>
        <w:rPr>
          <w:b w:val="0"/>
          <w:i w:val="0"/>
          <w:smallCaps w:val="0"/>
          <w:strike w:val="0"/>
          <w:sz w:val="22"/>
          <w:highlight w:val="cyan"/>
          <w:u w:val="single"/>
        </w:rPr>
        <w:t>to</w:t>
      </w:r>
      <w:r>
        <w:rPr>
          <w:b w:val="0"/>
          <w:i w:val="0"/>
          <w:smallCaps w:val="0"/>
          <w:strike w:val="0"/>
          <w:sz w:val="22"/>
          <w:u w:val="single"/>
        </w:rPr>
        <w:t xml:space="preserve"> implement policies that </w:t>
      </w:r>
      <w:r>
        <w:rPr>
          <w:b/>
          <w:i w:val="0"/>
          <w:smallCaps w:val="0"/>
          <w:strike w:val="0"/>
          <w:sz w:val="22"/>
          <w:highlight w:val="cyan"/>
          <w:u w:val="single"/>
        </w:rPr>
        <w:t>serve the public interest</w:t>
      </w:r>
      <w:r>
        <w:rPr>
          <w:b w:val="0"/>
          <w:i w:val="0"/>
          <w:smallCaps w:val="0"/>
          <w:strike w:val="0"/>
          <w:sz w:val="16"/>
          <w:u w:val="none"/>
        </w:rPr>
        <w:t>.</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