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We cannot escape the surveillance of trademarks whose influence has roboticized us into loyal capital subjects. The oversaturation with the commercialization of trademarks invades our minds so that we never forget to obey the capitalist regime</w:t>
      </w:r>
    </w:p>
    <w:p>
      <w:pPr>
        <w:spacing w:after="80"/>
      </w:pPr>
      <w:r>
        <w:rPr>
          <w:b/>
          <w:i w:val="0"/>
          <w:smallCaps w:val="0"/>
          <w:strike w:val="0"/>
          <w:sz w:val="26"/>
          <w:u w:val="none"/>
        </w:rPr>
        <w:t>Zakharov 09</w:t>
      </w:r>
      <w:r>
        <w:rPr>
          <w:b w:val="0"/>
          <w:i w:val="0"/>
          <w:smallCaps w:val="0"/>
          <w:strike w:val="0"/>
          <w:u w:val="none"/>
        </w:rPr>
        <w:t xml:space="preserve">, </w:t>
      </w:r>
      <w:r>
        <w:rPr>
          <w:b w:val="0"/>
          <w:i w:val="0"/>
          <w:smallCaps w:val="0"/>
          <w:strike w:val="0"/>
          <w:u w:val="none"/>
        </w:rPr>
        <w:t xml:space="preserve">Katya Assaf </w:t>
      </w:r>
      <w:r>
        <w:rPr>
          <w:b w:val="0"/>
          <w:i w:val="0"/>
          <w:smallCaps w:val="0"/>
          <w:strike w:val="0"/>
          <w:u w:val="none"/>
        </w:rPr>
        <w:t xml:space="preserve">is from the </w:t>
      </w:r>
      <w:r>
        <w:rPr>
          <w:b w:val="0"/>
          <w:i w:val="0"/>
          <w:smallCaps w:val="0"/>
          <w:strike w:val="0"/>
          <w:u w:val="none"/>
        </w:rPr>
        <w:t>Hebrew University of Jerusalem - Faculty of Law</w:t>
      </w:r>
      <w:r>
        <w:rPr>
          <w:b w:val="0"/>
          <w:i w:val="0"/>
          <w:smallCaps w:val="0"/>
          <w:strike w:val="0"/>
          <w:u w:val="none"/>
        </w:rPr>
        <w:t xml:space="preserve">, </w:t>
      </w:r>
      <w:r>
        <w:rPr>
          <w:b w:val="0"/>
          <w:i w:val="0"/>
          <w:smallCaps w:val="0"/>
          <w:strike w:val="0"/>
          <w:u w:val="none"/>
        </w:rPr>
        <w:t>28 July 2009</w:t>
      </w:r>
      <w:r>
        <w:rPr>
          <w:b w:val="0"/>
          <w:i w:val="0"/>
          <w:smallCaps w:val="0"/>
          <w:strike w:val="0"/>
          <w:u w:val="none"/>
        </w:rPr>
        <w:t>, “</w:t>
      </w:r>
      <w:r>
        <w:rPr>
          <w:b w:val="0"/>
          <w:i w:val="0"/>
          <w:smallCaps w:val="0"/>
          <w:strike w:val="0"/>
          <w:u w:val="none"/>
        </w:rPr>
        <w:t>Journal of Intellectual Property Law &amp; Practice 643</w:t>
      </w:r>
      <w:r>
        <w:rPr>
          <w:b w:val="0"/>
          <w:i w:val="0"/>
          <w:smallCaps w:val="0"/>
          <w:strike w:val="0"/>
          <w:u w:val="none"/>
        </w:rPr>
        <w:t>”, “</w:t>
      </w:r>
      <w:r>
        <w:rPr>
          <w:b w:val="0"/>
          <w:i w:val="0"/>
          <w:smallCaps w:val="0"/>
          <w:strike w:val="0"/>
          <w:u w:val="none"/>
        </w:rPr>
        <w:t>Protection of trade marks against dilution: a semiotic perspective</w:t>
      </w:r>
      <w:r>
        <w:rPr>
          <w:b w:val="0"/>
          <w:i w:val="0"/>
          <w:smallCaps w:val="0"/>
          <w:strike w:val="0"/>
          <w:u w:val="none"/>
        </w:rPr>
        <w:t xml:space="preserve">”, </w:t>
      </w:r>
      <w:r>
        <w:rPr>
          <w:b w:val="0"/>
          <w:i w:val="0"/>
          <w:smallCaps w:val="0"/>
          <w:strike w:val="0"/>
          <w:u w:val="none"/>
        </w:rPr>
        <w:t>Oxford University Press Journals</w:t>
      </w:r>
      <w:r>
        <w:rPr>
          <w:b w:val="0"/>
          <w:i w:val="0"/>
          <w:smallCaps w:val="0"/>
          <w:strike w:val="0"/>
          <w:u w:val="none"/>
        </w:rPr>
        <w:t>, Accessed July 3, 2024, PW</w:t>
      </w:r>
    </w:p>
    <w:p>
      <w:pPr>
        <w:spacing w:after="60"/>
      </w:pPr>
      <w:r>
        <w:rPr>
          <w:b w:val="0"/>
          <w:i w:val="0"/>
          <w:smallCaps w:val="0"/>
          <w:strike w:val="0"/>
          <w:sz w:val="16"/>
          <w:u w:val="none"/>
        </w:rPr>
        <w:t xml:space="preserve">The </w:t>
      </w:r>
      <w:r>
        <w:rPr>
          <w:b w:val="0"/>
          <w:i w:val="0"/>
          <w:smallCaps w:val="0"/>
          <w:strike w:val="0"/>
          <w:sz w:val="22"/>
          <w:highlight w:val="cyan"/>
          <w:u w:val="single"/>
        </w:rPr>
        <w:t>influence of marketing techniques on Western</w:t>
      </w:r>
      <w:r>
        <w:rPr>
          <w:b w:val="0"/>
          <w:i w:val="0"/>
          <w:smallCaps w:val="0"/>
          <w:strike w:val="0"/>
          <w:sz w:val="12"/>
          <w:highlight w:val="cyan"/>
          <w:u w:val="none"/>
        </w:rPr>
        <w:t>¶</w:t>
      </w:r>
      <w:r>
        <w:rPr>
          <w:b w:val="0"/>
          <w:i w:val="0"/>
          <w:smallCaps w:val="0"/>
          <w:strike w:val="0"/>
          <w:sz w:val="22"/>
          <w:highlight w:val="cyan"/>
          <w:u w:val="single"/>
        </w:rPr>
        <w:t xml:space="preserve"> culture </w:t>
      </w:r>
      <w:r>
        <w:rPr>
          <w:b w:val="0"/>
          <w:i w:val="0"/>
          <w:smallCaps w:val="0"/>
          <w:strike w:val="0"/>
          <w:sz w:val="22"/>
          <w:u w:val="single"/>
        </w:rPr>
        <w:t xml:space="preserve">is </w:t>
      </w:r>
      <w:r>
        <w:rPr>
          <w:b w:val="0"/>
          <w:i w:val="0"/>
          <w:smallCaps w:val="0"/>
          <w:strike w:val="0"/>
          <w:sz w:val="22"/>
          <w:highlight w:val="cyan"/>
          <w:u w:val="single"/>
        </w:rPr>
        <w:t>not limited to</w:t>
      </w:r>
      <w:r>
        <w:rPr>
          <w:b w:val="0"/>
          <w:i w:val="0"/>
          <w:smallCaps w:val="0"/>
          <w:strike w:val="0"/>
          <w:sz w:val="22"/>
          <w:u w:val="single"/>
        </w:rPr>
        <w:t xml:space="preserve"> the </w:t>
      </w:r>
      <w:r>
        <w:rPr>
          <w:b w:val="0"/>
          <w:i w:val="0"/>
          <w:smallCaps w:val="0"/>
          <w:strike w:val="0"/>
          <w:sz w:val="22"/>
          <w:highlight w:val="cyan"/>
          <w:u w:val="single"/>
        </w:rPr>
        <w:t>messages they convey</w:t>
      </w:r>
      <w:r>
        <w:rPr>
          <w:b w:val="0"/>
          <w:i w:val="0"/>
          <w:smallCaps w:val="0"/>
          <w:strike w:val="0"/>
          <w:sz w:val="12"/>
          <w:highlight w:val="cyan"/>
          <w:u w:val="none"/>
        </w:rPr>
        <w:t>¶</w:t>
      </w:r>
      <w:r>
        <w:rPr>
          <w:b w:val="0"/>
          <w:i w:val="0"/>
          <w:smallCaps w:val="0"/>
          <w:strike w:val="0"/>
          <w:sz w:val="22"/>
          <w:u w:val="single"/>
        </w:rPr>
        <w:t xml:space="preserve"> directly.</w:t>
      </w:r>
      <w:r>
        <w:rPr>
          <w:b w:val="0"/>
          <w:i w:val="0"/>
          <w:smallCaps w:val="0"/>
          <w:strike w:val="0"/>
          <w:sz w:val="16"/>
          <w:u w:val="none"/>
        </w:rPr>
        <w:t xml:space="preserve"> Today advertising and sponsorship are the</w:t>
      </w:r>
      <w:r>
        <w:rPr>
          <w:b w:val="0"/>
          <w:i w:val="0"/>
          <w:smallCaps w:val="0"/>
          <w:strike w:val="0"/>
          <w:sz w:val="12"/>
          <w:u w:val="none"/>
        </w:rPr>
        <w:t>¶</w:t>
      </w:r>
      <w:r>
        <w:rPr>
          <w:b w:val="0"/>
          <w:i w:val="0"/>
          <w:smallCaps w:val="0"/>
          <w:strike w:val="0"/>
          <w:sz w:val="16"/>
          <w:u w:val="none"/>
        </w:rPr>
        <w:t xml:space="preserve"> central source of income for the main media: television, radio, and the printed press. This allows the</w:t>
      </w:r>
      <w:r>
        <w:rPr>
          <w:b w:val="0"/>
          <w:i w:val="0"/>
          <w:smallCaps w:val="0"/>
          <w:strike w:val="0"/>
          <w:sz w:val="12"/>
          <w:u w:val="none"/>
        </w:rPr>
        <w:t>¶</w:t>
      </w:r>
      <w:r>
        <w:rPr>
          <w:b w:val="0"/>
          <w:i w:val="0"/>
          <w:smallCaps w:val="0"/>
          <w:strike w:val="0"/>
          <w:sz w:val="16"/>
          <w:u w:val="none"/>
        </w:rPr>
        <w:t xml:space="preserve"> advertisers to exercise considerable control over the</w:t>
      </w:r>
      <w:r>
        <w:rPr>
          <w:b w:val="0"/>
          <w:i w:val="0"/>
          <w:smallCaps w:val="0"/>
          <w:strike w:val="0"/>
          <w:sz w:val="12"/>
          <w:u w:val="none"/>
        </w:rPr>
        <w:t>¶</w:t>
      </w:r>
      <w:r>
        <w:rPr>
          <w:b w:val="0"/>
          <w:i w:val="0"/>
          <w:smallCaps w:val="0"/>
          <w:strike w:val="0"/>
          <w:sz w:val="16"/>
          <w:u w:val="none"/>
        </w:rPr>
        <w:t xml:space="preserve"> content of these media.22 </w:t>
      </w:r>
      <w:r>
        <w:rPr>
          <w:b w:val="0"/>
          <w:i w:val="0"/>
          <w:smallCaps w:val="0"/>
          <w:strike w:val="0"/>
          <w:sz w:val="22"/>
          <w:u w:val="single"/>
        </w:rPr>
        <w:t xml:space="preserve">Over time, </w:t>
      </w:r>
      <w:r>
        <w:rPr>
          <w:b w:val="0"/>
          <w:i w:val="0"/>
          <w:smallCaps w:val="0"/>
          <w:strike w:val="0"/>
          <w:sz w:val="22"/>
          <w:highlight w:val="cyan"/>
          <w:u w:val="single"/>
        </w:rPr>
        <w:t>commercial conglomerates</w:t>
      </w:r>
      <w:r>
        <w:rPr>
          <w:b w:val="0"/>
          <w:i w:val="0"/>
          <w:smallCaps w:val="0"/>
          <w:strike w:val="0"/>
          <w:sz w:val="22"/>
          <w:u w:val="single"/>
        </w:rPr>
        <w:t xml:space="preserve"> </w:t>
      </w:r>
      <w:r>
        <w:rPr>
          <w:b w:val="0"/>
          <w:i w:val="0"/>
          <w:smallCaps w:val="0"/>
          <w:strike w:val="0"/>
          <w:sz w:val="22"/>
          <w:highlight w:val="cyan"/>
          <w:u w:val="single"/>
        </w:rPr>
        <w:t>increasingly</w:t>
      </w:r>
      <w:r>
        <w:rPr>
          <w:b w:val="0"/>
          <w:i w:val="0"/>
          <w:smallCaps w:val="0"/>
          <w:strike w:val="0"/>
          <w:sz w:val="22"/>
          <w:u w:val="single"/>
        </w:rPr>
        <w:t xml:space="preserve"> </w:t>
      </w:r>
      <w:r>
        <w:rPr>
          <w:b w:val="0"/>
          <w:i w:val="0"/>
          <w:smallCaps w:val="0"/>
          <w:strike w:val="0"/>
          <w:sz w:val="22"/>
          <w:highlight w:val="cyan"/>
          <w:u w:val="single"/>
        </w:rPr>
        <w:t>discover ways to use media</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12"/>
          <w:highlight w:val="cyan"/>
          <w:u w:val="none"/>
        </w:rPr>
        <w:t>¶</w:t>
      </w:r>
      <w:r>
        <w:rPr>
          <w:b w:val="0"/>
          <w:i w:val="0"/>
          <w:smallCaps w:val="0"/>
          <w:strike w:val="0"/>
          <w:sz w:val="22"/>
          <w:highlight w:val="cyan"/>
          <w:u w:val="single"/>
        </w:rPr>
        <w:t xml:space="preserve"> convey their promotional messages</w:t>
      </w:r>
      <w:r>
        <w:rPr>
          <w:b w:val="0"/>
          <w:i w:val="0"/>
          <w:smallCaps w:val="0"/>
          <w:strike w:val="0"/>
          <w:sz w:val="22"/>
          <w:u w:val="single"/>
        </w:rPr>
        <w:t>.</w:t>
      </w:r>
      <w:r>
        <w:rPr>
          <w:b w:val="0"/>
          <w:i w:val="0"/>
          <w:smallCaps w:val="0"/>
          <w:strike w:val="0"/>
          <w:sz w:val="16"/>
          <w:u w:val="none"/>
        </w:rPr>
        <w:t xml:space="preserve"> A good example of</w:t>
      </w:r>
      <w:r>
        <w:rPr>
          <w:b w:val="0"/>
          <w:i w:val="0"/>
          <w:smallCaps w:val="0"/>
          <w:strike w:val="0"/>
          <w:sz w:val="12"/>
          <w:u w:val="none"/>
        </w:rPr>
        <w:t>¶</w:t>
      </w:r>
      <w:r>
        <w:rPr>
          <w:b w:val="0"/>
          <w:i w:val="0"/>
          <w:smallCaps w:val="0"/>
          <w:strike w:val="0"/>
          <w:sz w:val="16"/>
          <w:u w:val="none"/>
        </w:rPr>
        <w:t xml:space="preserve"> this tendency is product placement. Relatively uncommon in the mid-1990s it is found today in nearly every</w:t>
      </w:r>
      <w:r>
        <w:rPr>
          <w:b w:val="0"/>
          <w:i w:val="0"/>
          <w:smallCaps w:val="0"/>
          <w:strike w:val="0"/>
          <w:sz w:val="12"/>
          <w:u w:val="none"/>
        </w:rPr>
        <w:t>¶</w:t>
      </w:r>
      <w:r>
        <w:rPr>
          <w:b w:val="0"/>
          <w:i w:val="0"/>
          <w:smallCaps w:val="0"/>
          <w:strike w:val="0"/>
          <w:sz w:val="16"/>
          <w:u w:val="none"/>
        </w:rPr>
        <w:t xml:space="preserve"> movie, reality show, game show, and sitcom. </w:t>
      </w:r>
      <w:r>
        <w:rPr>
          <w:b w:val="0"/>
          <w:i w:val="0"/>
          <w:smallCaps w:val="0"/>
          <w:strike w:val="0"/>
          <w:sz w:val="22"/>
          <w:u w:val="single"/>
        </w:rPr>
        <w:t>Media</w:t>
      </w:r>
      <w:r>
        <w:rPr>
          <w:b w:val="0"/>
          <w:i w:val="0"/>
          <w:smallCaps w:val="0"/>
          <w:strike w:val="0"/>
          <w:sz w:val="12"/>
          <w:u w:val="none"/>
        </w:rPr>
        <w:t>¶</w:t>
      </w:r>
      <w:r>
        <w:rPr>
          <w:b w:val="0"/>
          <w:i w:val="0"/>
          <w:smallCaps w:val="0"/>
          <w:strike w:val="0"/>
          <w:sz w:val="22"/>
          <w:u w:val="single"/>
        </w:rPr>
        <w:t xml:space="preserve"> previously thought to be inappropriate for commercial</w:t>
      </w:r>
      <w:r>
        <w:rPr>
          <w:b w:val="0"/>
          <w:i w:val="0"/>
          <w:smallCaps w:val="0"/>
          <w:strike w:val="0"/>
          <w:sz w:val="12"/>
          <w:u w:val="none"/>
        </w:rPr>
        <w:t>¶</w:t>
      </w:r>
      <w:r>
        <w:rPr>
          <w:b w:val="0"/>
          <w:i w:val="0"/>
          <w:smallCaps w:val="0"/>
          <w:strike w:val="0"/>
          <w:sz w:val="22"/>
          <w:u w:val="single"/>
        </w:rPr>
        <w:t xml:space="preserve"> marketing, such as novels and songs, are now losing</w:t>
      </w:r>
      <w:r>
        <w:rPr>
          <w:b w:val="0"/>
          <w:i w:val="0"/>
          <w:smallCaps w:val="0"/>
          <w:strike w:val="0"/>
          <w:sz w:val="12"/>
          <w:u w:val="none"/>
        </w:rPr>
        <w:t>¶</w:t>
      </w:r>
      <w:r>
        <w:rPr>
          <w:b w:val="0"/>
          <w:i w:val="0"/>
          <w:smallCaps w:val="0"/>
          <w:strike w:val="0"/>
          <w:sz w:val="22"/>
          <w:u w:val="single"/>
        </w:rPr>
        <w:t xml:space="preserve"> their immunity</w:t>
      </w:r>
      <w:r>
        <w:rPr>
          <w:b w:val="0"/>
          <w:i w:val="0"/>
          <w:smallCaps w:val="0"/>
          <w:strike w:val="0"/>
          <w:sz w:val="16"/>
          <w:u w:val="none"/>
        </w:rPr>
        <w:t xml:space="preserve">.23 </w:t>
      </w:r>
      <w:r>
        <w:rPr>
          <w:b w:val="0"/>
          <w:i w:val="0"/>
          <w:smallCaps w:val="0"/>
          <w:strike w:val="0"/>
          <w:sz w:val="22"/>
          <w:highlight w:val="cyan"/>
          <w:u w:val="single"/>
        </w:rPr>
        <w:t>Product placement expands gradually</w:t>
      </w:r>
      <w:r>
        <w:rPr>
          <w:b w:val="0"/>
          <w:i w:val="0"/>
          <w:smallCaps w:val="0"/>
          <w:strike w:val="0"/>
          <w:sz w:val="12"/>
          <w:highlight w:val="cyan"/>
          <w:u w:val="none"/>
        </w:rPr>
        <w:t>¶</w:t>
      </w:r>
      <w:r>
        <w:rPr>
          <w:b w:val="0"/>
          <w:i w:val="0"/>
          <w:smallCaps w:val="0"/>
          <w:strike w:val="0"/>
          <w:sz w:val="22"/>
          <w:highlight w:val="cyan"/>
          <w:u w:val="single"/>
        </w:rPr>
        <w:t xml:space="preserve"> into new types of media, such as video games, internet</w:t>
      </w:r>
      <w:r>
        <w:rPr>
          <w:b w:val="0"/>
          <w:i w:val="0"/>
          <w:smallCaps w:val="0"/>
          <w:strike w:val="0"/>
          <w:sz w:val="12"/>
          <w:highlight w:val="cyan"/>
          <w:u w:val="none"/>
        </w:rPr>
        <w:t>¶</w:t>
      </w:r>
      <w:r>
        <w:rPr>
          <w:b w:val="0"/>
          <w:i w:val="0"/>
          <w:smallCaps w:val="0"/>
          <w:strike w:val="0"/>
          <w:sz w:val="22"/>
          <w:highlight w:val="cyan"/>
          <w:u w:val="single"/>
        </w:rPr>
        <w:t xml:space="preserve"> magazines, and even blogs.</w:t>
      </w:r>
      <w:r>
        <w:rPr>
          <w:b w:val="0"/>
          <w:i w:val="0"/>
          <w:smallCaps w:val="0"/>
          <w:strike w:val="0"/>
          <w:sz w:val="16"/>
          <w:u w:val="none"/>
        </w:rPr>
        <w:t>24</w:t>
      </w:r>
      <w:r>
        <w:rPr>
          <w:b w:val="0"/>
          <w:i w:val="0"/>
          <w:smallCaps w:val="0"/>
          <w:strike w:val="0"/>
          <w:sz w:val="12"/>
          <w:u w:val="none"/>
        </w:rPr>
        <w:t>¶</w:t>
      </w:r>
      <w:r>
        <w:rPr>
          <w:b w:val="0"/>
          <w:i w:val="0"/>
          <w:smallCaps w:val="0"/>
          <w:strike w:val="0"/>
          <w:sz w:val="16"/>
          <w:u w:val="none"/>
        </w:rPr>
        <w:t xml:space="preserve"> This trend illustrates a more general tendency. As</w:t>
      </w:r>
      <w:r>
        <w:rPr>
          <w:b w:val="0"/>
          <w:i w:val="0"/>
          <w:smallCaps w:val="0"/>
          <w:strike w:val="0"/>
          <w:sz w:val="12"/>
          <w:u w:val="none"/>
        </w:rPr>
        <w:t>¶</w:t>
      </w:r>
      <w:r>
        <w:rPr>
          <w:b w:val="0"/>
          <w:i w:val="0"/>
          <w:smallCaps w:val="0"/>
          <w:strike w:val="0"/>
          <w:sz w:val="16"/>
          <w:u w:val="none"/>
        </w:rPr>
        <w:t xml:space="preserve"> soon as corporations discover the potential of a certain</w:t>
      </w:r>
      <w:r>
        <w:rPr>
          <w:b w:val="0"/>
          <w:i w:val="0"/>
          <w:smallCaps w:val="0"/>
          <w:strike w:val="0"/>
          <w:sz w:val="12"/>
          <w:u w:val="none"/>
        </w:rPr>
        <w:t>¶</w:t>
      </w:r>
      <w:r>
        <w:rPr>
          <w:b w:val="0"/>
          <w:i w:val="0"/>
          <w:smallCaps w:val="0"/>
          <w:strike w:val="0"/>
          <w:sz w:val="16"/>
          <w:u w:val="none"/>
        </w:rPr>
        <w:t xml:space="preserve"> medium to attract an audience, they attempt to attach</w:t>
      </w:r>
      <w:r>
        <w:rPr>
          <w:b w:val="0"/>
          <w:i w:val="0"/>
          <w:smallCaps w:val="0"/>
          <w:strike w:val="0"/>
          <w:sz w:val="12"/>
          <w:u w:val="none"/>
        </w:rPr>
        <w:t>¶</w:t>
      </w:r>
      <w:r>
        <w:rPr>
          <w:b w:val="0"/>
          <w:i w:val="0"/>
          <w:smallCaps w:val="0"/>
          <w:strike w:val="0"/>
          <w:sz w:val="16"/>
          <w:u w:val="none"/>
        </w:rPr>
        <w:t xml:space="preserve"> their marketing messages to it. If the medium is</w:t>
      </w:r>
      <w:r>
        <w:rPr>
          <w:b w:val="0"/>
          <w:i w:val="0"/>
          <w:smallCaps w:val="0"/>
          <w:strike w:val="0"/>
          <w:sz w:val="12"/>
          <w:u w:val="none"/>
        </w:rPr>
        <w:t>¶</w:t>
      </w:r>
      <w:r>
        <w:rPr>
          <w:b w:val="0"/>
          <w:i w:val="0"/>
          <w:smallCaps w:val="0"/>
          <w:strike w:val="0"/>
          <w:sz w:val="16"/>
          <w:u w:val="none"/>
        </w:rPr>
        <w:t xml:space="preserve"> especially successful, it is often purchased altogether.</w:t>
      </w:r>
      <w:r>
        <w:rPr>
          <w:b w:val="0"/>
          <w:i w:val="0"/>
          <w:smallCaps w:val="0"/>
          <w:strike w:val="0"/>
          <w:sz w:val="12"/>
          <w:u w:val="none"/>
        </w:rPr>
        <w:t>¶</w:t>
      </w:r>
      <w:r>
        <w:rPr>
          <w:b w:val="0"/>
          <w:i w:val="0"/>
          <w:smallCaps w:val="0"/>
          <w:strike w:val="0"/>
          <w:sz w:val="16"/>
          <w:u w:val="none"/>
        </w:rPr>
        <w:t xml:space="preserve"> Thus, for example, in 1982 the Coca-Cola Company</w:t>
      </w:r>
      <w:r>
        <w:rPr>
          <w:b w:val="0"/>
          <w:i w:val="0"/>
          <w:smallCaps w:val="0"/>
          <w:strike w:val="0"/>
          <w:sz w:val="12"/>
          <w:u w:val="none"/>
        </w:rPr>
        <w:t>¶</w:t>
      </w:r>
      <w:r>
        <w:rPr>
          <w:b w:val="0"/>
          <w:i w:val="0"/>
          <w:smallCaps w:val="0"/>
          <w:strike w:val="0"/>
          <w:sz w:val="16"/>
          <w:u w:val="none"/>
        </w:rPr>
        <w:t xml:space="preserve"> purchased Columbia Pictures and in 2006 Google Inc.</w:t>
      </w:r>
      <w:r>
        <w:rPr>
          <w:b w:val="0"/>
          <w:i w:val="0"/>
          <w:smallCaps w:val="0"/>
          <w:strike w:val="0"/>
          <w:sz w:val="12"/>
          <w:u w:val="none"/>
        </w:rPr>
        <w:t>¶</w:t>
      </w:r>
      <w:r>
        <w:rPr>
          <w:b w:val="0"/>
          <w:i w:val="0"/>
          <w:smallCaps w:val="0"/>
          <w:strike w:val="0"/>
          <w:sz w:val="16"/>
          <w:u w:val="none"/>
        </w:rPr>
        <w:t xml:space="preserve"> purchased YouTube. No medium of mass communication is immune to marketing. </w:t>
      </w:r>
      <w:r>
        <w:rPr>
          <w:b w:val="0"/>
          <w:i w:val="0"/>
          <w:smallCaps w:val="0"/>
          <w:strike w:val="0"/>
          <w:sz w:val="22"/>
          <w:u w:val="single"/>
        </w:rPr>
        <w:t xml:space="preserve">In the world of capitalism and </w:t>
      </w:r>
      <w:r>
        <w:rPr>
          <w:b w:val="0"/>
          <w:i w:val="0"/>
          <w:smallCaps w:val="0"/>
          <w:strike w:val="0"/>
          <w:sz w:val="22"/>
          <w:highlight w:val="cyan"/>
          <w:u w:val="single"/>
        </w:rPr>
        <w:t>free market competition, every product</w:t>
      </w:r>
      <w:r>
        <w:rPr>
          <w:b w:val="0"/>
          <w:i w:val="0"/>
          <w:smallCaps w:val="0"/>
          <w:strike w:val="0"/>
          <w:sz w:val="12"/>
          <w:highlight w:val="cyan"/>
          <w:u w:val="none"/>
        </w:rPr>
        <w:t>¶</w:t>
      </w:r>
      <w:r>
        <w:rPr>
          <w:b w:val="0"/>
          <w:i w:val="0"/>
          <w:smallCaps w:val="0"/>
          <w:strike w:val="0"/>
          <w:sz w:val="22"/>
          <w:highlight w:val="cyan"/>
          <w:u w:val="single"/>
        </w:rPr>
        <w:t xml:space="preserve"> ultimately</w:t>
      </w:r>
      <w:r>
        <w:rPr>
          <w:b w:val="0"/>
          <w:i w:val="0"/>
          <w:smallCaps w:val="0"/>
          <w:strike w:val="0"/>
          <w:sz w:val="22"/>
          <w:u w:val="single"/>
        </w:rPr>
        <w:t xml:space="preserve"> </w:t>
      </w:r>
      <w:r>
        <w:rPr>
          <w:b w:val="0"/>
          <w:i w:val="0"/>
          <w:smallCaps w:val="0"/>
          <w:strike w:val="0"/>
          <w:sz w:val="22"/>
          <w:highlight w:val="cyan"/>
          <w:u w:val="single"/>
        </w:rPr>
        <w:t>reaches the one who values it the most</w:t>
      </w:r>
      <w:r>
        <w:rPr>
          <w:b w:val="0"/>
          <w:i w:val="0"/>
          <w:smallCaps w:val="0"/>
          <w:strike w:val="0"/>
          <w:sz w:val="22"/>
          <w:u w:val="single"/>
        </w:rPr>
        <w:t>, that</w:t>
      </w:r>
      <w:r>
        <w:rPr>
          <w:b w:val="0"/>
          <w:i w:val="0"/>
          <w:smallCaps w:val="0"/>
          <w:strike w:val="0"/>
          <w:sz w:val="12"/>
          <w:u w:val="none"/>
        </w:rPr>
        <w:t>¶</w:t>
      </w:r>
      <w:r>
        <w:rPr>
          <w:b w:val="0"/>
          <w:i w:val="0"/>
          <w:smallCaps w:val="0"/>
          <w:strike w:val="0"/>
          <w:sz w:val="22"/>
          <w:u w:val="single"/>
        </w:rPr>
        <w:t xml:space="preserve"> is, is willing to pay the highest price for it.25</w:t>
      </w:r>
      <w:r>
        <w:rPr>
          <w:b w:val="0"/>
          <w:i w:val="0"/>
          <w:smallCaps w:val="0"/>
          <w:strike w:val="0"/>
          <w:sz w:val="16"/>
          <w:u w:val="none"/>
        </w:rPr>
        <w:t xml:space="preserve"> Audience</w:t>
      </w:r>
      <w:r>
        <w:rPr>
          <w:b w:val="0"/>
          <w:i w:val="0"/>
          <w:smallCaps w:val="0"/>
          <w:strike w:val="0"/>
          <w:sz w:val="12"/>
          <w:u w:val="none"/>
        </w:rPr>
        <w:t>¶</w:t>
      </w:r>
      <w:r>
        <w:rPr>
          <w:b w:val="0"/>
          <w:i w:val="0"/>
          <w:smallCaps w:val="0"/>
          <w:strike w:val="0"/>
          <w:sz w:val="16"/>
          <w:u w:val="none"/>
        </w:rPr>
        <w:t xml:space="preserve"> is a precious product for corporations, which seek to</w:t>
      </w:r>
      <w:r>
        <w:rPr>
          <w:b w:val="0"/>
          <w:i w:val="0"/>
          <w:smallCaps w:val="0"/>
          <w:strike w:val="0"/>
          <w:sz w:val="12"/>
          <w:u w:val="none"/>
        </w:rPr>
        <w:t>¶</w:t>
      </w:r>
      <w:r>
        <w:rPr>
          <w:b w:val="0"/>
          <w:i w:val="0"/>
          <w:smallCaps w:val="0"/>
          <w:strike w:val="0"/>
          <w:sz w:val="16"/>
          <w:u w:val="none"/>
        </w:rPr>
        <w:t xml:space="preserve"> expose potential consumers to their marketing. </w:t>
      </w:r>
      <w:r>
        <w:rPr>
          <w:b w:val="0"/>
          <w:i w:val="0"/>
          <w:smallCaps w:val="0"/>
          <w:strike w:val="0"/>
          <w:sz w:val="22"/>
          <w:u w:val="single"/>
        </w:rPr>
        <w:t>Thus,</w:t>
      </w:r>
      <w:r>
        <w:rPr>
          <w:b w:val="0"/>
          <w:i w:val="0"/>
          <w:smallCaps w:val="0"/>
          <w:strike w:val="0"/>
          <w:sz w:val="12"/>
          <w:u w:val="none"/>
        </w:rPr>
        <w:t>¶</w:t>
      </w:r>
      <w:r>
        <w:rPr>
          <w:b w:val="0"/>
          <w:i w:val="0"/>
          <w:smallCaps w:val="0"/>
          <w:strike w:val="0"/>
          <w:sz w:val="22"/>
          <w:u w:val="single"/>
        </w:rPr>
        <w:t xml:space="preserve"> </w:t>
      </w:r>
      <w:r>
        <w:rPr>
          <w:b w:val="0"/>
          <w:i w:val="0"/>
          <w:smallCaps w:val="0"/>
          <w:strike w:val="0"/>
          <w:sz w:val="22"/>
          <w:highlight w:val="cyan"/>
          <w:u w:val="single"/>
        </w:rPr>
        <w:t>every communication medium that attracts an audience is almost inevitably destined to convey marketing</w:t>
      </w:r>
      <w:r>
        <w:rPr>
          <w:b w:val="0"/>
          <w:i w:val="0"/>
          <w:smallCaps w:val="0"/>
          <w:strike w:val="0"/>
          <w:sz w:val="12"/>
          <w:highlight w:val="cyan"/>
          <w:u w:val="none"/>
        </w:rPr>
        <w:t>¶</w:t>
      </w:r>
      <w:r>
        <w:rPr>
          <w:b w:val="0"/>
          <w:i w:val="0"/>
          <w:smallCaps w:val="0"/>
          <w:strike w:val="0"/>
          <w:sz w:val="22"/>
          <w:highlight w:val="cyan"/>
          <w:u w:val="single"/>
        </w:rPr>
        <w:t xml:space="preserve"> messages.</w:t>
      </w:r>
      <w:r>
        <w:rPr>
          <w:b w:val="0"/>
          <w:i w:val="0"/>
          <w:smallCaps w:val="0"/>
          <w:strike w:val="0"/>
          <w:sz w:val="12"/>
          <w:u w:val="none"/>
        </w:rPr>
        <w:t>¶</w:t>
      </w:r>
      <w:r>
        <w:rPr>
          <w:b w:val="0"/>
          <w:i w:val="0"/>
          <w:smallCaps w:val="0"/>
          <w:strike w:val="0"/>
          <w:sz w:val="16"/>
          <w:u w:val="none"/>
        </w:rPr>
        <w:t xml:space="preserve"> As soon as a communication medium is sponsored</w:t>
      </w:r>
      <w:r>
        <w:rPr>
          <w:b w:val="0"/>
          <w:i w:val="0"/>
          <w:smallCaps w:val="0"/>
          <w:strike w:val="0"/>
          <w:sz w:val="12"/>
          <w:u w:val="none"/>
        </w:rPr>
        <w:t>¶</w:t>
      </w:r>
      <w:r>
        <w:rPr>
          <w:b w:val="0"/>
          <w:i w:val="0"/>
          <w:smallCaps w:val="0"/>
          <w:strike w:val="0"/>
          <w:sz w:val="16"/>
          <w:u w:val="none"/>
        </w:rPr>
        <w:t xml:space="preserve"> or owned by advertisers, commercial interest gradually</w:t>
      </w:r>
      <w:r>
        <w:rPr>
          <w:b w:val="0"/>
          <w:i w:val="0"/>
          <w:smallCaps w:val="0"/>
          <w:strike w:val="0"/>
          <w:sz w:val="12"/>
          <w:u w:val="none"/>
        </w:rPr>
        <w:t>¶</w:t>
      </w:r>
      <w:r>
        <w:rPr>
          <w:b w:val="0"/>
          <w:i w:val="0"/>
          <w:smallCaps w:val="0"/>
          <w:strike w:val="0"/>
          <w:sz w:val="16"/>
          <w:u w:val="none"/>
        </w:rPr>
        <w:t xml:space="preserve"> gains control over its content. Thus, for example,</w:t>
      </w:r>
      <w:r>
        <w:rPr>
          <w:b w:val="0"/>
          <w:i w:val="0"/>
          <w:smallCaps w:val="0"/>
          <w:strike w:val="0"/>
          <w:sz w:val="12"/>
          <w:u w:val="none"/>
        </w:rPr>
        <w:t>¶</w:t>
      </w:r>
      <w:r>
        <w:rPr>
          <w:b w:val="0"/>
          <w:i w:val="0"/>
          <w:smallCaps w:val="0"/>
          <w:strike w:val="0"/>
          <w:sz w:val="16"/>
          <w:u w:val="none"/>
        </w:rPr>
        <w:t xml:space="preserve"> Coca-Cola banned the use of 7-Up and Pepsi products</w:t>
      </w:r>
      <w:r>
        <w:rPr>
          <w:b w:val="0"/>
          <w:i w:val="0"/>
          <w:smallCaps w:val="0"/>
          <w:strike w:val="0"/>
          <w:sz w:val="12"/>
          <w:u w:val="none"/>
        </w:rPr>
        <w:t>¶</w:t>
      </w:r>
      <w:r>
        <w:rPr>
          <w:b w:val="0"/>
          <w:i w:val="0"/>
          <w:smallCaps w:val="0"/>
          <w:strike w:val="0"/>
          <w:sz w:val="16"/>
          <w:u w:val="none"/>
        </w:rPr>
        <w:t xml:space="preserve"> in movies produced by Columbia Pictures shortly after</w:t>
      </w:r>
      <w:r>
        <w:rPr>
          <w:b w:val="0"/>
          <w:i w:val="0"/>
          <w:smallCaps w:val="0"/>
          <w:strike w:val="0"/>
          <w:sz w:val="12"/>
          <w:u w:val="none"/>
        </w:rPr>
        <w:t>¶</w:t>
      </w:r>
      <w:r>
        <w:rPr>
          <w:b w:val="0"/>
          <w:i w:val="0"/>
          <w:smallCaps w:val="0"/>
          <w:strike w:val="0"/>
          <w:sz w:val="16"/>
          <w:u w:val="none"/>
        </w:rPr>
        <w:t xml:space="preserve"> purchasing the company. There has been at least one</w:t>
      </w:r>
      <w:r>
        <w:rPr>
          <w:b w:val="0"/>
          <w:i w:val="0"/>
          <w:smallCaps w:val="0"/>
          <w:strike w:val="0"/>
          <w:sz w:val="12"/>
          <w:u w:val="none"/>
        </w:rPr>
        <w:t>¶</w:t>
      </w:r>
      <w:r>
        <w:rPr>
          <w:b w:val="0"/>
          <w:i w:val="0"/>
          <w:smallCaps w:val="0"/>
          <w:strike w:val="0"/>
          <w:sz w:val="16"/>
          <w:u w:val="none"/>
        </w:rPr>
        <w:t xml:space="preserve"> instance when a movie director was compelled to</w:t>
      </w:r>
      <w:r>
        <w:rPr>
          <w:b w:val="0"/>
          <w:i w:val="0"/>
          <w:smallCaps w:val="0"/>
          <w:strike w:val="0"/>
          <w:sz w:val="12"/>
          <w:u w:val="none"/>
        </w:rPr>
        <w:t>¶</w:t>
      </w:r>
      <w:r>
        <w:rPr>
          <w:b w:val="0"/>
          <w:i w:val="0"/>
          <w:smallCaps w:val="0"/>
          <w:strike w:val="0"/>
          <w:sz w:val="16"/>
          <w:u w:val="none"/>
        </w:rPr>
        <w:t xml:space="preserve"> change its final scene to suit the visions of a commercial sponsor (Reebok) which placed its products in the</w:t>
      </w:r>
      <w:r>
        <w:rPr>
          <w:b w:val="0"/>
          <w:i w:val="0"/>
          <w:smallCaps w:val="0"/>
          <w:strike w:val="0"/>
          <w:sz w:val="12"/>
          <w:u w:val="none"/>
        </w:rPr>
        <w:t>¶</w:t>
      </w:r>
      <w:r>
        <w:rPr>
          <w:b w:val="0"/>
          <w:i w:val="0"/>
          <w:smallCaps w:val="0"/>
          <w:strike w:val="0"/>
          <w:sz w:val="16"/>
          <w:u w:val="none"/>
        </w:rPr>
        <w:t xml:space="preserve"> movie.26 At times, corporations wishing to promote</w:t>
      </w:r>
      <w:r>
        <w:rPr>
          <w:b w:val="0"/>
          <w:i w:val="0"/>
          <w:smallCaps w:val="0"/>
          <w:strike w:val="0"/>
          <w:sz w:val="12"/>
          <w:u w:val="none"/>
        </w:rPr>
        <w:t>¶</w:t>
      </w:r>
      <w:r>
        <w:rPr>
          <w:b w:val="0"/>
          <w:i w:val="0"/>
          <w:smallCaps w:val="0"/>
          <w:strike w:val="0"/>
          <w:sz w:val="16"/>
          <w:u w:val="none"/>
        </w:rPr>
        <w:t xml:space="preserve"> their products even initiate the creation of artistic projects. Thus, in 2005, McDonald’s began offering</w:t>
      </w:r>
      <w:r>
        <w:rPr>
          <w:b w:val="0"/>
          <w:i w:val="0"/>
          <w:smallCaps w:val="0"/>
          <w:strike w:val="0"/>
          <w:sz w:val="12"/>
          <w:u w:val="none"/>
        </w:rPr>
        <w:t>¶</w:t>
      </w:r>
      <w:r>
        <w:rPr>
          <w:b w:val="0"/>
          <w:i w:val="0"/>
          <w:smallCaps w:val="0"/>
          <w:strike w:val="0"/>
          <w:sz w:val="16"/>
          <w:u w:val="none"/>
        </w:rPr>
        <w:t xml:space="preserve"> rewards to hip-hop artists who mentioned the Big Mac</w:t>
      </w:r>
      <w:r>
        <w:rPr>
          <w:b w:val="0"/>
          <w:i w:val="0"/>
          <w:smallCaps w:val="0"/>
          <w:strike w:val="0"/>
          <w:sz w:val="12"/>
          <w:u w:val="none"/>
        </w:rPr>
        <w:t>¶</w:t>
      </w:r>
      <w:r>
        <w:rPr>
          <w:b w:val="0"/>
          <w:i w:val="0"/>
          <w:smallCaps w:val="0"/>
          <w:strike w:val="0"/>
          <w:sz w:val="16"/>
          <w:u w:val="none"/>
        </w:rPr>
        <w:t xml:space="preserve"> in their songs. Nike produced a boxing film to market</w:t>
      </w:r>
      <w:r>
        <w:rPr>
          <w:b w:val="0"/>
          <w:i w:val="0"/>
          <w:smallCaps w:val="0"/>
          <w:strike w:val="0"/>
          <w:sz w:val="12"/>
          <w:u w:val="none"/>
        </w:rPr>
        <w:t>¶</w:t>
      </w:r>
      <w:r>
        <w:rPr>
          <w:b w:val="0"/>
          <w:i w:val="0"/>
          <w:smallCaps w:val="0"/>
          <w:strike w:val="0"/>
          <w:sz w:val="16"/>
          <w:u w:val="none"/>
        </w:rPr>
        <w:t xml:space="preserve"> its shoes. Since advertisers are almost always willing to</w:t>
      </w:r>
      <w:r>
        <w:rPr>
          <w:b w:val="0"/>
          <w:i w:val="0"/>
          <w:smallCaps w:val="0"/>
          <w:strike w:val="0"/>
          <w:sz w:val="12"/>
          <w:u w:val="none"/>
        </w:rPr>
        <w:t>¶</w:t>
      </w:r>
      <w:r>
        <w:rPr>
          <w:b w:val="0"/>
          <w:i w:val="0"/>
          <w:smallCaps w:val="0"/>
          <w:strike w:val="0"/>
          <w:sz w:val="16"/>
          <w:u w:val="none"/>
        </w:rPr>
        <w:t xml:space="preserve"> pay more than the audience to the owner of a given</w:t>
      </w:r>
      <w:r>
        <w:rPr>
          <w:b w:val="0"/>
          <w:i w:val="0"/>
          <w:smallCaps w:val="0"/>
          <w:strike w:val="0"/>
          <w:sz w:val="12"/>
          <w:u w:val="none"/>
        </w:rPr>
        <w:t>¶</w:t>
      </w:r>
      <w:r>
        <w:rPr>
          <w:b w:val="0"/>
          <w:i w:val="0"/>
          <w:smallCaps w:val="0"/>
          <w:strike w:val="0"/>
          <w:sz w:val="16"/>
          <w:u w:val="none"/>
        </w:rPr>
        <w:t xml:space="preserve"> medium, they eventually have decisive influence over</w:t>
      </w:r>
      <w:r>
        <w:rPr>
          <w:b w:val="0"/>
          <w:i w:val="0"/>
          <w:smallCaps w:val="0"/>
          <w:strike w:val="0"/>
          <w:sz w:val="12"/>
          <w:u w:val="none"/>
        </w:rPr>
        <w:t>¶</w:t>
      </w:r>
      <w:r>
        <w:rPr>
          <w:b w:val="0"/>
          <w:i w:val="0"/>
          <w:smallCaps w:val="0"/>
          <w:strike w:val="0"/>
          <w:sz w:val="16"/>
          <w:u w:val="none"/>
        </w:rPr>
        <w:t xml:space="preserve"> its content.</w:t>
      </w:r>
      <w:r>
        <w:rPr>
          <w:b w:val="0"/>
          <w:i w:val="0"/>
          <w:smallCaps w:val="0"/>
          <w:strike w:val="0"/>
          <w:sz w:val="12"/>
          <w:u w:val="none"/>
        </w:rPr>
        <w:t>¶</w:t>
      </w:r>
      <w:r>
        <w:rPr>
          <w:b w:val="0"/>
          <w:i w:val="0"/>
          <w:smallCaps w:val="0"/>
          <w:strike w:val="0"/>
          <w:sz w:val="16"/>
          <w:u w:val="none"/>
        </w:rPr>
        <w:t xml:space="preserve"> </w:t>
      </w:r>
      <w:r>
        <w:rPr>
          <w:b w:val="0"/>
          <w:i w:val="0"/>
          <w:smallCaps w:val="0"/>
          <w:strike w:val="0"/>
          <w:sz w:val="22"/>
          <w:u w:val="single"/>
        </w:rPr>
        <w:t xml:space="preserve">Since a </w:t>
      </w:r>
      <w:r>
        <w:rPr>
          <w:b w:val="0"/>
          <w:i w:val="0"/>
          <w:smallCaps w:val="0"/>
          <w:strike w:val="0"/>
          <w:sz w:val="22"/>
          <w:highlight w:val="cyan"/>
          <w:u w:val="single"/>
        </w:rPr>
        <w:t>principal</w:t>
      </w:r>
      <w:r>
        <w:rPr>
          <w:b w:val="0"/>
          <w:i w:val="0"/>
          <w:smallCaps w:val="0"/>
          <w:strike w:val="0"/>
          <w:sz w:val="22"/>
          <w:u w:val="single"/>
        </w:rPr>
        <w:t xml:space="preserve"> </w:t>
      </w:r>
      <w:r>
        <w:rPr>
          <w:b w:val="0"/>
          <w:i w:val="0"/>
          <w:smallCaps w:val="0"/>
          <w:strike w:val="0"/>
          <w:sz w:val="22"/>
          <w:highlight w:val="cyan"/>
          <w:u w:val="single"/>
        </w:rPr>
        <w:t xml:space="preserve">goal of </w:t>
      </w:r>
      <w:r>
        <w:rPr>
          <w:b w:val="0"/>
          <w:i w:val="0"/>
          <w:smallCaps w:val="0"/>
          <w:strike w:val="0"/>
          <w:sz w:val="22"/>
          <w:u w:val="single"/>
        </w:rPr>
        <w:t xml:space="preserve">almost </w:t>
      </w:r>
      <w:r>
        <w:rPr>
          <w:b w:val="0"/>
          <w:i w:val="0"/>
          <w:smallCaps w:val="0"/>
          <w:strike w:val="0"/>
          <w:sz w:val="22"/>
          <w:highlight w:val="cyan"/>
          <w:u w:val="single"/>
        </w:rPr>
        <w:t>every marketing</w:t>
      </w:r>
      <w:r>
        <w:rPr>
          <w:b w:val="0"/>
          <w:i w:val="0"/>
          <w:smallCaps w:val="0"/>
          <w:strike w:val="0"/>
          <w:sz w:val="12"/>
          <w:u w:val="none"/>
        </w:rPr>
        <w:t>¶</w:t>
      </w:r>
      <w:r>
        <w:rPr>
          <w:b w:val="0"/>
          <w:i w:val="0"/>
          <w:smallCaps w:val="0"/>
          <w:strike w:val="0"/>
          <w:sz w:val="22"/>
          <w:u w:val="single"/>
        </w:rPr>
        <w:t xml:space="preserve"> </w:t>
      </w:r>
      <w:r>
        <w:rPr>
          <w:b w:val="0"/>
          <w:i w:val="0"/>
          <w:smallCaps w:val="0"/>
          <w:strike w:val="0"/>
          <w:sz w:val="22"/>
          <w:highlight w:val="cyan"/>
          <w:u w:val="single"/>
        </w:rPr>
        <w:t>message is the creation of a strong and meaningful trade</w:t>
      </w:r>
      <w:r>
        <w:rPr>
          <w:b w:val="0"/>
          <w:i w:val="0"/>
          <w:smallCaps w:val="0"/>
          <w:strike w:val="0"/>
          <w:sz w:val="12"/>
          <w:highlight w:val="cyan"/>
          <w:u w:val="none"/>
        </w:rPr>
        <w:t>¶</w:t>
      </w:r>
      <w:r>
        <w:rPr>
          <w:b w:val="0"/>
          <w:i w:val="0"/>
          <w:smallCaps w:val="0"/>
          <w:strike w:val="0"/>
          <w:sz w:val="22"/>
          <w:highlight w:val="cyan"/>
          <w:u w:val="single"/>
        </w:rPr>
        <w:t xml:space="preserve"> mark</w:t>
      </w:r>
      <w:r>
        <w:rPr>
          <w:b w:val="0"/>
          <w:i w:val="0"/>
          <w:smallCaps w:val="0"/>
          <w:strike w:val="0"/>
          <w:sz w:val="22"/>
          <w:u w:val="single"/>
        </w:rPr>
        <w:t xml:space="preserve">, it can be said that the process of creating </w:t>
      </w:r>
      <w:r>
        <w:rPr>
          <w:b w:val="0"/>
          <w:i w:val="0"/>
          <w:smallCaps w:val="0"/>
          <w:strike w:val="0"/>
          <w:sz w:val="22"/>
          <w:highlight w:val="cyan"/>
          <w:u w:val="single"/>
        </w:rPr>
        <w:t>meaningful trade marks has a deep influence on our cultural</w:t>
      </w:r>
      <w:r>
        <w:rPr>
          <w:b w:val="0"/>
          <w:i w:val="0"/>
          <w:smallCaps w:val="0"/>
          <w:strike w:val="0"/>
          <w:sz w:val="12"/>
          <w:u w:val="none"/>
        </w:rPr>
        <w:t>¶</w:t>
      </w:r>
      <w:r>
        <w:rPr>
          <w:b w:val="0"/>
          <w:i w:val="0"/>
          <w:smallCaps w:val="0"/>
          <w:strike w:val="0"/>
          <w:sz w:val="22"/>
          <w:u w:val="single"/>
        </w:rPr>
        <w:t xml:space="preserve"> environment.</w:t>
      </w:r>
      <w:r>
        <w:rPr>
          <w:b w:val="0"/>
          <w:i w:val="0"/>
          <w:smallCaps w:val="0"/>
          <w:strike w:val="0"/>
          <w:sz w:val="16"/>
          <w:u w:val="none"/>
        </w:rPr>
        <w:t xml:space="preserve"> But what is the nature of that influence?</w:t>
      </w:r>
      <w:r>
        <w:rPr>
          <w:b w:val="0"/>
          <w:i w:val="0"/>
          <w:smallCaps w:val="0"/>
          <w:strike w:val="0"/>
          <w:sz w:val="12"/>
          <w:u w:val="none"/>
        </w:rPr>
        <w:t>¶</w:t>
      </w:r>
      <w:r>
        <w:rPr>
          <w:b w:val="0"/>
          <w:i w:val="0"/>
          <w:smallCaps w:val="0"/>
          <w:strike w:val="0"/>
          <w:sz w:val="16"/>
          <w:u w:val="none"/>
        </w:rPr>
        <w:t xml:space="preserve"> Commercial corporations promote a certain ideology.</w:t>
      </w:r>
      <w:r>
        <w:rPr>
          <w:b w:val="0"/>
          <w:i w:val="0"/>
          <w:smallCaps w:val="0"/>
          <w:strike w:val="0"/>
          <w:sz w:val="12"/>
          <w:u w:val="none"/>
        </w:rPr>
        <w:t>¶</w:t>
      </w:r>
      <w:r>
        <w:rPr>
          <w:b w:val="0"/>
          <w:i w:val="0"/>
          <w:smallCaps w:val="0"/>
          <w:strike w:val="0"/>
          <w:sz w:val="16"/>
          <w:u w:val="none"/>
        </w:rPr>
        <w:t xml:space="preserve"> Consider two following examples. In 1971 Janis Joplin</w:t>
      </w:r>
      <w:r>
        <w:rPr>
          <w:b w:val="0"/>
          <w:i w:val="0"/>
          <w:smallCaps w:val="0"/>
          <w:strike w:val="0"/>
          <w:sz w:val="12"/>
          <w:u w:val="none"/>
        </w:rPr>
        <w:t>¶</w:t>
      </w:r>
      <w:r>
        <w:rPr>
          <w:b w:val="0"/>
          <w:i w:val="0"/>
          <w:smallCaps w:val="0"/>
          <w:strike w:val="0"/>
          <w:sz w:val="16"/>
          <w:u w:val="none"/>
        </w:rPr>
        <w:t xml:space="preserve"> wrote the song, ‘Mercedes Benz’. In the song she asks</w:t>
      </w:r>
      <w:r>
        <w:rPr>
          <w:b w:val="0"/>
          <w:i w:val="0"/>
          <w:smallCaps w:val="0"/>
          <w:strike w:val="0"/>
          <w:sz w:val="12"/>
          <w:u w:val="none"/>
        </w:rPr>
        <w:t>¶</w:t>
      </w:r>
      <w:r>
        <w:rPr>
          <w:b w:val="0"/>
          <w:i w:val="0"/>
          <w:smallCaps w:val="0"/>
          <w:strike w:val="0"/>
          <w:sz w:val="16"/>
          <w:u w:val="none"/>
        </w:rPr>
        <w:t xml:space="preserve"> the Lord to buy her a Mercedes Benz, a colour TV, and</w:t>
      </w:r>
      <w:r>
        <w:rPr>
          <w:b w:val="0"/>
          <w:i w:val="0"/>
          <w:smallCaps w:val="0"/>
          <w:strike w:val="0"/>
          <w:sz w:val="12"/>
          <w:u w:val="none"/>
        </w:rPr>
        <w:t>¶</w:t>
      </w:r>
      <w:r>
        <w:rPr>
          <w:b w:val="0"/>
          <w:i w:val="0"/>
          <w:smallCaps w:val="0"/>
          <w:strike w:val="0"/>
          <w:sz w:val="16"/>
          <w:u w:val="none"/>
        </w:rPr>
        <w:t xml:space="preserve"> a night on the town. The song was written as a social</w:t>
      </w:r>
      <w:r>
        <w:rPr>
          <w:b w:val="0"/>
          <w:i w:val="0"/>
          <w:smallCaps w:val="0"/>
          <w:strike w:val="0"/>
          <w:sz w:val="12"/>
          <w:u w:val="none"/>
        </w:rPr>
        <w:t>¶</w:t>
      </w:r>
      <w:r>
        <w:rPr>
          <w:b w:val="0"/>
          <w:i w:val="0"/>
          <w:smallCaps w:val="0"/>
          <w:strike w:val="0"/>
          <w:sz w:val="16"/>
          <w:u w:val="none"/>
        </w:rPr>
        <w:t xml:space="preserve"> commentary on the fact that people relate happiness to</w:t>
      </w:r>
      <w:r>
        <w:rPr>
          <w:b w:val="0"/>
          <w:i w:val="0"/>
          <w:smallCaps w:val="0"/>
          <w:strike w:val="0"/>
          <w:sz w:val="12"/>
          <w:u w:val="none"/>
        </w:rPr>
        <w:t>¶</w:t>
      </w:r>
      <w:r>
        <w:rPr>
          <w:b w:val="0"/>
          <w:i w:val="0"/>
          <w:smallCaps w:val="0"/>
          <w:strike w:val="0"/>
          <w:sz w:val="16"/>
          <w:u w:val="none"/>
        </w:rPr>
        <w:t xml:space="preserve"> consumption and material possessions. Ironically, in</w:t>
      </w:r>
      <w:r>
        <w:rPr>
          <w:b w:val="0"/>
          <w:i w:val="0"/>
          <w:smallCaps w:val="0"/>
          <w:strike w:val="0"/>
          <w:sz w:val="12"/>
          <w:u w:val="none"/>
        </w:rPr>
        <w:t>¶</w:t>
      </w:r>
      <w:r>
        <w:rPr>
          <w:b w:val="0"/>
          <w:i w:val="0"/>
          <w:smallCaps w:val="0"/>
          <w:strike w:val="0"/>
          <w:sz w:val="16"/>
          <w:u w:val="none"/>
        </w:rPr>
        <w:t xml:space="preserve"> 1995, Mercedes Benz obtained a licence from Janis</w:t>
      </w:r>
      <w:r>
        <w:rPr>
          <w:b w:val="0"/>
          <w:i w:val="0"/>
          <w:smallCaps w:val="0"/>
          <w:strike w:val="0"/>
          <w:sz w:val="12"/>
          <w:u w:val="none"/>
        </w:rPr>
        <w:t>¶</w:t>
      </w:r>
      <w:r>
        <w:rPr>
          <w:b w:val="0"/>
          <w:i w:val="0"/>
          <w:smallCaps w:val="0"/>
          <w:strike w:val="0"/>
          <w:sz w:val="16"/>
          <w:u w:val="none"/>
        </w:rPr>
        <w:t xml:space="preserve"> Joplin’s step-sister, who owned the rights to the song, to</w:t>
      </w:r>
      <w:r>
        <w:rPr>
          <w:b w:val="0"/>
          <w:i w:val="0"/>
          <w:smallCaps w:val="0"/>
          <w:strike w:val="0"/>
          <w:sz w:val="12"/>
          <w:u w:val="none"/>
        </w:rPr>
        <w:t>¶</w:t>
      </w:r>
      <w:r>
        <w:rPr>
          <w:b w:val="0"/>
          <w:i w:val="0"/>
          <w:smallCaps w:val="0"/>
          <w:strike w:val="0"/>
          <w:sz w:val="16"/>
          <w:u w:val="none"/>
        </w:rPr>
        <w:t xml:space="preserve"> use it in its own commercial. The second example is the</w:t>
      </w:r>
      <w:r>
        <w:rPr>
          <w:b w:val="0"/>
          <w:i w:val="0"/>
          <w:smallCaps w:val="0"/>
          <w:strike w:val="0"/>
          <w:sz w:val="12"/>
          <w:u w:val="none"/>
        </w:rPr>
        <w:t>¶</w:t>
      </w:r>
      <w:r>
        <w:rPr>
          <w:b w:val="0"/>
          <w:i w:val="0"/>
          <w:smallCaps w:val="0"/>
          <w:strike w:val="0"/>
          <w:sz w:val="16"/>
          <w:u w:val="none"/>
        </w:rPr>
        <w:t xml:space="preserve"> vagrant style created by hippies in the 1960s. This style</w:t>
      </w:r>
      <w:r>
        <w:rPr>
          <w:b w:val="0"/>
          <w:i w:val="0"/>
          <w:smallCaps w:val="0"/>
          <w:strike w:val="0"/>
          <w:sz w:val="12"/>
          <w:u w:val="none"/>
        </w:rPr>
        <w:t>¶</w:t>
      </w:r>
      <w:r>
        <w:rPr>
          <w:b w:val="0"/>
          <w:i w:val="0"/>
          <w:smallCaps w:val="0"/>
          <w:strike w:val="0"/>
          <w:sz w:val="16"/>
          <w:u w:val="none"/>
        </w:rPr>
        <w:t xml:space="preserve"> was meant to convey the anti-establishment beliefs of</w:t>
      </w:r>
      <w:r>
        <w:rPr>
          <w:b w:val="0"/>
          <w:i w:val="0"/>
          <w:smallCaps w:val="0"/>
          <w:strike w:val="0"/>
          <w:sz w:val="12"/>
          <w:u w:val="none"/>
        </w:rPr>
        <w:t>¶</w:t>
      </w:r>
      <w:r>
        <w:rPr>
          <w:b w:val="0"/>
          <w:i w:val="0"/>
          <w:smallCaps w:val="0"/>
          <w:strike w:val="0"/>
          <w:sz w:val="16"/>
          <w:u w:val="none"/>
        </w:rPr>
        <w:t xml:space="preserve"> this counterculture group, but was immediately adopted</w:t>
      </w:r>
      <w:r>
        <w:rPr>
          <w:b w:val="0"/>
          <w:i w:val="0"/>
          <w:smallCaps w:val="0"/>
          <w:strike w:val="0"/>
          <w:sz w:val="12"/>
          <w:u w:val="none"/>
        </w:rPr>
        <w:t>¶</w:t>
      </w:r>
      <w:r>
        <w:rPr>
          <w:b w:val="0"/>
          <w:i w:val="0"/>
          <w:smallCaps w:val="0"/>
          <w:strike w:val="0"/>
          <w:sz w:val="16"/>
          <w:u w:val="none"/>
        </w:rPr>
        <w:t xml:space="preserve"> by clothing manufacturers and presented in advertising</w:t>
      </w:r>
      <w:r>
        <w:rPr>
          <w:b w:val="0"/>
          <w:i w:val="0"/>
          <w:smallCaps w:val="0"/>
          <w:strike w:val="0"/>
          <w:sz w:val="12"/>
          <w:u w:val="none"/>
        </w:rPr>
        <w:t>¶</w:t>
      </w:r>
      <w:r>
        <w:rPr>
          <w:b w:val="0"/>
          <w:i w:val="0"/>
          <w:smallCaps w:val="0"/>
          <w:strike w:val="0"/>
          <w:sz w:val="16"/>
          <w:u w:val="none"/>
        </w:rPr>
        <w:t xml:space="preserve"> as a novelty in dressing style. By the early 1970s, much</w:t>
      </w:r>
      <w:r>
        <w:rPr>
          <w:b w:val="0"/>
          <w:i w:val="0"/>
          <w:smallCaps w:val="0"/>
          <w:strike w:val="0"/>
          <w:sz w:val="12"/>
          <w:u w:val="none"/>
        </w:rPr>
        <w:t>¶</w:t>
      </w:r>
      <w:r>
        <w:rPr>
          <w:b w:val="0"/>
          <w:i w:val="0"/>
          <w:smallCaps w:val="0"/>
          <w:strike w:val="0"/>
          <w:sz w:val="16"/>
          <w:u w:val="none"/>
        </w:rPr>
        <w:t xml:space="preserve"> of the hippie style had been already integrated into</w:t>
      </w:r>
      <w:r>
        <w:rPr>
          <w:b w:val="0"/>
          <w:i w:val="0"/>
          <w:smallCaps w:val="0"/>
          <w:strike w:val="0"/>
          <w:sz w:val="12"/>
          <w:u w:val="none"/>
        </w:rPr>
        <w:t>¶</w:t>
      </w:r>
      <w:r>
        <w:rPr>
          <w:b w:val="0"/>
          <w:i w:val="0"/>
          <w:smallCaps w:val="0"/>
          <w:strike w:val="0"/>
          <w:sz w:val="16"/>
          <w:u w:val="none"/>
        </w:rPr>
        <w:t xml:space="preserve"> mainstream American culture.27</w:t>
      </w:r>
      <w:r>
        <w:rPr>
          <w:b w:val="0"/>
          <w:i w:val="0"/>
          <w:smallCaps w:val="0"/>
          <w:strike w:val="0"/>
          <w:sz w:val="12"/>
          <w:u w:val="none"/>
        </w:rPr>
        <w:t>¶</w:t>
      </w:r>
      <w:r>
        <w:rPr>
          <w:b w:val="0"/>
          <w:i w:val="0"/>
          <w:smallCaps w:val="0"/>
          <w:strike w:val="0"/>
          <w:sz w:val="16"/>
          <w:u w:val="none"/>
        </w:rPr>
        <w:t xml:space="preserve"> These two examples demonstrate how commercial</w:t>
      </w:r>
      <w:r>
        <w:rPr>
          <w:b w:val="0"/>
          <w:i w:val="0"/>
          <w:smallCaps w:val="0"/>
          <w:strike w:val="0"/>
          <w:sz w:val="12"/>
          <w:u w:val="none"/>
        </w:rPr>
        <w:t>¶</w:t>
      </w:r>
      <w:r>
        <w:rPr>
          <w:b w:val="0"/>
          <w:i w:val="0"/>
          <w:smallCaps w:val="0"/>
          <w:strike w:val="0"/>
          <w:sz w:val="16"/>
          <w:u w:val="none"/>
        </w:rPr>
        <w:t xml:space="preserve"> interest can distort the meaning of a cultural sign,</w:t>
      </w:r>
      <w:r>
        <w:rPr>
          <w:b w:val="0"/>
          <w:i w:val="0"/>
          <w:smallCaps w:val="0"/>
          <w:strike w:val="0"/>
          <w:sz w:val="12"/>
          <w:u w:val="none"/>
        </w:rPr>
        <w:t>¶</w:t>
      </w:r>
      <w:r>
        <w:rPr>
          <w:b w:val="0"/>
          <w:i w:val="0"/>
          <w:smallCaps w:val="0"/>
          <w:strike w:val="0"/>
          <w:sz w:val="16"/>
          <w:u w:val="none"/>
        </w:rPr>
        <w:t xml:space="preserve"> when this meaning clashes with the commercial ideology. </w:t>
      </w:r>
      <w:r>
        <w:rPr>
          <w:b w:val="0"/>
          <w:i w:val="0"/>
          <w:smallCaps w:val="0"/>
          <w:strike w:val="0"/>
          <w:sz w:val="22"/>
          <w:u w:val="single"/>
        </w:rPr>
        <w:t xml:space="preserve">The </w:t>
      </w:r>
      <w:r>
        <w:rPr>
          <w:b w:val="0"/>
          <w:i w:val="0"/>
          <w:smallCaps w:val="0"/>
          <w:strike w:val="0"/>
          <w:sz w:val="22"/>
          <w:highlight w:val="cyan"/>
          <w:u w:val="single"/>
        </w:rPr>
        <w:t>strongest message</w:t>
      </w:r>
      <w:r>
        <w:rPr>
          <w:b w:val="0"/>
          <w:i w:val="0"/>
          <w:smallCaps w:val="0"/>
          <w:strike w:val="0"/>
          <w:sz w:val="22"/>
          <w:u w:val="single"/>
        </w:rPr>
        <w:t xml:space="preserve"> of their ideology is the</w:t>
      </w:r>
      <w:r>
        <w:rPr>
          <w:b w:val="0"/>
          <w:i w:val="0"/>
          <w:smallCaps w:val="0"/>
          <w:strike w:val="0"/>
          <w:sz w:val="12"/>
          <w:u w:val="none"/>
        </w:rPr>
        <w:t>¶</w:t>
      </w:r>
      <w:r>
        <w:rPr>
          <w:b w:val="0"/>
          <w:i w:val="0"/>
          <w:smallCaps w:val="0"/>
          <w:strike w:val="0"/>
          <w:sz w:val="22"/>
          <w:u w:val="single"/>
        </w:rPr>
        <w:t xml:space="preserve"> </w:t>
      </w:r>
      <w:r>
        <w:rPr>
          <w:b w:val="0"/>
          <w:i w:val="0"/>
          <w:smallCaps w:val="0"/>
          <w:strike w:val="0"/>
          <w:sz w:val="22"/>
          <w:highlight w:val="cyan"/>
          <w:u w:val="single"/>
        </w:rPr>
        <w:t>endorsement of the values of capitalism in general</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12"/>
          <w:highlight w:val="cyan"/>
          <w:u w:val="none"/>
        </w:rPr>
        <w:t>¶</w:t>
      </w:r>
      <w:r>
        <w:rPr>
          <w:b w:val="0"/>
          <w:i w:val="0"/>
          <w:smallCaps w:val="0"/>
          <w:strike w:val="0"/>
          <w:sz w:val="22"/>
          <w:highlight w:val="cyan"/>
          <w:u w:val="single"/>
        </w:rPr>
        <w:t xml:space="preserve"> consumer culture in particular</w:t>
      </w:r>
      <w:r>
        <w:rPr>
          <w:b w:val="0"/>
          <w:i w:val="0"/>
          <w:smallCaps w:val="0"/>
          <w:strike w:val="0"/>
          <w:sz w:val="22"/>
          <w:u w:val="single"/>
        </w:rPr>
        <w:t>. Several big media sponsors have even formulated in explicit rules that the</w:t>
      </w:r>
      <w:r>
        <w:rPr>
          <w:b w:val="0"/>
          <w:i w:val="0"/>
          <w:smallCaps w:val="0"/>
          <w:strike w:val="0"/>
          <w:sz w:val="12"/>
          <w:u w:val="none"/>
        </w:rPr>
        <w:t>¶</w:t>
      </w:r>
      <w:r>
        <w:rPr>
          <w:b w:val="0"/>
          <w:i w:val="0"/>
          <w:smallCaps w:val="0"/>
          <w:strike w:val="0"/>
          <w:sz w:val="22"/>
          <w:u w:val="single"/>
        </w:rPr>
        <w:t xml:space="preserve"> media content must not bear any kind of critique on</w:t>
      </w:r>
      <w:r>
        <w:rPr>
          <w:b w:val="0"/>
          <w:i w:val="0"/>
          <w:smallCaps w:val="0"/>
          <w:strike w:val="0"/>
          <w:sz w:val="12"/>
          <w:u w:val="none"/>
        </w:rPr>
        <w:t>¶</w:t>
      </w:r>
      <w:r>
        <w:rPr>
          <w:b w:val="0"/>
          <w:i w:val="0"/>
          <w:smallCaps w:val="0"/>
          <w:strike w:val="0"/>
          <w:sz w:val="22"/>
          <w:u w:val="single"/>
        </w:rPr>
        <w:t xml:space="preserve"> advertising, on the consumer culture, and, </w:t>
      </w:r>
      <w:r>
        <w:rPr>
          <w:b w:val="0"/>
          <w:i w:val="0"/>
          <w:smallCaps w:val="0"/>
          <w:strike w:val="0"/>
          <w:sz w:val="22"/>
          <w:u w:val="single"/>
        </w:rPr>
        <w:t>more generally, any negative claims concerning the capitalist world</w:t>
      </w:r>
      <w:r>
        <w:rPr>
          <w:b w:val="0"/>
          <w:i w:val="0"/>
          <w:smallCaps w:val="0"/>
          <w:strike w:val="0"/>
          <w:sz w:val="12"/>
          <w:u w:val="none"/>
        </w:rPr>
        <w:t>¶</w:t>
      </w:r>
      <w:r>
        <w:rPr>
          <w:b w:val="0"/>
          <w:i w:val="0"/>
          <w:smallCaps w:val="0"/>
          <w:strike w:val="0"/>
          <w:sz w:val="22"/>
          <w:u w:val="single"/>
        </w:rPr>
        <w:t xml:space="preserve"> order</w:t>
      </w:r>
      <w:r>
        <w:rPr>
          <w:b w:val="0"/>
          <w:i w:val="0"/>
          <w:smallCaps w:val="0"/>
          <w:strike w:val="0"/>
          <w:sz w:val="22"/>
          <w:u w:val="single"/>
        </w:rPr>
        <w:t>.</w:t>
      </w:r>
      <w:r>
        <w:rPr>
          <w:b w:val="0"/>
          <w:i w:val="0"/>
          <w:smallCaps w:val="0"/>
          <w:strike w:val="0"/>
          <w:sz w:val="16"/>
          <w:u w:val="none"/>
        </w:rPr>
        <w:t>28 The ideology promoted by commercial corporations has already acquired a dominant position in</w:t>
      </w:r>
      <w:r>
        <w:rPr>
          <w:b w:val="0"/>
          <w:i w:val="0"/>
          <w:smallCaps w:val="0"/>
          <w:strike w:val="0"/>
          <w:sz w:val="12"/>
          <w:u w:val="none"/>
        </w:rPr>
        <w:t>¶</w:t>
      </w:r>
      <w:r>
        <w:rPr>
          <w:b w:val="0"/>
          <w:i w:val="0"/>
          <w:smallCaps w:val="0"/>
          <w:strike w:val="0"/>
          <w:sz w:val="16"/>
          <w:u w:val="none"/>
        </w:rPr>
        <w:t xml:space="preserve"> Western society; it is usually taken for granted and very</w:t>
      </w:r>
      <w:r>
        <w:rPr>
          <w:b w:val="0"/>
          <w:i w:val="0"/>
          <w:smallCaps w:val="0"/>
          <w:strike w:val="0"/>
          <w:sz w:val="12"/>
          <w:u w:val="none"/>
        </w:rPr>
        <w:t>¶</w:t>
      </w:r>
      <w:r>
        <w:rPr>
          <w:b w:val="0"/>
          <w:i w:val="0"/>
          <w:smallCaps w:val="0"/>
          <w:strike w:val="0"/>
          <w:sz w:val="16"/>
          <w:u w:val="none"/>
        </w:rPr>
        <w:t xml:space="preserve"> rarely questioned. The more media falls into the hands</w:t>
      </w:r>
      <w:r>
        <w:rPr>
          <w:b w:val="0"/>
          <w:i w:val="0"/>
          <w:smallCaps w:val="0"/>
          <w:strike w:val="0"/>
          <w:sz w:val="12"/>
          <w:u w:val="none"/>
        </w:rPr>
        <w:t>¶</w:t>
      </w:r>
      <w:r>
        <w:rPr>
          <w:b w:val="0"/>
          <w:i w:val="0"/>
          <w:smallCaps w:val="0"/>
          <w:strike w:val="0"/>
          <w:sz w:val="16"/>
          <w:u w:val="none"/>
        </w:rPr>
        <w:t xml:space="preserve"> of advertisers, the deeper these values will be ingrained</w:t>
      </w:r>
      <w:r>
        <w:rPr>
          <w:b w:val="0"/>
          <w:i w:val="0"/>
          <w:smallCaps w:val="0"/>
          <w:strike w:val="0"/>
          <w:sz w:val="12"/>
          <w:u w:val="none"/>
        </w:rPr>
        <w:t>¶</w:t>
      </w:r>
      <w:r>
        <w:rPr>
          <w:b w:val="0"/>
          <w:i w:val="0"/>
          <w:smallCaps w:val="0"/>
          <w:strike w:val="0"/>
          <w:sz w:val="16"/>
          <w:u w:val="none"/>
        </w:rPr>
        <w:t xml:space="preserve"> into Western culture, making it increasingly materialistic and consumption-oriented.</w:t>
      </w:r>
      <w:r>
        <w:rPr>
          <w:b w:val="0"/>
          <w:i w:val="0"/>
          <w:smallCaps w:val="0"/>
          <w:strike w:val="0"/>
          <w:sz w:val="12"/>
          <w:u w:val="none"/>
        </w:rPr>
        <w:t>¶</w:t>
      </w:r>
      <w:r>
        <w:rPr>
          <w:b w:val="0"/>
          <w:i w:val="0"/>
          <w:smallCaps w:val="0"/>
          <w:strike w:val="0"/>
          <w:sz w:val="16"/>
          <w:u w:val="none"/>
        </w:rPr>
        <w:t xml:space="preserve"> </w:t>
      </w:r>
      <w:r>
        <w:rPr>
          <w:b w:val="0"/>
          <w:i w:val="0"/>
          <w:smallCaps w:val="0"/>
          <w:strike w:val="0"/>
          <w:sz w:val="22"/>
          <w:u w:val="single"/>
        </w:rPr>
        <w:t xml:space="preserve">Over time, </w:t>
      </w:r>
      <w:r>
        <w:rPr>
          <w:b w:val="0"/>
          <w:i w:val="0"/>
          <w:smallCaps w:val="0"/>
          <w:strike w:val="0"/>
          <w:sz w:val="22"/>
          <w:highlight w:val="cyan"/>
          <w:u w:val="single"/>
        </w:rPr>
        <w:t>marketing techniques increasingly</w:t>
      </w:r>
      <w:r>
        <w:rPr>
          <w:b w:val="0"/>
          <w:i w:val="0"/>
          <w:smallCaps w:val="0"/>
          <w:strike w:val="0"/>
          <w:sz w:val="12"/>
          <w:u w:val="none"/>
        </w:rPr>
        <w:t>¶</w:t>
      </w:r>
      <w:r>
        <w:rPr>
          <w:b w:val="0"/>
          <w:i w:val="0"/>
          <w:smallCaps w:val="0"/>
          <w:strike w:val="0"/>
          <w:sz w:val="22"/>
          <w:u w:val="single"/>
        </w:rPr>
        <w:t xml:space="preserve"> </w:t>
      </w:r>
      <w:r>
        <w:rPr>
          <w:b w:val="0"/>
          <w:i w:val="0"/>
          <w:smallCaps w:val="0"/>
          <w:strike w:val="0"/>
          <w:sz w:val="22"/>
          <w:highlight w:val="cyan"/>
          <w:u w:val="single"/>
        </w:rPr>
        <w:t>capture public space.</w:t>
      </w:r>
      <w:r>
        <w:rPr>
          <w:b w:val="0"/>
          <w:i w:val="0"/>
          <w:smallCaps w:val="0"/>
          <w:strike w:val="0"/>
          <w:sz w:val="22"/>
          <w:u w:val="single"/>
        </w:rPr>
        <w:t xml:space="preserve"> </w:t>
      </w:r>
      <w:r>
        <w:rPr>
          <w:b w:val="0"/>
          <w:i w:val="0"/>
          <w:smallCaps w:val="0"/>
          <w:strike w:val="0"/>
          <w:sz w:val="22"/>
          <w:highlight w:val="cyan"/>
          <w:u w:val="single"/>
        </w:rPr>
        <w:t>Sidewalks</w:t>
      </w:r>
      <w:r>
        <w:rPr>
          <w:b w:val="0"/>
          <w:i w:val="0"/>
          <w:smallCaps w:val="0"/>
          <w:strike w:val="0"/>
          <w:sz w:val="22"/>
          <w:u w:val="single"/>
        </w:rPr>
        <w:t xml:space="preserve">, </w:t>
      </w:r>
      <w:r>
        <w:rPr>
          <w:b w:val="0"/>
          <w:i w:val="0"/>
          <w:smallCaps w:val="0"/>
          <w:strike w:val="0"/>
          <w:sz w:val="22"/>
          <w:highlight w:val="cyan"/>
          <w:u w:val="single"/>
        </w:rPr>
        <w:t>buildings</w:t>
      </w:r>
      <w:r>
        <w:rPr>
          <w:b w:val="0"/>
          <w:i w:val="0"/>
          <w:smallCaps w:val="0"/>
          <w:strike w:val="0"/>
          <w:sz w:val="22"/>
          <w:u w:val="single"/>
        </w:rPr>
        <w:t xml:space="preserve">, </w:t>
      </w:r>
      <w:r>
        <w:rPr>
          <w:b w:val="0"/>
          <w:i w:val="0"/>
          <w:smallCaps w:val="0"/>
          <w:strike w:val="0"/>
          <w:sz w:val="22"/>
          <w:highlight w:val="cyan"/>
          <w:u w:val="single"/>
        </w:rPr>
        <w:t>beaches</w:t>
      </w:r>
      <w:r>
        <w:rPr>
          <w:b w:val="0"/>
          <w:i w:val="0"/>
          <w:smallCaps w:val="0"/>
          <w:strike w:val="0"/>
          <w:sz w:val="22"/>
          <w:u w:val="single"/>
        </w:rPr>
        <w:t>, and</w:t>
      </w:r>
      <w:r>
        <w:rPr>
          <w:b w:val="0"/>
          <w:i w:val="0"/>
          <w:smallCaps w:val="0"/>
          <w:strike w:val="0"/>
          <w:sz w:val="12"/>
          <w:u w:val="none"/>
        </w:rPr>
        <w:t>¶</w:t>
      </w:r>
      <w:r>
        <w:rPr>
          <w:b w:val="0"/>
          <w:i w:val="0"/>
          <w:smallCaps w:val="0"/>
          <w:strike w:val="0"/>
          <w:sz w:val="22"/>
          <w:u w:val="single"/>
        </w:rPr>
        <w:t xml:space="preserve"> </w:t>
      </w:r>
      <w:r>
        <w:rPr>
          <w:b w:val="0"/>
          <w:i w:val="0"/>
          <w:smallCaps w:val="0"/>
          <w:strike w:val="0"/>
          <w:sz w:val="22"/>
          <w:highlight w:val="cyan"/>
          <w:u w:val="single"/>
        </w:rPr>
        <w:t>every place our eye naturally falls on bear messages</w:t>
      </w:r>
      <w:r>
        <w:rPr>
          <w:b w:val="0"/>
          <w:i w:val="0"/>
          <w:smallCaps w:val="0"/>
          <w:strike w:val="0"/>
          <w:sz w:val="12"/>
          <w:u w:val="none"/>
        </w:rPr>
        <w:t>¶</w:t>
      </w:r>
      <w:r>
        <w:rPr>
          <w:b w:val="0"/>
          <w:i w:val="0"/>
          <w:smallCaps w:val="0"/>
          <w:strike w:val="0"/>
          <w:sz w:val="22"/>
          <w:u w:val="single"/>
        </w:rPr>
        <w:t xml:space="preserve"> </w:t>
      </w:r>
      <w:r>
        <w:rPr>
          <w:b w:val="0"/>
          <w:i w:val="0"/>
          <w:smallCaps w:val="0"/>
          <w:strike w:val="0"/>
          <w:sz w:val="22"/>
          <w:highlight w:val="cyan"/>
          <w:u w:val="single"/>
        </w:rPr>
        <w:t>designed to</w:t>
      </w:r>
      <w:r>
        <w:rPr>
          <w:b w:val="0"/>
          <w:i w:val="0"/>
          <w:smallCaps w:val="0"/>
          <w:strike w:val="0"/>
          <w:sz w:val="22"/>
          <w:u w:val="single"/>
        </w:rPr>
        <w:t xml:space="preserve"> </w:t>
      </w:r>
      <w:r>
        <w:rPr>
          <w:b w:val="0"/>
          <w:i w:val="0"/>
          <w:smallCaps w:val="0"/>
          <w:strike w:val="0"/>
          <w:sz w:val="22"/>
          <w:highlight w:val="cyan"/>
          <w:u w:val="single"/>
        </w:rPr>
        <w:t>make us remember certain trade marks</w:t>
      </w:r>
      <w:r>
        <w:rPr>
          <w:b w:val="0"/>
          <w:i w:val="0"/>
          <w:smallCaps w:val="0"/>
          <w:strike w:val="0"/>
          <w:sz w:val="22"/>
          <w:u w:val="single"/>
        </w:rPr>
        <w:t>.</w:t>
      </w:r>
      <w:r>
        <w:rPr>
          <w:b w:val="0"/>
          <w:i w:val="0"/>
          <w:smallCaps w:val="0"/>
          <w:strike w:val="0"/>
          <w:sz w:val="12"/>
          <w:u w:val="none"/>
        </w:rPr>
        <w:t>¶</w:t>
      </w:r>
      <w:r>
        <w:rPr>
          <w:b w:val="0"/>
          <w:i w:val="0"/>
          <w:smallCaps w:val="0"/>
          <w:strike w:val="0"/>
          <w:sz w:val="16"/>
          <w:u w:val="none"/>
        </w:rPr>
        <w:t xml:space="preserve"> Marketing messages saturate public space and constantly invade the private sphere. Some scholars equate,</w:t>
      </w:r>
      <w:r>
        <w:rPr>
          <w:b w:val="0"/>
          <w:i w:val="0"/>
          <w:smallCaps w:val="0"/>
          <w:strike w:val="0"/>
          <w:sz w:val="12"/>
          <w:u w:val="none"/>
        </w:rPr>
        <w:t>¶</w:t>
      </w:r>
      <w:r>
        <w:rPr>
          <w:b w:val="0"/>
          <w:i w:val="0"/>
          <w:smallCaps w:val="0"/>
          <w:strike w:val="0"/>
          <w:sz w:val="16"/>
          <w:u w:val="none"/>
        </w:rPr>
        <w:t xml:space="preserve"> quite properly, commercial overload with air pollution.29 The legal system </w:t>
      </w:r>
      <w:r>
        <w:rPr>
          <w:b w:val="0"/>
          <w:i w:val="0"/>
          <w:smallCaps w:val="0"/>
          <w:strike w:val="0"/>
          <w:sz w:val="14"/>
          <w:u w:val="none"/>
        </w:rPr>
        <w:t>provides no protection</w:t>
      </w:r>
      <w:r>
        <w:rPr>
          <w:b w:val="0"/>
          <w:i w:val="0"/>
          <w:smallCaps w:val="0"/>
          <w:strike w:val="0"/>
          <w:sz w:val="12"/>
          <w:u w:val="none"/>
        </w:rPr>
        <w:t>¶</w:t>
      </w:r>
      <w:r>
        <w:rPr>
          <w:b w:val="0"/>
          <w:i w:val="0"/>
          <w:smallCaps w:val="0"/>
          <w:strike w:val="0"/>
          <w:sz w:val="14"/>
          <w:u w:val="none"/>
        </w:rPr>
        <w:t xml:space="preserve"> against the downpour of commercial messages. </w:t>
      </w:r>
      <w:r>
        <w:rPr>
          <w:b w:val="0"/>
          <w:i w:val="0"/>
          <w:smallCaps w:val="0"/>
          <w:strike w:val="0"/>
          <w:sz w:val="22"/>
          <w:u w:val="single"/>
        </w:rPr>
        <w:t>Quite</w:t>
      </w:r>
      <w:r>
        <w:rPr>
          <w:b w:val="0"/>
          <w:i w:val="0"/>
          <w:smallCaps w:val="0"/>
          <w:strike w:val="0"/>
          <w:sz w:val="12"/>
          <w:u w:val="none"/>
        </w:rPr>
        <w:t>¶</w:t>
      </w:r>
      <w:r>
        <w:rPr>
          <w:b w:val="0"/>
          <w:i w:val="0"/>
          <w:smallCaps w:val="0"/>
          <w:strike w:val="0"/>
          <w:sz w:val="22"/>
          <w:u w:val="single"/>
        </w:rPr>
        <w:t xml:space="preserve"> the contrary, since the commercial messages are</w:t>
      </w:r>
      <w:r>
        <w:rPr>
          <w:b w:val="0"/>
          <w:i w:val="0"/>
          <w:smallCaps w:val="0"/>
          <w:strike w:val="0"/>
          <w:sz w:val="12"/>
          <w:u w:val="none"/>
        </w:rPr>
        <w:t>¶</w:t>
      </w:r>
      <w:r>
        <w:rPr>
          <w:b w:val="0"/>
          <w:i w:val="0"/>
          <w:smallCaps w:val="0"/>
          <w:strike w:val="0"/>
          <w:sz w:val="22"/>
          <w:u w:val="single"/>
        </w:rPr>
        <w:t xml:space="preserve"> regarded as ‘neutral’, they can reach people in places</w:t>
      </w:r>
      <w:r>
        <w:rPr>
          <w:b w:val="0"/>
          <w:i w:val="0"/>
          <w:smallCaps w:val="0"/>
          <w:strike w:val="0"/>
          <w:sz w:val="12"/>
          <w:u w:val="none"/>
        </w:rPr>
        <w:t>¶</w:t>
      </w:r>
      <w:r>
        <w:rPr>
          <w:b w:val="0"/>
          <w:i w:val="0"/>
          <w:smallCaps w:val="0"/>
          <w:strike w:val="0"/>
          <w:sz w:val="22"/>
          <w:u w:val="single"/>
        </w:rPr>
        <w:t xml:space="preserve"> where political messages cannot, for example, in situations of ‘captive audience’.30 </w:t>
      </w:r>
      <w:r>
        <w:rPr>
          <w:b w:val="0"/>
          <w:i w:val="0"/>
          <w:smallCaps w:val="0"/>
          <w:strike w:val="0"/>
          <w:sz w:val="22"/>
          <w:highlight w:val="cyan"/>
          <w:u w:val="single"/>
        </w:rPr>
        <w:t>The very omnipresence of</w:t>
      </w:r>
      <w:r>
        <w:rPr>
          <w:b w:val="0"/>
          <w:i w:val="0"/>
          <w:smallCaps w:val="0"/>
          <w:strike w:val="0"/>
          <w:sz w:val="12"/>
          <w:highlight w:val="cyan"/>
          <w:u w:val="none"/>
        </w:rPr>
        <w:t>¶</w:t>
      </w:r>
      <w:r>
        <w:rPr>
          <w:b w:val="0"/>
          <w:i w:val="0"/>
          <w:smallCaps w:val="0"/>
          <w:strike w:val="0"/>
          <w:sz w:val="22"/>
          <w:highlight w:val="cyan"/>
          <w:u w:val="single"/>
        </w:rPr>
        <w:t xml:space="preserve"> promotional messages further endorses the commercial</w:t>
      </w:r>
      <w:r>
        <w:rPr>
          <w:b w:val="0"/>
          <w:i w:val="0"/>
          <w:smallCaps w:val="0"/>
          <w:strike w:val="0"/>
          <w:sz w:val="12"/>
          <w:highlight w:val="cyan"/>
          <w:u w:val="none"/>
        </w:rPr>
        <w:t>¶</w:t>
      </w:r>
      <w:r>
        <w:rPr>
          <w:b w:val="0"/>
          <w:i w:val="0"/>
          <w:smallCaps w:val="0"/>
          <w:strike w:val="0"/>
          <w:sz w:val="22"/>
          <w:highlight w:val="cyan"/>
          <w:u w:val="single"/>
        </w:rPr>
        <w:t xml:space="preserve"> ideology.</w:t>
      </w:r>
      <w:r>
        <w:rPr>
          <w:b w:val="0"/>
          <w:i w:val="0"/>
          <w:smallCaps w:val="0"/>
          <w:strike w:val="0"/>
          <w:sz w:val="14"/>
          <w:u w:val="none"/>
        </w:rPr>
        <w:t xml:space="preserve"> The more we are used to these messages, the</w:t>
      </w:r>
      <w:r>
        <w:rPr>
          <w:b w:val="0"/>
          <w:i w:val="0"/>
          <w:smallCaps w:val="0"/>
          <w:strike w:val="0"/>
          <w:sz w:val="12"/>
          <w:u w:val="none"/>
        </w:rPr>
        <w:t>¶</w:t>
      </w:r>
      <w:r>
        <w:rPr>
          <w:b w:val="0"/>
          <w:i w:val="0"/>
          <w:smallCaps w:val="0"/>
          <w:strike w:val="0"/>
          <w:sz w:val="14"/>
          <w:u w:val="none"/>
        </w:rPr>
        <w:t xml:space="preserve"> more they seem as a natural and indispensable part of</w:t>
      </w:r>
      <w:r>
        <w:rPr>
          <w:b w:val="0"/>
          <w:i w:val="0"/>
          <w:smallCaps w:val="0"/>
          <w:strike w:val="0"/>
          <w:sz w:val="12"/>
          <w:u w:val="none"/>
        </w:rPr>
        <w:t>¶</w:t>
      </w:r>
      <w:r>
        <w:rPr>
          <w:b w:val="0"/>
          <w:i w:val="0"/>
          <w:smallCaps w:val="0"/>
          <w:strike w:val="0"/>
          <w:sz w:val="14"/>
          <w:u w:val="none"/>
        </w:rPr>
        <w:t xml:space="preserve"> our life. </w:t>
      </w:r>
      <w:r>
        <w:rPr>
          <w:b w:val="0"/>
          <w:i w:val="0"/>
          <w:smallCaps w:val="0"/>
          <w:strike w:val="0"/>
          <w:sz w:val="22"/>
          <w:highlight w:val="cyan"/>
          <w:u w:val="single"/>
        </w:rPr>
        <w:t>Our environment</w:t>
      </w:r>
      <w:r>
        <w:rPr>
          <w:b w:val="0"/>
          <w:i w:val="0"/>
          <w:smallCaps w:val="0"/>
          <w:strike w:val="0"/>
          <w:sz w:val="22"/>
          <w:u w:val="single"/>
        </w:rPr>
        <w:t xml:space="preserve">, </w:t>
      </w:r>
      <w:r>
        <w:rPr>
          <w:b w:val="0"/>
          <w:i w:val="0"/>
          <w:smallCaps w:val="0"/>
          <w:strike w:val="0"/>
          <w:sz w:val="22"/>
          <w:highlight w:val="cyan"/>
          <w:u w:val="single"/>
        </w:rPr>
        <w:t>saturated with marketing,</w:t>
      </w:r>
      <w:r>
        <w:rPr>
          <w:b w:val="0"/>
          <w:i w:val="0"/>
          <w:smallCaps w:val="0"/>
          <w:strike w:val="0"/>
          <w:sz w:val="12"/>
          <w:highlight w:val="cyan"/>
          <w:u w:val="none"/>
        </w:rPr>
        <w:t>¶</w:t>
      </w:r>
      <w:r>
        <w:rPr>
          <w:b w:val="0"/>
          <w:i w:val="0"/>
          <w:smallCaps w:val="0"/>
          <w:strike w:val="0"/>
          <w:sz w:val="22"/>
          <w:u w:val="single"/>
        </w:rPr>
        <w:t xml:space="preserve"> </w:t>
      </w:r>
      <w:r>
        <w:rPr>
          <w:b w:val="0"/>
          <w:i w:val="0"/>
          <w:smallCaps w:val="0"/>
          <w:strike w:val="0"/>
          <w:sz w:val="22"/>
          <w:highlight w:val="cyan"/>
          <w:u w:val="single"/>
        </w:rPr>
        <w:t>tells us</w:t>
      </w:r>
      <w:r>
        <w:rPr>
          <w:b w:val="0"/>
          <w:i w:val="0"/>
          <w:smallCaps w:val="0"/>
          <w:strike w:val="0"/>
          <w:sz w:val="22"/>
          <w:u w:val="single"/>
        </w:rPr>
        <w:t xml:space="preserve"> </w:t>
      </w:r>
      <w:r>
        <w:rPr>
          <w:b w:val="0"/>
          <w:i w:val="0"/>
          <w:smallCaps w:val="0"/>
          <w:strike w:val="0"/>
          <w:sz w:val="22"/>
          <w:u w:val="single"/>
        </w:rPr>
        <w:t>implicitly</w:t>
      </w:r>
      <w:r>
        <w:rPr>
          <w:b w:val="0"/>
          <w:i w:val="0"/>
          <w:smallCaps w:val="0"/>
          <w:strike w:val="0"/>
          <w:sz w:val="22"/>
          <w:u w:val="single"/>
        </w:rPr>
        <w:t xml:space="preserve"> that </w:t>
      </w:r>
      <w:r>
        <w:rPr>
          <w:b w:val="0"/>
          <w:i w:val="0"/>
          <w:smallCaps w:val="0"/>
          <w:strike w:val="0"/>
          <w:sz w:val="22"/>
          <w:highlight w:val="cyan"/>
          <w:u w:val="single"/>
        </w:rPr>
        <w:t>commercial messages</w:t>
      </w:r>
      <w:r>
        <w:rPr>
          <w:b w:val="0"/>
          <w:i w:val="0"/>
          <w:smallCaps w:val="0"/>
          <w:strike w:val="0"/>
          <w:sz w:val="22"/>
          <w:u w:val="single"/>
        </w:rPr>
        <w:t xml:space="preserve"> </w:t>
      </w:r>
      <w:r>
        <w:rPr>
          <w:b w:val="0"/>
          <w:i w:val="0"/>
          <w:smallCaps w:val="0"/>
          <w:strike w:val="0"/>
          <w:sz w:val="22"/>
          <w:highlight w:val="cyan"/>
          <w:u w:val="single"/>
        </w:rPr>
        <w:t>have</w:t>
      </w:r>
      <w:r>
        <w:rPr>
          <w:b w:val="0"/>
          <w:i w:val="0"/>
          <w:smallCaps w:val="0"/>
          <w:strike w:val="0"/>
          <w:sz w:val="22"/>
          <w:u w:val="single"/>
        </w:rPr>
        <w:t xml:space="preserve"> the</w:t>
      </w:r>
      <w:r>
        <w:rPr>
          <w:b w:val="0"/>
          <w:i w:val="0"/>
          <w:smallCaps w:val="0"/>
          <w:strike w:val="0"/>
          <w:sz w:val="12"/>
          <w:u w:val="none"/>
        </w:rPr>
        <w:t>¶</w:t>
      </w:r>
      <w:r>
        <w:rPr>
          <w:b w:val="0"/>
          <w:i w:val="0"/>
          <w:smallCaps w:val="0"/>
          <w:strike w:val="0"/>
          <w:sz w:val="22"/>
          <w:u w:val="single"/>
        </w:rPr>
        <w:t xml:space="preserve"> </w:t>
      </w:r>
      <w:r>
        <w:rPr>
          <w:b w:val="0"/>
          <w:i w:val="0"/>
          <w:smallCaps w:val="0"/>
          <w:strike w:val="0"/>
          <w:sz w:val="22"/>
          <w:highlight w:val="cyan"/>
          <w:u w:val="single"/>
        </w:rPr>
        <w:t>legitimacy to reach us</w:t>
      </w:r>
      <w:r>
        <w:rPr>
          <w:b w:val="0"/>
          <w:i w:val="0"/>
          <w:smallCaps w:val="0"/>
          <w:strike w:val="0"/>
          <w:sz w:val="22"/>
          <w:u w:val="single"/>
        </w:rPr>
        <w:t xml:space="preserve"> </w:t>
      </w:r>
      <w:r>
        <w:rPr>
          <w:b w:val="0"/>
          <w:i w:val="0"/>
          <w:smallCaps w:val="0"/>
          <w:strike w:val="0"/>
          <w:sz w:val="22"/>
          <w:highlight w:val="cyan"/>
          <w:u w:val="single"/>
        </w:rPr>
        <w:t>everywhere</w:t>
      </w:r>
      <w:r>
        <w:rPr>
          <w:b w:val="0"/>
          <w:i w:val="0"/>
          <w:smallCaps w:val="0"/>
          <w:strike w:val="0"/>
          <w:sz w:val="22"/>
          <w:u w:val="single"/>
        </w:rPr>
        <w:t xml:space="preserve">, to appear </w:t>
      </w:r>
      <w:r>
        <w:rPr>
          <w:b w:val="0"/>
          <w:i w:val="0"/>
          <w:smallCaps w:val="0"/>
          <w:strike w:val="0"/>
          <w:sz w:val="22"/>
          <w:highlight w:val="cyan"/>
          <w:u w:val="single"/>
        </w:rPr>
        <w:t>in every</w:t>
      </w:r>
      <w:r>
        <w:rPr>
          <w:b w:val="0"/>
          <w:i w:val="0"/>
          <w:smallCaps w:val="0"/>
          <w:strike w:val="0"/>
          <w:sz w:val="12"/>
          <w:highlight w:val="cyan"/>
          <w:u w:val="none"/>
        </w:rPr>
        <w:t>¶</w:t>
      </w:r>
      <w:r>
        <w:rPr>
          <w:b w:val="0"/>
          <w:i w:val="0"/>
          <w:smallCaps w:val="0"/>
          <w:strike w:val="0"/>
          <w:sz w:val="22"/>
          <w:highlight w:val="cyan"/>
          <w:u w:val="single"/>
        </w:rPr>
        <w:t xml:space="preserve"> possible medium</w:t>
      </w:r>
      <w:r>
        <w:rPr>
          <w:b w:val="0"/>
          <w:i w:val="0"/>
          <w:smallCaps w:val="0"/>
          <w:strike w:val="0"/>
          <w:sz w:val="22"/>
          <w:u w:val="single"/>
        </w:rPr>
        <w:t>. People become conditioned with the</w:t>
      </w:r>
      <w:r>
        <w:rPr>
          <w:b w:val="0"/>
          <w:i w:val="0"/>
          <w:smallCaps w:val="0"/>
          <w:strike w:val="0"/>
          <w:sz w:val="12"/>
          <w:u w:val="none"/>
        </w:rPr>
        <w:t>¶</w:t>
      </w:r>
      <w:r>
        <w:rPr>
          <w:b w:val="0"/>
          <w:i w:val="0"/>
          <w:smallCaps w:val="0"/>
          <w:strike w:val="0"/>
          <w:sz w:val="22"/>
          <w:u w:val="single"/>
        </w:rPr>
        <w:t xml:space="preserve"> idea that consumption and marketing have the right to</w:t>
      </w:r>
      <w:r>
        <w:rPr>
          <w:b w:val="0"/>
          <w:i w:val="0"/>
          <w:smallCaps w:val="0"/>
          <w:strike w:val="0"/>
          <w:sz w:val="12"/>
          <w:u w:val="none"/>
        </w:rPr>
        <w:t>¶</w:t>
      </w:r>
      <w:r>
        <w:rPr>
          <w:b w:val="0"/>
          <w:i w:val="0"/>
          <w:smallCaps w:val="0"/>
          <w:strike w:val="0"/>
          <w:sz w:val="22"/>
          <w:u w:val="single"/>
        </w:rPr>
        <w:t xml:space="preserve"> occupy a central place in their lives.</w:t>
      </w:r>
      <w:r>
        <w:rPr>
          <w:b w:val="0"/>
          <w:i w:val="0"/>
          <w:smallCaps w:val="0"/>
          <w:strike w:val="0"/>
          <w:sz w:val="12"/>
          <w:u w:val="none"/>
        </w:rPr>
        <w:t>¶</w:t>
      </w:r>
      <w:r>
        <w:rPr>
          <w:b w:val="0"/>
          <w:i w:val="0"/>
          <w:smallCaps w:val="0"/>
          <w:strike w:val="0"/>
          <w:sz w:val="14"/>
          <w:u w:val="none"/>
        </w:rPr>
        <w:t xml:space="preserve"> </w:t>
      </w:r>
      <w:r>
        <w:rPr>
          <w:b w:val="0"/>
          <w:i w:val="0"/>
          <w:smallCaps w:val="0"/>
          <w:strike w:val="0"/>
          <w:sz w:val="22"/>
          <w:u w:val="single"/>
        </w:rPr>
        <w:t>Thus, although commercial speech is not regarded as</w:t>
      </w:r>
      <w:r>
        <w:rPr>
          <w:b w:val="0"/>
          <w:i w:val="0"/>
          <w:smallCaps w:val="0"/>
          <w:strike w:val="0"/>
          <w:sz w:val="12"/>
          <w:u w:val="none"/>
        </w:rPr>
        <w:t>¶</w:t>
      </w:r>
      <w:r>
        <w:rPr>
          <w:b w:val="0"/>
          <w:i w:val="0"/>
          <w:smallCaps w:val="0"/>
          <w:strike w:val="0"/>
          <w:sz w:val="22"/>
          <w:u w:val="single"/>
        </w:rPr>
        <w:t xml:space="preserve"> a primary subject of the First Amendment, </w:t>
      </w:r>
      <w:r>
        <w:rPr>
          <w:b w:val="0"/>
          <w:i w:val="0"/>
          <w:smallCaps w:val="0"/>
          <w:strike w:val="0"/>
          <w:sz w:val="22"/>
          <w:u w:val="single"/>
        </w:rPr>
        <w:t>for all</w:t>
      </w:r>
      <w:r>
        <w:rPr>
          <w:b w:val="0"/>
          <w:i w:val="0"/>
          <w:smallCaps w:val="0"/>
          <w:strike w:val="0"/>
          <w:sz w:val="12"/>
          <w:u w:val="none"/>
        </w:rPr>
        <w:t>¶</w:t>
      </w:r>
      <w:r>
        <w:rPr>
          <w:b w:val="0"/>
          <w:i w:val="0"/>
          <w:smallCaps w:val="0"/>
          <w:strike w:val="0"/>
          <w:sz w:val="22"/>
          <w:u w:val="single"/>
        </w:rPr>
        <w:t xml:space="preserve"> intents and purposes it is </w:t>
      </w:r>
      <w:r>
        <w:rPr>
          <w:b w:val="0"/>
          <w:i w:val="0"/>
          <w:smallCaps w:val="0"/>
          <w:strike w:val="0"/>
          <w:sz w:val="22"/>
          <w:highlight w:val="cyan"/>
          <w:u w:val="single"/>
        </w:rPr>
        <w:t xml:space="preserve">commercial speech </w:t>
      </w:r>
      <w:r>
        <w:rPr>
          <w:b w:val="0"/>
          <w:i w:val="0"/>
          <w:smallCaps w:val="0"/>
          <w:strike w:val="0"/>
          <w:sz w:val="22"/>
          <w:u w:val="single"/>
        </w:rPr>
        <w:t xml:space="preserve">that </w:t>
      </w:r>
      <w:r>
        <w:rPr>
          <w:b w:val="0"/>
          <w:i w:val="0"/>
          <w:smallCaps w:val="0"/>
          <w:strike w:val="0"/>
          <w:sz w:val="22"/>
          <w:highlight w:val="cyan"/>
          <w:u w:val="single"/>
        </w:rPr>
        <w:t>dominates our social and cultural discourse</w:t>
      </w:r>
      <w:r>
        <w:rPr>
          <w:b w:val="0"/>
          <w:i w:val="0"/>
          <w:smallCaps w:val="0"/>
          <w:strike w:val="0"/>
          <w:sz w:val="22"/>
          <w:u w:val="single"/>
        </w:rPr>
        <w:t>. This process is</w:t>
      </w:r>
      <w:r>
        <w:rPr>
          <w:b w:val="0"/>
          <w:i w:val="0"/>
          <w:smallCaps w:val="0"/>
          <w:strike w:val="0"/>
          <w:sz w:val="12"/>
          <w:u w:val="none"/>
        </w:rPr>
        <w:t>¶</w:t>
      </w:r>
      <w:r>
        <w:rPr>
          <w:b w:val="0"/>
          <w:i w:val="0"/>
          <w:smallCaps w:val="0"/>
          <w:strike w:val="0"/>
          <w:sz w:val="22"/>
          <w:u w:val="single"/>
        </w:rPr>
        <w:t xml:space="preserve"> </w:t>
      </w:r>
      <w:r>
        <w:rPr>
          <w:b w:val="0"/>
          <w:i w:val="0"/>
          <w:smallCaps w:val="0"/>
          <w:strike w:val="0"/>
          <w:sz w:val="22"/>
          <w:highlight w:val="cyan"/>
          <w:u w:val="single"/>
        </w:rPr>
        <w:t>made</w:t>
      </w:r>
      <w:r>
        <w:rPr>
          <w:b w:val="0"/>
          <w:i w:val="0"/>
          <w:smallCaps w:val="0"/>
          <w:strike w:val="0"/>
          <w:sz w:val="22"/>
          <w:u w:val="single"/>
        </w:rPr>
        <w:t xml:space="preserve"> </w:t>
      </w:r>
      <w:r>
        <w:rPr>
          <w:b w:val="0"/>
          <w:i w:val="0"/>
          <w:smallCaps w:val="0"/>
          <w:strike w:val="0"/>
          <w:sz w:val="22"/>
          <w:highlight w:val="cyan"/>
          <w:u w:val="single"/>
        </w:rPr>
        <w:t>possible by the logic of capitalism</w:t>
      </w:r>
      <w:r>
        <w:rPr>
          <w:b w:val="0"/>
          <w:i w:val="0"/>
          <w:smallCaps w:val="0"/>
          <w:strike w:val="0"/>
          <w:sz w:val="22"/>
          <w:u w:val="single"/>
        </w:rPr>
        <w:t xml:space="preserve"> and </w:t>
      </w:r>
      <w:r>
        <w:rPr>
          <w:b w:val="0"/>
          <w:i w:val="0"/>
          <w:smallCaps w:val="0"/>
          <w:strike w:val="0"/>
          <w:sz w:val="22"/>
          <w:highlight w:val="cyan"/>
          <w:u w:val="single"/>
        </w:rPr>
        <w:t>free market</w:t>
      </w:r>
      <w:r>
        <w:rPr>
          <w:b w:val="0"/>
          <w:i w:val="0"/>
          <w:smallCaps w:val="0"/>
          <w:strike w:val="0"/>
          <w:sz w:val="12"/>
          <w:highlight w:val="cyan"/>
          <w:u w:val="none"/>
        </w:rPr>
        <w:t>¶</w:t>
      </w:r>
      <w:r>
        <w:rPr>
          <w:b w:val="0"/>
          <w:i w:val="0"/>
          <w:smallCaps w:val="0"/>
          <w:strike w:val="0"/>
          <w:sz w:val="22"/>
          <w:highlight w:val="cyan"/>
          <w:u w:val="single"/>
        </w:rPr>
        <w:t xml:space="preserve"> economy</w:t>
      </w:r>
      <w:r>
        <w:rPr>
          <w:b w:val="0"/>
          <w:i w:val="0"/>
          <w:smallCaps w:val="0"/>
          <w:strike w:val="0"/>
          <w:sz w:val="22"/>
          <w:u w:val="single"/>
        </w:rPr>
        <w:t>: the divine right of capital31</w:t>
      </w:r>
      <w:r>
        <w:rPr>
          <w:b w:val="0"/>
          <w:i w:val="0"/>
          <w:smallCaps w:val="0"/>
          <w:strike w:val="0"/>
          <w:sz w:val="14"/>
          <w:u w:val="none"/>
        </w:rPr>
        <w:t xml:space="preserve"> has no limits.</w:t>
      </w:r>
      <w:r>
        <w:rPr>
          <w:b w:val="0"/>
          <w:i w:val="0"/>
          <w:smallCaps w:val="0"/>
          <w:strike w:val="0"/>
          <w:sz w:val="12"/>
          <w:u w:val="none"/>
        </w:rPr>
        <w:t>¶</w:t>
      </w:r>
      <w:r>
        <w:rPr>
          <w:b w:val="0"/>
          <w:i w:val="0"/>
          <w:smallCaps w:val="0"/>
          <w:strike w:val="0"/>
          <w:sz w:val="14"/>
          <w:u w:val="none"/>
        </w:rPr>
        <w:t xml:space="preserve"> </w:t>
      </w:r>
      <w:r>
        <w:rPr>
          <w:b w:val="0"/>
          <w:i w:val="0"/>
          <w:smallCaps w:val="0"/>
          <w:strike w:val="0"/>
          <w:sz w:val="22"/>
          <w:u w:val="single"/>
        </w:rPr>
        <w:t>Capital can control or purchase whatever it wishes.</w:t>
      </w:r>
      <w:r>
        <w:rPr>
          <w:b w:val="0"/>
          <w:i w:val="0"/>
          <w:smallCaps w:val="0"/>
          <w:strike w:val="0"/>
          <w:sz w:val="12"/>
          <w:u w:val="none"/>
        </w:rPr>
        <w:t>¶</w:t>
      </w:r>
      <w:r>
        <w:rPr>
          <w:b w:val="0"/>
          <w:i w:val="0"/>
          <w:smallCaps w:val="0"/>
          <w:strike w:val="0"/>
          <w:sz w:val="16"/>
          <w:u w:val="none"/>
        </w:rPr>
        <w:t xml:space="preserve"> When it wishes to enter the cultural scene, hardly any</w:t>
      </w:r>
      <w:r>
        <w:rPr>
          <w:b w:val="0"/>
          <w:i w:val="0"/>
          <w:smallCaps w:val="0"/>
          <w:strike w:val="0"/>
          <w:sz w:val="12"/>
          <w:u w:val="none"/>
        </w:rPr>
        <w:t>¶</w:t>
      </w:r>
      <w:r>
        <w:rPr>
          <w:b w:val="0"/>
          <w:i w:val="0"/>
          <w:smallCaps w:val="0"/>
          <w:strike w:val="0"/>
          <w:sz w:val="16"/>
          <w:u w:val="none"/>
        </w:rPr>
        <w:t xml:space="preserve"> structure will stay immune to its power. Under these</w:t>
      </w:r>
      <w:r>
        <w:rPr>
          <w:b w:val="0"/>
          <w:i w:val="0"/>
          <w:smallCaps w:val="0"/>
          <w:strike w:val="0"/>
          <w:sz w:val="12"/>
          <w:u w:val="none"/>
        </w:rPr>
        <w:t>¶</w:t>
      </w:r>
      <w:r>
        <w:rPr>
          <w:b w:val="0"/>
          <w:i w:val="0"/>
          <w:smallCaps w:val="0"/>
          <w:strike w:val="0"/>
          <w:sz w:val="16"/>
          <w:u w:val="none"/>
        </w:rPr>
        <w:t xml:space="preserve"> circumstances, there is hardly anything that can hamper</w:t>
      </w:r>
      <w:r>
        <w:rPr>
          <w:b w:val="0"/>
          <w:i w:val="0"/>
          <w:smallCaps w:val="0"/>
          <w:strike w:val="0"/>
          <w:sz w:val="12"/>
          <w:u w:val="none"/>
        </w:rPr>
        <w:t>¶</w:t>
      </w:r>
      <w:r>
        <w:rPr>
          <w:b w:val="0"/>
          <w:i w:val="0"/>
          <w:smallCaps w:val="0"/>
          <w:strike w:val="0"/>
          <w:sz w:val="16"/>
          <w:u w:val="none"/>
        </w:rPr>
        <w:t xml:space="preserve"> the dominance of the commercial ideology</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