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Only voting negative can endorse an invisible insurrection, which, rather than using force, uses mental strength to </w:t>
      </w:r>
      <w:r>
        <w:rPr>
          <w:b/>
          <w:i w:val="0"/>
          <w:smallCaps w:val="0"/>
          <w:strike w:val="0"/>
          <w:sz w:val="26"/>
          <w:u w:val="none"/>
        </w:rPr>
        <w:t xml:space="preserve">see past the mirage of semiotic capitalism and </w:t>
      </w:r>
      <w:r>
        <w:rPr>
          <w:b/>
          <w:i w:val="0"/>
          <w:smallCaps w:val="0"/>
          <w:strike w:val="0"/>
          <w:sz w:val="26"/>
          <w:u w:val="none"/>
        </w:rPr>
        <w:t>overthrow the global order</w:t>
      </w:r>
    </w:p>
    <w:p>
      <w:pPr>
        <w:spacing w:after="80"/>
      </w:pPr>
      <w:r>
        <w:rPr>
          <w:b w:val="0"/>
          <w:i w:val="0"/>
          <w:smallCaps w:val="0"/>
          <w:strike w:val="0"/>
          <w:u w:val="none"/>
        </w:rPr>
        <w:t xml:space="preserve">Vlad </w:t>
      </w:r>
      <w:r>
        <w:rPr>
          <w:b/>
          <w:i w:val="0"/>
          <w:smallCaps w:val="0"/>
          <w:strike w:val="0"/>
          <w:sz w:val="26"/>
          <w:u w:val="none"/>
        </w:rPr>
        <w:t>Morariu</w:t>
      </w:r>
      <w:r>
        <w:rPr>
          <w:b w:val="0"/>
          <w:i w:val="0"/>
          <w:smallCaps w:val="0"/>
          <w:strike w:val="0"/>
          <w:u w:val="none"/>
        </w:rPr>
        <w:t xml:space="preserve"> and Jaakko </w:t>
      </w:r>
      <w:r>
        <w:rPr>
          <w:b/>
          <w:i w:val="0"/>
          <w:smallCaps w:val="0"/>
          <w:strike w:val="0"/>
          <w:sz w:val="26"/>
          <w:u w:val="none"/>
        </w:rPr>
        <w:t>Karhunen</w:t>
      </w:r>
      <w:r>
        <w:rPr>
          <w:b w:val="0"/>
          <w:i w:val="0"/>
          <w:smallCaps w:val="0"/>
          <w:strike w:val="0"/>
          <w:u w:val="none"/>
        </w:rPr>
        <w:t xml:space="preserve"> </w:t>
      </w:r>
      <w:r>
        <w:rPr>
          <w:b/>
          <w:i w:val="0"/>
          <w:smallCaps w:val="0"/>
          <w:strike w:val="0"/>
          <w:sz w:val="26"/>
          <w:u w:val="none"/>
        </w:rPr>
        <w:t>20</w:t>
      </w:r>
      <w:r>
        <w:rPr>
          <w:b w:val="0"/>
          <w:i w:val="0"/>
          <w:smallCaps w:val="0"/>
          <w:strike w:val="0"/>
          <w:u w:val="none"/>
        </w:rPr>
        <w:t xml:space="preserve">, </w:t>
      </w:r>
      <w:r>
        <w:rPr>
          <w:b w:val="0"/>
          <w:i w:val="0"/>
          <w:smallCaps w:val="0"/>
          <w:strike w:val="0"/>
          <w:u w:val="none"/>
        </w:rPr>
        <w:t>Vlad Morariu is a Romanian-born researcher, curator and Visual Cultures Lecturer at Middlesex University London, where he co-leads the Visual and Material Culture Research Cluster</w:t>
      </w:r>
      <w:r>
        <w:rPr>
          <w:b w:val="0"/>
          <w:i w:val="0"/>
          <w:smallCaps w:val="0"/>
          <w:strike w:val="0"/>
          <w:u w:val="none"/>
        </w:rPr>
        <w:t xml:space="preserve">, </w:t>
      </w:r>
      <w:r>
        <w:rPr>
          <w:b w:val="0"/>
          <w:i w:val="0"/>
          <w:smallCaps w:val="0"/>
          <w:strike w:val="0"/>
          <w:u w:val="none"/>
        </w:rPr>
        <w:t>Jaakko Karhunen is a doctoral student at Loughborough University. Follow them to stay up to date with their professional activities in philosophy</w:t>
      </w:r>
      <w:r>
        <w:rPr>
          <w:b w:val="0"/>
          <w:i w:val="0"/>
          <w:smallCaps w:val="0"/>
          <w:strike w:val="0"/>
          <w:u w:val="none"/>
        </w:rPr>
        <w:t>, April 30, 2020, “</w:t>
      </w:r>
      <w:r>
        <w:rPr>
          <w:b w:val="0"/>
          <w:i w:val="0"/>
          <w:smallCaps w:val="0"/>
          <w:strike w:val="0"/>
          <w:u w:val="none"/>
        </w:rPr>
        <w:t>Cultures of Violence</w:t>
      </w:r>
      <w:r>
        <w:rPr>
          <w:b w:val="0"/>
          <w:i w:val="0"/>
          <w:smallCaps w:val="0"/>
          <w:strike w:val="0"/>
          <w:u w:val="none"/>
        </w:rPr>
        <w:t xml:space="preserve">”, “Chapter 3: Project Sigma”, </w:t>
      </w:r>
      <w:r>
        <w:rPr>
          <w:b w:val="0"/>
          <w:i w:val="0"/>
          <w:smallCaps w:val="0"/>
          <w:strike w:val="0"/>
          <w:u w:val="none"/>
        </w:rPr>
        <w:t>Routledge</w:t>
      </w:r>
      <w:r>
        <w:rPr>
          <w:b w:val="0"/>
          <w:i w:val="0"/>
          <w:smallCaps w:val="0"/>
          <w:strike w:val="0"/>
          <w:u w:val="none"/>
        </w:rPr>
        <w:t>, Accessed July 3, 2024, PW</w:t>
      </w:r>
    </w:p>
    <w:p>
      <w:pPr>
        <w:spacing w:after="60"/>
      </w:pPr>
      <w:r>
        <w:rPr>
          <w:b w:val="0"/>
          <w:i w:val="0"/>
          <w:smallCaps w:val="0"/>
          <w:strike w:val="0"/>
          <w:sz w:val="22"/>
          <w:u w:val="single"/>
        </w:rPr>
        <w:t xml:space="preserve">The </w:t>
      </w:r>
      <w:r>
        <w:rPr>
          <w:b w:val="0"/>
          <w:i w:val="0"/>
          <w:smallCaps w:val="0"/>
          <w:strike w:val="0"/>
          <w:sz w:val="22"/>
          <w:highlight w:val="cyan"/>
          <w:u w:val="single"/>
        </w:rPr>
        <w:t>mechanisation and technicisation of human lives are mirrored in</w:t>
      </w:r>
      <w:r>
        <w:rPr>
          <w:b w:val="0"/>
          <w:i w:val="0"/>
          <w:smallCaps w:val="0"/>
          <w:strike w:val="0"/>
          <w:sz w:val="22"/>
          <w:u w:val="single"/>
        </w:rPr>
        <w:t xml:space="preserve"> the fact that free time is spent in the </w:t>
      </w:r>
      <w:r>
        <w:rPr>
          <w:b w:val="0"/>
          <w:i w:val="0"/>
          <w:smallCaps w:val="0"/>
          <w:strike w:val="0"/>
          <w:sz w:val="22"/>
          <w:highlight w:val="cyan"/>
          <w:u w:val="single"/>
        </w:rPr>
        <w:t>mechanical flux of news</w:t>
      </w:r>
      <w:r>
        <w:rPr>
          <w:b w:val="0"/>
          <w:i w:val="0"/>
          <w:smallCaps w:val="0"/>
          <w:strike w:val="0"/>
          <w:sz w:val="22"/>
          <w:u w:val="single"/>
        </w:rPr>
        <w:t xml:space="preserve"> – </w:t>
      </w:r>
      <w:r>
        <w:rPr>
          <w:b w:val="0"/>
          <w:i w:val="0"/>
          <w:smallCaps w:val="0"/>
          <w:strike w:val="0"/>
          <w:sz w:val="22"/>
          <w:highlight w:val="cyan"/>
          <w:u w:val="single"/>
        </w:rPr>
        <w:t>today augmented by the semiotic fluxes of capital</w:t>
      </w:r>
      <w:r>
        <w:rPr>
          <w:b w:val="0"/>
          <w:i w:val="0"/>
          <w:smallCaps w:val="0"/>
          <w:strike w:val="0"/>
          <w:sz w:val="22"/>
          <w:u w:val="single"/>
        </w:rPr>
        <w:t xml:space="preserve"> (from advertising to social media) – and where </w:t>
      </w:r>
      <w:r>
        <w:rPr>
          <w:b w:val="0"/>
          <w:i w:val="0"/>
          <w:smallCaps w:val="0"/>
          <w:strike w:val="0"/>
          <w:sz w:val="22"/>
          <w:highlight w:val="cyan"/>
          <w:u w:val="single"/>
        </w:rPr>
        <w:t>everything presented as ‘new’ is,</w:t>
      </w:r>
      <w:r>
        <w:rPr>
          <w:b w:val="0"/>
          <w:i w:val="0"/>
          <w:smallCaps w:val="0"/>
          <w:strike w:val="0"/>
          <w:sz w:val="22"/>
          <w:u w:val="single"/>
        </w:rPr>
        <w:t xml:space="preserve"> </w:t>
      </w:r>
      <w:r>
        <w:rPr>
          <w:b w:val="0"/>
          <w:i w:val="0"/>
          <w:smallCaps w:val="0"/>
          <w:strike w:val="0"/>
          <w:sz w:val="22"/>
          <w:u w:val="single"/>
        </w:rPr>
        <w:t>in</w:t>
      </w:r>
      <w:r>
        <w:rPr>
          <w:b w:val="0"/>
          <w:i w:val="0"/>
          <w:smallCaps w:val="0"/>
          <w:strike w:val="0"/>
          <w:sz w:val="22"/>
          <w:u w:val="single"/>
        </w:rPr>
        <w:t xml:space="preserve"> </w:t>
      </w:r>
      <w:r>
        <w:rPr>
          <w:b w:val="0"/>
          <w:i w:val="0"/>
          <w:smallCaps w:val="0"/>
          <w:strike w:val="0"/>
          <w:sz w:val="22"/>
          <w:u w:val="single"/>
        </w:rPr>
        <w:t>fact,</w:t>
      </w:r>
      <w:r>
        <w:rPr>
          <w:b w:val="0"/>
          <w:i w:val="0"/>
          <w:smallCaps w:val="0"/>
          <w:strike w:val="0"/>
          <w:sz w:val="22"/>
          <w:u w:val="single"/>
        </w:rPr>
        <w:t xml:space="preserve"> </w:t>
      </w:r>
      <w:r>
        <w:rPr>
          <w:b w:val="0"/>
          <w:i w:val="0"/>
          <w:smallCaps w:val="0"/>
          <w:strike w:val="0"/>
          <w:sz w:val="22"/>
          <w:u w:val="single"/>
        </w:rPr>
        <w:t>a</w:t>
      </w:r>
      <w:r>
        <w:rPr>
          <w:b w:val="0"/>
          <w:i w:val="0"/>
          <w:smallCaps w:val="0"/>
          <w:strike w:val="0"/>
          <w:sz w:val="22"/>
          <w:u w:val="single"/>
        </w:rPr>
        <w:t xml:space="preserve"> </w:t>
      </w:r>
      <w:r>
        <w:rPr>
          <w:b w:val="0"/>
          <w:i w:val="0"/>
          <w:smallCaps w:val="0"/>
          <w:strike w:val="0"/>
          <w:sz w:val="22"/>
          <w:highlight w:val="cyan"/>
          <w:u w:val="single"/>
        </w:rPr>
        <w:t>zombified repetition of the same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Vision,</w:t>
      </w:r>
      <w:r>
        <w:rPr>
          <w:b w:val="0"/>
          <w:i w:val="0"/>
          <w:smallCaps w:val="0"/>
          <w:strike w:val="0"/>
          <w:sz w:val="22"/>
          <w:u w:val="single"/>
        </w:rPr>
        <w:t xml:space="preserve"> </w:t>
      </w:r>
      <w:r>
        <w:rPr>
          <w:b w:val="0"/>
          <w:i w:val="0"/>
          <w:smallCaps w:val="0"/>
          <w:strike w:val="0"/>
          <w:sz w:val="22"/>
          <w:u w:val="single"/>
        </w:rPr>
        <w:t>visuality and imagination</w:t>
      </w:r>
      <w:r>
        <w:rPr>
          <w:b w:val="0"/>
          <w:i w:val="0"/>
          <w:smallCaps w:val="0"/>
          <w:strike w:val="0"/>
          <w:sz w:val="16"/>
          <w:u w:val="none"/>
        </w:rPr>
        <w:t xml:space="preserve"> in the contemporary condition are </w:t>
      </w:r>
      <w:r>
        <w:rPr>
          <w:b w:val="0"/>
          <w:i w:val="0"/>
          <w:smallCaps w:val="0"/>
          <w:strike w:val="0"/>
          <w:sz w:val="22"/>
          <w:u w:val="single"/>
        </w:rPr>
        <w:t xml:space="preserve">codified by the logic of the return of the same. </w:t>
      </w:r>
      <w:r>
        <w:rPr>
          <w:b w:val="0"/>
          <w:i w:val="0"/>
          <w:smallCaps w:val="0"/>
          <w:strike w:val="0"/>
          <w:sz w:val="16"/>
          <w:u w:val="none"/>
        </w:rPr>
        <w:t xml:space="preserve">As an insurrection occurring in time and place, Trocchi believed that sigma could only insert itself into the capillaries of repeated uncreative time, in the undergrounds of the urban centres and in such a way that it would change time and space from within. This is the reason why sigma could not be a revolutionary, momentous change in time-space – an event that dies immediately as it comes into existence. This is also why it could not occur democratically as a movement of forces through existing space-time: the democratic choice does not exist yet because it cannot be imagined and visualised yet. sigma is not a coup d’etat, in the manner in which Lenin and Trotsky understood it. It is rather a coup de monde, ‘more gradual, less spectacular’ – an eminently cultural virology, which begins by intelligence becoming self-conscious. </w:t>
      </w:r>
      <w:r>
        <w:rPr>
          <w:b w:val="0"/>
          <w:i w:val="0"/>
          <w:smallCaps w:val="0"/>
          <w:strike w:val="0"/>
          <w:sz w:val="22"/>
          <w:u w:val="single"/>
        </w:rPr>
        <w:t>Trocchi</w:t>
      </w:r>
      <w:r>
        <w:rPr>
          <w:b w:val="0"/>
          <w:i w:val="0"/>
          <w:smallCaps w:val="0"/>
          <w:strike w:val="0"/>
          <w:sz w:val="22"/>
          <w:u w:val="single"/>
        </w:rPr>
        <w:t xml:space="preserve"> </w:t>
      </w:r>
      <w:r>
        <w:rPr>
          <w:b w:val="0"/>
          <w:i w:val="0"/>
          <w:smallCaps w:val="0"/>
          <w:strike w:val="0"/>
          <w:sz w:val="22"/>
          <w:u w:val="single"/>
        </w:rPr>
        <w:t>appears</w:t>
      </w:r>
      <w:r>
        <w:rPr>
          <w:b w:val="0"/>
          <w:i w:val="0"/>
          <w:smallCaps w:val="0"/>
          <w:strike w:val="0"/>
          <w:sz w:val="22"/>
          <w:u w:val="single"/>
        </w:rPr>
        <w:t xml:space="preserve"> </w:t>
      </w:r>
      <w:r>
        <w:rPr>
          <w:b w:val="0"/>
          <w:i w:val="0"/>
          <w:smallCaps w:val="0"/>
          <w:strike w:val="0"/>
          <w:sz w:val="22"/>
          <w:u w:val="single"/>
        </w:rPr>
        <w:t>to</w:t>
      </w:r>
      <w:r>
        <w:rPr>
          <w:b w:val="0"/>
          <w:i w:val="0"/>
          <w:smallCaps w:val="0"/>
          <w:strike w:val="0"/>
          <w:sz w:val="22"/>
          <w:u w:val="single"/>
        </w:rPr>
        <w:t xml:space="preserve"> </w:t>
      </w:r>
      <w:r>
        <w:rPr>
          <w:b w:val="0"/>
          <w:i w:val="0"/>
          <w:smallCaps w:val="0"/>
          <w:strike w:val="0"/>
          <w:sz w:val="22"/>
          <w:u w:val="single"/>
        </w:rPr>
        <w:t>believe</w:t>
      </w:r>
      <w:r>
        <w:rPr>
          <w:b w:val="0"/>
          <w:i w:val="0"/>
          <w:smallCaps w:val="0"/>
          <w:strike w:val="0"/>
          <w:sz w:val="22"/>
          <w:u w:val="single"/>
        </w:rPr>
        <w:t xml:space="preserve"> </w:t>
      </w:r>
      <w:r>
        <w:rPr>
          <w:b w:val="0"/>
          <w:i w:val="0"/>
          <w:smallCaps w:val="0"/>
          <w:strike w:val="0"/>
          <w:sz w:val="22"/>
          <w:u w:val="single"/>
        </w:rPr>
        <w:t>in</w:t>
      </w:r>
      <w:r>
        <w:rPr>
          <w:b w:val="0"/>
          <w:i w:val="0"/>
          <w:smallCaps w:val="0"/>
          <w:strike w:val="0"/>
          <w:sz w:val="22"/>
          <w:u w:val="single"/>
        </w:rPr>
        <w:t xml:space="preserve"> </w:t>
      </w:r>
      <w:r>
        <w:rPr>
          <w:b w:val="0"/>
          <w:i w:val="0"/>
          <w:smallCaps w:val="0"/>
          <w:strike w:val="0"/>
          <w:sz w:val="22"/>
          <w:u w:val="single"/>
        </w:rPr>
        <w:t>a</w:t>
      </w:r>
      <w:r>
        <w:rPr>
          <w:b w:val="0"/>
          <w:i w:val="0"/>
          <w:smallCaps w:val="0"/>
          <w:strike w:val="0"/>
          <w:sz w:val="22"/>
          <w:u w:val="single"/>
        </w:rPr>
        <w:t xml:space="preserve"> </w:t>
      </w:r>
      <w:r>
        <w:rPr>
          <w:b w:val="0"/>
          <w:i w:val="0"/>
          <w:smallCaps w:val="0"/>
          <w:strike w:val="0"/>
          <w:sz w:val="22"/>
          <w:u w:val="single"/>
        </w:rPr>
        <w:t>kind</w:t>
      </w:r>
      <w:r>
        <w:rPr>
          <w:b w:val="0"/>
          <w:i w:val="0"/>
          <w:smallCaps w:val="0"/>
          <w:strike w:val="0"/>
          <w:sz w:val="22"/>
          <w:u w:val="single"/>
        </w:rPr>
        <w:t xml:space="preserve">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highlight w:val="cyan"/>
          <w:u w:val="single"/>
        </w:rPr>
        <w:t>dialectic of historical violence, where ‘revolution follows repression and is followed by repression’</w:t>
      </w:r>
      <w:r>
        <w:rPr>
          <w:b w:val="0"/>
          <w:i w:val="0"/>
          <w:smallCaps w:val="0"/>
          <w:strike w:val="0"/>
          <w:sz w:val="22"/>
          <w:u w:val="single"/>
        </w:rPr>
        <w:t xml:space="preserve"> (GEN: 2).</w:t>
      </w:r>
      <w:r>
        <w:rPr>
          <w:b w:val="0"/>
          <w:i w:val="0"/>
          <w:smallCaps w:val="0"/>
          <w:strike w:val="0"/>
          <w:sz w:val="22"/>
          <w:u w:val="single"/>
        </w:rPr>
        <w:t xml:space="preserve"> </w:t>
      </w:r>
      <w:r>
        <w:rPr>
          <w:b w:val="0"/>
          <w:i w:val="0"/>
          <w:smallCaps w:val="0"/>
          <w:strike w:val="0"/>
          <w:sz w:val="22"/>
          <w:u w:val="single"/>
        </w:rPr>
        <w:t>Thus</w:t>
      </w:r>
      <w:r>
        <w:rPr>
          <w:b w:val="0"/>
          <w:i w:val="0"/>
          <w:smallCaps w:val="0"/>
          <w:strike w:val="0"/>
          <w:sz w:val="22"/>
          <w:u w:val="single"/>
        </w:rPr>
        <w:t xml:space="preserve"> </w:t>
      </w:r>
      <w:r>
        <w:rPr>
          <w:b w:val="0"/>
          <w:i w:val="0"/>
          <w:smallCaps w:val="0"/>
          <w:strike w:val="0"/>
          <w:sz w:val="22"/>
          <w:u w:val="single"/>
        </w:rPr>
        <w:t>instead</w:t>
      </w:r>
      <w:r>
        <w:rPr>
          <w:b w:val="0"/>
          <w:i w:val="0"/>
          <w:smallCaps w:val="0"/>
          <w:strike w:val="0"/>
          <w:sz w:val="22"/>
          <w:u w:val="single"/>
        </w:rPr>
        <w:t xml:space="preserve">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u w:val="single"/>
        </w:rPr>
        <w:t>arguing</w:t>
      </w:r>
      <w:r>
        <w:rPr>
          <w:b w:val="0"/>
          <w:i w:val="0"/>
          <w:smallCaps w:val="0"/>
          <w:strike w:val="0"/>
          <w:sz w:val="22"/>
          <w:u w:val="single"/>
        </w:rPr>
        <w:t xml:space="preserve"> </w:t>
      </w:r>
      <w:r>
        <w:rPr>
          <w:b w:val="0"/>
          <w:i w:val="0"/>
          <w:smallCaps w:val="0"/>
          <w:strike w:val="0"/>
          <w:sz w:val="22"/>
          <w:u w:val="single"/>
        </w:rPr>
        <w:t>for</w:t>
      </w:r>
      <w:r>
        <w:rPr>
          <w:b w:val="0"/>
          <w:i w:val="0"/>
          <w:smallCaps w:val="0"/>
          <w:strike w:val="0"/>
          <w:sz w:val="22"/>
          <w:u w:val="single"/>
        </w:rPr>
        <w:t xml:space="preserve"> </w:t>
      </w:r>
      <w:r>
        <w:rPr>
          <w:b w:val="0"/>
          <w:i w:val="0"/>
          <w:smallCaps w:val="0"/>
          <w:strike w:val="0"/>
          <w:sz w:val="22"/>
          <w:u w:val="single"/>
        </w:rPr>
        <w:t>a</w:t>
      </w:r>
      <w:r>
        <w:rPr>
          <w:b w:val="0"/>
          <w:i w:val="0"/>
          <w:smallCaps w:val="0"/>
          <w:strike w:val="0"/>
          <w:sz w:val="22"/>
          <w:u w:val="single"/>
        </w:rPr>
        <w:t xml:space="preserve"> </w:t>
      </w:r>
      <w:r>
        <w:rPr>
          <w:b w:val="0"/>
          <w:i w:val="0"/>
          <w:smallCaps w:val="0"/>
          <w:strike w:val="0"/>
          <w:sz w:val="22"/>
          <w:u w:val="single"/>
        </w:rPr>
        <w:t>revolutionary</w:t>
      </w:r>
      <w:r>
        <w:rPr>
          <w:b w:val="0"/>
          <w:i w:val="0"/>
          <w:smallCaps w:val="0"/>
          <w:strike w:val="0"/>
          <w:sz w:val="22"/>
          <w:u w:val="single"/>
        </w:rPr>
        <w:t xml:space="preserve"> </w:t>
      </w:r>
      <w:r>
        <w:rPr>
          <w:b w:val="0"/>
          <w:i w:val="0"/>
          <w:smallCaps w:val="0"/>
          <w:strike w:val="0"/>
          <w:sz w:val="22"/>
          <w:u w:val="single"/>
        </w:rPr>
        <w:t>coup</w:t>
      </w:r>
      <w:r>
        <w:rPr>
          <w:b w:val="0"/>
          <w:i w:val="0"/>
          <w:smallCaps w:val="0"/>
          <w:strike w:val="0"/>
          <w:sz w:val="22"/>
          <w:u w:val="single"/>
        </w:rPr>
        <w:t xml:space="preserve"> </w:t>
      </w:r>
      <w:r>
        <w:rPr>
          <w:b w:val="0"/>
          <w:i w:val="0"/>
          <w:smallCaps w:val="0"/>
          <w:strike w:val="0"/>
          <w:sz w:val="22"/>
          <w:u w:val="single"/>
        </w:rPr>
        <w:t>d’etat</w:t>
      </w:r>
      <w:r>
        <w:rPr>
          <w:b w:val="0"/>
          <w:i w:val="0"/>
          <w:smallCaps w:val="0"/>
          <w:strike w:val="0"/>
          <w:sz w:val="22"/>
          <w:u w:val="single"/>
        </w:rPr>
        <w:t xml:space="preserve"> </w:t>
      </w:r>
      <w:r>
        <w:rPr>
          <w:b w:val="0"/>
          <w:i w:val="0"/>
          <w:smallCaps w:val="0"/>
          <w:strike w:val="0"/>
          <w:sz w:val="22"/>
          <w:u w:val="single"/>
        </w:rPr>
        <w:t>that</w:t>
      </w:r>
      <w:r>
        <w:rPr>
          <w:b w:val="0"/>
          <w:i w:val="0"/>
          <w:smallCaps w:val="0"/>
          <w:strike w:val="0"/>
          <w:sz w:val="22"/>
          <w:u w:val="single"/>
        </w:rPr>
        <w:t xml:space="preserve"> </w:t>
      </w:r>
      <w:r>
        <w:rPr>
          <w:b w:val="0"/>
          <w:i w:val="0"/>
          <w:smallCaps w:val="0"/>
          <w:strike w:val="0"/>
          <w:sz w:val="22"/>
          <w:u w:val="single"/>
        </w:rPr>
        <w:t>would</w:t>
      </w:r>
      <w:r>
        <w:rPr>
          <w:b w:val="0"/>
          <w:i w:val="0"/>
          <w:smallCaps w:val="0"/>
          <w:strike w:val="0"/>
          <w:sz w:val="22"/>
          <w:u w:val="single"/>
        </w:rPr>
        <w:t xml:space="preserve"> </w:t>
      </w:r>
      <w:r>
        <w:rPr>
          <w:b w:val="0"/>
          <w:i w:val="0"/>
          <w:smallCaps w:val="0"/>
          <w:strike w:val="0"/>
          <w:sz w:val="22"/>
          <w:u w:val="single"/>
        </w:rPr>
        <w:t>be</w:t>
      </w:r>
      <w:r>
        <w:rPr>
          <w:b w:val="0"/>
          <w:i w:val="0"/>
          <w:smallCaps w:val="0"/>
          <w:strike w:val="0"/>
          <w:sz w:val="22"/>
          <w:u w:val="single"/>
        </w:rPr>
        <w:t xml:space="preserve"> </w:t>
      </w:r>
      <w:r>
        <w:rPr>
          <w:b w:val="0"/>
          <w:i w:val="0"/>
          <w:smallCaps w:val="0"/>
          <w:strike w:val="0"/>
          <w:sz w:val="22"/>
          <w:u w:val="single"/>
        </w:rPr>
        <w:t>swiftly</w:t>
      </w:r>
      <w:r>
        <w:rPr>
          <w:b w:val="0"/>
          <w:i w:val="0"/>
          <w:smallCaps w:val="0"/>
          <w:strike w:val="0"/>
          <w:sz w:val="22"/>
          <w:u w:val="single"/>
        </w:rPr>
        <w:t xml:space="preserve"> </w:t>
      </w:r>
      <w:r>
        <w:rPr>
          <w:b w:val="0"/>
          <w:i w:val="0"/>
          <w:smallCaps w:val="0"/>
          <w:strike w:val="0"/>
          <w:sz w:val="22"/>
          <w:u w:val="single"/>
        </w:rPr>
        <w:t>and</w:t>
      </w:r>
      <w:r>
        <w:rPr>
          <w:b w:val="0"/>
          <w:i w:val="0"/>
          <w:smallCaps w:val="0"/>
          <w:strike w:val="0"/>
          <w:sz w:val="22"/>
          <w:u w:val="single"/>
        </w:rPr>
        <w:t xml:space="preserve"> </w:t>
      </w:r>
      <w:r>
        <w:rPr>
          <w:b w:val="0"/>
          <w:i w:val="0"/>
          <w:smallCaps w:val="0"/>
          <w:strike w:val="0"/>
          <w:sz w:val="22"/>
          <w:u w:val="single"/>
        </w:rPr>
        <w:t>violently</w:t>
      </w:r>
      <w:r>
        <w:rPr>
          <w:b w:val="0"/>
          <w:i w:val="0"/>
          <w:smallCaps w:val="0"/>
          <w:strike w:val="0"/>
          <w:sz w:val="22"/>
          <w:u w:val="single"/>
        </w:rPr>
        <w:t xml:space="preserve"> </w:t>
      </w:r>
      <w:r>
        <w:rPr>
          <w:b w:val="0"/>
          <w:i w:val="0"/>
          <w:smallCaps w:val="0"/>
          <w:strike w:val="0"/>
          <w:sz w:val="22"/>
          <w:u w:val="single"/>
        </w:rPr>
        <w:t>repressed,</w:t>
      </w:r>
      <w:r>
        <w:rPr>
          <w:b w:val="0"/>
          <w:i w:val="0"/>
          <w:smallCaps w:val="0"/>
          <w:strike w:val="0"/>
          <w:sz w:val="22"/>
          <w:u w:val="single"/>
        </w:rPr>
        <w:t xml:space="preserve"> </w:t>
      </w:r>
      <w:r>
        <w:rPr>
          <w:b w:val="0"/>
          <w:i w:val="0"/>
          <w:smallCaps w:val="0"/>
          <w:strike w:val="0"/>
          <w:sz w:val="22"/>
          <w:u w:val="single"/>
        </w:rPr>
        <w:t xml:space="preserve">Trocchi envisioned </w:t>
      </w:r>
      <w:r>
        <w:rPr>
          <w:b w:val="0"/>
          <w:i w:val="0"/>
          <w:smallCaps w:val="0"/>
          <w:strike w:val="0"/>
          <w:sz w:val="22"/>
          <w:highlight w:val="cyan"/>
          <w:u w:val="single"/>
        </w:rPr>
        <w:t>an invisible insurrection</w:t>
      </w:r>
      <w:r>
        <w:rPr>
          <w:b w:val="0"/>
          <w:i w:val="0"/>
          <w:smallCaps w:val="0"/>
          <w:strike w:val="0"/>
          <w:sz w:val="22"/>
          <w:u w:val="single"/>
        </w:rPr>
        <w:t xml:space="preserve"> </w:t>
      </w:r>
      <w:r>
        <w:rPr>
          <w:b w:val="0"/>
          <w:i w:val="0"/>
          <w:smallCaps w:val="0"/>
          <w:strike w:val="0"/>
          <w:sz w:val="22"/>
          <w:highlight w:val="cyan"/>
          <w:u w:val="single"/>
        </w:rPr>
        <w:t>fuelled by ‘the powerhouse of the mind’</w:t>
      </w:r>
      <w:r>
        <w:rPr>
          <w:b w:val="0"/>
          <w:i w:val="0"/>
          <w:smallCaps w:val="0"/>
          <w:strike w:val="0"/>
          <w:sz w:val="16"/>
          <w:u w:val="none"/>
        </w:rPr>
        <w:t xml:space="preserve"> (INV: 1). The enemy, writes Trocchi, is never personal: the real enemy is ‘spiritual ignorance breeding fear, hysteria, schizophrenia’ (GEN: 2). </w:t>
      </w:r>
      <w:r>
        <w:rPr>
          <w:b w:val="0"/>
          <w:i w:val="0"/>
          <w:smallCaps w:val="0"/>
          <w:strike w:val="0"/>
          <w:sz w:val="22"/>
          <w:highlight w:val="cyan"/>
          <w:u w:val="single"/>
        </w:rPr>
        <w:t>As the state is</w:t>
      </w:r>
      <w:r>
        <w:rPr>
          <w:b w:val="0"/>
          <w:i w:val="0"/>
          <w:smallCaps w:val="0"/>
          <w:strike w:val="0"/>
          <w:sz w:val="22"/>
          <w:u w:val="single"/>
        </w:rPr>
        <w:t xml:space="preserve"> </w:t>
      </w:r>
      <w:r>
        <w:rPr>
          <w:b w:val="0"/>
          <w:i w:val="0"/>
          <w:smallCaps w:val="0"/>
          <w:strike w:val="0"/>
          <w:sz w:val="22"/>
          <w:highlight w:val="cyan"/>
          <w:u w:val="single"/>
        </w:rPr>
        <w:t>ultimately comprised of individuals, it is simply ignorance against</w:t>
      </w:r>
      <w:r>
        <w:rPr>
          <w:b w:val="0"/>
          <w:i w:val="0"/>
          <w:smallCaps w:val="0"/>
          <w:strike w:val="0"/>
          <w:sz w:val="22"/>
          <w:u w:val="single"/>
        </w:rPr>
        <w:t xml:space="preserve"> </w:t>
      </w:r>
      <w:r>
        <w:rPr>
          <w:b w:val="0"/>
          <w:i w:val="0"/>
          <w:smallCaps w:val="0"/>
          <w:strike w:val="0"/>
          <w:sz w:val="22"/>
          <w:highlight w:val="cyan"/>
          <w:u w:val="single"/>
        </w:rPr>
        <w:t>what one must operate upon</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highlight w:val="cyan"/>
          <w:u w:val="single"/>
        </w:rPr>
        <w:t>Even war</w:t>
      </w:r>
      <w:r>
        <w:rPr>
          <w:b w:val="0"/>
          <w:i w:val="0"/>
          <w:smallCaps w:val="0"/>
          <w:strike w:val="0"/>
          <w:sz w:val="22"/>
          <w:u w:val="single"/>
        </w:rPr>
        <w:t xml:space="preserve"> </w:t>
      </w:r>
      <w:r>
        <w:rPr>
          <w:b w:val="0"/>
          <w:i w:val="0"/>
          <w:smallCaps w:val="0"/>
          <w:strike w:val="0"/>
          <w:sz w:val="22"/>
          <w:highlight w:val="cyan"/>
          <w:u w:val="single"/>
        </w:rPr>
        <w:t>and violence exerted by the state appears to originate in thought</w:t>
      </w:r>
      <w:r>
        <w:rPr>
          <w:b w:val="0"/>
          <w:i w:val="0"/>
          <w:smallCaps w:val="0"/>
          <w:strike w:val="0"/>
          <w:sz w:val="22"/>
          <w:u w:val="single"/>
        </w:rPr>
        <w:t>.</w:t>
      </w:r>
      <w:r>
        <w:rPr>
          <w:b w:val="0"/>
          <w:i w:val="0"/>
          <w:smallCaps w:val="0"/>
          <w:strike w:val="0"/>
          <w:sz w:val="16"/>
          <w:u w:val="none"/>
        </w:rPr>
        <w:t xml:space="preserve"> Therefore, the change in the consciousness of individuals is all that is required for a sigmatic rupture of the world.5 ‘</w:t>
      </w:r>
      <w:r>
        <w:rPr>
          <w:b w:val="0"/>
          <w:i w:val="0"/>
          <w:smallCaps w:val="0"/>
          <w:strike w:val="0"/>
          <w:sz w:val="22"/>
          <w:highlight w:val="cyan"/>
          <w:u w:val="single"/>
        </w:rPr>
        <w:t>What must occur . . . is a revelation’</w:t>
      </w:r>
      <w:r>
        <w:rPr>
          <w:b w:val="0"/>
          <w:i w:val="0"/>
          <w:smallCaps w:val="0"/>
          <w:strike w:val="0"/>
          <w:sz w:val="22"/>
          <w:u w:val="single"/>
        </w:rPr>
        <w:t xml:space="preserve">, which includes the </w:t>
      </w:r>
      <w:r>
        <w:rPr>
          <w:b w:val="0"/>
          <w:i w:val="0"/>
          <w:smallCaps w:val="0"/>
          <w:strike w:val="0"/>
          <w:sz w:val="22"/>
          <w:highlight w:val="cyan"/>
          <w:u w:val="single"/>
        </w:rPr>
        <w:t>perception of ‘the forces that are at work in the world’</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then,</w:t>
      </w:r>
      <w:r>
        <w:rPr>
          <w:b w:val="0"/>
          <w:i w:val="0"/>
          <w:smallCaps w:val="0"/>
          <w:strike w:val="0"/>
          <w:sz w:val="22"/>
          <w:u w:val="single"/>
        </w:rPr>
        <w:t xml:space="preserve"> </w:t>
      </w:r>
      <w:r>
        <w:rPr>
          <w:b w:val="0"/>
          <w:i w:val="0"/>
          <w:smallCaps w:val="0"/>
          <w:strike w:val="0"/>
          <w:sz w:val="22"/>
          <w:u w:val="single"/>
        </w:rPr>
        <w:t>calmly,</w:t>
      </w:r>
      <w:r>
        <w:rPr>
          <w:b w:val="0"/>
          <w:i w:val="0"/>
          <w:smallCaps w:val="0"/>
          <w:strike w:val="0"/>
          <w:sz w:val="22"/>
          <w:u w:val="single"/>
        </w:rPr>
        <w:t xml:space="preserve"> </w:t>
      </w:r>
      <w:r>
        <w:rPr>
          <w:b w:val="0"/>
          <w:i w:val="0"/>
          <w:smallCaps w:val="0"/>
          <w:strike w:val="0"/>
          <w:sz w:val="22"/>
          <w:u w:val="single"/>
        </w:rPr>
        <w:t>without</w:t>
      </w:r>
      <w:r>
        <w:rPr>
          <w:b w:val="0"/>
          <w:i w:val="0"/>
          <w:smallCaps w:val="0"/>
          <w:strike w:val="0"/>
          <w:sz w:val="22"/>
          <w:u w:val="single"/>
        </w:rPr>
        <w:t xml:space="preserve"> </w:t>
      </w:r>
      <w:r>
        <w:rPr>
          <w:b w:val="0"/>
          <w:i w:val="0"/>
          <w:smallCaps w:val="0"/>
          <w:strike w:val="0"/>
          <w:sz w:val="22"/>
          <w:u w:val="single"/>
        </w:rPr>
        <w:t>indignation,</w:t>
      </w:r>
      <w:r>
        <w:rPr>
          <w:b w:val="0"/>
          <w:i w:val="0"/>
          <w:smallCaps w:val="0"/>
          <w:strike w:val="0"/>
          <w:sz w:val="22"/>
          <w:u w:val="single"/>
        </w:rPr>
        <w:t xml:space="preserve"> </w:t>
      </w:r>
      <w:r>
        <w:rPr>
          <w:b w:val="0"/>
          <w:i w:val="0"/>
          <w:smallCaps w:val="0"/>
          <w:strike w:val="0"/>
          <w:sz w:val="22"/>
          <w:u w:val="single"/>
        </w:rPr>
        <w:t>by</w:t>
      </w:r>
      <w:r>
        <w:rPr>
          <w:b w:val="0"/>
          <w:i w:val="0"/>
          <w:smallCaps w:val="0"/>
          <w:strike w:val="0"/>
          <w:sz w:val="22"/>
          <w:u w:val="single"/>
        </w:rPr>
        <w:t xml:space="preserve"> </w:t>
      </w:r>
      <w:r>
        <w:rPr>
          <w:b w:val="0"/>
          <w:i w:val="0"/>
          <w:smallCaps w:val="0"/>
          <w:strike w:val="0"/>
          <w:sz w:val="22"/>
          <w:u w:val="single"/>
        </w:rPr>
        <w:t>a</w:t>
      </w:r>
      <w:r>
        <w:rPr>
          <w:b w:val="0"/>
          <w:i w:val="0"/>
          <w:smallCaps w:val="0"/>
          <w:strike w:val="0"/>
          <w:sz w:val="22"/>
          <w:u w:val="single"/>
        </w:rPr>
        <w:t xml:space="preserve"> </w:t>
      </w:r>
      <w:r>
        <w:rPr>
          <w:b w:val="0"/>
          <w:i w:val="0"/>
          <w:smallCaps w:val="0"/>
          <w:strike w:val="0"/>
          <w:sz w:val="22"/>
          <w:u w:val="single"/>
        </w:rPr>
        <w:t>kind</w:t>
      </w:r>
      <w:r>
        <w:rPr>
          <w:b w:val="0"/>
          <w:i w:val="0"/>
          <w:smallCaps w:val="0"/>
          <w:strike w:val="0"/>
          <w:sz w:val="22"/>
          <w:u w:val="single"/>
        </w:rPr>
        <w:t xml:space="preserve">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highlight w:val="cyan"/>
          <w:u w:val="single"/>
        </w:rPr>
        <w:t>mental ju-jitsu</w:t>
      </w:r>
      <w:r>
        <w:rPr>
          <w:b w:val="0"/>
          <w:i w:val="0"/>
          <w:smallCaps w:val="0"/>
          <w:strike w:val="0"/>
          <w:sz w:val="22"/>
          <w:u w:val="single"/>
        </w:rPr>
        <w:t xml:space="preserve"> </w:t>
      </w:r>
      <w:r>
        <w:rPr>
          <w:b w:val="0"/>
          <w:i w:val="0"/>
          <w:smallCaps w:val="0"/>
          <w:strike w:val="0"/>
          <w:sz w:val="22"/>
          <w:highlight w:val="cyan"/>
          <w:u w:val="single"/>
        </w:rPr>
        <w:t>that</w:t>
      </w:r>
      <w:r>
        <w:rPr>
          <w:b w:val="0"/>
          <w:i w:val="0"/>
          <w:smallCaps w:val="0"/>
          <w:strike w:val="0"/>
          <w:sz w:val="22"/>
          <w:u w:val="single"/>
        </w:rPr>
        <w:t xml:space="preserve"> </w:t>
      </w:r>
      <w:r>
        <w:rPr>
          <w:b w:val="0"/>
          <w:i w:val="0"/>
          <w:smallCaps w:val="0"/>
          <w:strike w:val="0"/>
          <w:sz w:val="22"/>
          <w:highlight w:val="cyan"/>
          <w:u w:val="single"/>
        </w:rPr>
        <w:t>is ours by virtue of intelligence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highlight w:val="cyan"/>
          <w:u w:val="single"/>
        </w:rPr>
        <w:t>modifying, correcting, polluting, deflecting</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highlight w:val="cyan"/>
          <w:u w:val="single"/>
        </w:rPr>
        <w:t>corrupting, eroding, outflanking</w:t>
      </w:r>
      <w:r>
        <w:rPr>
          <w:b w:val="0"/>
          <w:i w:val="0"/>
          <w:smallCaps w:val="0"/>
          <w:strike w:val="0"/>
          <w:sz w:val="16"/>
          <w:u w:val="none"/>
        </w:rPr>
        <w:t xml:space="preserve"> . . . </w:t>
      </w:r>
      <w:r>
        <w:rPr>
          <w:b w:val="0"/>
          <w:i w:val="0"/>
          <w:smallCaps w:val="0"/>
          <w:strike w:val="0"/>
          <w:sz w:val="22"/>
          <w:highlight w:val="cyan"/>
          <w:u w:val="single"/>
        </w:rPr>
        <w:t>inspiring what we might call the invisible insurrection</w:t>
      </w:r>
      <w:r>
        <w:rPr>
          <w:b w:val="0"/>
          <w:i w:val="0"/>
          <w:smallCaps w:val="0"/>
          <w:strike w:val="0"/>
          <w:sz w:val="22"/>
          <w:u w:val="single"/>
        </w:rPr>
        <w:t>.</w:t>
      </w:r>
      <w:r>
        <w:rPr>
          <w:b w:val="0"/>
          <w:i w:val="0"/>
          <w:smallCaps w:val="0"/>
          <w:strike w:val="0"/>
          <w:sz w:val="16"/>
          <w:u w:val="none"/>
        </w:rPr>
        <w:t xml:space="preserve"> (INV: 2) The metaphor of the ‘mental ju-jitsu’ here is borrowed from the Japanese martial arts: it is the art of defeating an armed opponent without the use of a weapon. </w:t>
      </w:r>
      <w:r>
        <w:rPr>
          <w:b w:val="0"/>
          <w:i w:val="0"/>
          <w:smallCaps w:val="0"/>
          <w:strike w:val="0"/>
          <w:sz w:val="22"/>
          <w:u w:val="single"/>
        </w:rPr>
        <w:t xml:space="preserve">It suggests </w:t>
      </w:r>
      <w:r>
        <w:rPr>
          <w:b w:val="0"/>
          <w:i w:val="0"/>
          <w:smallCaps w:val="0"/>
          <w:strike w:val="0"/>
          <w:sz w:val="22"/>
          <w:highlight w:val="cyan"/>
          <w:u w:val="single"/>
        </w:rPr>
        <w:t>hard work, self-discipline and a vigorous mind taking hold of itself, understanding its relation</w:t>
      </w:r>
      <w:r>
        <w:rPr>
          <w:b w:val="0"/>
          <w:i w:val="0"/>
          <w:smallCaps w:val="0"/>
          <w:strike w:val="0"/>
          <w:sz w:val="22"/>
          <w:u w:val="single"/>
        </w:rPr>
        <w:t xml:space="preserve"> </w:t>
      </w:r>
      <w:r>
        <w:rPr>
          <w:b w:val="0"/>
          <w:i w:val="0"/>
          <w:smallCaps w:val="0"/>
          <w:strike w:val="0"/>
          <w:sz w:val="22"/>
          <w:highlight w:val="cyan"/>
          <w:u w:val="single"/>
        </w:rPr>
        <w:t>to the forces influencing the world</w:t>
      </w:r>
      <w:r>
        <w:rPr>
          <w:b w:val="0"/>
          <w:i w:val="0"/>
          <w:smallCaps w:val="0"/>
          <w:strike w:val="0"/>
          <w:sz w:val="22"/>
          <w:u w:val="single"/>
        </w:rPr>
        <w:t xml:space="preserve"> </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but</w:t>
      </w:r>
      <w:r>
        <w:rPr>
          <w:b w:val="0"/>
          <w:i w:val="0"/>
          <w:smallCaps w:val="0"/>
          <w:strike w:val="0"/>
          <w:sz w:val="22"/>
          <w:u w:val="single"/>
        </w:rPr>
        <w:t xml:space="preserve"> </w:t>
      </w:r>
      <w:r>
        <w:rPr>
          <w:b w:val="0"/>
          <w:i w:val="0"/>
          <w:smallCaps w:val="0"/>
          <w:strike w:val="0"/>
          <w:sz w:val="22"/>
          <w:u w:val="single"/>
        </w:rPr>
        <w:t>also</w:t>
      </w:r>
      <w:r>
        <w:rPr>
          <w:b w:val="0"/>
          <w:i w:val="0"/>
          <w:smallCaps w:val="0"/>
          <w:strike w:val="0"/>
          <w:sz w:val="22"/>
          <w:u w:val="single"/>
        </w:rPr>
        <w:t xml:space="preserve"> </w:t>
      </w:r>
      <w:r>
        <w:rPr>
          <w:b w:val="0"/>
          <w:i w:val="0"/>
          <w:smallCaps w:val="0"/>
          <w:strike w:val="0"/>
          <w:sz w:val="22"/>
          <w:u w:val="single"/>
        </w:rPr>
        <w:t>performing</w:t>
      </w:r>
      <w:r>
        <w:rPr>
          <w:b w:val="0"/>
          <w:i w:val="0"/>
          <w:smallCaps w:val="0"/>
          <w:strike w:val="0"/>
          <w:sz w:val="22"/>
          <w:u w:val="single"/>
        </w:rPr>
        <w:t xml:space="preserve"> </w:t>
      </w:r>
      <w:r>
        <w:rPr>
          <w:b w:val="0"/>
          <w:i w:val="0"/>
          <w:smallCaps w:val="0"/>
          <w:strike w:val="0"/>
          <w:sz w:val="22"/>
          <w:u w:val="single"/>
        </w:rPr>
        <w:t>a</w:t>
      </w:r>
      <w:r>
        <w:rPr>
          <w:b w:val="0"/>
          <w:i w:val="0"/>
          <w:smallCaps w:val="0"/>
          <w:strike w:val="0"/>
          <w:sz w:val="22"/>
          <w:u w:val="single"/>
        </w:rPr>
        <w:t xml:space="preserve"> </w:t>
      </w:r>
      <w:r>
        <w:rPr>
          <w:b w:val="0"/>
          <w:i w:val="0"/>
          <w:smallCaps w:val="0"/>
          <w:strike w:val="0"/>
          <w:sz w:val="22"/>
          <w:u w:val="single"/>
        </w:rPr>
        <w:t>creative</w:t>
      </w:r>
      <w:r>
        <w:rPr>
          <w:b w:val="0"/>
          <w:i w:val="0"/>
          <w:smallCaps w:val="0"/>
          <w:strike w:val="0"/>
          <w:sz w:val="22"/>
          <w:u w:val="single"/>
        </w:rPr>
        <w:t xml:space="preserve"> </w:t>
      </w:r>
      <w:r>
        <w:rPr>
          <w:b w:val="0"/>
          <w:i w:val="0"/>
          <w:smallCaps w:val="0"/>
          <w:strike w:val="0"/>
          <w:sz w:val="22"/>
          <w:u w:val="single"/>
        </w:rPr>
        <w:t>and</w:t>
      </w:r>
      <w:r>
        <w:rPr>
          <w:b w:val="0"/>
          <w:i w:val="0"/>
          <w:smallCaps w:val="0"/>
          <w:strike w:val="0"/>
          <w:sz w:val="22"/>
          <w:u w:val="single"/>
        </w:rPr>
        <w:t xml:space="preserve"> </w:t>
      </w:r>
      <w:r>
        <w:rPr>
          <w:b w:val="0"/>
          <w:i w:val="0"/>
          <w:smallCaps w:val="0"/>
          <w:strike w:val="0"/>
          <w:sz w:val="22"/>
          <w:u w:val="single"/>
        </w:rPr>
        <w:t>imaginative</w:t>
      </w:r>
      <w:r>
        <w:rPr>
          <w:b w:val="0"/>
          <w:i w:val="0"/>
          <w:smallCaps w:val="0"/>
          <w:strike w:val="0"/>
          <w:sz w:val="22"/>
          <w:u w:val="single"/>
        </w:rPr>
        <w:t xml:space="preserve"> </w:t>
      </w:r>
      <w:r>
        <w:rPr>
          <w:b w:val="0"/>
          <w:i w:val="0"/>
          <w:smallCaps w:val="0"/>
          <w:strike w:val="0"/>
          <w:sz w:val="22"/>
          <w:u w:val="single"/>
        </w:rPr>
        <w:t>leap</w:t>
      </w:r>
      <w:r>
        <w:rPr>
          <w:b w:val="0"/>
          <w:i w:val="0"/>
          <w:smallCaps w:val="0"/>
          <w:strike w:val="0"/>
          <w:sz w:val="22"/>
          <w:u w:val="single"/>
        </w:rPr>
        <w:t xml:space="preserve">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u w:val="single"/>
        </w:rPr>
        <w:t>faith</w:t>
      </w:r>
      <w:r>
        <w:rPr>
          <w:b w:val="0"/>
          <w:i w:val="0"/>
          <w:smallCaps w:val="0"/>
          <w:strike w:val="0"/>
          <w:sz w:val="22"/>
          <w:u w:val="single"/>
        </w:rPr>
        <w:t xml:space="preserve"> </w:t>
      </w:r>
      <w:r>
        <w:rPr>
          <w:b w:val="0"/>
          <w:i w:val="0"/>
          <w:smallCaps w:val="0"/>
          <w:strike w:val="0"/>
          <w:sz w:val="22"/>
          <w:u w:val="single"/>
        </w:rPr>
        <w:t>that</w:t>
      </w:r>
      <w:r>
        <w:rPr>
          <w:b w:val="0"/>
          <w:i w:val="0"/>
          <w:smallCaps w:val="0"/>
          <w:strike w:val="0"/>
          <w:sz w:val="22"/>
          <w:u w:val="single"/>
        </w:rPr>
        <w:t xml:space="preserve"> </w:t>
      </w:r>
      <w:r>
        <w:rPr>
          <w:b w:val="0"/>
          <w:i w:val="0"/>
          <w:smallCaps w:val="0"/>
          <w:strike w:val="0"/>
          <w:sz w:val="22"/>
          <w:u w:val="single"/>
        </w:rPr>
        <w:t>seems to be based on nothing but itself.</w:t>
      </w:r>
      <w:r>
        <w:rPr>
          <w:b w:val="0"/>
          <w:i w:val="0"/>
          <w:smallCaps w:val="0"/>
          <w:strike w:val="0"/>
          <w:sz w:val="16"/>
          <w:u w:val="none"/>
        </w:rPr>
        <w:t xml:space="preserve"> A mental ju-jitsu is not a figure of aggression, though it is a figure of combat. </w:t>
      </w:r>
      <w:r>
        <w:rPr>
          <w:b w:val="0"/>
          <w:i w:val="0"/>
          <w:smallCaps w:val="0"/>
          <w:strike w:val="0"/>
          <w:sz w:val="22"/>
          <w:u w:val="single"/>
        </w:rPr>
        <w:t xml:space="preserve">It suggests the </w:t>
      </w:r>
      <w:r>
        <w:rPr>
          <w:b w:val="0"/>
          <w:i w:val="0"/>
          <w:smallCaps w:val="0"/>
          <w:strike w:val="0"/>
          <w:sz w:val="22"/>
          <w:highlight w:val="cyan"/>
          <w:u w:val="single"/>
        </w:rPr>
        <w:t>idea of a sigmatic insurrection taking place without aggressive weapons and only through the superiority of mental discipline.</w:t>
      </w:r>
      <w:r>
        <w:rPr>
          <w:b w:val="0"/>
          <w:i w:val="0"/>
          <w:smallCaps w:val="0"/>
          <w:strike w:val="0"/>
          <w:sz w:val="16"/>
          <w:u w:val="none"/>
        </w:rPr>
        <w:t xml:space="preserve"> And, just like in the case of ju-jitsu,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highlight w:val="cyan"/>
          <w:u w:val="single"/>
        </w:rPr>
        <w:t>awakening of these mental forces is</w:t>
      </w:r>
      <w:r>
        <w:rPr>
          <w:b w:val="0"/>
          <w:i w:val="0"/>
          <w:smallCaps w:val="0"/>
          <w:strike w:val="0"/>
          <w:sz w:val="22"/>
          <w:u w:val="single"/>
        </w:rPr>
        <w:t xml:space="preserve"> </w:t>
      </w:r>
      <w:r>
        <w:rPr>
          <w:b w:val="0"/>
          <w:i w:val="0"/>
          <w:smallCaps w:val="0"/>
          <w:strike w:val="0"/>
          <w:sz w:val="22"/>
          <w:highlight w:val="cyan"/>
          <w:u w:val="single"/>
        </w:rPr>
        <w:t xml:space="preserve">available to everybody. </w:t>
      </w:r>
      <w:r>
        <w:rPr>
          <w:b w:val="0"/>
          <w:i w:val="0"/>
          <w:smallCaps w:val="0"/>
          <w:strike w:val="0"/>
          <w:sz w:val="22"/>
          <w:u w:val="single"/>
        </w:rPr>
        <w:t>The</w:t>
      </w:r>
      <w:r>
        <w:rPr>
          <w:b w:val="0"/>
          <w:i w:val="0"/>
          <w:smallCaps w:val="0"/>
          <w:strike w:val="0"/>
          <w:sz w:val="22"/>
          <w:u w:val="single"/>
        </w:rPr>
        <w:t xml:space="preserve"> trick here is to give oneself time: the time freed by the gesture of rupturing fluxes of (fake) news or the time to see oneself as part of the nexus of social relations or even the time of a spiritual voyage</w:t>
      </w:r>
      <w:r>
        <w:rPr>
          <w:b w:val="0"/>
          <w:i w:val="0"/>
          <w:smallCaps w:val="0"/>
          <w:strike w:val="0"/>
          <w:sz w:val="16"/>
          <w:u w:val="none"/>
        </w:rPr>
        <w:t>, which may or may not be induced by drugs. sigma is precisely the opening of time when time only promises to come to an end.</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