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Advertisements and semiotics are key for small businesses and their growth</w:t>
      </w:r>
      <w:r>
        <w:rPr>
          <w:b/>
          <w:i w:val="0"/>
          <w:smallCaps w:val="0"/>
          <w:strike w:val="0"/>
          <w:sz w:val="26"/>
          <w:u w:val="none"/>
        </w:rPr>
        <w:t>, which, in turn, causes more innovation and GDP growth.</w:t>
      </w:r>
    </w:p>
    <w:p>
      <w:pPr>
        <w:spacing w:after="80"/>
      </w:pPr>
      <w:r>
        <w:rPr>
          <w:b/>
          <w:i w:val="0"/>
          <w:smallCaps w:val="0"/>
          <w:strike w:val="0"/>
          <w:sz w:val="26"/>
          <w:u w:val="none"/>
        </w:rPr>
        <w:t>Tyler 23</w:t>
      </w:r>
      <w:r>
        <w:rPr>
          <w:b w:val="0"/>
          <w:i w:val="0"/>
          <w:smallCaps w:val="0"/>
          <w:strike w:val="0"/>
          <w:u w:val="none"/>
        </w:rPr>
        <w:t xml:space="preserve">, </w:t>
      </w:r>
      <w:r>
        <w:rPr>
          <w:b w:val="0"/>
          <w:i w:val="0"/>
          <w:smallCaps w:val="0"/>
          <w:strike w:val="0"/>
          <w:u w:val="none"/>
        </w:rPr>
        <w:t>Darrell Sr. SEO Manager at CallRail, is a seasoned pro in driving organic growth. He guides teams toward innovation and success, turning strategies into million-dollar wins for businesses</w:t>
      </w:r>
      <w:r>
        <w:rPr>
          <w:b w:val="0"/>
          <w:i w:val="0"/>
          <w:smallCaps w:val="0"/>
          <w:strike w:val="0"/>
          <w:u w:val="none"/>
        </w:rPr>
        <w:t>, “</w:t>
      </w:r>
      <w:r>
        <w:rPr>
          <w:b w:val="0"/>
          <w:i w:val="0"/>
          <w:smallCaps w:val="0"/>
          <w:strike w:val="0"/>
          <w:u w:val="none"/>
        </w:rPr>
        <w:t>Small business advertising: Effective strategies for maximum impact</w:t>
      </w:r>
      <w:r>
        <w:rPr>
          <w:b w:val="0"/>
          <w:i w:val="0"/>
          <w:smallCaps w:val="0"/>
          <w:strike w:val="0"/>
          <w:u w:val="none"/>
        </w:rPr>
        <w:t xml:space="preserve">”, </w:t>
      </w:r>
      <w:r>
        <w:rPr>
          <w:b w:val="0"/>
          <w:i w:val="0"/>
          <w:smallCaps w:val="0"/>
          <w:strike w:val="0"/>
          <w:u w:val="none"/>
        </w:rPr>
        <w:t>November 17, 2023</w:t>
      </w:r>
      <w:r>
        <w:rPr>
          <w:b w:val="0"/>
          <w:i w:val="0"/>
          <w:smallCaps w:val="0"/>
          <w:strike w:val="0"/>
          <w:u w:val="none"/>
        </w:rPr>
        <w:t xml:space="preserve">, CallRail, </w:t>
      </w:r>
      <w:r>
        <w:rPr>
          <w:b w:val="0"/>
          <w:i w:val="0"/>
          <w:smallCaps w:val="0"/>
          <w:strike w:val="0"/>
          <w:u w:val="none"/>
        </w:rPr>
        <w:t>, Accessed July 8, 2024, PW</w:t>
      </w:r>
    </w:p>
    <w:p>
      <w:pPr>
        <w:spacing w:after="60"/>
      </w:pPr>
      <w:r>
        <w:rPr>
          <w:b w:val="0"/>
          <w:i w:val="0"/>
          <w:smallCaps w:val="0"/>
          <w:strike w:val="0"/>
          <w:sz w:val="22"/>
          <w:highlight w:val="cyan"/>
          <w:u w:val="single"/>
        </w:rPr>
        <w:t>Small businesses face unique challenges when it comes to advertising</w:t>
      </w:r>
      <w:r>
        <w:rPr>
          <w:b w:val="0"/>
          <w:i w:val="0"/>
          <w:smallCaps w:val="0"/>
          <w:strike w:val="0"/>
          <w:sz w:val="22"/>
          <w:u w:val="single"/>
        </w:rPr>
        <w:t xml:space="preserve">. With </w:t>
      </w:r>
      <w:r>
        <w:rPr>
          <w:b w:val="0"/>
          <w:i w:val="0"/>
          <w:smallCaps w:val="0"/>
          <w:strike w:val="0"/>
          <w:sz w:val="22"/>
          <w:highlight w:val="cyan"/>
          <w:u w:val="single"/>
        </w:rPr>
        <w:t>limited resources and</w:t>
      </w:r>
      <w:r>
        <w:rPr>
          <w:b w:val="0"/>
          <w:i w:val="0"/>
          <w:smallCaps w:val="0"/>
          <w:strike w:val="0"/>
          <w:sz w:val="22"/>
          <w:u w:val="single"/>
        </w:rPr>
        <w:t xml:space="preserve"> </w:t>
      </w:r>
      <w:r>
        <w:rPr>
          <w:b w:val="0"/>
          <w:i w:val="0"/>
          <w:smallCaps w:val="0"/>
          <w:strike w:val="0"/>
          <w:sz w:val="22"/>
          <w:highlight w:val="cyan"/>
          <w:u w:val="single"/>
        </w:rPr>
        <w:t>fierce competition</w:t>
      </w:r>
      <w:r>
        <w:rPr>
          <w:b w:val="0"/>
          <w:i w:val="0"/>
          <w:smallCaps w:val="0"/>
          <w:strike w:val="0"/>
          <w:sz w:val="22"/>
          <w:u w:val="single"/>
        </w:rPr>
        <w:t xml:space="preserve">, it's </w:t>
      </w:r>
      <w:r>
        <w:rPr>
          <w:b w:val="0"/>
          <w:i w:val="0"/>
          <w:smallCaps w:val="0"/>
          <w:strike w:val="0"/>
          <w:sz w:val="22"/>
          <w:highlight w:val="cyan"/>
          <w:u w:val="single"/>
        </w:rPr>
        <w:t>crucial</w:t>
      </w:r>
      <w:r>
        <w:rPr>
          <w:b w:val="0"/>
          <w:i w:val="0"/>
          <w:smallCaps w:val="0"/>
          <w:strike w:val="0"/>
          <w:sz w:val="22"/>
          <w:u w:val="single"/>
        </w:rPr>
        <w:t xml:space="preserve"> for them to </w:t>
      </w:r>
      <w:r>
        <w:rPr>
          <w:b w:val="0"/>
          <w:i w:val="0"/>
          <w:smallCaps w:val="0"/>
          <w:strike w:val="0"/>
          <w:sz w:val="22"/>
          <w:highlight w:val="cyan"/>
          <w:u w:val="single"/>
        </w:rPr>
        <w:t>find effective ways to promote their products</w:t>
      </w:r>
      <w:r>
        <w:rPr>
          <w:b w:val="0"/>
          <w:i w:val="0"/>
          <w:smallCaps w:val="0"/>
          <w:strike w:val="0"/>
          <w:sz w:val="22"/>
          <w:u w:val="single"/>
        </w:rPr>
        <w:t xml:space="preserve"> or services.</w:t>
      </w:r>
      <w:r>
        <w:rPr>
          <w:b w:val="0"/>
          <w:i w:val="0"/>
          <w:smallCaps w:val="0"/>
          <w:strike w:val="0"/>
          <w:sz w:val="16"/>
          <w:u w:val="none"/>
        </w:rPr>
        <w:t xml:space="preserve"> </w:t>
      </w:r>
      <w:r>
        <w:rPr>
          <w:b w:val="0"/>
          <w:i w:val="0"/>
          <w:smallCaps w:val="0"/>
          <w:strike w:val="0"/>
          <w:sz w:val="22"/>
          <w:u w:val="single"/>
        </w:rPr>
        <w:t>Advertising plays a pivotal role in creating brand awareness and reaching target customers</w:t>
      </w:r>
      <w:r>
        <w:rPr>
          <w:b w:val="0"/>
          <w:i w:val="0"/>
          <w:smallCaps w:val="0"/>
          <w:strike w:val="0"/>
          <w:sz w:val="16"/>
          <w:u w:val="none"/>
        </w:rPr>
        <w:t>, laying the foundation for a successful venture.</w:t>
      </w:r>
      <w:r>
        <w:rPr>
          <w:b w:val="0"/>
          <w:i w:val="0"/>
          <w:smallCaps w:val="0"/>
          <w:strike w:val="0"/>
          <w:sz w:val="12"/>
          <w:u w:val="none"/>
        </w:rPr>
        <w:t>¶</w:t>
      </w:r>
      <w:r>
        <w:rPr>
          <w:b w:val="0"/>
          <w:i w:val="0"/>
          <w:smallCaps w:val="0"/>
          <w:strike w:val="0"/>
          <w:sz w:val="16"/>
          <w:u w:val="none"/>
        </w:rPr>
        <w:t xml:space="preserve"> There are numerous advertising strategies that small businesses can implement to maximize their reach and generate leads. </w:t>
      </w:r>
      <w:r>
        <w:rPr>
          <w:b w:val="0"/>
          <w:i w:val="0"/>
          <w:smallCaps w:val="0"/>
          <w:strike w:val="0"/>
          <w:sz w:val="22"/>
          <w:u w:val="single"/>
        </w:rPr>
        <w:t xml:space="preserve">From </w:t>
      </w:r>
      <w:r>
        <w:rPr>
          <w:b w:val="0"/>
          <w:i w:val="0"/>
          <w:smallCaps w:val="0"/>
          <w:strike w:val="0"/>
          <w:sz w:val="22"/>
          <w:highlight w:val="cyan"/>
          <w:u w:val="single"/>
        </w:rPr>
        <w:t>local marketing techniques to digital</w:t>
      </w:r>
      <w:r>
        <w:rPr>
          <w:b w:val="0"/>
          <w:i w:val="0"/>
          <w:smallCaps w:val="0"/>
          <w:strike w:val="0"/>
          <w:sz w:val="22"/>
          <w:u w:val="single"/>
        </w:rPr>
        <w:t xml:space="preserve"> </w:t>
      </w:r>
      <w:r>
        <w:rPr>
          <w:b w:val="0"/>
          <w:i w:val="0"/>
          <w:smallCaps w:val="0"/>
          <w:strike w:val="0"/>
          <w:sz w:val="22"/>
          <w:highlight w:val="cyan"/>
          <w:u w:val="single"/>
        </w:rPr>
        <w:t>channels</w:t>
      </w:r>
      <w:r>
        <w:rPr>
          <w:b w:val="0"/>
          <w:i w:val="0"/>
          <w:smallCaps w:val="0"/>
          <w:strike w:val="0"/>
          <w:sz w:val="22"/>
          <w:u w:val="single"/>
        </w:rPr>
        <w:t xml:space="preserve">, the </w:t>
      </w:r>
      <w:r>
        <w:rPr>
          <w:b w:val="0"/>
          <w:i w:val="0"/>
          <w:smallCaps w:val="0"/>
          <w:strike w:val="0"/>
          <w:sz w:val="22"/>
          <w:highlight w:val="cyan"/>
          <w:u w:val="single"/>
        </w:rPr>
        <w:t>key lies in understanding the target audience</w:t>
      </w:r>
      <w:r>
        <w:rPr>
          <w:b w:val="0"/>
          <w:i w:val="0"/>
          <w:smallCaps w:val="0"/>
          <w:strike w:val="0"/>
          <w:sz w:val="22"/>
          <w:u w:val="single"/>
        </w:rPr>
        <w:t xml:space="preserve"> and </w:t>
      </w:r>
      <w:r>
        <w:rPr>
          <w:b w:val="0"/>
          <w:i w:val="0"/>
          <w:smallCaps w:val="0"/>
          <w:strike w:val="0"/>
          <w:sz w:val="22"/>
          <w:highlight w:val="cyan"/>
          <w:u w:val="single"/>
        </w:rPr>
        <w:t>choosing the right platform for</w:t>
      </w:r>
      <w:r>
        <w:rPr>
          <w:b w:val="0"/>
          <w:i w:val="0"/>
          <w:smallCaps w:val="0"/>
          <w:strike w:val="0"/>
          <w:sz w:val="22"/>
          <w:u w:val="single"/>
        </w:rPr>
        <w:t xml:space="preserve"> </w:t>
      </w:r>
      <w:r>
        <w:rPr>
          <w:b w:val="0"/>
          <w:i w:val="0"/>
          <w:smallCaps w:val="0"/>
          <w:strike w:val="0"/>
          <w:sz w:val="22"/>
          <w:highlight w:val="cyan"/>
          <w:u w:val="single"/>
        </w:rPr>
        <w:t>promotion</w:t>
      </w:r>
      <w:r>
        <w:rPr>
          <w:b w:val="0"/>
          <w:i w:val="0"/>
          <w:smallCaps w:val="0"/>
          <w:strike w:val="0"/>
          <w:sz w:val="22"/>
          <w:u w:val="single"/>
        </w:rPr>
        <w:t>.</w:t>
      </w:r>
      <w:r>
        <w:rPr>
          <w:b w:val="0"/>
          <w:i w:val="0"/>
          <w:smallCaps w:val="0"/>
          <w:strike w:val="0"/>
          <w:sz w:val="16"/>
          <w:u w:val="none"/>
        </w:rPr>
        <w:t xml:space="preserve"> By </w:t>
      </w:r>
      <w:r>
        <w:rPr>
          <w:b w:val="0"/>
          <w:i w:val="0"/>
          <w:smallCaps w:val="0"/>
          <w:strike w:val="0"/>
          <w:sz w:val="22"/>
          <w:highlight w:val="cyan"/>
          <w:u w:val="single"/>
        </w:rPr>
        <w:t>leveraging innovative tools and resources,</w:t>
      </w:r>
      <w:r>
        <w:rPr>
          <w:b w:val="0"/>
          <w:i w:val="0"/>
          <w:smallCaps w:val="0"/>
          <w:strike w:val="0"/>
          <w:sz w:val="22"/>
          <w:u w:val="single"/>
        </w:rPr>
        <w:t xml:space="preserve"> </w:t>
      </w:r>
      <w:r>
        <w:rPr>
          <w:b w:val="0"/>
          <w:i w:val="0"/>
          <w:smallCaps w:val="0"/>
          <w:strike w:val="0"/>
          <w:sz w:val="22"/>
          <w:highlight w:val="cyan"/>
          <w:u w:val="single"/>
        </w:rPr>
        <w:t>small</w:t>
      </w:r>
      <w:r>
        <w:rPr>
          <w:b w:val="0"/>
          <w:i w:val="0"/>
          <w:smallCaps w:val="0"/>
          <w:strike w:val="0"/>
          <w:sz w:val="22"/>
          <w:u w:val="single"/>
        </w:rPr>
        <w:t xml:space="preserve"> </w:t>
      </w:r>
      <w:r>
        <w:rPr>
          <w:b w:val="0"/>
          <w:i w:val="0"/>
          <w:smallCaps w:val="0"/>
          <w:strike w:val="0"/>
          <w:sz w:val="22"/>
          <w:highlight w:val="cyan"/>
          <w:u w:val="single"/>
        </w:rPr>
        <w:t>businesses</w:t>
      </w:r>
      <w:r>
        <w:rPr>
          <w:b w:val="0"/>
          <w:i w:val="0"/>
          <w:smallCaps w:val="0"/>
          <w:strike w:val="0"/>
          <w:sz w:val="22"/>
          <w:u w:val="single"/>
        </w:rPr>
        <w:t xml:space="preserve"> can </w:t>
      </w:r>
      <w:r>
        <w:rPr>
          <w:b w:val="0"/>
          <w:i w:val="0"/>
          <w:smallCaps w:val="0"/>
          <w:strike w:val="0"/>
          <w:sz w:val="22"/>
          <w:highlight w:val="cyan"/>
          <w:u w:val="single"/>
        </w:rPr>
        <w:t>overcome</w:t>
      </w:r>
      <w:r>
        <w:rPr>
          <w:b w:val="0"/>
          <w:i w:val="0"/>
          <w:smallCaps w:val="0"/>
          <w:strike w:val="0"/>
          <w:sz w:val="22"/>
          <w:u w:val="single"/>
        </w:rPr>
        <w:t xml:space="preserve"> their </w:t>
      </w:r>
      <w:r>
        <w:rPr>
          <w:b w:val="0"/>
          <w:i w:val="0"/>
          <w:smallCaps w:val="0"/>
          <w:strike w:val="0"/>
          <w:sz w:val="22"/>
          <w:highlight w:val="cyan"/>
          <w:u w:val="single"/>
        </w:rPr>
        <w:t>constraints</w:t>
      </w:r>
      <w:r>
        <w:rPr>
          <w:b w:val="0"/>
          <w:i w:val="0"/>
          <w:smallCaps w:val="0"/>
          <w:strike w:val="0"/>
          <w:sz w:val="22"/>
          <w:u w:val="single"/>
        </w:rPr>
        <w:t xml:space="preserve"> and </w:t>
      </w:r>
      <w:r>
        <w:rPr>
          <w:b w:val="0"/>
          <w:i w:val="0"/>
          <w:smallCaps w:val="0"/>
          <w:strike w:val="0"/>
          <w:sz w:val="22"/>
          <w:highlight w:val="cyan"/>
          <w:u w:val="single"/>
        </w:rPr>
        <w:t>unlock their growth potential</w:t>
      </w:r>
      <w:r>
        <w:rPr>
          <w:b w:val="0"/>
          <w:i w:val="0"/>
          <w:smallCaps w:val="0"/>
          <w:strike w:val="0"/>
          <w:sz w:val="22"/>
          <w:u w:val="single"/>
        </w:rPr>
        <w:t>.</w:t>
      </w:r>
      <w:r>
        <w:rPr>
          <w:b w:val="0"/>
          <w:i w:val="0"/>
          <w:smallCaps w:val="0"/>
          <w:strike w:val="0"/>
          <w:sz w:val="12"/>
          <w:u w:val="none"/>
        </w:rPr>
        <w:t>¶</w:t>
      </w:r>
      <w:r>
        <w:rPr>
          <w:b w:val="0"/>
          <w:i w:val="0"/>
          <w:smallCaps w:val="0"/>
          <w:strike w:val="0"/>
          <w:sz w:val="16"/>
          <w:u w:val="none"/>
        </w:rPr>
        <w:t xml:space="preserve"> In today's fast-paced digital era, </w:t>
      </w:r>
      <w:r>
        <w:rPr>
          <w:b w:val="0"/>
          <w:i w:val="0"/>
          <w:smallCaps w:val="0"/>
          <w:strike w:val="0"/>
          <w:sz w:val="22"/>
          <w:highlight w:val="cyan"/>
          <w:u w:val="single"/>
        </w:rPr>
        <w:t>staying</w:t>
      </w:r>
      <w:r>
        <w:rPr>
          <w:b w:val="0"/>
          <w:i w:val="0"/>
          <w:smallCaps w:val="0"/>
          <w:strike w:val="0"/>
          <w:sz w:val="22"/>
          <w:u w:val="single"/>
        </w:rPr>
        <w:t xml:space="preserve"> current </w:t>
      </w:r>
      <w:r>
        <w:rPr>
          <w:b w:val="0"/>
          <w:i w:val="0"/>
          <w:smallCaps w:val="0"/>
          <w:strike w:val="0"/>
          <w:sz w:val="22"/>
          <w:highlight w:val="cyan"/>
          <w:u w:val="single"/>
        </w:rPr>
        <w:t>with</w:t>
      </w:r>
      <w:r>
        <w:rPr>
          <w:b w:val="0"/>
          <w:i w:val="0"/>
          <w:smallCaps w:val="0"/>
          <w:strike w:val="0"/>
          <w:sz w:val="22"/>
          <w:u w:val="single"/>
        </w:rPr>
        <w:t xml:space="preserve"> the </w:t>
      </w:r>
      <w:r>
        <w:rPr>
          <w:b w:val="0"/>
          <w:i w:val="0"/>
          <w:smallCaps w:val="0"/>
          <w:strike w:val="0"/>
          <w:sz w:val="22"/>
          <w:highlight w:val="cyan"/>
          <w:u w:val="single"/>
        </w:rPr>
        <w:t>latest trends and technologies is essential</w:t>
      </w:r>
      <w:r>
        <w:rPr>
          <w:b w:val="0"/>
          <w:i w:val="0"/>
          <w:smallCaps w:val="0"/>
          <w:strike w:val="0"/>
          <w:sz w:val="22"/>
          <w:u w:val="single"/>
        </w:rPr>
        <w:t xml:space="preserve"> </w:t>
      </w:r>
      <w:r>
        <w:rPr>
          <w:b w:val="0"/>
          <w:i w:val="0"/>
          <w:smallCaps w:val="0"/>
          <w:strike w:val="0"/>
          <w:sz w:val="22"/>
          <w:highlight w:val="cyan"/>
          <w:u w:val="single"/>
        </w:rPr>
        <w:t>for small businesses</w:t>
      </w:r>
      <w:r>
        <w:rPr>
          <w:b w:val="0"/>
          <w:i w:val="0"/>
          <w:smallCaps w:val="0"/>
          <w:strike w:val="0"/>
          <w:sz w:val="22"/>
          <w:u w:val="single"/>
        </w:rPr>
        <w:t xml:space="preserve"> to stay ahead of the curve.</w:t>
      </w:r>
      <w:r>
        <w:rPr>
          <w:b w:val="0"/>
          <w:i w:val="0"/>
          <w:smallCaps w:val="0"/>
          <w:strike w:val="0"/>
          <w:sz w:val="16"/>
          <w:u w:val="none"/>
        </w:rPr>
        <w:t xml:space="preserve"> By adapting to the ever-changing landscape and constantly refining their advertising strategies, they can foster long-term success and drive sustainable growth in their respective industries.</w:t>
      </w:r>
      <w:r>
        <w:rPr>
          <w:b w:val="0"/>
          <w:i w:val="0"/>
          <w:smallCaps w:val="0"/>
          <w:strike w:val="0"/>
          <w:sz w:val="12"/>
          <w:u w:val="none"/>
        </w:rPr>
        <w:t>¶</w:t>
      </w:r>
      <w:r>
        <w:rPr>
          <w:b w:val="0"/>
          <w:i w:val="0"/>
          <w:smallCaps w:val="0"/>
          <w:strike w:val="0"/>
          <w:sz w:val="16"/>
          <w:u w:val="none"/>
        </w:rPr>
        <w:t xml:space="preserve"> </w:t>
      </w:r>
      <w:r>
        <w:rPr>
          <w:b w:val="0"/>
          <w:i w:val="0"/>
          <w:smallCaps w:val="0"/>
          <w:strike w:val="0"/>
          <w:sz w:val="22"/>
          <w:highlight w:val="cyan"/>
          <w:u w:val="single"/>
        </w:rPr>
        <w:t>Advertising</w:t>
      </w:r>
      <w:r>
        <w:rPr>
          <w:b w:val="0"/>
          <w:i w:val="0"/>
          <w:smallCaps w:val="0"/>
          <w:strike w:val="0"/>
          <w:sz w:val="22"/>
          <w:u w:val="single"/>
        </w:rPr>
        <w:t xml:space="preserve"> is a </w:t>
      </w:r>
      <w:r>
        <w:rPr>
          <w:b w:val="0"/>
          <w:i w:val="0"/>
          <w:smallCaps w:val="0"/>
          <w:strike w:val="0"/>
          <w:sz w:val="22"/>
          <w:highlight w:val="cyan"/>
          <w:u w:val="single"/>
        </w:rPr>
        <w:t>powerful tool that plays a vital role in promoting a small business</w:t>
      </w:r>
      <w:r>
        <w:rPr>
          <w:b w:val="0"/>
          <w:i w:val="0"/>
          <w:smallCaps w:val="0"/>
          <w:strike w:val="0"/>
          <w:sz w:val="22"/>
          <w:u w:val="single"/>
        </w:rPr>
        <w:t xml:space="preserve">. It helps create brand awareness, generate leads, and </w:t>
      </w:r>
      <w:r>
        <w:rPr>
          <w:b w:val="0"/>
          <w:i w:val="0"/>
          <w:smallCaps w:val="0"/>
          <w:strike w:val="0"/>
          <w:sz w:val="22"/>
          <w:highlight w:val="cyan"/>
          <w:u w:val="single"/>
        </w:rPr>
        <w:t>ultimately drive sales and growth</w:t>
      </w:r>
      <w:r>
        <w:rPr>
          <w:b w:val="0"/>
          <w:i w:val="0"/>
          <w:smallCaps w:val="0"/>
          <w:strike w:val="0"/>
          <w:sz w:val="22"/>
          <w:u w:val="single"/>
        </w:rPr>
        <w:t xml:space="preserve">. </w:t>
      </w:r>
      <w:r>
        <w:rPr>
          <w:b w:val="0"/>
          <w:i w:val="0"/>
          <w:smallCaps w:val="0"/>
          <w:strike w:val="0"/>
          <w:sz w:val="16"/>
          <w:u w:val="none"/>
        </w:rPr>
        <w:t>By implementing effective advertising strategies, small businesses can reach their target audience and establish a strong market presence.</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One key aspect of successful advertising is understanding the customer journey. </w:t>
      </w:r>
      <w:r>
        <w:rPr>
          <w:b w:val="0"/>
          <w:i w:val="0"/>
          <w:smallCaps w:val="0"/>
          <w:strike w:val="0"/>
          <w:sz w:val="16"/>
          <w:u w:val="none"/>
        </w:rPr>
        <w:t xml:space="preserve">This involves knowing when and where to engage potential customers, as well as tailoring your messaging to their needs and preferences. </w:t>
      </w:r>
      <w:r>
        <w:rPr>
          <w:b w:val="0"/>
          <w:i w:val="0"/>
          <w:smallCaps w:val="0"/>
          <w:strike w:val="0"/>
          <w:sz w:val="22"/>
          <w:highlight w:val="cyan"/>
          <w:u w:val="single"/>
        </w:rPr>
        <w:t>Creating</w:t>
      </w:r>
      <w:r>
        <w:rPr>
          <w:b w:val="0"/>
          <w:i w:val="0"/>
          <w:smallCaps w:val="0"/>
          <w:strike w:val="0"/>
          <w:sz w:val="22"/>
          <w:u w:val="single"/>
        </w:rPr>
        <w:t xml:space="preserve"> a </w:t>
      </w:r>
      <w:r>
        <w:rPr>
          <w:b w:val="0"/>
          <w:i w:val="0"/>
          <w:smallCaps w:val="0"/>
          <w:strike w:val="0"/>
          <w:sz w:val="22"/>
          <w:highlight w:val="cyan"/>
          <w:u w:val="single"/>
        </w:rPr>
        <w:t>customer-centric approach can greatly improve the impact of your advertising campaigns.</w:t>
      </w:r>
      <w:r>
        <w:rPr>
          <w:b w:val="0"/>
          <w:i w:val="0"/>
          <w:smallCaps w:val="0"/>
          <w:strike w:val="0"/>
          <w:sz w:val="12"/>
          <w:u w:val="single"/>
        </w:rPr>
        <w:t>¶</w:t>
      </w:r>
      <w:r>
        <w:rPr>
          <w:b w:val="0"/>
          <w:i w:val="0"/>
          <w:smallCaps w:val="0"/>
          <w:strike w:val="0"/>
          <w:sz w:val="16"/>
          <w:u w:val="none"/>
        </w:rPr>
        <w:t xml:space="preserve"> There are various advertising channels to choose from, each with its own unique set of benefits and drawbacks. Examples include digital ads, like using Amazon Ads for increased visibility and traction, and traditional forms of advertising, such as print, radio, and television ads. It's essential to test different channels and methods to determine what works best for your unique business objectives.</w:t>
      </w:r>
      <w:r>
        <w:rPr>
          <w:b w:val="0"/>
          <w:i w:val="0"/>
          <w:smallCaps w:val="0"/>
          <w:strike w:val="0"/>
          <w:sz w:val="12"/>
          <w:u w:val="none"/>
        </w:rPr>
        <w:t>¶</w:t>
      </w:r>
      <w:r>
        <w:rPr>
          <w:b w:val="0"/>
          <w:i w:val="0"/>
          <w:smallCaps w:val="0"/>
          <w:strike w:val="0"/>
          <w:sz w:val="16"/>
          <w:u w:val="none"/>
        </w:rPr>
        <w:t xml:space="preserve"> An integral component of effective advertising is crafting a strong message that resonates with your audience. </w:t>
      </w:r>
      <w:r>
        <w:rPr>
          <w:b w:val="0"/>
          <w:i w:val="0"/>
          <w:smallCaps w:val="0"/>
          <w:strike w:val="0"/>
          <w:sz w:val="22"/>
          <w:u w:val="single"/>
        </w:rPr>
        <w:t xml:space="preserve">This includes having a clear call to action, like asking potential customers to sign up for a newsletter or visit a specific webpage. </w:t>
      </w:r>
      <w:r>
        <w:rPr>
          <w:b w:val="0"/>
          <w:i w:val="0"/>
          <w:smallCaps w:val="0"/>
          <w:strike w:val="0"/>
          <w:sz w:val="16"/>
          <w:u w:val="none"/>
        </w:rPr>
        <w:t>Further, it's important to be consistent in your branding and messaging to establish a cohesive identity across all advertising channels.</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Another valuable strategy for small businesses is utilizing cold-email outreach to showcase your work, land clients, and boost profits.</w:t>
      </w:r>
      <w:r>
        <w:rPr>
          <w:b w:val="0"/>
          <w:i w:val="0"/>
          <w:smallCaps w:val="0"/>
          <w:strike w:val="0"/>
          <w:sz w:val="16"/>
          <w:u w:val="none"/>
        </w:rPr>
        <w:t xml:space="preserve"> As illustrated by successful entrepreneurs, well-crafted cold-emails can help your business stand out and make lasting connections.</w:t>
      </w:r>
      <w:r>
        <w:rPr>
          <w:b w:val="0"/>
          <w:i w:val="0"/>
          <w:smallCaps w:val="0"/>
          <w:strike w:val="0"/>
          <w:sz w:val="12"/>
          <w:u w:val="none"/>
        </w:rPr>
        <w:t>¶</w:t>
      </w:r>
      <w:r>
        <w:rPr>
          <w:b w:val="0"/>
          <w:i w:val="0"/>
          <w:smallCaps w:val="0"/>
          <w:strike w:val="0"/>
          <w:sz w:val="16"/>
          <w:u w:val="none"/>
        </w:rPr>
        <w:t xml:space="preserve"> In short, understanding the principles of advertising is crucial for small businesses looking to make a mark in their respective industries. </w:t>
      </w:r>
      <w:r>
        <w:rPr>
          <w:b w:val="0"/>
          <w:i w:val="0"/>
          <w:smallCaps w:val="0"/>
          <w:strike w:val="0"/>
          <w:sz w:val="22"/>
          <w:highlight w:val="cyan"/>
          <w:u w:val="single"/>
        </w:rPr>
        <w:t>By focusing on customer needs, choosing the right channels,</w:t>
      </w:r>
      <w:r>
        <w:rPr>
          <w:b w:val="0"/>
          <w:i w:val="0"/>
          <w:smallCaps w:val="0"/>
          <w:strike w:val="0"/>
          <w:sz w:val="22"/>
          <w:u w:val="single"/>
        </w:rPr>
        <w:t xml:space="preserve"> crafting compelling messages, and maintaining brand consistency, </w:t>
      </w:r>
      <w:r>
        <w:rPr>
          <w:b w:val="0"/>
          <w:i w:val="0"/>
          <w:smallCaps w:val="0"/>
          <w:strike w:val="0"/>
          <w:sz w:val="22"/>
          <w:highlight w:val="cyan"/>
          <w:u w:val="single"/>
        </w:rPr>
        <w:t>your advertising efforts are more likely to yield positive results.</w:t>
      </w:r>
      <w:r>
        <w:rPr>
          <w:b w:val="0"/>
          <w:i w:val="0"/>
          <w:smallCaps w:val="0"/>
          <w:strike w:val="0"/>
          <w:sz w:val="12"/>
          <w:highlight w:val="cyan"/>
          <w:u w:val="single"/>
        </w:rPr>
        <w:t>¶</w:t>
      </w:r>
      <w:r>
        <w:rPr>
          <w:b w:val="0"/>
          <w:i w:val="0"/>
          <w:smallCaps w:val="0"/>
          <w:strike w:val="0"/>
          <w:sz w:val="16"/>
          <w:u w:val="non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