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Modernity</w:t>
      </w:r>
      <w:r>
        <w:rPr>
          <w:b/>
          <w:i w:val="0"/>
          <w:smallCaps w:val="0"/>
          <w:strike w:val="0"/>
          <w:sz w:val="26"/>
          <w:u w:val="none"/>
        </w:rPr>
        <w:t xml:space="preserve"> has sutured a </w:t>
      </w:r>
      <w:r>
        <w:rPr>
          <w:b/>
          <w:i w:val="0"/>
          <w:smallCaps w:val="0"/>
          <w:strike w:val="0"/>
          <w:sz w:val="26"/>
          <w:u w:val="single"/>
        </w:rPr>
        <w:t>hellish existence</w:t>
      </w:r>
      <w:r>
        <w:rPr>
          <w:b/>
          <w:i w:val="0"/>
          <w:smallCaps w:val="0"/>
          <w:strike w:val="0"/>
          <w:sz w:val="26"/>
          <w:u w:val="none"/>
        </w:rPr>
        <w:t xml:space="preserve"> upon </w:t>
      </w:r>
      <w:r>
        <w:rPr>
          <w:b/>
          <w:i w:val="0"/>
          <w:smallCaps w:val="0"/>
          <w:strike w:val="0"/>
          <w:sz w:val="26"/>
          <w:u w:val="single"/>
        </w:rPr>
        <w:t>fungible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racialized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bodies</w:t>
      </w:r>
      <w:r>
        <w:rPr>
          <w:b/>
          <w:i w:val="0"/>
          <w:smallCaps w:val="0"/>
          <w:strike w:val="0"/>
          <w:sz w:val="26"/>
          <w:u w:val="none"/>
        </w:rPr>
        <w:t xml:space="preserve"> in the </w:t>
      </w:r>
      <w:r>
        <w:rPr>
          <w:b/>
          <w:i w:val="0"/>
          <w:smallCaps w:val="0"/>
          <w:strike w:val="0"/>
          <w:sz w:val="26"/>
          <w:u w:val="single"/>
        </w:rPr>
        <w:t>Americas</w:t>
      </w:r>
      <w:r>
        <w:rPr>
          <w:b/>
          <w:i w:val="0"/>
          <w:smallCaps w:val="0"/>
          <w:strike w:val="0"/>
          <w:sz w:val="26"/>
          <w:u w:val="none"/>
        </w:rPr>
        <w:t xml:space="preserve">. This creates a constant </w:t>
      </w:r>
      <w:r>
        <w:rPr>
          <w:b/>
          <w:i w:val="0"/>
          <w:smallCaps w:val="0"/>
          <w:strike w:val="0"/>
          <w:sz w:val="26"/>
          <w:u w:val="single"/>
        </w:rPr>
        <w:t>state of exception</w:t>
      </w:r>
      <w:r>
        <w:rPr>
          <w:b/>
          <w:i w:val="0"/>
          <w:smallCaps w:val="0"/>
          <w:strike w:val="0"/>
          <w:sz w:val="26"/>
          <w:u w:val="none"/>
        </w:rPr>
        <w:t xml:space="preserve"> where the </w:t>
      </w:r>
      <w:r>
        <w:rPr>
          <w:b/>
          <w:i w:val="0"/>
          <w:smallCaps w:val="0"/>
          <w:strike w:val="0"/>
          <w:sz w:val="26"/>
          <w:u w:val="single"/>
        </w:rPr>
        <w:t>deferral</w:t>
      </w:r>
      <w:r>
        <w:rPr>
          <w:b/>
          <w:i w:val="0"/>
          <w:smallCaps w:val="0"/>
          <w:strike w:val="0"/>
          <w:sz w:val="26"/>
          <w:u w:val="none"/>
        </w:rPr>
        <w:t xml:space="preserve"> of </w:t>
      </w:r>
      <w:r>
        <w:rPr>
          <w:b/>
          <w:i w:val="0"/>
          <w:smallCaps w:val="0"/>
          <w:strike w:val="0"/>
          <w:sz w:val="26"/>
          <w:u w:val="single"/>
        </w:rPr>
        <w:t>ethical subject formation</w:t>
      </w:r>
      <w:r>
        <w:rPr>
          <w:b/>
          <w:i w:val="0"/>
          <w:smallCaps w:val="0"/>
          <w:strike w:val="0"/>
          <w:sz w:val="26"/>
          <w:u w:val="none"/>
        </w:rPr>
        <w:t xml:space="preserve"> provides a </w:t>
      </w:r>
      <w:r>
        <w:rPr>
          <w:b/>
          <w:i w:val="0"/>
          <w:smallCaps w:val="0"/>
          <w:strike w:val="0"/>
          <w:sz w:val="26"/>
          <w:u w:val="single"/>
        </w:rPr>
        <w:t>laboratory</w:t>
      </w:r>
      <w:r>
        <w:rPr>
          <w:b/>
          <w:i w:val="0"/>
          <w:smallCaps w:val="0"/>
          <w:strike w:val="0"/>
          <w:sz w:val="26"/>
          <w:u w:val="none"/>
        </w:rPr>
        <w:t xml:space="preserve"> for </w:t>
      </w:r>
      <w:r>
        <w:rPr>
          <w:b/>
          <w:i w:val="0"/>
          <w:smallCaps w:val="0"/>
          <w:strike w:val="0"/>
          <w:sz w:val="26"/>
          <w:u w:val="single"/>
        </w:rPr>
        <w:t>testing the limits</w:t>
      </w:r>
      <w:r>
        <w:rPr>
          <w:b/>
          <w:i w:val="0"/>
          <w:smallCaps w:val="0"/>
          <w:strike w:val="0"/>
          <w:sz w:val="26"/>
          <w:u w:val="none"/>
        </w:rPr>
        <w:t xml:space="preserve"> of </w:t>
      </w:r>
      <w:r>
        <w:rPr>
          <w:b/>
          <w:i w:val="0"/>
          <w:smallCaps w:val="0"/>
          <w:strike w:val="0"/>
          <w:sz w:val="26"/>
          <w:u w:val="single"/>
        </w:rPr>
        <w:t>violence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possible</w:t>
      </w:r>
      <w:r>
        <w:rPr>
          <w:b/>
          <w:i w:val="0"/>
          <w:smallCaps w:val="0"/>
          <w:strike w:val="0"/>
          <w:sz w:val="26"/>
          <w:u w:val="none"/>
        </w:rPr>
        <w:t xml:space="preserve"> within </w:t>
      </w:r>
      <w:r>
        <w:rPr>
          <w:b/>
          <w:i w:val="0"/>
          <w:smallCaps w:val="0"/>
          <w:strike w:val="0"/>
          <w:sz w:val="26"/>
          <w:u w:val="single"/>
        </w:rPr>
        <w:t>modernity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Maldonado-</w:t>
      </w:r>
      <w:r>
        <w:rPr>
          <w:b/>
          <w:i w:val="0"/>
          <w:smallCaps w:val="0"/>
          <w:strike w:val="0"/>
          <w:sz w:val="26"/>
          <w:u w:val="none"/>
        </w:rPr>
        <w:t>Toress</w:t>
      </w:r>
      <w:r>
        <w:rPr>
          <w:b/>
          <w:i w:val="0"/>
          <w:smallCaps w:val="0"/>
          <w:strike w:val="0"/>
          <w:sz w:val="26"/>
          <w:u w:val="none"/>
        </w:rPr>
        <w:t xml:space="preserve"> 8 – </w:t>
      </w:r>
      <w:r>
        <w:rPr>
          <w:b w:val="0"/>
          <w:i w:val="0"/>
          <w:smallCaps w:val="0"/>
          <w:strike w:val="0"/>
          <w:u w:val="none"/>
        </w:rPr>
        <w:t>Nelson, associate professor of comparative literature at Rutgers, “</w:t>
      </w:r>
      <w:r>
        <w:rPr>
          <w:b w:val="0"/>
          <w:i/>
          <w:smallCaps w:val="0"/>
          <w:strike w:val="0"/>
          <w:u w:val="none"/>
        </w:rPr>
        <w:t>Against War: Views from the Underside of Modernity</w:t>
      </w:r>
      <w:r>
        <w:rPr>
          <w:b w:val="0"/>
          <w:i w:val="0"/>
          <w:smallCaps w:val="0"/>
          <w:strike w:val="0"/>
          <w:u w:val="none"/>
        </w:rPr>
        <w:t xml:space="preserve">, p. 217-21. 2008, https://read.dukeupress.edu/books/book/1138/Against-WarViews-from-the-Underside-of-Modernity, creds to whoever made the </w:t>
      </w:r>
      <w:r>
        <w:rPr>
          <w:b w:val="0"/>
          <w:i w:val="0"/>
          <w:smallCaps w:val="0"/>
          <w:strike w:val="0"/>
          <w:u w:val="none"/>
        </w:rPr>
        <w:t>mich</w:t>
      </w:r>
      <w:r>
        <w:rPr>
          <w:b w:val="0"/>
          <w:i w:val="0"/>
          <w:smallCaps w:val="0"/>
          <w:strike w:val="0"/>
          <w:u w:val="none"/>
        </w:rPr>
        <w:t xml:space="preserve"> file – //recut-</w:t>
      </w:r>
      <w:r>
        <w:rPr>
          <w:b w:val="0"/>
          <w:i w:val="0"/>
          <w:smallCaps w:val="0"/>
          <w:strike w:val="0"/>
          <w:u w:val="none"/>
        </w:rPr>
        <w:t>tishu</w:t>
      </w:r>
      <w:r>
        <w:rPr>
          <w:b w:val="0"/>
          <w:i w:val="0"/>
          <w:smallCaps w:val="0"/>
          <w:strike w:val="0"/>
          <w:u w:val="none"/>
        </w:rPr>
        <w:t xml:space="preserve">,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Dussel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Quijano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u w:val="single"/>
        </w:rPr>
        <w:t>Wynter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lead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 </w:t>
      </w:r>
      <w:r>
        <w:rPr>
          <w:b w:val="0"/>
          <w:i w:val="0"/>
          <w:smallCaps w:val="0"/>
          <w:strike w:val="0"/>
          <w:sz w:val="22"/>
          <w:u w:val="single"/>
        </w:rPr>
        <w:t>to the understanding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what happened in the Americas was a transformation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naturalization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of the non-ethics of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—which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represented a sort of </w:t>
      </w:r>
      <w:r>
        <w:rPr>
          <w:b/>
          <w:i w:val="0"/>
          <w:smallCaps w:val="0"/>
          <w:strike w:val="0"/>
          <w:sz w:val="22"/>
          <w:u w:val="single"/>
        </w:rPr>
        <w:t xml:space="preserve">exception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 xml:space="preserve">ethics </w:t>
      </w:r>
      <w:r>
        <w:rPr>
          <w:b w:val="0"/>
          <w:i w:val="0"/>
          <w:smallCaps w:val="0"/>
          <w:strike w:val="0"/>
          <w:sz w:val="22"/>
          <w:u w:val="single"/>
        </w:rPr>
        <w:t>that regulate normal conduct in Christian countries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into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more stable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long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-standing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reality of damnation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that </w:t>
      </w:r>
      <w:r>
        <w:rPr>
          <w:b w:val="0"/>
          <w:i w:val="0"/>
          <w:smallCaps w:val="0"/>
          <w:strike w:val="0"/>
          <w:sz w:val="22"/>
          <w:u w:val="single"/>
        </w:rPr>
        <w:t>this epistemic and material shift occurred in the colony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Damnation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8"/>
          <w:highlight w:val="green"/>
          <w:u w:val="single"/>
        </w:rPr>
        <w:t>life in hell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, </w:t>
      </w:r>
      <w:r>
        <w:rPr>
          <w:b/>
          <w:i w:val="0"/>
          <w:smallCaps w:val="0"/>
          <w:strike w:val="0"/>
          <w:sz w:val="28"/>
          <w:highlight w:val="green"/>
          <w:u w:val="single"/>
        </w:rPr>
        <w:t>is colonialism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a reality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characterized by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naturalization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of war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means of the </w:t>
      </w:r>
      <w:r>
        <w:rPr>
          <w:b/>
          <w:i w:val="0"/>
          <w:smallCaps w:val="0"/>
          <w:strike w:val="0"/>
          <w:sz w:val="22"/>
          <w:u w:val="single"/>
        </w:rPr>
        <w:t>naturalization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u w:val="single"/>
        </w:rPr>
        <w:t>slavery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now justified in relation to the very constitution of people and no longer solely or principally to their faith or belief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human beings become slaves when they are vanquished in a war translates in the Americas into the suspicion that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conquered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then non-European peoples in general,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are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constitutively inferior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therefore they should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assume a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position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of slavery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serfdom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Later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this idea would be solidified with respect to the slavery of African peoples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achieving stability up to the present with the tragic reality of different forms of racism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Through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u w:val="single"/>
        </w:rPr>
        <w:t>process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what looked like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 "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state of exception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colonies became the rule in the modern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However, deviating from Giorgio </w:t>
      </w:r>
      <w:r>
        <w:rPr>
          <w:b w:val="0"/>
          <w:i w:val="0"/>
          <w:smallCaps w:val="0"/>
          <w:strike w:val="0"/>
          <w:sz w:val="16"/>
          <w:u w:val="none"/>
        </w:rPr>
        <w:t>Agarnben's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diagnosis, one must say that </w:t>
      </w:r>
      <w:r>
        <w:rPr>
          <w:b w:val="0"/>
          <w:i w:val="0"/>
          <w:smallCaps w:val="0"/>
          <w:strike w:val="0"/>
          <w:sz w:val="22"/>
          <w:u w:val="single"/>
        </w:rPr>
        <w:t>the colony</w:t>
      </w:r>
      <w:r>
        <w:rPr>
          <w:b w:val="0"/>
          <w:i w:val="0"/>
          <w:smallCaps w:val="0"/>
          <w:strike w:val="0"/>
          <w:sz w:val="16"/>
          <w:u w:val="none"/>
        </w:rPr>
        <w:t>--</w:t>
      </w:r>
      <w:r>
        <w:rPr>
          <w:b w:val="0"/>
          <w:i w:val="0"/>
          <w:smallCaps w:val="0"/>
          <w:strike w:val="0"/>
          <w:sz w:val="22"/>
          <w:u w:val="single"/>
        </w:rPr>
        <w:t>long before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concentration camp and the </w:t>
      </w:r>
      <w:r>
        <w:rPr>
          <w:b w:val="0"/>
          <w:i w:val="0"/>
          <w:smallCaps w:val="0"/>
          <w:strike w:val="0"/>
          <w:sz w:val="22"/>
          <w:u w:val="single"/>
        </w:rPr>
        <w:t>Nazi politics of extermination</w:t>
      </w:r>
      <w:r>
        <w:rPr>
          <w:b w:val="0"/>
          <w:i w:val="0"/>
          <w:smallCaps w:val="0"/>
          <w:strike w:val="0"/>
          <w:sz w:val="16"/>
          <w:u w:val="none"/>
        </w:rPr>
        <w:t>--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served as 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testing ground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for 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limits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possibilities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modernity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,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thereby revealing its darkest secrets." It is race, </w:t>
      </w:r>
      <w:r>
        <w:rPr>
          <w:b w:val="0"/>
          <w:i w:val="0"/>
          <w:smallCaps w:val="0"/>
          <w:strike w:val="0"/>
          <w:sz w:val="22"/>
          <w:u w:val="single"/>
        </w:rPr>
        <w:t>the coloniality of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 its concomitant Eurocentrism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only national </w:t>
      </w:r>
      <w:r>
        <w:rPr>
          <w:b w:val="0"/>
          <w:i w:val="0"/>
          <w:smallCaps w:val="0"/>
          <w:strike w:val="0"/>
          <w:sz w:val="22"/>
          <w:u w:val="single"/>
        </w:rPr>
        <w:t>socialisms or forms of fascism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allow </w:t>
      </w:r>
      <w:r>
        <w:rPr>
          <w:b w:val="0"/>
          <w:i w:val="0"/>
          <w:smallCaps w:val="0"/>
          <w:strike w:val="0"/>
          <w:sz w:val="16"/>
          <w:u w:val="none"/>
        </w:rPr>
        <w:t>the "</w:t>
      </w:r>
      <w:r>
        <w:rPr>
          <w:b w:val="0"/>
          <w:i w:val="0"/>
          <w:smallCaps w:val="0"/>
          <w:strike w:val="0"/>
          <w:sz w:val="22"/>
          <w:u w:val="single"/>
        </w:rPr>
        <w:t>state of exception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continue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 define </w:t>
      </w:r>
      <w:r>
        <w:rPr>
          <w:b w:val="0"/>
          <w:i w:val="0"/>
          <w:smallCaps w:val="0"/>
          <w:strike w:val="0"/>
          <w:sz w:val="22"/>
          <w:u w:val="single"/>
        </w:rPr>
        <w:t>ordinary relations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this, </w:t>
      </w:r>
      <w:r>
        <w:rPr>
          <w:b w:val="0"/>
          <w:i w:val="0"/>
          <w:smallCaps w:val="0"/>
          <w:strike w:val="0"/>
          <w:sz w:val="22"/>
          <w:u w:val="single"/>
        </w:rPr>
        <w:t>our so-called postmodern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Race emerges within a permanent state of exception where forms of behavior that are legitimate in war become a natural part of the ordinary way of life. In that world, </w:t>
      </w:r>
      <w:r>
        <w:rPr>
          <w:b w:val="0"/>
          <w:i w:val="0"/>
          <w:smallCaps w:val="0"/>
          <w:strike w:val="0"/>
          <w:sz w:val="22"/>
          <w:u w:val="single"/>
        </w:rPr>
        <w:t>an otherwise extraordinary affair becomes the norm and living in it requires extraordinary effort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In the racial/ colonial world, </w:t>
      </w:r>
      <w:r>
        <w:rPr>
          <w:b w:val="0"/>
          <w:i w:val="0"/>
          <w:smallCaps w:val="0"/>
          <w:strike w:val="0"/>
          <w:sz w:val="22"/>
          <w:u w:val="single"/>
        </w:rPr>
        <w:t>the "hell" of war becomes a condition that defines the reality of racialized selves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Fanon referred to as the </w:t>
      </w:r>
      <w:r>
        <w:rPr>
          <w:b w:val="0"/>
          <w:i w:val="0"/>
          <w:smallCaps w:val="0"/>
          <w:strike w:val="0"/>
          <w:sz w:val="16"/>
          <w:u w:val="none"/>
        </w:rPr>
        <w:t>damnes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 la terre (</w:t>
      </w:r>
      <w:r>
        <w:rPr>
          <w:b/>
          <w:i w:val="0"/>
          <w:smallCaps w:val="0"/>
          <w:strike w:val="0"/>
          <w:sz w:val="22"/>
          <w:u w:val="single"/>
        </w:rPr>
        <w:t>condemned of the earth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damne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condemned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is a subject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who exists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permanent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"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hell</w:t>
      </w:r>
      <w:r>
        <w:rPr>
          <w:b w:val="0"/>
          <w:i w:val="0"/>
          <w:smallCaps w:val="0"/>
          <w:strike w:val="0"/>
          <w:sz w:val="22"/>
          <w:u w:val="single"/>
        </w:rPr>
        <w:t>,"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as such,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figure serves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as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main referent or liminal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other that guarantees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continued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affirmation of modernity </w:t>
      </w:r>
      <w:r>
        <w:rPr>
          <w:b w:val="0"/>
          <w:i w:val="0"/>
          <w:smallCaps w:val="0"/>
          <w:strike w:val="0"/>
          <w:sz w:val="22"/>
          <w:u w:val="single"/>
        </w:rPr>
        <w:t>as a paradigm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The hell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the condemned is </w:t>
      </w:r>
      <w:r>
        <w:rPr>
          <w:b w:val="0"/>
          <w:i w:val="0"/>
          <w:smallCaps w:val="0"/>
          <w:strike w:val="0"/>
          <w:sz w:val="22"/>
          <w:u w:val="single"/>
        </w:rPr>
        <w:t>not defined by the alienation of colonized productive forces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rather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signals the dispensability of racialized subjects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that is,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the idea that the world would be fundamentally better without them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racialized subject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ultimately </w:t>
      </w:r>
      <w:r>
        <w:rPr>
          <w:b w:val="0"/>
          <w:i w:val="0"/>
          <w:smallCaps w:val="0"/>
          <w:strike w:val="0"/>
          <w:sz w:val="22"/>
          <w:u w:val="single"/>
        </w:rPr>
        <w:t>a dispensable source of value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u w:val="single"/>
        </w:rPr>
        <w:t>exploitation is conceived in this context as due torture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</w:t>
      </w:r>
      <w:r>
        <w:rPr>
          <w:b w:val="0"/>
          <w:i w:val="0"/>
          <w:smallCaps w:val="0"/>
          <w:strike w:val="0"/>
          <w:sz w:val="22"/>
          <w:u w:val="single"/>
        </w:rPr>
        <w:t>solely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the extraction of surplus value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Moreover,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is this very same conception that gives rise to the </w:t>
      </w:r>
      <w:r>
        <w:rPr>
          <w:b w:val="0"/>
          <w:i w:val="0"/>
          <w:smallCaps w:val="0"/>
          <w:strike w:val="0"/>
          <w:sz w:val="22"/>
          <w:u w:val="single"/>
        </w:rPr>
        <w:t>particular erotic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dynamics that characterize the relation between the master and its slaves or racialized </w:t>
      </w:r>
      <w:r>
        <w:rPr>
          <w:b w:val="0"/>
          <w:i w:val="0"/>
          <w:smallCaps w:val="0"/>
          <w:strike w:val="0"/>
          <w:sz w:val="22"/>
          <w:u w:val="single"/>
        </w:rPr>
        <w:t>workers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condemned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short, </w:t>
      </w:r>
      <w:r>
        <w:rPr>
          <w:b w:val="0"/>
          <w:i w:val="0"/>
          <w:smallCaps w:val="0"/>
          <w:strike w:val="0"/>
          <w:sz w:val="22"/>
          <w:u w:val="single"/>
        </w:rPr>
        <w:t>inhabit a context in which the confrontation with death and murder is ordinary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Their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</w:t>
      </w:r>
      <w:r>
        <w:rPr>
          <w:b w:val="0"/>
          <w:i w:val="0"/>
          <w:smallCaps w:val="0"/>
          <w:strike w:val="0"/>
          <w:sz w:val="22"/>
          <w:u w:val="single"/>
        </w:rPr>
        <w:t>hell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</w:t>
      </w:r>
      <w:r>
        <w:rPr>
          <w:b w:val="0"/>
          <w:i w:val="0"/>
          <w:smallCaps w:val="0"/>
          <w:strike w:val="0"/>
          <w:sz w:val="22"/>
          <w:u w:val="single"/>
        </w:rPr>
        <w:t>is not simply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</w:t>
      </w:r>
      <w:r>
        <w:rPr>
          <w:b w:val="0"/>
          <w:i w:val="0"/>
          <w:smallCaps w:val="0"/>
          <w:strike w:val="0"/>
          <w:sz w:val="22"/>
          <w:u w:val="single"/>
        </w:rPr>
        <w:t>other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," as Sartre would have put it-at least at one point - 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racist perceptions that are responsible for the suspension of ethical behavior toward peoples at the bottom of the color 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Through racial conceptions that became central to the modern self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modernity and coloniality produced a permanent state of war that racialized and colonized subjects cannot evade or escape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modern function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race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the coloniality of power, I am suggesting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here, </w:t>
      </w:r>
      <w:r>
        <w:rPr>
          <w:b w:val="0"/>
          <w:i w:val="0"/>
          <w:smallCaps w:val="0"/>
          <w:strike w:val="0"/>
          <w:sz w:val="22"/>
          <w:u w:val="single"/>
        </w:rPr>
        <w:t>can be understood as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radicalization and </w:t>
      </w:r>
      <w:r>
        <w:rPr>
          <w:b w:val="0"/>
          <w:i w:val="0"/>
          <w:smallCaps w:val="0"/>
          <w:strike w:val="0"/>
          <w:sz w:val="22"/>
          <w:u w:val="single"/>
        </w:rPr>
        <w:t>naturalization of the non-ethics of war in colonialism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</w:t>
      </w:r>
      <w:r>
        <w:rPr>
          <w:b w:val="0"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non-ethics </w:t>
      </w:r>
      <w:r>
        <w:rPr>
          <w:b w:val="0"/>
          <w:i w:val="0"/>
          <w:smallCaps w:val="0"/>
          <w:strike w:val="0"/>
          <w:sz w:val="22"/>
          <w:u w:val="single"/>
        </w:rPr>
        <w:t>included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practices of eliminating and enslaving certain subjects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-for example, </w:t>
      </w:r>
      <w:r>
        <w:rPr>
          <w:b w:val="0"/>
          <w:i w:val="0"/>
          <w:smallCaps w:val="0"/>
          <w:strike w:val="0"/>
          <w:sz w:val="22"/>
          <w:u w:val="single"/>
        </w:rPr>
        <w:t>indigenous and black-as part of the enterprise of colonization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From here </w:t>
      </w:r>
      <w:r>
        <w:rPr>
          <w:b w:val="0"/>
          <w:i w:val="0"/>
          <w:smallCaps w:val="0"/>
          <w:strike w:val="0"/>
          <w:sz w:val="22"/>
          <w:u w:val="single"/>
        </w:rPr>
        <w:t>one could as well refer to them as the death ethics of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however, </w:t>
      </w:r>
      <w:r>
        <w:rPr>
          <w:b w:val="0"/>
          <w:i w:val="0"/>
          <w:smallCaps w:val="0"/>
          <w:strike w:val="0"/>
          <w:sz w:val="22"/>
          <w:u w:val="single"/>
        </w:rPr>
        <w:t>is not only about killing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enslaving; </w:t>
      </w:r>
      <w:r>
        <w:rPr>
          <w:b w:val="0"/>
          <w:i w:val="0"/>
          <w:smallCaps w:val="0"/>
          <w:strike w:val="0"/>
          <w:sz w:val="22"/>
          <w:u w:val="single"/>
        </w:rPr>
        <w:t>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includes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particular treatment of sexuality and femininity: </w:t>
      </w:r>
      <w:r>
        <w:rPr>
          <w:b w:val="0"/>
          <w:i w:val="0"/>
          <w:smallCaps w:val="0"/>
          <w:strike w:val="0"/>
          <w:sz w:val="22"/>
          <w:u w:val="single"/>
        </w:rPr>
        <w:t>rape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Coloniality is an order of things that places people of color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within </w:t>
      </w:r>
      <w:r>
        <w:rPr>
          <w:b w:val="0"/>
          <w:i w:val="0"/>
          <w:smallCaps w:val="0"/>
          <w:strike w:val="0"/>
          <w:sz w:val="22"/>
          <w:u w:val="single"/>
        </w:rPr>
        <w:t>the murderous and rapist view of a vigilant ego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 primary targets of this rape are women. But </w:t>
      </w:r>
      <w:r>
        <w:rPr>
          <w:b w:val="0"/>
          <w:i w:val="0"/>
          <w:smallCaps w:val="0"/>
          <w:strike w:val="0"/>
          <w:sz w:val="22"/>
          <w:u w:val="single"/>
        </w:rPr>
        <w:t>men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color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seen through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</w:t>
      </w:r>
      <w:r>
        <w:rPr>
          <w:b w:val="0"/>
          <w:i w:val="0"/>
          <w:smallCaps w:val="0"/>
          <w:strike w:val="0"/>
          <w:sz w:val="22"/>
          <w:u w:val="single"/>
        </w:rPr>
        <w:t>lenses and feminized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to become fundamentally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penetrable subjects for the ego </w:t>
      </w:r>
      <w:r>
        <w:rPr>
          <w:b w:val="0"/>
          <w:i w:val="0"/>
          <w:smallCaps w:val="0"/>
          <w:strike w:val="0"/>
          <w:sz w:val="22"/>
          <w:u w:val="single"/>
        </w:rPr>
        <w:t>conquiro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Racialization functions through gender </w:t>
      </w:r>
      <w:r>
        <w:rPr>
          <w:b w:val="0"/>
          <w:i w:val="0"/>
          <w:smallCaps w:val="0"/>
          <w:strike w:val="0"/>
          <w:sz w:val="22"/>
          <w:u w:val="single"/>
        </w:rPr>
        <w:t>and sex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/>
          <w:i w:val="0"/>
          <w:smallCaps w:val="0"/>
          <w:strike w:val="0"/>
          <w:sz w:val="22"/>
          <w:u w:val="single"/>
        </w:rPr>
        <w:t>the ego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conquiro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thereby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constitutively </w:t>
      </w:r>
      <w:r>
        <w:rPr>
          <w:b/>
          <w:i w:val="0"/>
          <w:smallCaps w:val="0"/>
          <w:strike w:val="0"/>
          <w:sz w:val="22"/>
          <w:u w:val="single"/>
        </w:rPr>
        <w:t>a phallic ego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well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Dussel. who presents this thesis of the phallic character of the ego cogito, also makes links, albeit indirectly, </w:t>
      </w:r>
      <w:r>
        <w:rPr>
          <w:b w:val="0"/>
          <w:i w:val="0"/>
          <w:smallCaps w:val="0"/>
          <w:strike w:val="0"/>
          <w:sz w:val="22"/>
          <w:u w:val="single"/>
        </w:rPr>
        <w:t>with the reality of war</w:t>
      </w:r>
      <w:r>
        <w:rPr>
          <w:b w:val="0"/>
          <w:i w:val="0"/>
          <w:smallCaps w:val="0"/>
          <w:strike w:val="0"/>
          <w:sz w:val="16"/>
          <w:u w:val="none"/>
        </w:rPr>
        <w:t>. And thus,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beginning of modernity, before Descartes discovered ... a terrifying anthropological dualism in Europe, the Spanish conquistadors arrived in America. The phallic conception of the European-medieval world is now added to the forms of submission of the vanquished Indians. "</w:t>
      </w:r>
      <w:r>
        <w:rPr>
          <w:b w:val="0"/>
          <w:i w:val="0"/>
          <w:smallCaps w:val="0"/>
          <w:strike w:val="0"/>
          <w:sz w:val="22"/>
          <w:u w:val="single"/>
        </w:rPr>
        <w:t>Males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," Bartolome de las Casas writes, </w:t>
      </w:r>
      <w:r>
        <w:rPr>
          <w:b w:val="0"/>
          <w:i w:val="0"/>
          <w:smallCaps w:val="0"/>
          <w:strike w:val="0"/>
          <w:sz w:val="22"/>
          <w:u w:val="single"/>
        </w:rPr>
        <w:t>are reduced through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</w:t>
      </w:r>
      <w:r>
        <w:rPr>
          <w:b w:val="0"/>
          <w:i w:val="0"/>
          <w:smallCaps w:val="0"/>
          <w:strike w:val="0"/>
          <w:sz w:val="22"/>
          <w:u w:val="single"/>
        </w:rPr>
        <w:t>the hardest, most horrible, and harshest serfdom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"; but this only occurs </w:t>
      </w:r>
      <w:r>
        <w:rPr>
          <w:b w:val="0"/>
          <w:i w:val="0"/>
          <w:smallCaps w:val="0"/>
          <w:strike w:val="0"/>
          <w:sz w:val="22"/>
          <w:u w:val="single"/>
        </w:rPr>
        <w:t>with those who have remained alive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because </w:t>
      </w:r>
      <w:r>
        <w:rPr>
          <w:b w:val="0"/>
          <w:i w:val="0"/>
          <w:smallCaps w:val="0"/>
          <w:strike w:val="0"/>
          <w:sz w:val="22"/>
          <w:u w:val="single"/>
        </w:rPr>
        <w:t>many of them have died</w:t>
      </w:r>
      <w:r>
        <w:rPr>
          <w:b w:val="0"/>
          <w:i w:val="0"/>
          <w:smallCaps w:val="0"/>
          <w:strike w:val="0"/>
          <w:sz w:val="16"/>
          <w:u w:val="none"/>
        </w:rPr>
        <w:t>; however, "</w:t>
      </w:r>
      <w:r>
        <w:rPr>
          <w:b w:val="0"/>
          <w:i w:val="0"/>
          <w:smallCaps w:val="0"/>
          <w:strike w:val="0"/>
          <w:sz w:val="22"/>
          <w:u w:val="single"/>
        </w:rPr>
        <w:t>in war typically they only leave alive young men (mozos) and women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.""5 The </w:t>
      </w:r>
      <w:r>
        <w:rPr>
          <w:b w:val="0"/>
          <w:i w:val="0"/>
          <w:smallCaps w:val="0"/>
          <w:strike w:val="0"/>
          <w:sz w:val="22"/>
          <w:u w:val="single"/>
        </w:rPr>
        <w:t>indigenous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survive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massacre or are left alive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have </w:t>
      </w:r>
      <w:r>
        <w:rPr>
          <w:b w:val="0"/>
          <w:i w:val="0"/>
          <w:smallCaps w:val="0"/>
          <w:strike w:val="0"/>
          <w:sz w:val="22"/>
          <w:u w:val="single"/>
        </w:rPr>
        <w:t>to contend with a world that considers them to be dispensable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since </w:t>
      </w:r>
      <w:r>
        <w:rPr>
          <w:b/>
          <w:i w:val="0"/>
          <w:smallCaps w:val="0"/>
          <w:strike w:val="0"/>
          <w:sz w:val="22"/>
          <w:u w:val="single"/>
        </w:rPr>
        <w:t xml:space="preserve">their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bodies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been conceived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as </w:t>
      </w:r>
      <w:r>
        <w:rPr>
          <w:b w:val="0"/>
          <w:i w:val="0"/>
          <w:smallCaps w:val="0"/>
          <w:strike w:val="0"/>
          <w:sz w:val="22"/>
          <w:u w:val="single"/>
        </w:rPr>
        <w:t>inherently inferior or violent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must be constantly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subdued or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civilized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which requires renewed acts of conquest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 colonization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survivors continue to live in a world defined by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u w:val="single"/>
        </w:rPr>
        <w:t>this situation is peculiar in the case of women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Denean Sharpley-Whiting and Renee T, White put it in the preface to their anthology Spoils </w:t>
      </w:r>
      <w:r>
        <w:rPr>
          <w:b w:val="0"/>
          <w:i w:val="0"/>
          <w:smallCaps w:val="0"/>
          <w:strike w:val="0"/>
          <w:sz w:val="16"/>
          <w:u w:val="none"/>
        </w:rPr>
        <w:t>oJ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War: Women </w:t>
      </w:r>
      <w:r>
        <w:rPr>
          <w:b w:val="0"/>
          <w:i w:val="0"/>
          <w:smallCaps w:val="0"/>
          <w:strike w:val="0"/>
          <w:sz w:val="16"/>
          <w:u w:val="none"/>
        </w:rPr>
        <w:t>oJ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Color, Cultures, and Revolutions: A sexist and/or racist patriarchal culture and order posts and attempts to maintain, through violent acts of </w:t>
      </w:r>
      <w:r>
        <w:rPr>
          <w:b w:val="0"/>
          <w:i w:val="0"/>
          <w:smallCaps w:val="0"/>
          <w:strike w:val="0"/>
          <w:sz w:val="16"/>
          <w:u w:val="none"/>
        </w:rPr>
        <w:t>force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necessary, the subjugation and inferiority of women of color. As Joy James notes, "</w:t>
      </w:r>
      <w:r>
        <w:rPr>
          <w:b w:val="0"/>
          <w:i w:val="0"/>
          <w:smallCaps w:val="0"/>
          <w:strike w:val="0"/>
          <w:sz w:val="22"/>
          <w:u w:val="single"/>
        </w:rPr>
        <w:t>its explicit, general premise constructs a conceptual framework of male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[and/or white]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normative in order to enforce a </w:t>
      </w:r>
      <w:r>
        <w:rPr>
          <w:b w:val="0"/>
          <w:i w:val="0"/>
          <w:smallCaps w:val="0"/>
          <w:strike w:val="0"/>
          <w:sz w:val="22"/>
          <w:u w:val="single"/>
        </w:rPr>
        <w:t>politicaljracial</w:t>
      </w:r>
      <w:r>
        <w:rPr>
          <w:b w:val="0"/>
          <w:i w:val="0"/>
          <w:smallCaps w:val="0"/>
          <w:strike w:val="0"/>
          <w:sz w:val="22"/>
          <w:u w:val="single"/>
        </w:rPr>
        <w:t>, economic, cultural. sexual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22"/>
          <w:u w:val="single"/>
        </w:rPr>
        <w:t>and intellectual mandate of male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[and/or </w:t>
      </w:r>
      <w:r>
        <w:rPr>
          <w:b w:val="0"/>
          <w:i w:val="0"/>
          <w:smallCaps w:val="0"/>
          <w:strike w:val="0"/>
          <w:sz w:val="22"/>
          <w:u w:val="single"/>
        </w:rPr>
        <w:t>white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22"/>
          <w:u w:val="single"/>
        </w:rPr>
        <w:t>as superior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</w:t>
      </w:r>
    </w:p>
    <w:p>
      <w:pPr>
        <w:pStyle w:val="Caption"/>
      </w:pPr>
      <w:r>
        <w:t>Source: Racial Cap Link Supplement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