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AI </w:t>
      </w:r>
      <w:r>
        <w:rPr>
          <w:b/>
          <w:i w:val="0"/>
          <w:smallCaps w:val="0"/>
          <w:strike w:val="0"/>
          <w:sz w:val="26"/>
          <w:u w:val="none"/>
        </w:rPr>
        <w:t xml:space="preserve">is notoriously unreliable – data manipulation </w:t>
      </w:r>
      <w:r>
        <w:rPr>
          <w:b/>
          <w:i w:val="0"/>
          <w:smallCaps w:val="0"/>
          <w:strike w:val="0"/>
          <w:sz w:val="26"/>
          <w:u w:val="none"/>
        </w:rPr>
        <w:t xml:space="preserve">causes </w:t>
      </w:r>
      <w:r>
        <w:rPr>
          <w:b/>
          <w:i w:val="0"/>
          <w:smallCaps w:val="0"/>
          <w:strike w:val="0"/>
          <w:sz w:val="26"/>
          <w:u w:val="none"/>
        </w:rPr>
        <w:t>extinction</w:t>
      </w:r>
      <w:r>
        <w:rPr>
          <w:b/>
          <w:i w:val="0"/>
          <w:smallCaps w:val="0"/>
          <w:strike w:val="0"/>
          <w:sz w:val="26"/>
          <w:u w:val="none"/>
        </w:rPr>
        <w:t xml:space="preserve"> </w:t>
      </w:r>
    </w:p>
    <w:p>
      <w:pPr>
        <w:spacing w:after="80"/>
      </w:pPr>
      <w:r>
        <w:rPr>
          <w:b/>
          <w:i w:val="0"/>
          <w:smallCaps w:val="0"/>
          <w:strike w:val="0"/>
          <w:sz w:val="26"/>
          <w:u w:val="none"/>
        </w:rPr>
        <w:t>Urwin</w:t>
      </w:r>
      <w:r>
        <w:rPr>
          <w:b/>
          <w:i w:val="0"/>
          <w:smallCaps w:val="0"/>
          <w:strike w:val="0"/>
          <w:sz w:val="26"/>
          <w:u w:val="none"/>
        </w:rPr>
        <w:t xml:space="preserve"> ’24</w:t>
      </w:r>
      <w:r>
        <w:rPr>
          <w:b w:val="0"/>
          <w:i w:val="0"/>
          <w:smallCaps w:val="0"/>
          <w:strike w:val="0"/>
          <w:sz w:val="22"/>
          <w:u w:val="none"/>
        </w:rPr>
        <w:t xml:space="preserve"> – (Matthew, Built In staff reporter who has written for The HOTH, CKA Content and Cox </w:t>
      </w:r>
      <w:r>
        <w:rPr>
          <w:b w:val="0"/>
          <w:i w:val="0"/>
          <w:smallCaps w:val="0"/>
          <w:strike w:val="0"/>
          <w:sz w:val="22"/>
          <w:u w:val="none"/>
        </w:rPr>
        <w:t>Authomotive</w:t>
      </w:r>
      <w:r>
        <w:rPr>
          <w:b w:val="0"/>
          <w:i w:val="0"/>
          <w:smallCaps w:val="0"/>
          <w:strike w:val="0"/>
          <w:sz w:val="22"/>
          <w:u w:val="none"/>
        </w:rPr>
        <w:t xml:space="preserve">, covering solar energy, auto repairs, business technology and other topics, with a degree in English literature with minors in professional writing and comparative studies form Ohio state, “14 Risks and Dangers of Artificial Intelligence”, 07-25-2024, Built In, https://builtin.com/artificial-intelligence/risks-of-artificial-intelligence)  </w:t>
      </w:r>
    </w:p>
    <w:p>
      <w:pPr>
        <w:spacing w:after="60"/>
      </w:pPr>
      <w:r>
        <w:rPr>
          <w:b w:val="0"/>
          <w:i w:val="0"/>
          <w:smallCaps w:val="0"/>
          <w:strike w:val="0"/>
          <w:sz w:val="22"/>
          <w:highlight w:val="cyan"/>
          <w:u w:val="single"/>
        </w:rPr>
        <w:t>AI</w:t>
      </w:r>
      <w:r>
        <w:rPr>
          <w:b w:val="0"/>
          <w:i w:val="0"/>
          <w:smallCaps w:val="0"/>
          <w:strike w:val="0"/>
          <w:sz w:val="16"/>
          <w:u w:val="none"/>
        </w:rPr>
        <w:t xml:space="preserve"> and deep learning models can be difficult to understand, even for those who work directly with the technology. This </w:t>
      </w:r>
      <w:r>
        <w:rPr>
          <w:b w:val="0"/>
          <w:i w:val="0"/>
          <w:smallCaps w:val="0"/>
          <w:strike w:val="0"/>
          <w:sz w:val="22"/>
          <w:u w:val="single"/>
        </w:rPr>
        <w:t xml:space="preserve">leads to a lack of transparency for how and why AI comes to its conclusions, creating a lack of explanation for what data AI algorithms use, or why they may </w:t>
      </w:r>
      <w:r>
        <w:rPr>
          <w:b w:val="0"/>
          <w:i w:val="0"/>
          <w:smallCaps w:val="0"/>
          <w:strike w:val="0"/>
          <w:sz w:val="22"/>
          <w:highlight w:val="cyan"/>
          <w:u w:val="single"/>
        </w:rPr>
        <w:t>make biased or unsafe decisions</w:t>
      </w:r>
      <w:r>
        <w:rPr>
          <w:b w:val="0"/>
          <w:i w:val="0"/>
          <w:smallCaps w:val="0"/>
          <w:strike w:val="0"/>
          <w:sz w:val="22"/>
          <w:u w:val="single"/>
        </w:rPr>
        <w:t>.</w:t>
      </w:r>
      <w:r>
        <w:rPr>
          <w:b w:val="0"/>
          <w:i w:val="0"/>
          <w:smallCaps w:val="0"/>
          <w:strike w:val="0"/>
          <w:sz w:val="16"/>
          <w:u w:val="none"/>
        </w:rPr>
        <w:t xml:space="preserve"> These concerns have given rise to the use of explainable AI, but there’s still a long way before transparent AI systems become common practice.</w:t>
      </w:r>
    </w:p>
    <w:p>
      <w:pPr>
        <w:spacing w:after="60"/>
      </w:pPr>
      <w:r>
        <w:rPr>
          <w:b w:val="0"/>
          <w:i w:val="0"/>
          <w:smallCaps w:val="0"/>
          <w:strike w:val="0"/>
          <w:sz w:val="16"/>
          <w:u w:val="none"/>
        </w:rPr>
        <w:t xml:space="preserve">To make matters worse, AI companies continue to remain tight-lipped about their products. Former employees of </w:t>
      </w:r>
      <w:r>
        <w:rPr>
          <w:b w:val="0"/>
          <w:i w:val="0"/>
          <w:smallCaps w:val="0"/>
          <w:strike w:val="0"/>
          <w:sz w:val="16"/>
          <w:u w:val="none"/>
        </w:rPr>
        <w:t>OpenAI</w:t>
      </w:r>
      <w:r>
        <w:rPr>
          <w:b w:val="0"/>
          <w:i w:val="0"/>
          <w:smallCaps w:val="0"/>
          <w:strike w:val="0"/>
          <w:sz w:val="16"/>
          <w:u w:val="none"/>
        </w:rPr>
        <w:t xml:space="preserve"> and Google DeepMind have accused both companies of concealing the potential dangers of their AI tools. This secrecy leaves the </w:t>
      </w:r>
      <w:r>
        <w:rPr>
          <w:b w:val="0"/>
          <w:i w:val="0"/>
          <w:smallCaps w:val="0"/>
          <w:strike w:val="0"/>
          <w:sz w:val="16"/>
          <w:u w:val="none"/>
        </w:rPr>
        <w:t>general public</w:t>
      </w:r>
      <w:r>
        <w:rPr>
          <w:b w:val="0"/>
          <w:i w:val="0"/>
          <w:smallCaps w:val="0"/>
          <w:strike w:val="0"/>
          <w:sz w:val="16"/>
          <w:u w:val="none"/>
        </w:rPr>
        <w:t xml:space="preserve"> unaware of possible threats and makes it difficult for lawmakers to take proactive measures ensuring AI is developed responsibly. </w:t>
      </w:r>
    </w:p>
    <w:p>
      <w:pPr>
        <w:spacing w:after="60"/>
      </w:pPr>
      <w:r>
        <w:rPr>
          <w:b w:val="0"/>
          <w:i w:val="0"/>
          <w:smallCaps w:val="0"/>
          <w:strike w:val="0"/>
          <w:sz w:val="16"/>
          <w:u w:val="none"/>
        </w:rPr>
        <w:t xml:space="preserve">AI-powered job automation is a pressing concern as the technology is adopted in industries like marketing, </w:t>
      </w:r>
      <w:r>
        <w:rPr>
          <w:b w:val="0"/>
          <w:i w:val="0"/>
          <w:smallCaps w:val="0"/>
          <w:strike w:val="0"/>
          <w:sz w:val="16"/>
          <w:u w:val="none"/>
        </w:rPr>
        <w:t>manufacturing</w:t>
      </w:r>
      <w:r>
        <w:rPr>
          <w:b w:val="0"/>
          <w:i w:val="0"/>
          <w:smallCaps w:val="0"/>
          <w:strike w:val="0"/>
          <w:sz w:val="16"/>
          <w:u w:val="none"/>
        </w:rPr>
        <w:t xml:space="preserve"> and healthcare. By 2030, tasks that account for up to 30 percent of hours currently being worked in the U.S. economy could be automated — with Black and Hispanic employees left especially vulnerable to the change — according to McKinsey. Goldman Sachs even states 300 million full-time jobs could be lost to AI automation.</w:t>
      </w:r>
    </w:p>
    <w:p>
      <w:pPr>
        <w:spacing w:after="60"/>
      </w:pPr>
      <w:r>
        <w:rPr>
          <w:b w:val="0"/>
          <w:i w:val="0"/>
          <w:smallCaps w:val="0"/>
          <w:strike w:val="0"/>
          <w:sz w:val="16"/>
          <w:u w:val="none"/>
        </w:rPr>
        <w:t>“The reason we have a low unemployment rate, which doesn’t actually capture people that aren’t looking for work, is largely that lower-wage service sector jobs have been pretty robustly created by this economy,” futurist Martin Ford told Built In. With AI on the rise, though, “I don’t think that’s going to continue.”</w:t>
      </w:r>
    </w:p>
    <w:p>
      <w:pPr>
        <w:spacing w:after="60"/>
      </w:pPr>
      <w:r>
        <w:rPr>
          <w:b w:val="0"/>
          <w:i w:val="0"/>
          <w:smallCaps w:val="0"/>
          <w:strike w:val="0"/>
          <w:sz w:val="16"/>
          <w:u w:val="none"/>
        </w:rPr>
        <w:t>As AI robots become smarter and more dexterous, the same tasks will require fewer humans. And while AI is estimated to create 97 million new jobs by 2025, many employees won’t have the skills needed for these technical roles and could get left behind if companies don’t upskill their workforces.</w:t>
      </w:r>
    </w:p>
    <w:p>
      <w:pPr>
        <w:spacing w:after="60"/>
      </w:pPr>
      <w:r>
        <w:rPr>
          <w:b w:val="0"/>
          <w:i w:val="0"/>
          <w:smallCaps w:val="0"/>
          <w:strike w:val="0"/>
          <w:sz w:val="16"/>
          <w:u w:val="none"/>
        </w:rPr>
        <w:t>“If you’re flipping burgers at McDonald’s and more automation comes in, is one of these new jobs going to be a good match for you</w:t>
      </w:r>
      <w:r>
        <w:rPr>
          <w:b w:val="0"/>
          <w:i w:val="0"/>
          <w:smallCaps w:val="0"/>
          <w:strike w:val="0"/>
          <w:sz w:val="12"/>
          <w:u w:val="none"/>
        </w:rPr>
        <w:t>?</w:t>
      </w:r>
      <w:r>
        <w:rPr>
          <w:b w:val="0"/>
          <w:i w:val="0"/>
          <w:smallCaps w:val="0"/>
          <w:strike w:val="0"/>
          <w:sz w:val="16"/>
          <w:u w:val="none"/>
        </w:rPr>
        <w:t xml:space="preserve">” Ford said. “Or is it likely that the new job requires lots of education or training or maybe even intrinsic talents — </w:t>
      </w:r>
      <w:r>
        <w:rPr>
          <w:b w:val="0"/>
          <w:i w:val="0"/>
          <w:smallCaps w:val="0"/>
          <w:strike w:val="0"/>
          <w:sz w:val="16"/>
          <w:u w:val="none"/>
        </w:rPr>
        <w:t>really strong</w:t>
      </w:r>
      <w:r>
        <w:rPr>
          <w:b w:val="0"/>
          <w:i w:val="0"/>
          <w:smallCaps w:val="0"/>
          <w:strike w:val="0"/>
          <w:sz w:val="16"/>
          <w:u w:val="none"/>
        </w:rPr>
        <w:t xml:space="preserve"> interpersonal skills or creativity — that you might not have</w:t>
      </w:r>
      <w:r>
        <w:rPr>
          <w:b w:val="0"/>
          <w:i w:val="0"/>
          <w:smallCaps w:val="0"/>
          <w:strike w:val="0"/>
          <w:sz w:val="12"/>
          <w:u w:val="none"/>
        </w:rPr>
        <w:t>?</w:t>
      </w:r>
      <w:r>
        <w:rPr>
          <w:b w:val="0"/>
          <w:i w:val="0"/>
          <w:smallCaps w:val="0"/>
          <w:strike w:val="0"/>
          <w:sz w:val="16"/>
          <w:u w:val="none"/>
        </w:rPr>
        <w:t xml:space="preserve"> Because those are the things that, at least so far, computers are not very good at.”</w:t>
      </w:r>
    </w:p>
    <w:p>
      <w:pPr>
        <w:spacing w:after="60"/>
      </w:pPr>
      <w:r>
        <w:rPr>
          <w:b w:val="0"/>
          <w:i w:val="0"/>
          <w:smallCaps w:val="0"/>
          <w:strike w:val="0"/>
          <w:sz w:val="16"/>
          <w:u w:val="none"/>
        </w:rPr>
        <w:t>As technology strategist Chris Messina has pointed out, fields like law and accounting are primed for an AI takeover as well. In fact, Messina said, some of them may well be decimated. AI already is having a significant impact on medicine. Law and accounting are next, Messina said, the former being poised for “a massive shakeup.”</w:t>
      </w:r>
    </w:p>
    <w:p>
      <w:pPr>
        <w:spacing w:after="60"/>
      </w:pPr>
      <w:r>
        <w:rPr>
          <w:b w:val="0"/>
          <w:i w:val="0"/>
          <w:smallCaps w:val="0"/>
          <w:strike w:val="0"/>
          <w:sz w:val="16"/>
          <w:u w:val="none"/>
        </w:rPr>
        <w:t xml:space="preserve">“It’s a lot of attorneys reading through a lot of information — hundreds or thousands of pages of data and documents. It’s </w:t>
      </w:r>
      <w:r>
        <w:rPr>
          <w:b w:val="0"/>
          <w:i w:val="0"/>
          <w:smallCaps w:val="0"/>
          <w:strike w:val="0"/>
          <w:sz w:val="16"/>
          <w:u w:val="none"/>
        </w:rPr>
        <w:t>really easy</w:t>
      </w:r>
      <w:r>
        <w:rPr>
          <w:b w:val="0"/>
          <w:i w:val="0"/>
          <w:smallCaps w:val="0"/>
          <w:strike w:val="0"/>
          <w:sz w:val="16"/>
          <w:u w:val="none"/>
        </w:rPr>
        <w:t xml:space="preserve"> to miss things,” Messina said. “</w:t>
      </w:r>
      <w:r>
        <w:rPr>
          <w:b w:val="0"/>
          <w:i w:val="0"/>
          <w:smallCaps w:val="0"/>
          <w:strike w:val="0"/>
          <w:sz w:val="16"/>
          <w:u w:val="none"/>
        </w:rPr>
        <w:t>So</w:t>
      </w:r>
      <w:r>
        <w:rPr>
          <w:b w:val="0"/>
          <w:i w:val="0"/>
          <w:smallCaps w:val="0"/>
          <w:strike w:val="0"/>
          <w:sz w:val="16"/>
          <w:u w:val="none"/>
        </w:rPr>
        <w:t xml:space="preserve"> AI that has the ability to comb through and comprehensively deliver the best possible contract for the outcome you’re trying to achieve is probably going to replace a lot of corporate attorneys.”</w:t>
      </w:r>
    </w:p>
    <w:p>
      <w:pPr>
        <w:spacing w:after="60"/>
      </w:pPr>
      <w:r>
        <w:rPr>
          <w:b w:val="0"/>
          <w:i w:val="0"/>
          <w:smallCaps w:val="0"/>
          <w:strike w:val="0"/>
          <w:sz w:val="16"/>
          <w:u w:val="none"/>
        </w:rPr>
        <w:t xml:space="preserve">Social manipulation also stands as a danger of artificial intelligence. This fear has become a reality as politicians rely on platforms to promote their viewpoints, with one example being Ferdinand Marcos, Jr., wielding a TikTok troll army to capture the votes of younger Filipinos during the Philippines’ 2022 election. </w:t>
      </w:r>
    </w:p>
    <w:p>
      <w:pPr>
        <w:spacing w:after="60"/>
      </w:pPr>
      <w:r>
        <w:rPr>
          <w:b w:val="0"/>
          <w:i w:val="0"/>
          <w:smallCaps w:val="0"/>
          <w:strike w:val="0"/>
          <w:sz w:val="16"/>
          <w:u w:val="none"/>
        </w:rPr>
        <w:t xml:space="preserve">TikTok, which is just one example of a social media platform that relies on AI algorithms, fills a user’s feed with content related to previous media they’ve viewed on the platform. Criticism of the app targets this process and the algorithm’s failure to filter out harmful and inaccurate content, raising concerns over TikTok’s ability to protect its users from misleading information. </w:t>
      </w:r>
    </w:p>
    <w:p>
      <w:pPr>
        <w:spacing w:after="60"/>
      </w:pPr>
      <w:r>
        <w:rPr>
          <w:b w:val="0"/>
          <w:i w:val="0"/>
          <w:smallCaps w:val="0"/>
          <w:strike w:val="0"/>
          <w:sz w:val="16"/>
          <w:u w:val="none"/>
        </w:rPr>
        <w:t xml:space="preserve">Online media and news have become even murkier </w:t>
      </w:r>
      <w:r>
        <w:rPr>
          <w:b w:val="0"/>
          <w:i w:val="0"/>
          <w:smallCaps w:val="0"/>
          <w:strike w:val="0"/>
          <w:sz w:val="16"/>
          <w:u w:val="none"/>
        </w:rPr>
        <w:t>in light of</w:t>
      </w:r>
      <w:r>
        <w:rPr>
          <w:b w:val="0"/>
          <w:i w:val="0"/>
          <w:smallCaps w:val="0"/>
          <w:strike w:val="0"/>
          <w:sz w:val="16"/>
          <w:u w:val="none"/>
        </w:rPr>
        <w:t xml:space="preserve"> AI-generated images and videos, AI voice changers as well as deepfakes infiltrating political and social spheres. These technologies make it easy to create realistic photos, videos, audio clips or replace the image of one figure with another in an existing picture or video. As a result, </w:t>
      </w:r>
      <w:r>
        <w:rPr>
          <w:b w:val="0"/>
          <w:i w:val="0"/>
          <w:smallCaps w:val="0"/>
          <w:strike w:val="0"/>
          <w:sz w:val="22"/>
          <w:u w:val="single"/>
        </w:rPr>
        <w:t xml:space="preserve">bad actors have another avenue for </w:t>
      </w:r>
      <w:r>
        <w:rPr>
          <w:b w:val="0"/>
          <w:i w:val="0"/>
          <w:smallCaps w:val="0"/>
          <w:strike w:val="0"/>
          <w:sz w:val="22"/>
          <w:highlight w:val="cyan"/>
          <w:u w:val="single"/>
        </w:rPr>
        <w:t>sharing misinformation and war propaganda</w:t>
      </w:r>
      <w:r>
        <w:rPr>
          <w:b w:val="0"/>
          <w:i w:val="0"/>
          <w:smallCaps w:val="0"/>
          <w:strike w:val="0"/>
          <w:sz w:val="22"/>
          <w:u w:val="single"/>
        </w:rPr>
        <w:t xml:space="preserve">, </w:t>
      </w:r>
      <w:r>
        <w:rPr>
          <w:b w:val="0"/>
          <w:i w:val="0"/>
          <w:smallCaps w:val="0"/>
          <w:strike w:val="0"/>
          <w:sz w:val="22"/>
          <w:highlight w:val="cyan"/>
          <w:u w:val="single"/>
        </w:rPr>
        <w:t>creating a nightmare scenario where it can be nearly impossible to distinguish between credible and faulty news.</w:t>
      </w:r>
    </w:p>
    <w:p>
      <w:pPr>
        <w:spacing w:after="60"/>
      </w:pPr>
      <w:r>
        <w:rPr>
          <w:b w:val="0"/>
          <w:i w:val="0"/>
          <w:smallCaps w:val="0"/>
          <w:strike w:val="0"/>
          <w:sz w:val="22"/>
          <w:highlight w:val="cyan"/>
          <w:u w:val="single"/>
        </w:rPr>
        <w:t>“No one knows what’s real and what’s not,”</w:t>
      </w:r>
      <w:r>
        <w:rPr>
          <w:b w:val="0"/>
          <w:i w:val="0"/>
          <w:smallCaps w:val="0"/>
          <w:strike w:val="0"/>
          <w:sz w:val="16"/>
          <w:u w:val="none"/>
        </w:rPr>
        <w:t xml:space="preserve"> Ford said. “You literally cannot believe your own eyes and ears; you can’t rely on what, historically, we’ve considered to be the best possible evidence ... That’s going to be a huge issue.”</w:t>
      </w:r>
    </w:p>
    <w:p>
      <w:pPr>
        <w:spacing w:after="60"/>
      </w:pPr>
      <w:r>
        <w:rPr>
          <w:b w:val="0"/>
          <w:i w:val="0"/>
          <w:smallCaps w:val="0"/>
          <w:strike w:val="0"/>
          <w:sz w:val="16"/>
          <w:u w:val="none"/>
        </w:rPr>
        <w:t xml:space="preserve">In addition to its more existential threat, Ford is focused on the way AI will adversely affect privacy and security. A prime example is China’s use of facial recognition technology in offices, </w:t>
      </w:r>
      <w:r>
        <w:rPr>
          <w:b w:val="0"/>
          <w:i w:val="0"/>
          <w:smallCaps w:val="0"/>
          <w:strike w:val="0"/>
          <w:sz w:val="16"/>
          <w:u w:val="none"/>
        </w:rPr>
        <w:t>schools</w:t>
      </w:r>
      <w:r>
        <w:rPr>
          <w:b w:val="0"/>
          <w:i w:val="0"/>
          <w:smallCaps w:val="0"/>
          <w:strike w:val="0"/>
          <w:sz w:val="16"/>
          <w:u w:val="none"/>
        </w:rPr>
        <w:t xml:space="preserve"> and other venues. Besides tracking a person’s movements, the Chinese government may be able to gather enough data to monitor a person’s activities, </w:t>
      </w:r>
      <w:r>
        <w:rPr>
          <w:b w:val="0"/>
          <w:i w:val="0"/>
          <w:smallCaps w:val="0"/>
          <w:strike w:val="0"/>
          <w:sz w:val="16"/>
          <w:u w:val="none"/>
        </w:rPr>
        <w:t>relationships</w:t>
      </w:r>
      <w:r>
        <w:rPr>
          <w:b w:val="0"/>
          <w:i w:val="0"/>
          <w:smallCaps w:val="0"/>
          <w:strike w:val="0"/>
          <w:sz w:val="16"/>
          <w:u w:val="none"/>
        </w:rPr>
        <w:t xml:space="preserve"> and political views. </w:t>
      </w:r>
    </w:p>
    <w:p>
      <w:pPr>
        <w:spacing w:after="60"/>
      </w:pPr>
      <w:r>
        <w:rPr>
          <w:b w:val="0"/>
          <w:i w:val="0"/>
          <w:smallCaps w:val="0"/>
          <w:strike w:val="0"/>
          <w:sz w:val="16"/>
          <w:u w:val="none"/>
        </w:rPr>
        <w:t xml:space="preserve">Another example is </w:t>
      </w:r>
      <w:r>
        <w:rPr>
          <w:b w:val="0"/>
          <w:i w:val="0"/>
          <w:smallCaps w:val="0"/>
          <w:strike w:val="0"/>
          <w:sz w:val="22"/>
          <w:highlight w:val="cyan"/>
          <w:u w:val="single"/>
        </w:rPr>
        <w:t>U.S. police departments</w:t>
      </w:r>
      <w:r>
        <w:rPr>
          <w:b w:val="0"/>
          <w:i w:val="0"/>
          <w:smallCaps w:val="0"/>
          <w:strike w:val="0"/>
          <w:sz w:val="16"/>
          <w:u w:val="none"/>
        </w:rPr>
        <w:t xml:space="preserve"> embracing predictive policing algorithms to anticipate where crimes will occur. The problem is that these algorithms are influenced by arrest rates, which disproportionately impact Black communities. Police departments then double down on these communities, leading to over-policing and </w:t>
      </w:r>
      <w:r>
        <w:rPr>
          <w:b w:val="0"/>
          <w:i w:val="0"/>
          <w:smallCaps w:val="0"/>
          <w:strike w:val="0"/>
          <w:sz w:val="22"/>
          <w:highlight w:val="cyan"/>
          <w:u w:val="single"/>
        </w:rPr>
        <w:t>question</w:t>
      </w:r>
      <w:r>
        <w:rPr>
          <w:b w:val="0"/>
          <w:i w:val="0"/>
          <w:smallCaps w:val="0"/>
          <w:strike w:val="0"/>
          <w:sz w:val="16"/>
          <w:u w:val="none"/>
        </w:rPr>
        <w:t xml:space="preserve">s </w:t>
      </w:r>
      <w:r>
        <w:rPr>
          <w:b w:val="0"/>
          <w:i w:val="0"/>
          <w:smallCaps w:val="0"/>
          <w:strike w:val="0"/>
          <w:sz w:val="22"/>
          <w:u w:val="single"/>
        </w:rPr>
        <w:t xml:space="preserve">over </w:t>
      </w:r>
      <w:r>
        <w:rPr>
          <w:b w:val="0"/>
          <w:i w:val="0"/>
          <w:smallCaps w:val="0"/>
          <w:strike w:val="0"/>
          <w:sz w:val="22"/>
          <w:highlight w:val="cyan"/>
          <w:u w:val="single"/>
        </w:rPr>
        <w:t>whether self-proclaimed democracies</w:t>
      </w:r>
      <w:r>
        <w:rPr>
          <w:b w:val="0"/>
          <w:i w:val="0"/>
          <w:smallCaps w:val="0"/>
          <w:strike w:val="0"/>
          <w:sz w:val="22"/>
          <w:u w:val="single"/>
        </w:rPr>
        <w:t xml:space="preserve"> can </w:t>
      </w:r>
      <w:r>
        <w:rPr>
          <w:b w:val="0"/>
          <w:i w:val="0"/>
          <w:smallCaps w:val="0"/>
          <w:strike w:val="0"/>
          <w:sz w:val="22"/>
          <w:highlight w:val="cyan"/>
          <w:u w:val="single"/>
        </w:rPr>
        <w:t>resist turning AI into an authoritarian weapon</w:t>
      </w:r>
      <w:r>
        <w:rPr>
          <w:b w:val="0"/>
          <w:i w:val="0"/>
          <w:smallCaps w:val="0"/>
          <w:strike w:val="0"/>
          <w:sz w:val="22"/>
          <w:u w:val="single"/>
        </w:rPr>
        <w:t>.</w:t>
      </w:r>
    </w:p>
    <w:p>
      <w:pPr>
        <w:spacing w:after="60"/>
      </w:pPr>
      <w:r>
        <w:rPr>
          <w:b w:val="0"/>
          <w:i w:val="0"/>
          <w:smallCaps w:val="0"/>
          <w:strike w:val="0"/>
          <w:sz w:val="22"/>
          <w:u w:val="single"/>
        </w:rPr>
        <w:t>“Authoritarian regimes use or are going to use it,”</w:t>
      </w:r>
      <w:r>
        <w:rPr>
          <w:b w:val="0"/>
          <w:i w:val="0"/>
          <w:smallCaps w:val="0"/>
          <w:strike w:val="0"/>
          <w:sz w:val="16"/>
          <w:u w:val="none"/>
        </w:rPr>
        <w:t xml:space="preserve"> Ford said. “The question is, ‘How much does it invade Western countries, democracies, and what constraints do we put on it</w:t>
      </w:r>
      <w:r>
        <w:rPr>
          <w:b w:val="0"/>
          <w:i w:val="0"/>
          <w:smallCaps w:val="0"/>
          <w:strike w:val="0"/>
          <w:sz w:val="12"/>
          <w:u w:val="none"/>
        </w:rPr>
        <w:t>?</w:t>
      </w:r>
      <w:r>
        <w:rPr>
          <w:b w:val="0"/>
          <w:i w:val="0"/>
          <w:smallCaps w:val="0"/>
          <w:strike w:val="0"/>
          <w:sz w:val="16"/>
          <w:u w:val="none"/>
        </w:rPr>
        <w:t>’”</w:t>
      </w:r>
    </w:p>
    <w:p>
      <w:pPr>
        <w:spacing w:after="60"/>
      </w:pPr>
      <w:r>
        <w:rPr>
          <w:b w:val="0"/>
          <w:i w:val="0"/>
          <w:smallCaps w:val="0"/>
          <w:strike w:val="0"/>
          <w:sz w:val="16"/>
          <w:u w:val="none"/>
        </w:rPr>
        <w:t xml:space="preserve">A 2024 </w:t>
      </w:r>
      <w:r>
        <w:rPr>
          <w:b w:val="0"/>
          <w:i w:val="0"/>
          <w:smallCaps w:val="0"/>
          <w:strike w:val="0"/>
          <w:sz w:val="22"/>
          <w:u w:val="single"/>
        </w:rPr>
        <w:t xml:space="preserve">AvePoint survey found that </w:t>
      </w:r>
      <w:r>
        <w:rPr>
          <w:b w:val="0"/>
          <w:i w:val="0"/>
          <w:smallCaps w:val="0"/>
          <w:strike w:val="0"/>
          <w:sz w:val="22"/>
          <w:highlight w:val="cyan"/>
          <w:u w:val="single"/>
        </w:rPr>
        <w:t>the top concern among companies is data privacy and security</w:t>
      </w:r>
      <w:r>
        <w:rPr>
          <w:b w:val="0"/>
          <w:i w:val="0"/>
          <w:smallCaps w:val="0"/>
          <w:strike w:val="0"/>
          <w:sz w:val="16"/>
          <w:u w:val="none"/>
        </w:rPr>
        <w:t xml:space="preserve">. And businesses may have good reason to be hesitant, considering the large amounts of data concentrated in AI tools and the lack of regulation regarding this information. </w:t>
      </w:r>
    </w:p>
    <w:p>
      <w:pPr>
        <w:spacing w:after="60"/>
      </w:pPr>
      <w:r>
        <w:rPr>
          <w:b w:val="0"/>
          <w:i w:val="0"/>
          <w:smallCaps w:val="0"/>
          <w:strike w:val="0"/>
          <w:sz w:val="22"/>
          <w:highlight w:val="cyan"/>
          <w:u w:val="single"/>
        </w:rPr>
        <w:t>AI</w:t>
      </w:r>
      <w:r>
        <w:rPr>
          <w:b w:val="0"/>
          <w:i w:val="0"/>
          <w:smallCaps w:val="0"/>
          <w:strike w:val="0"/>
          <w:sz w:val="22"/>
          <w:u w:val="single"/>
        </w:rPr>
        <w:t xml:space="preserve"> systems often </w:t>
      </w:r>
      <w:r>
        <w:rPr>
          <w:b w:val="0"/>
          <w:i w:val="0"/>
          <w:smallCaps w:val="0"/>
          <w:strike w:val="0"/>
          <w:sz w:val="22"/>
          <w:highlight w:val="cyan"/>
          <w:u w:val="single"/>
        </w:rPr>
        <w:t>collect personal data</w:t>
      </w:r>
      <w:r>
        <w:rPr>
          <w:b w:val="0"/>
          <w:i w:val="0"/>
          <w:smallCaps w:val="0"/>
          <w:strike w:val="0"/>
          <w:sz w:val="22"/>
          <w:u w:val="single"/>
        </w:rPr>
        <w:t xml:space="preserve"> to customize user experiences or to help train the AI models you’re using</w:t>
      </w:r>
      <w:r>
        <w:rPr>
          <w:b w:val="0"/>
          <w:i w:val="0"/>
          <w:smallCaps w:val="0"/>
          <w:strike w:val="0"/>
          <w:sz w:val="16"/>
          <w:u w:val="none"/>
        </w:rPr>
        <w:t xml:space="preserve"> (especially if the AI tool is free). </w:t>
      </w:r>
      <w:r>
        <w:rPr>
          <w:b w:val="0"/>
          <w:i w:val="0"/>
          <w:smallCaps w:val="0"/>
          <w:strike w:val="0"/>
          <w:sz w:val="22"/>
          <w:u w:val="single"/>
        </w:rPr>
        <w:t xml:space="preserve">Data may not even be considered secure from other users when given to an AI system, as one bug incident that occurred with </w:t>
      </w:r>
      <w:r>
        <w:rPr>
          <w:b w:val="0"/>
          <w:i w:val="0"/>
          <w:smallCaps w:val="0"/>
          <w:strike w:val="0"/>
          <w:sz w:val="22"/>
          <w:highlight w:val="cyan"/>
          <w:u w:val="single"/>
        </w:rPr>
        <w:t>ChatGPT</w:t>
      </w:r>
      <w:r>
        <w:rPr>
          <w:b w:val="0"/>
          <w:i w:val="0"/>
          <w:smallCaps w:val="0"/>
          <w:strike w:val="0"/>
          <w:sz w:val="22"/>
          <w:highlight w:val="cyan"/>
          <w:u w:val="single"/>
        </w:rPr>
        <w:t xml:space="preserve"> in 2023 “allowed some users to see titles from another active user’s chat history</w:t>
      </w:r>
      <w:r>
        <w:rPr>
          <w:b w:val="0"/>
          <w:i w:val="0"/>
          <w:smallCaps w:val="0"/>
          <w:strike w:val="0"/>
          <w:sz w:val="22"/>
          <w:u w:val="single"/>
        </w:rPr>
        <w:t>.”</w:t>
      </w:r>
      <w:r>
        <w:rPr>
          <w:b w:val="0"/>
          <w:i w:val="0"/>
          <w:smallCaps w:val="0"/>
          <w:strike w:val="0"/>
          <w:sz w:val="16"/>
          <w:u w:val="none"/>
        </w:rPr>
        <w:t xml:space="preserve"> While there are laws present to protect personal information in some cases in the United States, there is no explicit federal law that protects citizens from data privacy harm caused by AI.</w:t>
      </w:r>
    </w:p>
    <w:p>
      <w:pPr>
        <w:spacing w:after="60"/>
      </w:pPr>
      <w:r>
        <w:rPr>
          <w:b w:val="0"/>
          <w:i w:val="0"/>
          <w:smallCaps w:val="0"/>
          <w:strike w:val="0"/>
          <w:sz w:val="16"/>
          <w:u w:val="none"/>
        </w:rPr>
        <w:t xml:space="preserve">Various forms of AI bias are detrimental too. Speaking to the </w:t>
      </w:r>
      <w:r>
        <w:rPr>
          <w:b w:val="0"/>
          <w:i/>
          <w:smallCaps w:val="0"/>
          <w:strike w:val="0"/>
          <w:sz w:val="16"/>
          <w:u w:val="none"/>
        </w:rPr>
        <w:t>New York Times</w:t>
      </w:r>
      <w:r>
        <w:rPr>
          <w:b w:val="0"/>
          <w:i w:val="0"/>
          <w:smallCaps w:val="0"/>
          <w:strike w:val="0"/>
          <w:sz w:val="16"/>
          <w:u w:val="none"/>
        </w:rPr>
        <w:t xml:space="preserve">, Princeton computer science professor Olga </w:t>
      </w:r>
      <w:r>
        <w:rPr>
          <w:b w:val="0"/>
          <w:i w:val="0"/>
          <w:smallCaps w:val="0"/>
          <w:strike w:val="0"/>
          <w:sz w:val="16"/>
          <w:u w:val="none"/>
        </w:rPr>
        <w:t>Russakovsky</w:t>
      </w:r>
      <w:r>
        <w:rPr>
          <w:b w:val="0"/>
          <w:i w:val="0"/>
          <w:smallCaps w:val="0"/>
          <w:strike w:val="0"/>
          <w:sz w:val="16"/>
          <w:u w:val="none"/>
        </w:rPr>
        <w:t xml:space="preserve"> said </w:t>
      </w:r>
      <w:r>
        <w:rPr>
          <w:b w:val="0"/>
          <w:i w:val="0"/>
          <w:smallCaps w:val="0"/>
          <w:strike w:val="0"/>
          <w:sz w:val="22"/>
          <w:highlight w:val="cyan"/>
          <w:u w:val="single"/>
        </w:rPr>
        <w:t>AI bias goes well beyond gender and race</w:t>
      </w:r>
      <w:r>
        <w:rPr>
          <w:b w:val="0"/>
          <w:i w:val="0"/>
          <w:smallCaps w:val="0"/>
          <w:strike w:val="0"/>
          <w:sz w:val="16"/>
          <w:u w:val="none"/>
        </w:rPr>
        <w:t>. In addition to data and algorithmic bias (the latter of which can “amplify” the former), AI is developed by humans — and humans are inherently biased.</w:t>
      </w:r>
    </w:p>
    <w:p>
      <w:pPr>
        <w:spacing w:after="60"/>
      </w:pPr>
      <w:r>
        <w:rPr>
          <w:b w:val="0"/>
          <w:i w:val="0"/>
          <w:smallCaps w:val="0"/>
          <w:strike w:val="0"/>
          <w:sz w:val="16"/>
          <w:u w:val="none"/>
        </w:rPr>
        <w:t xml:space="preserve">“A.I. researchers are primarily people who are male, who come from certain racial demographics, who grew up in high socioeconomic areas, primarily people without disabilities,” </w:t>
      </w:r>
      <w:r>
        <w:rPr>
          <w:b w:val="0"/>
          <w:i w:val="0"/>
          <w:smallCaps w:val="0"/>
          <w:strike w:val="0"/>
          <w:sz w:val="16"/>
          <w:u w:val="none"/>
        </w:rPr>
        <w:t>Russakovsky</w:t>
      </w:r>
      <w:r>
        <w:rPr>
          <w:b w:val="0"/>
          <w:i w:val="0"/>
          <w:smallCaps w:val="0"/>
          <w:strike w:val="0"/>
          <w:sz w:val="16"/>
          <w:u w:val="none"/>
        </w:rPr>
        <w:t xml:space="preserve"> said. “We’re a fairly homogeneous population, so it’s a challenge to think broadly about world issues.”</w:t>
      </w:r>
    </w:p>
    <w:p>
      <w:pPr>
        <w:spacing w:after="60"/>
      </w:pPr>
      <w:r>
        <w:rPr>
          <w:b w:val="0"/>
          <w:i w:val="0"/>
          <w:smallCaps w:val="0"/>
          <w:strike w:val="0"/>
          <w:sz w:val="16"/>
          <w:u w:val="none"/>
        </w:rPr>
        <w:t xml:space="preserve">The narrow views of individuals have culminated in an AI industry that leaves out a range of perspectives. According to UNESCO, only 100 of the world’s 7,000 natural languages have been used to train top chatbots. It doesn’t help that 90 percent of online higher education materials are already produced by European Union and North American countries, further restricting AI’s training data to mostly Western sources.   </w:t>
      </w:r>
    </w:p>
    <w:p>
      <w:pPr>
        <w:spacing w:after="60"/>
      </w:pPr>
      <w:r>
        <w:rPr>
          <w:b w:val="0"/>
          <w:i w:val="0"/>
          <w:smallCaps w:val="0"/>
          <w:strike w:val="0"/>
          <w:sz w:val="16"/>
          <w:u w:val="none"/>
        </w:rPr>
        <w:t xml:space="preserve">The limited experiences of AI creators may explain why speech-recognition AI often fails to understand certain dialects and accents, or why companies fail to consider the consequences of a chatbot impersonating historical figures. If businesses and legislators don’t exercise greater care to avoid recreating powerful prejudices, </w:t>
      </w:r>
      <w:r>
        <w:rPr>
          <w:b w:val="0"/>
          <w:i w:val="0"/>
          <w:smallCaps w:val="0"/>
          <w:strike w:val="0"/>
          <w:sz w:val="22"/>
          <w:u w:val="single"/>
        </w:rPr>
        <w:t>AI biases could spread beyond corporate contexts and exacerbate societal issues like housing discrimination.</w:t>
      </w:r>
      <w:r>
        <w:rPr>
          <w:b w:val="0"/>
          <w:i w:val="0"/>
          <w:smallCaps w:val="0"/>
          <w:strike w:val="0"/>
          <w:sz w:val="16"/>
          <w:u w:val="none"/>
        </w:rPr>
        <w:t xml:space="preserve">   </w:t>
      </w:r>
    </w:p>
    <w:p>
      <w:pPr>
        <w:spacing w:after="60"/>
      </w:pPr>
      <w:r>
        <w:rPr>
          <w:b w:val="0"/>
          <w:i w:val="0"/>
          <w:smallCaps w:val="0"/>
          <w:strike w:val="0"/>
          <w:sz w:val="16"/>
          <w:u w:val="none"/>
        </w:rPr>
        <w:t xml:space="preserve">If companies refuse to acknowledge the inherent biases baked into AI algorithms, they may compromise their DEI initiatives through AI-powered recruiting. The idea that AI can measure the traits of a candidate through facial and voice analyses is still tainted by racial biases, reproducing the same discriminatory hiring practices businesses claim to be eliminating.  </w:t>
      </w:r>
    </w:p>
    <w:p>
      <w:pPr>
        <w:spacing w:after="60"/>
      </w:pPr>
      <w:r>
        <w:rPr>
          <w:b w:val="0"/>
          <w:i w:val="0"/>
          <w:smallCaps w:val="0"/>
          <w:strike w:val="0"/>
          <w:sz w:val="22"/>
          <w:u w:val="single"/>
        </w:rPr>
        <w:t xml:space="preserve">Widening socioeconomic </w:t>
      </w:r>
      <w:r>
        <w:rPr>
          <w:b w:val="0"/>
          <w:i w:val="0"/>
          <w:smallCaps w:val="0"/>
          <w:strike w:val="0"/>
          <w:sz w:val="22"/>
          <w:highlight w:val="cyan"/>
          <w:u w:val="single"/>
        </w:rPr>
        <w:t>inequality sparked by AI-driven job loss</w:t>
      </w:r>
      <w:r>
        <w:rPr>
          <w:b w:val="0"/>
          <w:i w:val="0"/>
          <w:smallCaps w:val="0"/>
          <w:strike w:val="0"/>
          <w:sz w:val="22"/>
          <w:u w:val="single"/>
        </w:rPr>
        <w:t xml:space="preserve"> is another cause for concern, </w:t>
      </w:r>
      <w:r>
        <w:rPr>
          <w:b w:val="0"/>
          <w:i w:val="0"/>
          <w:smallCaps w:val="0"/>
          <w:strike w:val="0"/>
          <w:sz w:val="22"/>
          <w:highlight w:val="cyan"/>
          <w:u w:val="single"/>
        </w:rPr>
        <w:t>reveal</w:t>
      </w:r>
      <w:r>
        <w:rPr>
          <w:b w:val="0"/>
          <w:i w:val="0"/>
          <w:smallCaps w:val="0"/>
          <w:strike w:val="0"/>
          <w:sz w:val="22"/>
          <w:u w:val="single"/>
        </w:rPr>
        <w:t xml:space="preserve">ing </w:t>
      </w:r>
      <w:r>
        <w:rPr>
          <w:b w:val="0"/>
          <w:i w:val="0"/>
          <w:smallCaps w:val="0"/>
          <w:strike w:val="0"/>
          <w:sz w:val="22"/>
          <w:highlight w:val="cyan"/>
          <w:u w:val="single"/>
        </w:rPr>
        <w:t>the</w:t>
      </w:r>
      <w:r>
        <w:rPr>
          <w:b w:val="0"/>
          <w:i w:val="0"/>
          <w:smallCaps w:val="0"/>
          <w:strike w:val="0"/>
          <w:sz w:val="22"/>
          <w:u w:val="single"/>
        </w:rPr>
        <w:t xml:space="preserve"> class </w:t>
      </w:r>
      <w:r>
        <w:rPr>
          <w:b w:val="0"/>
          <w:i w:val="0"/>
          <w:smallCaps w:val="0"/>
          <w:strike w:val="0"/>
          <w:sz w:val="22"/>
          <w:highlight w:val="cyan"/>
          <w:u w:val="single"/>
        </w:rPr>
        <w:t>biases</w:t>
      </w:r>
      <w:r>
        <w:rPr>
          <w:b w:val="0"/>
          <w:i w:val="0"/>
          <w:smallCaps w:val="0"/>
          <w:strike w:val="0"/>
          <w:sz w:val="22"/>
          <w:u w:val="single"/>
        </w:rPr>
        <w:t xml:space="preserve"> of how </w:t>
      </w:r>
      <w:r>
        <w:rPr>
          <w:b w:val="0"/>
          <w:i w:val="0"/>
          <w:smallCaps w:val="0"/>
          <w:strike w:val="0"/>
          <w:sz w:val="22"/>
          <w:highlight w:val="cyan"/>
          <w:u w:val="single"/>
        </w:rPr>
        <w:t>AI is applied.</w:t>
      </w:r>
      <w:r>
        <w:rPr>
          <w:b w:val="0"/>
          <w:i w:val="0"/>
          <w:smallCaps w:val="0"/>
          <w:strike w:val="0"/>
          <w:sz w:val="16"/>
          <w:highlight w:val="cyan"/>
          <w:u w:val="none"/>
        </w:rPr>
        <w:t xml:space="preserve"> </w:t>
      </w:r>
      <w:r>
        <w:rPr>
          <w:b w:val="0"/>
          <w:i w:val="0"/>
          <w:smallCaps w:val="0"/>
          <w:strike w:val="0"/>
          <w:sz w:val="22"/>
          <w:highlight w:val="cyan"/>
          <w:u w:val="single"/>
        </w:rPr>
        <w:t>Workers</w:t>
      </w:r>
      <w:r>
        <w:rPr>
          <w:b w:val="0"/>
          <w:i w:val="0"/>
          <w:smallCaps w:val="0"/>
          <w:strike w:val="0"/>
          <w:sz w:val="16"/>
          <w:u w:val="none"/>
        </w:rPr>
        <w:t xml:space="preserve"> who perform more manual, repetitive tasks have </w:t>
      </w:r>
      <w:r>
        <w:rPr>
          <w:b w:val="0"/>
          <w:i w:val="0"/>
          <w:smallCaps w:val="0"/>
          <w:strike w:val="0"/>
          <w:sz w:val="22"/>
          <w:u w:val="single"/>
        </w:rPr>
        <w:t xml:space="preserve">experienced </w:t>
      </w:r>
      <w:r>
        <w:rPr>
          <w:b w:val="0"/>
          <w:i w:val="0"/>
          <w:smallCaps w:val="0"/>
          <w:strike w:val="0"/>
          <w:sz w:val="22"/>
          <w:highlight w:val="cyan"/>
          <w:u w:val="single"/>
        </w:rPr>
        <w:t>wage</w:t>
      </w:r>
      <w:r>
        <w:rPr>
          <w:b w:val="0"/>
          <w:i w:val="0"/>
          <w:smallCaps w:val="0"/>
          <w:strike w:val="0"/>
          <w:sz w:val="22"/>
          <w:u w:val="single"/>
        </w:rPr>
        <w:t xml:space="preserve"> </w:t>
      </w:r>
      <w:r>
        <w:rPr>
          <w:b w:val="0"/>
          <w:i w:val="0"/>
          <w:smallCaps w:val="0"/>
          <w:strike w:val="0"/>
          <w:sz w:val="22"/>
          <w:highlight w:val="cyan"/>
          <w:u w:val="single"/>
        </w:rPr>
        <w:t>declines</w:t>
      </w:r>
      <w:r>
        <w:rPr>
          <w:b w:val="0"/>
          <w:i w:val="0"/>
          <w:smallCaps w:val="0"/>
          <w:strike w:val="0"/>
          <w:sz w:val="22"/>
          <w:u w:val="single"/>
        </w:rPr>
        <w:t xml:space="preserve"> as high as </w:t>
      </w:r>
      <w:r>
        <w:rPr>
          <w:b w:val="0"/>
          <w:i w:val="0"/>
          <w:smallCaps w:val="0"/>
          <w:strike w:val="0"/>
          <w:sz w:val="22"/>
          <w:highlight w:val="cyan"/>
          <w:u w:val="single"/>
        </w:rPr>
        <w:t>70 percent because of automation</w:t>
      </w:r>
      <w:r>
        <w:rPr>
          <w:b w:val="0"/>
          <w:i w:val="0"/>
          <w:smallCaps w:val="0"/>
          <w:strike w:val="0"/>
          <w:sz w:val="16"/>
          <w:u w:val="none"/>
        </w:rPr>
        <w:t>, with office and desk workers remaining largely untouched in AI’s early stages. However, the increase in generative AI use is already affecting office jobs, making for a wide range of roles that may be more vulnerable to wage or job loss than others.</w:t>
      </w:r>
    </w:p>
    <w:p>
      <w:pPr>
        <w:spacing w:after="60"/>
      </w:pPr>
      <w:r>
        <w:rPr>
          <w:b w:val="0"/>
          <w:i w:val="0"/>
          <w:smallCaps w:val="0"/>
          <w:strike w:val="0"/>
          <w:sz w:val="16"/>
          <w:u w:val="none"/>
        </w:rPr>
        <w:t>Along with technologists, journalists and political figures, even religious leaders are sounding the alarm on AI’s potential pitfalls. In a 2023 Vatican meeting and in his message for the 2024 World Day of Peace, Pope Francis called for nations to create and adopt a binding international treaty that regulates the development and use of AI.</w:t>
      </w:r>
    </w:p>
    <w:p>
      <w:pPr>
        <w:spacing w:after="60"/>
      </w:pPr>
      <w:r>
        <w:rPr>
          <w:b w:val="0"/>
          <w:i w:val="0"/>
          <w:smallCaps w:val="0"/>
          <w:strike w:val="0"/>
          <w:sz w:val="16"/>
          <w:u w:val="none"/>
        </w:rPr>
        <w:t xml:space="preserve">Pope Francis warned against AI’s ability to be misused, and “create statements that at first glance appear plausible but are unfounded or betray biases.” He stressed how this could bolster campaigns of disinformation, distrust in communications media, interference in elections and more — ultimately increasing the risk of “fueling conflicts and hindering peace.” </w:t>
      </w:r>
    </w:p>
    <w:p>
      <w:pPr>
        <w:spacing w:after="60"/>
      </w:pPr>
      <w:r>
        <w:rPr>
          <w:b w:val="0"/>
          <w:i w:val="0"/>
          <w:smallCaps w:val="0"/>
          <w:strike w:val="0"/>
          <w:sz w:val="22"/>
          <w:u w:val="single"/>
        </w:rPr>
        <w:t>The rapid rise of generative AI tools gives these concerns more substance</w:t>
      </w:r>
      <w:r>
        <w:rPr>
          <w:b w:val="0"/>
          <w:i w:val="0"/>
          <w:smallCaps w:val="0"/>
          <w:strike w:val="0"/>
          <w:sz w:val="16"/>
          <w:u w:val="none"/>
        </w:rPr>
        <w:t xml:space="preserve">. Many users have applied the technology to get out of writing assignments, </w:t>
      </w:r>
      <w:r>
        <w:rPr>
          <w:b w:val="0"/>
          <w:i w:val="0"/>
          <w:smallCaps w:val="0"/>
          <w:strike w:val="0"/>
          <w:sz w:val="22"/>
          <w:u w:val="single"/>
        </w:rPr>
        <w:t>threatening academic integrity and creativity</w:t>
      </w:r>
      <w:r>
        <w:rPr>
          <w:b w:val="0"/>
          <w:i w:val="0"/>
          <w:smallCaps w:val="0"/>
          <w:strike w:val="0"/>
          <w:sz w:val="16"/>
          <w:u w:val="none"/>
        </w:rPr>
        <w:t>. Plus</w:t>
      </w:r>
      <w:r>
        <w:rPr>
          <w:b w:val="0"/>
          <w:i w:val="0"/>
          <w:smallCaps w:val="0"/>
          <w:strike w:val="0"/>
          <w:sz w:val="22"/>
          <w:u w:val="single"/>
        </w:rPr>
        <w:t xml:space="preserve">, biased AI could be used to determine whether an individual is suitable for a job, mortgage, social </w:t>
      </w:r>
      <w:r>
        <w:rPr>
          <w:b w:val="0"/>
          <w:i w:val="0"/>
          <w:smallCaps w:val="0"/>
          <w:strike w:val="0"/>
          <w:sz w:val="22"/>
          <w:u w:val="single"/>
        </w:rPr>
        <w:t>assistance</w:t>
      </w:r>
      <w:r>
        <w:rPr>
          <w:b w:val="0"/>
          <w:i w:val="0"/>
          <w:smallCaps w:val="0"/>
          <w:strike w:val="0"/>
          <w:sz w:val="22"/>
          <w:u w:val="single"/>
        </w:rPr>
        <w:t xml:space="preserve"> or political asylum, producing possible injustices and discrimination,</w:t>
      </w:r>
      <w:r>
        <w:rPr>
          <w:b w:val="0"/>
          <w:i w:val="0"/>
          <w:smallCaps w:val="0"/>
          <w:strike w:val="0"/>
          <w:sz w:val="16"/>
          <w:u w:val="none"/>
        </w:rPr>
        <w:t xml:space="preserve"> noted Pope Francis.</w:t>
      </w:r>
    </w:p>
    <w:p>
      <w:pPr>
        <w:spacing w:after="60"/>
      </w:pPr>
      <w:r>
        <w:rPr>
          <w:b w:val="0"/>
          <w:i w:val="0"/>
          <w:smallCaps w:val="0"/>
          <w:strike w:val="0"/>
          <w:sz w:val="16"/>
          <w:u w:val="none"/>
        </w:rPr>
        <w:t xml:space="preserve">As is too often the case, technological advancements have been harnessed for warfare. When it comes to AI, some are keen to do something about it before it’s too late: In a 2016 open letter, over 30,000 individuals, including AI and robotics researchers, pushed back against the investment in AI-fueled autonomous weapons. </w:t>
      </w:r>
    </w:p>
    <w:p>
      <w:pPr>
        <w:spacing w:after="60"/>
      </w:pPr>
      <w:r>
        <w:rPr>
          <w:b w:val="0"/>
          <w:i w:val="0"/>
          <w:smallCaps w:val="0"/>
          <w:strike w:val="0"/>
          <w:sz w:val="16"/>
          <w:u w:val="none"/>
        </w:rPr>
        <w:t>“The key question for humanity today is whether to start a global AI arms race or to prevent it from starting,” they wrote. “If any major military power pushes ahead with AI weapon development, a global arms race is virtually inevitable, and the endpoint of this technological trajectory is obvious: autonomous weapons will become the Kalashnikovs of tomorrow.”</w:t>
      </w:r>
    </w:p>
    <w:p>
      <w:pPr>
        <w:spacing w:after="60"/>
      </w:pPr>
      <w:r>
        <w:rPr>
          <w:b w:val="0"/>
          <w:i w:val="0"/>
          <w:smallCaps w:val="0"/>
          <w:strike w:val="0"/>
          <w:sz w:val="16"/>
          <w:u w:val="none"/>
        </w:rPr>
        <w:t xml:space="preserve">This prediction has come to fruition in the form of Lethal Autonomous Weapon Systems, which locate and destroy targets on their own while abiding by few regulations. </w:t>
      </w:r>
      <w:r>
        <w:rPr>
          <w:b w:val="0"/>
          <w:i w:val="0"/>
          <w:smallCaps w:val="0"/>
          <w:strike w:val="0"/>
          <w:sz w:val="22"/>
          <w:u w:val="single"/>
        </w:rPr>
        <w:t xml:space="preserve">Because of the proliferation of potent and complex weapons, some of the world’s most powerful nations have given in to anxieties and contributed to a tech cold war.  </w:t>
      </w:r>
    </w:p>
    <w:p>
      <w:pPr>
        <w:spacing w:after="60"/>
      </w:pPr>
      <w:r>
        <w:rPr>
          <w:b w:val="0"/>
          <w:i w:val="0"/>
          <w:smallCaps w:val="0"/>
          <w:strike w:val="0"/>
          <w:sz w:val="16"/>
          <w:u w:val="none"/>
        </w:rPr>
        <w:t xml:space="preserve">Many of these new weapons pose major risks to civilians on the ground, but the danger becomes amplified when autonomous weapons fall into the wrong hands. Hackers have mastered various types of </w:t>
      </w:r>
      <w:r>
        <w:rPr>
          <w:b w:val="0"/>
          <w:i w:val="0"/>
          <w:smallCaps w:val="0"/>
          <w:strike w:val="0"/>
          <w:sz w:val="16"/>
          <w:u w:val="none"/>
        </w:rPr>
        <w:t>cyber attacks</w:t>
      </w:r>
      <w:r>
        <w:rPr>
          <w:b w:val="0"/>
          <w:i w:val="0"/>
          <w:smallCaps w:val="0"/>
          <w:strike w:val="0"/>
          <w:sz w:val="16"/>
          <w:u w:val="none"/>
        </w:rPr>
        <w:t xml:space="preserve">, so it’s not hard to imagine a malicious actor infiltrating autonomous weapons and instigating absolute </w:t>
      </w:r>
      <w:r>
        <w:rPr>
          <w:b w:val="0"/>
          <w:i w:val="0"/>
          <w:smallCaps w:val="0"/>
          <w:strike w:val="0"/>
          <w:sz w:val="16"/>
          <w:u w:val="none"/>
        </w:rPr>
        <w:t>armageddon</w:t>
      </w:r>
      <w:r>
        <w:rPr>
          <w:b w:val="0"/>
          <w:i w:val="0"/>
          <w:smallCaps w:val="0"/>
          <w:strike w:val="0"/>
          <w:sz w:val="16"/>
          <w:u w:val="none"/>
        </w:rPr>
        <w:t xml:space="preserve">.  </w:t>
      </w:r>
    </w:p>
    <w:p>
      <w:pPr>
        <w:spacing w:after="60"/>
      </w:pPr>
      <w:r>
        <w:rPr>
          <w:b w:val="0"/>
          <w:i w:val="0"/>
          <w:smallCaps w:val="0"/>
          <w:strike w:val="0"/>
          <w:sz w:val="16"/>
          <w:u w:val="none"/>
        </w:rPr>
        <w:t xml:space="preserve">If political rivalries and warmongering tendencies are not kept in check, artificial intelligence could end up being applied with the worst intentions. Some fear that, no matter how many powerful figures point out the dangers of artificial intelligence, we’re going to keep pushing the envelope with it if there’s money to be made.   </w:t>
      </w:r>
    </w:p>
    <w:p>
      <w:pPr>
        <w:spacing w:after="60"/>
      </w:pPr>
      <w:r>
        <w:rPr>
          <w:b w:val="0"/>
          <w:i w:val="0"/>
          <w:smallCaps w:val="0"/>
          <w:strike w:val="0"/>
          <w:sz w:val="16"/>
          <w:u w:val="none"/>
        </w:rPr>
        <w:t>“The mentality is, ‘If we can do it, we should try it; let’s see what happens,” Messina said. “‘And if we can make money off it, we’ll do a whole bunch of it.’ But that’s not unique to technology. That’s been happening forever.’”</w:t>
      </w:r>
    </w:p>
    <w:p>
      <w:pPr>
        <w:spacing w:after="60"/>
      </w:pPr>
      <w:r>
        <w:rPr>
          <w:b w:val="0"/>
          <w:i w:val="0"/>
          <w:smallCaps w:val="0"/>
          <w:strike w:val="0"/>
          <w:sz w:val="16"/>
          <w:u w:val="none"/>
        </w:rPr>
        <w:t>The financial industry has become more receptive to AI technology’s involvement in everyday finance and trading processes. As a result, algorithmic trading could be responsible for our next major financial crisis in the markets.</w:t>
      </w:r>
    </w:p>
    <w:p>
      <w:pPr>
        <w:spacing w:after="60"/>
      </w:pPr>
      <w:r>
        <w:rPr>
          <w:b w:val="0"/>
          <w:i w:val="0"/>
          <w:smallCaps w:val="0"/>
          <w:strike w:val="0"/>
          <w:sz w:val="16"/>
          <w:u w:val="none"/>
        </w:rPr>
        <w:t xml:space="preserve">While AI algorithms aren’t clouded by human judgment or emotions, they also don’t </w:t>
      </w:r>
      <w:r>
        <w:rPr>
          <w:b w:val="0"/>
          <w:i w:val="0"/>
          <w:smallCaps w:val="0"/>
          <w:strike w:val="0"/>
          <w:sz w:val="16"/>
          <w:u w:val="none"/>
        </w:rPr>
        <w:t>take into account</w:t>
      </w:r>
      <w:r>
        <w:rPr>
          <w:b w:val="0"/>
          <w:i w:val="0"/>
          <w:smallCaps w:val="0"/>
          <w:strike w:val="0"/>
          <w:sz w:val="16"/>
          <w:u w:val="none"/>
        </w:rPr>
        <w:t xml:space="preserve"> contexts, the interconnectedness of markets and factors like human trust and fear. These algorithms then make thousands of trades at a blistering pace with the goal of selling a few seconds later for small profits. Selling off thousands of trades could scare investors into doing the same thing, leading to sudden crashes and extreme market volatility.</w:t>
      </w:r>
    </w:p>
    <w:p>
      <w:pPr>
        <w:spacing w:after="60"/>
      </w:pPr>
      <w:r>
        <w:rPr>
          <w:b w:val="0"/>
          <w:i w:val="0"/>
          <w:smallCaps w:val="0"/>
          <w:strike w:val="0"/>
          <w:sz w:val="16"/>
          <w:u w:val="none"/>
        </w:rPr>
        <w:t xml:space="preserve">Instances like the 2010 Flash Crash and the Knight Capital Flash Crash serve as reminders of what could happen when trade-happy algorithms go berserk, regardless of whether rapid and massive trading is intentional.  </w:t>
      </w:r>
    </w:p>
    <w:p>
      <w:pPr>
        <w:spacing w:after="60"/>
      </w:pPr>
      <w:r>
        <w:rPr>
          <w:b w:val="0"/>
          <w:i w:val="0"/>
          <w:smallCaps w:val="0"/>
          <w:strike w:val="0"/>
          <w:sz w:val="16"/>
          <w:u w:val="none"/>
        </w:rPr>
        <w:t>This isn’t to say that AI has nothing to offer to the finance world. In fact, AI algorithms can help investors make smarter and more informed decisions on the market. But finance organizations need to make sure they understand their AI algorithms and how those algorithms make decisions. Companies should consider whether AI raises or lowers their confidence before introducing the technology to avoid stoking fears among investors and creating financial chaos.</w:t>
      </w:r>
    </w:p>
    <w:p>
      <w:pPr>
        <w:spacing w:after="60"/>
      </w:pPr>
      <w:r>
        <w:rPr>
          <w:b w:val="0"/>
          <w:i w:val="0"/>
          <w:smallCaps w:val="0"/>
          <w:strike w:val="0"/>
          <w:sz w:val="16"/>
          <w:u w:val="none"/>
        </w:rPr>
        <w:t xml:space="preserve">An </w:t>
      </w:r>
      <w:r>
        <w:rPr>
          <w:b w:val="0"/>
          <w:i w:val="0"/>
          <w:smallCaps w:val="0"/>
          <w:strike w:val="0"/>
          <w:sz w:val="22"/>
          <w:highlight w:val="cyan"/>
          <w:u w:val="single"/>
        </w:rPr>
        <w:t>overreliance on AI technology</w:t>
      </w:r>
      <w:r>
        <w:rPr>
          <w:b w:val="0"/>
          <w:i w:val="0"/>
          <w:smallCaps w:val="0"/>
          <w:strike w:val="0"/>
          <w:sz w:val="22"/>
          <w:u w:val="single"/>
        </w:rPr>
        <w:t xml:space="preserve"> could </w:t>
      </w:r>
      <w:r>
        <w:rPr>
          <w:b w:val="0"/>
          <w:i w:val="0"/>
          <w:smallCaps w:val="0"/>
          <w:strike w:val="0"/>
          <w:sz w:val="22"/>
          <w:highlight w:val="cyan"/>
          <w:u w:val="single"/>
        </w:rPr>
        <w:t>result in the loss of human influence</w:t>
      </w:r>
      <w:r>
        <w:rPr>
          <w:b w:val="0"/>
          <w:i w:val="0"/>
          <w:smallCaps w:val="0"/>
          <w:strike w:val="0"/>
          <w:sz w:val="16"/>
          <w:u w:val="none"/>
        </w:rPr>
        <w:t xml:space="preserve"> — and a lack in human functioning — in some parts of society. Using </w:t>
      </w:r>
      <w:r>
        <w:rPr>
          <w:b w:val="0"/>
          <w:i w:val="0"/>
          <w:smallCaps w:val="0"/>
          <w:strike w:val="0"/>
          <w:sz w:val="22"/>
          <w:highlight w:val="cyan"/>
          <w:u w:val="single"/>
        </w:rPr>
        <w:t>AI</w:t>
      </w:r>
      <w:r>
        <w:rPr>
          <w:b w:val="0"/>
          <w:i w:val="0"/>
          <w:smallCaps w:val="0"/>
          <w:strike w:val="0"/>
          <w:sz w:val="22"/>
          <w:u w:val="single"/>
        </w:rPr>
        <w:t xml:space="preserve"> in </w:t>
      </w:r>
      <w:r>
        <w:rPr>
          <w:b w:val="0"/>
          <w:i w:val="0"/>
          <w:smallCaps w:val="0"/>
          <w:strike w:val="0"/>
          <w:sz w:val="22"/>
          <w:highlight w:val="cyan"/>
          <w:u w:val="single"/>
        </w:rPr>
        <w:t>healthcare</w:t>
      </w:r>
      <w:r>
        <w:rPr>
          <w:b w:val="0"/>
          <w:i w:val="0"/>
          <w:smallCaps w:val="0"/>
          <w:strike w:val="0"/>
          <w:sz w:val="22"/>
          <w:u w:val="single"/>
        </w:rPr>
        <w:t xml:space="preserve"> could </w:t>
      </w:r>
      <w:r>
        <w:rPr>
          <w:b w:val="0"/>
          <w:i w:val="0"/>
          <w:smallCaps w:val="0"/>
          <w:strike w:val="0"/>
          <w:sz w:val="22"/>
          <w:highlight w:val="cyan"/>
          <w:u w:val="single"/>
        </w:rPr>
        <w:t>result</w:t>
      </w:r>
      <w:r>
        <w:rPr>
          <w:b w:val="0"/>
          <w:i w:val="0"/>
          <w:smallCaps w:val="0"/>
          <w:strike w:val="0"/>
          <w:sz w:val="22"/>
          <w:u w:val="single"/>
        </w:rPr>
        <w:t xml:space="preserve"> in </w:t>
      </w:r>
      <w:r>
        <w:rPr>
          <w:b w:val="0"/>
          <w:i w:val="0"/>
          <w:smallCaps w:val="0"/>
          <w:strike w:val="0"/>
          <w:sz w:val="22"/>
          <w:highlight w:val="cyan"/>
          <w:u w:val="single"/>
        </w:rPr>
        <w:t>reduced human empathy and reasoning</w:t>
      </w:r>
      <w:r>
        <w:rPr>
          <w:b w:val="0"/>
          <w:i w:val="0"/>
          <w:smallCaps w:val="0"/>
          <w:strike w:val="0"/>
          <w:sz w:val="16"/>
          <w:u w:val="none"/>
        </w:rPr>
        <w:t xml:space="preserve">, for instance. And </w:t>
      </w:r>
      <w:r>
        <w:rPr>
          <w:b w:val="0"/>
          <w:i w:val="0"/>
          <w:smallCaps w:val="0"/>
          <w:strike w:val="0"/>
          <w:sz w:val="22"/>
          <w:u w:val="single"/>
        </w:rPr>
        <w:t>applying generative AI for creative endeavors could diminish human creativity and emotional expression</w:t>
      </w:r>
      <w:r>
        <w:rPr>
          <w:b w:val="0"/>
          <w:i w:val="0"/>
          <w:smallCaps w:val="0"/>
          <w:strike w:val="0"/>
          <w:sz w:val="16"/>
          <w:u w:val="none"/>
        </w:rPr>
        <w:t xml:space="preserve">. Interacting with </w:t>
      </w:r>
      <w:r>
        <w:rPr>
          <w:b w:val="0"/>
          <w:i w:val="0"/>
          <w:smallCaps w:val="0"/>
          <w:strike w:val="0"/>
          <w:sz w:val="22"/>
          <w:highlight w:val="cyan"/>
          <w:u w:val="single"/>
        </w:rPr>
        <w:t>AI s</w:t>
      </w:r>
      <w:r>
        <w:rPr>
          <w:b w:val="0"/>
          <w:i w:val="0"/>
          <w:smallCaps w:val="0"/>
          <w:strike w:val="0"/>
          <w:sz w:val="22"/>
          <w:u w:val="single"/>
        </w:rPr>
        <w:t xml:space="preserve">ystems too much could even cause </w:t>
      </w:r>
      <w:r>
        <w:rPr>
          <w:b w:val="0"/>
          <w:i w:val="0"/>
          <w:smallCaps w:val="0"/>
          <w:strike w:val="0"/>
          <w:sz w:val="22"/>
          <w:highlight w:val="cyan"/>
          <w:u w:val="single"/>
        </w:rPr>
        <w:t>reduced</w:t>
      </w:r>
      <w:r>
        <w:rPr>
          <w:b w:val="0"/>
          <w:i w:val="0"/>
          <w:smallCaps w:val="0"/>
          <w:strike w:val="0"/>
          <w:sz w:val="22"/>
          <w:u w:val="single"/>
        </w:rPr>
        <w:t xml:space="preserve"> peer </w:t>
      </w:r>
      <w:r>
        <w:rPr>
          <w:b w:val="0"/>
          <w:i w:val="0"/>
          <w:smallCaps w:val="0"/>
          <w:strike w:val="0"/>
          <w:sz w:val="22"/>
          <w:highlight w:val="cyan"/>
          <w:u w:val="single"/>
        </w:rPr>
        <w:t>communication and social skills</w:t>
      </w:r>
      <w:r>
        <w:rPr>
          <w:b w:val="0"/>
          <w:i w:val="0"/>
          <w:smallCaps w:val="0"/>
          <w:strike w:val="0"/>
          <w:sz w:val="16"/>
          <w:u w:val="none"/>
        </w:rPr>
        <w:t xml:space="preserve">. </w:t>
      </w:r>
      <w:r>
        <w:rPr>
          <w:b w:val="0"/>
          <w:i w:val="0"/>
          <w:smallCaps w:val="0"/>
          <w:strike w:val="0"/>
          <w:sz w:val="16"/>
          <w:u w:val="none"/>
        </w:rPr>
        <w:t>So</w:t>
      </w:r>
      <w:r>
        <w:rPr>
          <w:b w:val="0"/>
          <w:i w:val="0"/>
          <w:smallCaps w:val="0"/>
          <w:strike w:val="0"/>
          <w:sz w:val="16"/>
          <w:u w:val="none"/>
        </w:rPr>
        <w:t xml:space="preserve"> while AI can be very helpful for automating daily tasks, some question if </w:t>
      </w:r>
      <w:r>
        <w:rPr>
          <w:b w:val="0"/>
          <w:i w:val="0"/>
          <w:smallCaps w:val="0"/>
          <w:strike w:val="0"/>
          <w:sz w:val="22"/>
          <w:u w:val="single"/>
        </w:rPr>
        <w:t xml:space="preserve">it might </w:t>
      </w:r>
      <w:r>
        <w:rPr>
          <w:b w:val="0"/>
          <w:i w:val="0"/>
          <w:smallCaps w:val="0"/>
          <w:strike w:val="0"/>
          <w:sz w:val="22"/>
          <w:highlight w:val="cyan"/>
          <w:u w:val="single"/>
        </w:rPr>
        <w:t>hold back overall human intelligence, abilities and need for community</w:t>
      </w:r>
      <w:r>
        <w:rPr>
          <w:b w:val="0"/>
          <w:i w:val="0"/>
          <w:smallCaps w:val="0"/>
          <w:strike w:val="0"/>
          <w:sz w:val="16"/>
          <w:highlight w:val="cyan"/>
          <w:u w:val="none"/>
        </w:rPr>
        <w:t>.</w:t>
      </w:r>
    </w:p>
    <w:p>
      <w:pPr>
        <w:spacing w:after="60"/>
      </w:pPr>
      <w:r>
        <w:rPr>
          <w:b w:val="0"/>
          <w:i w:val="0"/>
          <w:smallCaps w:val="0"/>
          <w:strike w:val="0"/>
          <w:sz w:val="16"/>
          <w:u w:val="none"/>
        </w:rPr>
        <w:t xml:space="preserve">There also comes a worry that AI will progress in intelligence so rapidly that it will become sentient, and act beyond humans’ control — possibly in a malicious manner. Alleged reports of this sentience have already been occurring, with one popular account being from a former Google engineer who stated the AI chatbot </w:t>
      </w:r>
      <w:r>
        <w:rPr>
          <w:b w:val="0"/>
          <w:i w:val="0"/>
          <w:smallCaps w:val="0"/>
          <w:strike w:val="0"/>
          <w:sz w:val="16"/>
          <w:u w:val="none"/>
        </w:rPr>
        <w:t>LaMDA</w:t>
      </w:r>
      <w:r>
        <w:rPr>
          <w:b w:val="0"/>
          <w:i w:val="0"/>
          <w:smallCaps w:val="0"/>
          <w:strike w:val="0"/>
          <w:sz w:val="16"/>
          <w:u w:val="none"/>
        </w:rPr>
        <w:t xml:space="preserve"> was sentient and speaking to him just as a person would. As AI’s next big milestones involve making systems with artificial general intelligence, and eventually artificial superintelligence, cries to completely stop these developments continue to rise.</w:t>
      </w:r>
    </w:p>
    <w:p>
      <w:pPr>
        <w:spacing w:after="60"/>
      </w:pPr>
      <w:r>
        <w:rPr>
          <w:b w:val="0"/>
          <w:i w:val="0"/>
          <w:smallCaps w:val="0"/>
          <w:strike w:val="0"/>
          <w:sz w:val="16"/>
          <w:u w:val="none"/>
        </w:rPr>
        <w:t xml:space="preserve">As </w:t>
      </w:r>
      <w:r>
        <w:rPr>
          <w:b w:val="0"/>
          <w:i w:val="0"/>
          <w:smallCaps w:val="0"/>
          <w:strike w:val="0"/>
          <w:sz w:val="22"/>
          <w:highlight w:val="cyan"/>
          <w:u w:val="single"/>
        </w:rPr>
        <w:t>AI technology has become more accessible, the number of people using it for criminal activity has risen.</w:t>
      </w:r>
      <w:r>
        <w:rPr>
          <w:b w:val="0"/>
          <w:i w:val="0"/>
          <w:smallCaps w:val="0"/>
          <w:strike w:val="0"/>
          <w:sz w:val="16"/>
          <w:u w:val="none"/>
        </w:rPr>
        <w:t xml:space="preserve"> Online predators can now generate images of children, making it difficult for law enforcement to determine actual cases of child abuse. And even in cases where children aren’t physically harmed, the use of children’s faces in AI-generated images presents new challenges for protecting children’s online privacy and digital safety.  </w:t>
      </w:r>
    </w:p>
    <w:p>
      <w:pPr>
        <w:spacing w:after="60"/>
      </w:pPr>
      <w:r>
        <w:rPr>
          <w:b w:val="0"/>
          <w:i w:val="0"/>
          <w:smallCaps w:val="0"/>
          <w:strike w:val="0"/>
          <w:sz w:val="16"/>
          <w:u w:val="none"/>
        </w:rPr>
        <w:t xml:space="preserve">Voice cloning has also become an issue, with criminals leveraging AI-generated voices to impersonate other people and commit phone scams. These examples merely scratch the surface of AI’s capabilities, so it will only become harder for local and national government agencies to adjust and keep the public informed of the latest AI-driven threats.  </w:t>
      </w:r>
    </w:p>
    <w:p>
      <w:pPr>
        <w:spacing w:after="60"/>
      </w:pPr>
      <w:r>
        <w:rPr>
          <w:b w:val="0"/>
          <w:i w:val="0"/>
          <w:smallCaps w:val="0"/>
          <w:strike w:val="0"/>
          <w:sz w:val="16"/>
          <w:u w:val="none"/>
        </w:rPr>
        <w:t>Overinvesting in a specific material or sector can put economies in a precarious position. Like steel, AI could run the risk of drawing so much attention and financial resources that governments fail to develop other technologies and industries. Plus, overproducing AI technology could result in dumping the excess materials, which could potentially fall into the hands of hackers and other malicious actors.</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