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WILL be integrated into military </w:t>
      </w:r>
      <w:r>
        <w:rPr>
          <w:b/>
          <w:i w:val="0"/>
          <w:smallCaps w:val="0"/>
          <w:strike w:val="0"/>
          <w:sz w:val="26"/>
          <w:u w:val="none"/>
        </w:rPr>
        <w:t>systems</w:t>
      </w:r>
    </w:p>
    <w:p>
      <w:pPr>
        <w:spacing w:after="80"/>
      </w:pPr>
      <w:r>
        <w:rPr>
          <w:b/>
          <w:i w:val="0"/>
          <w:smallCaps w:val="0"/>
          <w:strike w:val="0"/>
          <w:sz w:val="26"/>
          <w:u w:val="none"/>
        </w:rPr>
        <w:t>NSTXL 23’</w:t>
      </w:r>
      <w:r>
        <w:rPr>
          <w:b w:val="0"/>
          <w:i w:val="0"/>
          <w:smallCaps w:val="0"/>
          <w:strike w:val="0"/>
          <w:sz w:val="22"/>
          <w:u w:val="none"/>
        </w:rPr>
        <w:t xml:space="preserve"> (NSTXL, National Security Technology Accelerator, “How Artificial Intelligence is Changing the Future of Military Defense Strategies”, 01/24/2023 </w:t>
      </w:r>
      <w:r>
        <w:rPr>
          <w:b w:val="0"/>
          <w:i w:val="0"/>
          <w:smallCaps w:val="0"/>
          <w:strike w:val="0"/>
          <w:sz w:val="22"/>
          <w:u w:val="none"/>
        </w:rPr>
        <w:t>https://nstxl.org/how-artificial-intelligence-is-changing-the-future-of-military-defense-strategies/</w:t>
      </w:r>
      <w:r>
        <w:rPr>
          <w:b w:val="0"/>
          <w:i w:val="0"/>
          <w:smallCaps w:val="0"/>
          <w:strike w:val="0"/>
          <w:sz w:val="22"/>
          <w:u w:val="none"/>
        </w:rPr>
        <w:t xml:space="preserve"> Accessed 7/29/2024/NC)</w:t>
      </w:r>
    </w:p>
    <w:p>
      <w:pPr>
        <w:spacing w:after="60"/>
      </w:pPr>
      <w:r>
        <w:rPr>
          <w:b w:val="0"/>
          <w:i w:val="0"/>
          <w:smallCaps w:val="0"/>
          <w:strike w:val="0"/>
          <w:color w:val="404040"/>
          <w:sz w:val="12"/>
          <w:u w:val="none"/>
        </w:rPr>
        <w:t>This means that</w:t>
      </w:r>
      <w:r>
        <w:rPr>
          <w:b/>
          <w:i w:val="0"/>
          <w:smallCaps w:val="0"/>
          <w:strike w:val="0"/>
          <w:color w:val="FFFF00"/>
          <w:sz w:val="22"/>
          <w:u w:val="single"/>
        </w:rPr>
        <w:t xml:space="preserve"> </w:t>
      </w:r>
      <w:r>
        <w:rPr>
          <w:b/>
          <w:i w:val="0"/>
          <w:smallCaps w:val="0"/>
          <w:strike w:val="0"/>
          <w:sz w:val="22"/>
          <w:highlight w:val="yellow"/>
          <w:u w:val="single"/>
        </w:rPr>
        <w:t>a</w:t>
      </w:r>
      <w:r>
        <w:rPr>
          <w:b/>
          <w:i w:val="0"/>
          <w:smallCaps w:val="0"/>
          <w:strike w:val="0"/>
          <w:sz w:val="22"/>
          <w:u w:val="single"/>
        </w:rPr>
        <w:t>rtificial</w:t>
      </w:r>
      <w:r>
        <w:rPr>
          <w:b/>
          <w:i w:val="0"/>
          <w:smallCaps w:val="0"/>
          <w:strike w:val="0"/>
          <w:color w:val="404040"/>
          <w:sz w:val="22"/>
          <w:u w:val="single"/>
        </w:rPr>
        <w:t xml:space="preserve"> </w:t>
      </w:r>
      <w:r>
        <w:rPr>
          <w:b/>
          <w:i w:val="0"/>
          <w:smallCaps w:val="0"/>
          <w:strike w:val="0"/>
          <w:sz w:val="22"/>
          <w:highlight w:val="yellow"/>
          <w:u w:val="single"/>
        </w:rPr>
        <w:t>i</w:t>
      </w:r>
      <w:r>
        <w:rPr>
          <w:b/>
          <w:i w:val="0"/>
          <w:smallCaps w:val="0"/>
          <w:strike w:val="0"/>
          <w:sz w:val="22"/>
          <w:u w:val="single"/>
        </w:rPr>
        <w:t>ntelligence</w:t>
      </w:r>
      <w:r>
        <w:rPr>
          <w:b w:val="0"/>
          <w:i w:val="0"/>
          <w:smallCaps w:val="0"/>
          <w:strike w:val="0"/>
          <w:color w:val="404040"/>
          <w:sz w:val="22"/>
          <w:u w:val="none"/>
        </w:rPr>
        <w:t xml:space="preserve"> </w:t>
      </w:r>
      <w:r>
        <w:rPr>
          <w:b w:val="0"/>
          <w:i w:val="0"/>
          <w:smallCaps w:val="0"/>
          <w:strike w:val="0"/>
          <w:color w:val="404040"/>
          <w:sz w:val="12"/>
          <w:u w:val="none"/>
        </w:rPr>
        <w:t xml:space="preserve">applications </w:t>
      </w:r>
      <w:r>
        <w:rPr>
          <w:b/>
          <w:i w:val="0"/>
          <w:smallCaps w:val="0"/>
          <w:strike w:val="0"/>
          <w:color w:val="404040"/>
          <w:sz w:val="22"/>
          <w:highlight w:val="yellow"/>
          <w:u w:val="single"/>
        </w:rPr>
        <w:t>are powering</w:t>
      </w:r>
      <w:r>
        <w:rPr>
          <w:b w:val="0"/>
          <w:i w:val="0"/>
          <w:smallCaps w:val="0"/>
          <w:strike w:val="0"/>
          <w:color w:val="404040"/>
          <w:sz w:val="22"/>
          <w:u w:val="none"/>
        </w:rPr>
        <w:t xml:space="preserve"> </w:t>
      </w:r>
      <w:r>
        <w:rPr>
          <w:b w:val="0"/>
          <w:i w:val="0"/>
          <w:smallCaps w:val="0"/>
          <w:strike w:val="0"/>
          <w:color w:val="404040"/>
          <w:sz w:val="12"/>
          <w:u w:val="none"/>
        </w:rPr>
        <w:t xml:space="preserve">in a smarter way as mission-critical </w:t>
      </w:r>
      <w:r>
        <w:rPr>
          <w:b/>
          <w:i w:val="0"/>
          <w:smallCaps w:val="0"/>
          <w:strike w:val="0"/>
          <w:color w:val="404040"/>
          <w:sz w:val="22"/>
          <w:highlight w:val="yellow"/>
          <w:u w:val="single"/>
        </w:rPr>
        <w:t>military</w:t>
      </w:r>
      <w:r>
        <w:rPr>
          <w:b/>
          <w:i w:val="0"/>
          <w:smallCaps w:val="0"/>
          <w:strike w:val="0"/>
          <w:color w:val="404040"/>
          <w:sz w:val="22"/>
          <w:u w:val="single"/>
        </w:rPr>
        <w:t xml:space="preserve"> </w:t>
      </w:r>
      <w:r>
        <w:rPr>
          <w:b w:val="0"/>
          <w:i w:val="0"/>
          <w:smallCaps w:val="0"/>
          <w:strike w:val="0"/>
          <w:color w:val="404040"/>
          <w:sz w:val="12"/>
          <w:u w:val="none"/>
        </w:rPr>
        <w:t xml:space="preserve">platforms are now more capable. However, many physical enablers already exist. For instance, electronic packaging technology with a modern military grade can now shrink its computing architectures. This is through wafer-stacking and system-in-package techniques, which reduces system volume. </w:t>
      </w:r>
      <w:r>
        <w:rPr>
          <w:b/>
          <w:i w:val="0"/>
          <w:smallCaps w:val="0"/>
          <w:strike w:val="0"/>
          <w:color w:val="404040"/>
          <w:sz w:val="22"/>
          <w:highlight w:val="yellow"/>
          <w:u w:val="single"/>
        </w:rPr>
        <w:t>EW test</w:t>
      </w:r>
      <w:r>
        <w:rPr>
          <w:b/>
          <w:i w:val="0"/>
          <w:smallCaps w:val="0"/>
          <w:strike w:val="0"/>
          <w:color w:val="404040"/>
          <w:sz w:val="22"/>
          <w:u w:val="single"/>
        </w:rPr>
        <w:t xml:space="preserve"> and </w:t>
      </w:r>
      <w:r>
        <w:rPr>
          <w:b/>
          <w:i w:val="0"/>
          <w:smallCaps w:val="0"/>
          <w:strike w:val="0"/>
          <w:color w:val="404040"/>
          <w:sz w:val="22"/>
          <w:highlight w:val="yellow"/>
          <w:u w:val="single"/>
        </w:rPr>
        <w:t>measurement systems</w:t>
      </w:r>
      <w:r>
        <w:rPr>
          <w:b/>
          <w:i w:val="0"/>
          <w:smallCaps w:val="0"/>
          <w:strike w:val="0"/>
          <w:color w:val="404040"/>
          <w:sz w:val="22"/>
          <w:u w:val="single"/>
        </w:rPr>
        <w:t xml:space="preserve"> and </w:t>
      </w:r>
      <w:r>
        <w:rPr>
          <w:b/>
          <w:i w:val="0"/>
          <w:smallCaps w:val="0"/>
          <w:strike w:val="0"/>
          <w:color w:val="404040"/>
          <w:sz w:val="22"/>
          <w:highlight w:val="yellow"/>
          <w:u w:val="single"/>
        </w:rPr>
        <w:t>radar</w:t>
      </w:r>
      <w:r>
        <w:rPr>
          <w:b/>
          <w:i w:val="0"/>
          <w:smallCaps w:val="0"/>
          <w:strike w:val="0"/>
          <w:color w:val="404040"/>
          <w:sz w:val="22"/>
          <w:u w:val="single"/>
        </w:rPr>
        <w:t xml:space="preserve"> </w:t>
      </w:r>
      <w:r>
        <w:rPr>
          <w:b w:val="0"/>
          <w:i w:val="0"/>
          <w:smallCaps w:val="0"/>
          <w:strike w:val="0"/>
          <w:color w:val="404040"/>
          <w:sz w:val="22"/>
          <w:u w:val="none"/>
        </w:rPr>
        <w:t xml:space="preserve">are </w:t>
      </w:r>
      <w:r>
        <w:rPr>
          <w:b/>
          <w:i w:val="0"/>
          <w:smallCaps w:val="0"/>
          <w:strike w:val="0"/>
          <w:color w:val="404040"/>
          <w:sz w:val="22"/>
          <w:highlight w:val="yellow"/>
          <w:u w:val="single"/>
        </w:rPr>
        <w:t>embracing</w:t>
      </w:r>
      <w:r>
        <w:rPr>
          <w:b/>
          <w:i w:val="0"/>
          <w:smallCaps w:val="0"/>
          <w:strike w:val="0"/>
          <w:color w:val="404040"/>
          <w:sz w:val="22"/>
          <w:u w:val="single"/>
        </w:rPr>
        <w:t xml:space="preserve"> </w:t>
      </w:r>
      <w:r>
        <w:rPr>
          <w:b/>
          <w:i w:val="0"/>
          <w:smallCaps w:val="0"/>
          <w:strike w:val="0"/>
          <w:color w:val="404040"/>
          <w:sz w:val="22"/>
          <w:highlight w:val="yellow"/>
          <w:u w:val="single"/>
        </w:rPr>
        <w:t>AI</w:t>
      </w:r>
      <w:r>
        <w:rPr>
          <w:b/>
          <w:i w:val="0"/>
          <w:smallCaps w:val="0"/>
          <w:strike w:val="0"/>
          <w:color w:val="404040"/>
          <w:sz w:val="22"/>
          <w:u w:val="single"/>
        </w:rPr>
        <w:t xml:space="preserve"> </w:t>
      </w:r>
      <w:r>
        <w:rPr>
          <w:b w:val="0"/>
          <w:i w:val="0"/>
          <w:smallCaps w:val="0"/>
          <w:strike w:val="0"/>
          <w:color w:val="404040"/>
          <w:sz w:val="12"/>
          <w:u w:val="none"/>
        </w:rPr>
        <w:t xml:space="preserve">by advancing their modes. They seek to achieve more adaptability in waveforms and anti-jamming, among other more effective systems. AI is perfect for military applications because it can solve computational complexity. It can easily run an algorithm during times of tremendous pressure and stress. Also, it can decide at a much faster speed. Further, decisions result from data, without human emotion. While artificial intelligence is highly beneficial for military applications, testing it to ensure its effectiveness is another story. The sheer volume of data that the military collects is overwhelming and requires the help of computer analysis. Running an algorithm is a much more effective way to make sense of all the raw data. It reduces big data into a digestible amount of information that a human can understand. This is how military leadership can make actionable decisions based on facts. The military can make tremendous improvements with their strategic decision-making, including quick and exact scenario analyses. During urgent circumstances, AI can neutralize biases. </w:t>
      </w:r>
      <w:r>
        <w:rPr>
          <w:b/>
          <w:i w:val="0"/>
          <w:smallCaps w:val="0"/>
          <w:strike w:val="0"/>
          <w:color w:val="404040"/>
          <w:sz w:val="22"/>
          <w:highlight w:val="yellow"/>
          <w:u w:val="single"/>
        </w:rPr>
        <w:t>A</w:t>
      </w:r>
      <w:r>
        <w:rPr>
          <w:b/>
          <w:i w:val="0"/>
          <w:smallCaps w:val="0"/>
          <w:strike w:val="0"/>
          <w:color w:val="404040"/>
          <w:sz w:val="22"/>
          <w:u w:val="single"/>
        </w:rPr>
        <w:t xml:space="preserve">rtificial </w:t>
      </w:r>
      <w:r>
        <w:rPr>
          <w:b/>
          <w:i w:val="0"/>
          <w:smallCaps w:val="0"/>
          <w:strike w:val="0"/>
          <w:color w:val="404040"/>
          <w:sz w:val="22"/>
          <w:highlight w:val="yellow"/>
          <w:u w:val="single"/>
        </w:rPr>
        <w:t>i</w:t>
      </w:r>
      <w:r>
        <w:rPr>
          <w:b/>
          <w:i w:val="0"/>
          <w:smallCaps w:val="0"/>
          <w:strike w:val="0"/>
          <w:color w:val="404040"/>
          <w:sz w:val="22"/>
          <w:u w:val="single"/>
        </w:rPr>
        <w:t>ntelligence</w:t>
      </w:r>
      <w:r>
        <w:rPr>
          <w:b w:val="0"/>
          <w:i w:val="0"/>
          <w:smallCaps w:val="0"/>
          <w:strike w:val="0"/>
          <w:color w:val="404040"/>
          <w:sz w:val="22"/>
          <w:u w:val="none"/>
        </w:rPr>
        <w:t xml:space="preserve"> </w:t>
      </w:r>
      <w:r>
        <w:rPr>
          <w:b w:val="0"/>
          <w:i w:val="0"/>
          <w:smallCaps w:val="0"/>
          <w:strike w:val="0"/>
          <w:color w:val="404040"/>
          <w:sz w:val="12"/>
          <w:u w:val="none"/>
        </w:rPr>
        <w:t xml:space="preserve">is a </w:t>
      </w:r>
      <w:r>
        <w:rPr>
          <w:b/>
          <w:i w:val="0"/>
          <w:smallCaps w:val="0"/>
          <w:strike w:val="0"/>
          <w:color w:val="404040"/>
          <w:sz w:val="22"/>
          <w:highlight w:val="yellow"/>
          <w:u w:val="single"/>
        </w:rPr>
        <w:t>prime tool for</w:t>
      </w:r>
      <w:r>
        <w:rPr>
          <w:b/>
          <w:i w:val="0"/>
          <w:smallCaps w:val="0"/>
          <w:strike w:val="0"/>
          <w:color w:val="404040"/>
          <w:sz w:val="22"/>
          <w:u w:val="single"/>
        </w:rPr>
        <w:t xml:space="preserve"> </w:t>
      </w:r>
      <w:r>
        <w:rPr>
          <w:b w:val="0"/>
          <w:i w:val="0"/>
          <w:smallCaps w:val="0"/>
          <w:strike w:val="0"/>
          <w:color w:val="404040"/>
          <w:sz w:val="12"/>
          <w:u w:val="none"/>
        </w:rPr>
        <w:t>training, lending itself to</w:t>
      </w:r>
      <w:r>
        <w:rPr>
          <w:b w:val="0"/>
          <w:i w:val="0"/>
          <w:smallCaps w:val="0"/>
          <w:strike w:val="0"/>
          <w:color w:val="404040"/>
          <w:sz w:val="22"/>
          <w:u w:val="none"/>
        </w:rPr>
        <w:t xml:space="preserve"> </w:t>
      </w:r>
      <w:r>
        <w:rPr>
          <w:b/>
          <w:i w:val="0"/>
          <w:smallCaps w:val="0"/>
          <w:strike w:val="0"/>
          <w:color w:val="404040"/>
          <w:sz w:val="22"/>
          <w:highlight w:val="yellow"/>
          <w:u w:val="single"/>
        </w:rPr>
        <w:t>opportunities</w:t>
      </w:r>
      <w:r>
        <w:rPr>
          <w:b/>
          <w:i w:val="0"/>
          <w:smallCaps w:val="0"/>
          <w:strike w:val="0"/>
          <w:color w:val="404040"/>
          <w:sz w:val="22"/>
          <w:u w:val="single"/>
        </w:rPr>
        <w:t xml:space="preserve"> </w:t>
      </w:r>
      <w:r>
        <w:rPr>
          <w:b w:val="0"/>
          <w:i w:val="0"/>
          <w:smallCaps w:val="0"/>
          <w:strike w:val="0"/>
          <w:color w:val="404040"/>
          <w:sz w:val="12"/>
          <w:u w:val="none"/>
        </w:rPr>
        <w:t xml:space="preserve">to give soldiers and personnel individualized instruction. Computer models and technology are reliable. </w:t>
      </w:r>
      <w:r>
        <w:rPr>
          <w:b/>
          <w:i w:val="0"/>
          <w:smallCaps w:val="0"/>
          <w:strike w:val="0"/>
          <w:color w:val="404040"/>
          <w:sz w:val="22"/>
          <w:highlight w:val="yellow"/>
          <w:u w:val="single"/>
        </w:rPr>
        <w:t>Simulations</w:t>
      </w:r>
      <w:r>
        <w:rPr>
          <w:b w:val="0"/>
          <w:i w:val="0"/>
          <w:smallCaps w:val="0"/>
          <w:strike w:val="0"/>
          <w:color w:val="404040"/>
          <w:sz w:val="22"/>
          <w:u w:val="none"/>
        </w:rPr>
        <w:t xml:space="preserve"> </w:t>
      </w:r>
      <w:r>
        <w:rPr>
          <w:b w:val="0"/>
          <w:i w:val="0"/>
          <w:smallCaps w:val="0"/>
          <w:strike w:val="0"/>
          <w:color w:val="404040"/>
          <w:sz w:val="12"/>
          <w:u w:val="none"/>
        </w:rPr>
        <w:t xml:space="preserve">and </w:t>
      </w:r>
      <w:r>
        <w:rPr>
          <w:b/>
          <w:i w:val="0"/>
          <w:smallCaps w:val="0"/>
          <w:strike w:val="0"/>
          <w:color w:val="404040"/>
          <w:sz w:val="22"/>
          <w:highlight w:val="yellow"/>
          <w:u w:val="single"/>
        </w:rPr>
        <w:t>exercises</w:t>
      </w:r>
      <w:r>
        <w:rPr>
          <w:b/>
          <w:i w:val="0"/>
          <w:smallCaps w:val="0"/>
          <w:strike w:val="0"/>
          <w:color w:val="404040"/>
          <w:sz w:val="22"/>
          <w:u w:val="single"/>
        </w:rPr>
        <w:t xml:space="preserve"> </w:t>
      </w:r>
      <w:r>
        <w:rPr>
          <w:b w:val="0"/>
          <w:i w:val="0"/>
          <w:smallCaps w:val="0"/>
          <w:strike w:val="0"/>
          <w:color w:val="404040"/>
          <w:sz w:val="12"/>
          <w:u w:val="none"/>
        </w:rPr>
        <w:t xml:space="preserve">of the future </w:t>
      </w:r>
      <w:r>
        <w:rPr>
          <w:b/>
          <w:i w:val="0"/>
          <w:smallCaps w:val="0"/>
          <w:strike w:val="0"/>
          <w:color w:val="404040"/>
          <w:sz w:val="22"/>
          <w:highlight w:val="yellow"/>
          <w:u w:val="single"/>
        </w:rPr>
        <w:t>are becoming</w:t>
      </w:r>
      <w:r>
        <w:rPr>
          <w:b w:val="0"/>
          <w:i w:val="0"/>
          <w:smallCaps w:val="0"/>
          <w:strike w:val="0"/>
          <w:color w:val="404040"/>
          <w:sz w:val="22"/>
          <w:u w:val="none"/>
        </w:rPr>
        <w:t xml:space="preserve"> </w:t>
      </w:r>
      <w:r>
        <w:rPr>
          <w:b w:val="0"/>
          <w:i w:val="0"/>
          <w:smallCaps w:val="0"/>
          <w:strike w:val="0"/>
          <w:color w:val="404040"/>
          <w:sz w:val="12"/>
          <w:u w:val="none"/>
        </w:rPr>
        <w:t>more and more</w:t>
      </w:r>
      <w:r>
        <w:rPr>
          <w:b w:val="0"/>
          <w:i w:val="0"/>
          <w:smallCaps w:val="0"/>
          <w:strike w:val="0"/>
          <w:color w:val="404040"/>
          <w:sz w:val="22"/>
          <w:u w:val="none"/>
        </w:rPr>
        <w:t xml:space="preserve"> </w:t>
      </w:r>
      <w:r>
        <w:rPr>
          <w:b/>
          <w:i w:val="0"/>
          <w:smallCaps w:val="0"/>
          <w:strike w:val="0"/>
          <w:color w:val="404040"/>
          <w:sz w:val="22"/>
          <w:highlight w:val="yellow"/>
          <w:u w:val="single"/>
        </w:rPr>
        <w:t>real</w:t>
      </w:r>
      <w:r>
        <w:rPr>
          <w:b w:val="0"/>
          <w:i w:val="0"/>
          <w:smallCaps w:val="0"/>
          <w:strike w:val="0"/>
          <w:color w:val="404040"/>
          <w:sz w:val="22"/>
          <w:u w:val="none"/>
        </w:rPr>
        <w:t>,</w:t>
      </w:r>
      <w:r>
        <w:rPr>
          <w:b/>
          <w:i w:val="0"/>
          <w:smallCaps w:val="0"/>
          <w:strike w:val="0"/>
          <w:color w:val="404040"/>
          <w:sz w:val="22"/>
          <w:u w:val="single"/>
        </w:rPr>
        <w:t xml:space="preserve"> </w:t>
      </w:r>
      <w:r>
        <w:rPr>
          <w:b/>
          <w:i w:val="0"/>
          <w:smallCaps w:val="0"/>
          <w:strike w:val="0"/>
          <w:color w:val="404040"/>
          <w:sz w:val="22"/>
          <w:highlight w:val="yellow"/>
          <w:u w:val="single"/>
        </w:rPr>
        <w:t>helping the military</w:t>
      </w:r>
      <w:r>
        <w:rPr>
          <w:b/>
          <w:i w:val="0"/>
          <w:smallCaps w:val="0"/>
          <w:strike w:val="0"/>
          <w:color w:val="404040"/>
          <w:sz w:val="12"/>
          <w:u w:val="single"/>
        </w:rPr>
        <w:t xml:space="preserve"> </w:t>
      </w:r>
      <w:r>
        <w:rPr>
          <w:b w:val="0"/>
          <w:i w:val="0"/>
          <w:smallCaps w:val="0"/>
          <w:strike w:val="0"/>
          <w:color w:val="404040"/>
          <w:sz w:val="12"/>
          <w:u w:val="none"/>
        </w:rPr>
        <w:t xml:space="preserve">better prepare for times of warfare. AI can bridge gaps in military defenses, making departments less fragmented. Data processing runs more efficiently from various sources. Logistics is more proactive because it can make administrative tasks easier. Thanks to autonomous logistics, troops are in less danger, and support systems are more enhanced. The battlefield is often a location that is extremely hazardous, and AI may mitigate some threats that the military faces. A prominent example of how </w:t>
      </w:r>
      <w:r>
        <w:rPr>
          <w:b/>
          <w:i w:val="0"/>
          <w:smallCaps w:val="0"/>
          <w:strike w:val="0"/>
          <w:color w:val="404040"/>
          <w:sz w:val="12"/>
          <w:highlight w:val="yellow"/>
          <w:u w:val="single"/>
        </w:rPr>
        <w:t>AI is helping</w:t>
      </w:r>
      <w:r>
        <w:rPr>
          <w:b w:val="0"/>
          <w:i w:val="0"/>
          <w:smallCaps w:val="0"/>
          <w:strike w:val="0"/>
          <w:color w:val="404040"/>
          <w:sz w:val="12"/>
          <w:u w:val="none"/>
        </w:rPr>
        <w:t xml:space="preserve"> to keep</w:t>
      </w:r>
      <w:r>
        <w:rPr>
          <w:b w:val="0"/>
          <w:i w:val="0"/>
          <w:smallCaps w:val="0"/>
          <w:strike w:val="0"/>
          <w:color w:val="404040"/>
          <w:sz w:val="22"/>
          <w:u w:val="none"/>
        </w:rPr>
        <w:t xml:space="preserve"> </w:t>
      </w:r>
      <w:r>
        <w:rPr>
          <w:b/>
          <w:i w:val="0"/>
          <w:smallCaps w:val="0"/>
          <w:strike w:val="0"/>
          <w:color w:val="404040"/>
          <w:sz w:val="22"/>
          <w:highlight w:val="yellow"/>
          <w:u w:val="single"/>
        </w:rPr>
        <w:t>soldiers</w:t>
      </w:r>
      <w:r>
        <w:rPr>
          <w:b/>
          <w:i w:val="0"/>
          <w:smallCaps w:val="0"/>
          <w:strike w:val="0"/>
          <w:color w:val="404040"/>
          <w:sz w:val="22"/>
          <w:u w:val="single"/>
        </w:rPr>
        <w:t xml:space="preserve"> </w:t>
      </w:r>
      <w:r>
        <w:rPr>
          <w:b w:val="0"/>
          <w:i w:val="0"/>
          <w:smallCaps w:val="0"/>
          <w:strike w:val="0"/>
          <w:color w:val="404040"/>
          <w:sz w:val="22"/>
          <w:u w:val="none"/>
        </w:rPr>
        <w:t>safer</w:t>
      </w:r>
      <w:r>
        <w:rPr>
          <w:b/>
          <w:i w:val="0"/>
          <w:smallCaps w:val="0"/>
          <w:strike w:val="0"/>
          <w:color w:val="404040"/>
          <w:sz w:val="22"/>
          <w:u w:val="single"/>
        </w:rPr>
        <w:t xml:space="preserve"> </w:t>
      </w:r>
      <w:r>
        <w:rPr>
          <w:b/>
          <w:i w:val="0"/>
          <w:smallCaps w:val="0"/>
          <w:strike w:val="0"/>
          <w:color w:val="404040"/>
          <w:sz w:val="22"/>
          <w:highlight w:val="yellow"/>
          <w:u w:val="single"/>
        </w:rPr>
        <w:t>during times of battle</w:t>
      </w:r>
      <w:r>
        <w:rPr>
          <w:b w:val="0"/>
          <w:i w:val="0"/>
          <w:smallCaps w:val="0"/>
          <w:strike w:val="0"/>
          <w:color w:val="404040"/>
          <w:sz w:val="22"/>
          <w:u w:val="none"/>
        </w:rPr>
        <w:t xml:space="preserve"> </w:t>
      </w:r>
      <w:r>
        <w:rPr>
          <w:b w:val="0"/>
          <w:i w:val="0"/>
          <w:smallCaps w:val="0"/>
          <w:strike w:val="0"/>
          <w:color w:val="404040"/>
          <w:sz w:val="12"/>
          <w:u w:val="none"/>
        </w:rPr>
        <w:t xml:space="preserve">is that soldiers can use artificial intelligence to identify dangers faster, and AI can provide soldiers guidance on how they can handle potential dangers. Today’s ground vehicles and army aircraft have intelligent sensors. There is less need for humans, alleviating risk to human life. There are many hiring practices that national defense organizations employ. In years past, you have likely seen television ads and job fair booths to attract candidates. Artificial intelligence can improve recruitment tactics, making it easier to find qualified candidates for the military. A recent example is 30 years of data from the Air Force Special Operations Command. One source revealed that the army website had </w:t>
      </w:r>
      <w:r>
        <w:rPr>
          <w:b w:val="0"/>
          <w:i w:val="0"/>
          <w:smallCaps w:val="0"/>
          <w:strike w:val="0"/>
          <w:sz w:val="12"/>
          <w:u w:val="none"/>
        </w:rPr>
        <w:t>2.5 million monthly visitors</w:t>
      </w:r>
      <w:r>
        <w:rPr>
          <w:b w:val="0"/>
          <w:i w:val="0"/>
          <w:smallCaps w:val="0"/>
          <w:strike w:val="0"/>
          <w:color w:val="404040"/>
          <w:sz w:val="12"/>
          <w:u w:val="none"/>
        </w:rPr>
        <w:t xml:space="preserve">, and of those, approximately 35% are female. Because of this, the army has not only a male chatbot but a female counterpart as well. Military defense requires extensive training for their people because national security depends on them. The more training soldiers can gain, the more they can directly affect their performance, boosting a soldier’s capabilities. It also boosts the performance of teams as they collaborate to achieve a mission. By introducing artificial intelligence into training, textbook learning is becoming obsolete. They can share a syllabus on a tablet. Therefore, as technologies advance and changes are necessary, updates to the curriculum can distribute in real-time, versus waiting for a new book to publish. When a cyberattack strikes a company, it renders computers inoperable. Employees must leave behind technology and go back to manual techniques for a time to continue working. Now, </w:t>
      </w:r>
      <w:r>
        <w:rPr>
          <w:b w:val="0"/>
          <w:i w:val="0"/>
          <w:smallCaps w:val="0"/>
          <w:strike w:val="0"/>
          <w:sz w:val="12"/>
          <w:u w:val="none"/>
        </w:rPr>
        <w:t>imagine a cyberattack strikes</w:t>
      </w:r>
      <w:r>
        <w:rPr>
          <w:b w:val="0"/>
          <w:i w:val="0"/>
          <w:smallCaps w:val="0"/>
          <w:strike w:val="0"/>
          <w:color w:val="404040"/>
          <w:sz w:val="12"/>
          <w:u w:val="none"/>
        </w:rPr>
        <w:t xml:space="preserve"> the military during a battle, bringing their technology down. The effects could be dire. That is why the</w:t>
      </w:r>
      <w:r>
        <w:rPr>
          <w:b w:val="0"/>
          <w:i w:val="0"/>
          <w:smallCaps w:val="0"/>
          <w:strike w:val="0"/>
          <w:color w:val="404040"/>
          <w:sz w:val="22"/>
          <w:u w:val="none"/>
        </w:rPr>
        <w:t xml:space="preserve"> </w:t>
      </w:r>
      <w:r>
        <w:rPr>
          <w:b/>
          <w:i w:val="0"/>
          <w:smallCaps w:val="0"/>
          <w:strike w:val="0"/>
          <w:color w:val="404040"/>
          <w:sz w:val="22"/>
          <w:highlight w:val="yellow"/>
          <w:u w:val="single"/>
        </w:rPr>
        <w:t>army is deploying a</w:t>
      </w:r>
      <w:r>
        <w:rPr>
          <w:b/>
          <w:i w:val="0"/>
          <w:smallCaps w:val="0"/>
          <w:strike w:val="0"/>
          <w:color w:val="404040"/>
          <w:sz w:val="22"/>
          <w:u w:val="single"/>
        </w:rPr>
        <w:t xml:space="preserve">rtificial </w:t>
      </w:r>
      <w:r>
        <w:rPr>
          <w:b/>
          <w:i w:val="0"/>
          <w:smallCaps w:val="0"/>
          <w:strike w:val="0"/>
          <w:color w:val="404040"/>
          <w:sz w:val="22"/>
          <w:highlight w:val="yellow"/>
          <w:u w:val="single"/>
        </w:rPr>
        <w:t>i</w:t>
      </w:r>
      <w:r>
        <w:rPr>
          <w:b/>
          <w:i w:val="0"/>
          <w:smallCaps w:val="0"/>
          <w:strike w:val="0"/>
          <w:color w:val="404040"/>
          <w:sz w:val="22"/>
          <w:u w:val="single"/>
        </w:rPr>
        <w:t>ntelligence</w:t>
      </w:r>
      <w:r>
        <w:rPr>
          <w:b w:val="0"/>
          <w:i w:val="0"/>
          <w:smallCaps w:val="0"/>
          <w:strike w:val="0"/>
          <w:color w:val="404040"/>
          <w:sz w:val="22"/>
          <w:u w:val="none"/>
        </w:rPr>
        <w:t xml:space="preserve"> </w:t>
      </w:r>
      <w:r>
        <w:rPr>
          <w:b w:val="0"/>
          <w:i w:val="0"/>
          <w:smallCaps w:val="0"/>
          <w:strike w:val="0"/>
          <w:color w:val="404040"/>
          <w:sz w:val="12"/>
          <w:u w:val="none"/>
        </w:rPr>
        <w:t xml:space="preserve">to research cybersecurity technologies that can protect personnel and their communication networks. In this way, </w:t>
      </w:r>
      <w:r>
        <w:rPr>
          <w:b/>
          <w:i w:val="0"/>
          <w:smallCaps w:val="0"/>
          <w:strike w:val="0"/>
          <w:color w:val="404040"/>
          <w:sz w:val="22"/>
          <w:highlight w:val="yellow"/>
          <w:u w:val="single"/>
        </w:rPr>
        <w:t>AI</w:t>
      </w:r>
      <w:r>
        <w:rPr>
          <w:b/>
          <w:i w:val="0"/>
          <w:smallCaps w:val="0"/>
          <w:strike w:val="0"/>
          <w:color w:val="404040"/>
          <w:sz w:val="22"/>
          <w:u w:val="single"/>
        </w:rPr>
        <w:t xml:space="preserve"> </w:t>
      </w:r>
      <w:r>
        <w:rPr>
          <w:b w:val="0"/>
          <w:i w:val="0"/>
          <w:smallCaps w:val="0"/>
          <w:strike w:val="0"/>
          <w:color w:val="404040"/>
          <w:sz w:val="12"/>
          <w:u w:val="none"/>
        </w:rPr>
        <w:t xml:space="preserve">is </w:t>
      </w:r>
      <w:r>
        <w:rPr>
          <w:b/>
          <w:i w:val="0"/>
          <w:smallCaps w:val="0"/>
          <w:strike w:val="0"/>
          <w:sz w:val="22"/>
          <w:highlight w:val="yellow"/>
          <w:u w:val="single"/>
        </w:rPr>
        <w:t>serving</w:t>
      </w:r>
      <w:r>
        <w:rPr>
          <w:b/>
          <w:i w:val="0"/>
          <w:smallCaps w:val="0"/>
          <w:strike w:val="0"/>
          <w:sz w:val="22"/>
          <w:u w:val="single"/>
        </w:rPr>
        <w:t xml:space="preserve"> </w:t>
      </w:r>
      <w:r>
        <w:rPr>
          <w:b w:val="0"/>
          <w:i w:val="0"/>
          <w:smallCaps w:val="0"/>
          <w:strike w:val="0"/>
          <w:color w:val="404040"/>
          <w:sz w:val="12"/>
          <w:u w:val="none"/>
        </w:rPr>
        <w:t xml:space="preserve">its </w:t>
      </w:r>
      <w:r>
        <w:rPr>
          <w:b/>
          <w:i w:val="0"/>
          <w:smallCaps w:val="0"/>
          <w:strike w:val="0"/>
          <w:color w:val="404040"/>
          <w:sz w:val="22"/>
          <w:highlight w:val="yellow"/>
          <w:u w:val="single"/>
        </w:rPr>
        <w:t xml:space="preserve">most critical role in the military. </w:t>
      </w:r>
      <w:r>
        <w:rPr>
          <w:b w:val="0"/>
          <w:i w:val="0"/>
          <w:smallCaps w:val="0"/>
          <w:strike w:val="0"/>
          <w:color w:val="404040"/>
          <w:sz w:val="12"/>
          <w:u w:val="none"/>
        </w:rPr>
        <w:t>AI-enabled systems could protect against unwanted access to data, programs, networks, and computers. Further, online security military applications that possess AI capabilities can record patterns of cyberattacks. When AI recognizes patterns of threats, it can then create counterattack tools.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