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usage of Ai in nuclear decisions lead to extinction</w:t>
      </w:r>
    </w:p>
    <w:p>
      <w:pPr>
        <w:spacing w:after="80"/>
      </w:pPr>
      <w:r>
        <w:rPr>
          <w:b/>
          <w:i w:val="0"/>
          <w:smallCaps w:val="0"/>
          <w:strike w:val="0"/>
          <w:sz w:val="26"/>
          <w:u w:val="none"/>
        </w:rPr>
        <w:t xml:space="preserve">Kallenborn'22 </w:t>
      </w:r>
      <w:r>
        <w:rPr>
          <w:b w:val="0"/>
          <w:i w:val="0"/>
          <w:smallCaps w:val="0"/>
          <w:strike w:val="0"/>
          <w:sz w:val="22"/>
          <w:u w:val="none"/>
        </w:rPr>
        <w:t>[</w:t>
      </w:r>
      <w:r>
        <w:rPr>
          <w:b w:val="0"/>
          <w:i w:val="0"/>
          <w:smallCaps w:val="0"/>
          <w:strike w:val="0"/>
          <w:sz w:val="22"/>
          <w:u w:val="none"/>
        </w:rPr>
        <w:t>Zachary</w:t>
      </w:r>
      <w:r>
        <w:rPr>
          <w:b w:val="0"/>
          <w:i w:val="0"/>
          <w:smallCaps w:val="0"/>
          <w:strike w:val="0"/>
          <w:sz w:val="22"/>
          <w:u w:val="none"/>
        </w:rPr>
        <w:t>;</w:t>
      </w:r>
      <w:r>
        <w:rPr>
          <w:b w:val="0"/>
          <w:i w:val="0"/>
          <w:smallCaps w:val="0"/>
          <w:strike w:val="0"/>
          <w:sz w:val="22"/>
          <w:u w:val="none"/>
        </w:rPr>
        <w:t xml:space="preserve"> fellow with the Center for Strategic and International Studies (CSIS), policy fellow at the </w:t>
      </w:r>
      <w:r>
        <w:rPr>
          <w:b w:val="0"/>
          <w:i w:val="0"/>
          <w:smallCaps w:val="0"/>
          <w:strike w:val="0"/>
          <w:sz w:val="22"/>
          <w:u w:val="none"/>
        </w:rPr>
        <w:t>Schar</w:t>
      </w:r>
      <w:r>
        <w:rPr>
          <w:b w:val="0"/>
          <w:i w:val="0"/>
          <w:smallCaps w:val="0"/>
          <w:strike w:val="0"/>
          <w:sz w:val="22"/>
          <w:u w:val="none"/>
        </w:rPr>
        <w:t xml:space="preserve"> School of Policy and Government, fellow at the National Institute for Deterrence Studies, Research Affiliate with the Unconventional Weapons and Technology Division of the National Consortium for the Study of Terrorism and Responses to Terrorism (START)</w:t>
      </w:r>
      <w:r>
        <w:rPr>
          <w:b w:val="0"/>
          <w:i w:val="0"/>
          <w:smallCaps w:val="0"/>
          <w:strike w:val="0"/>
          <w:sz w:val="22"/>
          <w:u w:val="none"/>
        </w:rPr>
        <w:t>; 2-1-2022; "Giving an AI control of nuclear weapons: What could possibly go wrong?"; Bulletin of the Atomic Scientists; https://thebulletin.org/2022/02/giving-an-ai-control-of-nuclear-weapons-what-could-possibly-go-wrong/; accessed 7-28-2024, AY]</w:t>
      </w:r>
    </w:p>
    <w:p>
      <w:pPr>
        <w:spacing w:after="60"/>
      </w:pPr>
      <w:r>
        <w:rPr>
          <w:b w:val="0"/>
          <w:i w:val="0"/>
          <w:smallCaps w:val="0"/>
          <w:strike w:val="0"/>
          <w:sz w:val="22"/>
          <w:highlight w:val="cyan"/>
          <w:u w:val="single"/>
        </w:rPr>
        <w:t>If artificial intelligences controlled nuclear weapons, all of us could be dead.</w:t>
      </w:r>
    </w:p>
    <w:p>
      <w:pPr>
        <w:spacing w:after="60"/>
      </w:pPr>
      <w:r>
        <w:rPr>
          <w:b w:val="0"/>
          <w:i w:val="0"/>
          <w:smallCaps w:val="0"/>
          <w:strike w:val="0"/>
          <w:sz w:val="22"/>
          <w:u w:val="single"/>
        </w:rPr>
        <w:t xml:space="preserve">That is no </w:t>
      </w:r>
      <w:r>
        <w:rPr>
          <w:b w:val="0"/>
          <w:i w:val="0"/>
          <w:smallCaps w:val="0"/>
          <w:strike w:val="0"/>
          <w:sz w:val="22"/>
          <w:u w:val="single"/>
        </w:rPr>
        <w:t>exaggeration. In 1983,</w:t>
      </w:r>
      <w:r>
        <w:rPr>
          <w:b w:val="0"/>
          <w:i w:val="0"/>
          <w:smallCaps w:val="0"/>
          <w:strike w:val="0"/>
          <w:sz w:val="10"/>
          <w:u w:val="none"/>
        </w:rPr>
        <w:t xml:space="preserve"> Soviet Air Defense</w:t>
      </w:r>
      <w:r>
        <w:rPr>
          <w:b w:val="0"/>
          <w:i w:val="0"/>
          <w:smallCaps w:val="0"/>
          <w:strike w:val="0"/>
          <w:sz w:val="10"/>
          <w:u w:val="none"/>
        </w:rPr>
        <w:t xml:space="preserve"> Forces </w:t>
      </w:r>
      <w:r>
        <w:rPr>
          <w:b w:val="0"/>
          <w:i w:val="0"/>
          <w:smallCaps w:val="0"/>
          <w:strike w:val="0"/>
          <w:sz w:val="10"/>
          <w:u w:val="none"/>
        </w:rPr>
        <w:t xml:space="preserve">Lieutenant Colonel Stanislav Petrov was monitoring nuclear early warning systems, when </w:t>
      </w:r>
      <w:r>
        <w:rPr>
          <w:b w:val="0"/>
          <w:i w:val="0"/>
          <w:smallCaps w:val="0"/>
          <w:strike w:val="0"/>
          <w:sz w:val="22"/>
          <w:u w:val="single"/>
        </w:rPr>
        <w:t>the computer concluded with the highest confidence that the United States had launched a nuclear war.</w:t>
      </w:r>
      <w:r>
        <w:rPr>
          <w:b w:val="0"/>
          <w:i w:val="0"/>
          <w:smallCaps w:val="0"/>
          <w:strike w:val="0"/>
          <w:sz w:val="10"/>
          <w:u w:val="none"/>
        </w:rPr>
        <w:t xml:space="preserve"> But Petrov was doubtful: The computer estimated only a handful of nuclear weapons were incoming, when such a surprise attack would more plausibly entail an overwhelming first strike. He also didn’t trust the new launch detection system, and the radar system didn’t have corroborative evidence. Petrov decided the message was a false positive and did nothing</w:t>
      </w:r>
      <w:r>
        <w:rPr>
          <w:b w:val="0"/>
          <w:i w:val="0"/>
          <w:smallCaps w:val="0"/>
          <w:strike w:val="0"/>
          <w:sz w:val="22"/>
          <w:u w:val="single"/>
        </w:rPr>
        <w:t>. The computer was wrong</w:t>
      </w:r>
      <w:r>
        <w:rPr>
          <w:b w:val="0"/>
          <w:i w:val="0"/>
          <w:smallCaps w:val="0"/>
          <w:strike w:val="0"/>
          <w:sz w:val="10"/>
          <w:u w:val="none"/>
        </w:rPr>
        <w:t>;</w:t>
      </w:r>
      <w:r>
        <w:rPr>
          <w:b w:val="0"/>
          <w:i w:val="0"/>
          <w:smallCaps w:val="0"/>
          <w:strike w:val="0"/>
          <w:sz w:val="10"/>
          <w:u w:val="none"/>
        </w:rPr>
        <w:t xml:space="preserve"> Petrov was right. </w:t>
      </w:r>
      <w:r>
        <w:rPr>
          <w:b w:val="0"/>
          <w:i w:val="0"/>
          <w:smallCaps w:val="0"/>
          <w:strike w:val="0"/>
          <w:sz w:val="22"/>
          <w:u w:val="single"/>
        </w:rPr>
        <w:t>The false signals came from the early warning system mistaking the sun’s reflection off the clouds for missiles.</w:t>
      </w:r>
      <w:r>
        <w:rPr>
          <w:b w:val="0"/>
          <w:i w:val="0"/>
          <w:smallCaps w:val="0"/>
          <w:strike w:val="0"/>
          <w:sz w:val="10"/>
          <w:u w:val="none"/>
        </w:rPr>
        <w:t xml:space="preserve"> But if Petrov had been a machine, programmed to respond automatically when confidence was sufficiently high, that error would have started a nuclear war.</w:t>
      </w:r>
    </w:p>
    <w:p>
      <w:pPr>
        <w:spacing w:after="60"/>
      </w:pPr>
      <w:r>
        <w:rPr>
          <w:b w:val="0"/>
          <w:i w:val="0"/>
          <w:smallCaps w:val="0"/>
          <w:strike w:val="0"/>
          <w:sz w:val="22"/>
          <w:highlight w:val="cyan"/>
          <w:u w:val="single"/>
        </w:rPr>
        <w:t>Militaries are</w:t>
      </w:r>
      <w:r>
        <w:rPr>
          <w:b w:val="0"/>
          <w:i w:val="0"/>
          <w:smallCaps w:val="0"/>
          <w:strike w:val="0"/>
          <w:sz w:val="22"/>
          <w:u w:val="single"/>
        </w:rPr>
        <w:t xml:space="preserve"> increasingly </w:t>
      </w:r>
      <w:r>
        <w:rPr>
          <w:b w:val="0"/>
          <w:i w:val="0"/>
          <w:smallCaps w:val="0"/>
          <w:strike w:val="0"/>
          <w:sz w:val="22"/>
          <w:highlight w:val="cyan"/>
          <w:u w:val="single"/>
        </w:rPr>
        <w:t>incorporating autonomous functions into weapons systems,</w:t>
      </w:r>
      <w:r>
        <w:rPr>
          <w:b w:val="0"/>
          <w:i w:val="0"/>
          <w:smallCaps w:val="0"/>
          <w:strike w:val="0"/>
          <w:sz w:val="22"/>
          <w:u w:val="single"/>
        </w:rPr>
        <w:t xml:space="preserve"> though as far as is publicly known, they haven’t yet turned the nuclear launch codes over to an AI system. </w:t>
      </w:r>
      <w:r>
        <w:rPr>
          <w:b w:val="0"/>
          <w:i w:val="0"/>
          <w:smallCaps w:val="0"/>
          <w:strike w:val="0"/>
          <w:sz w:val="10"/>
          <w:u w:val="none"/>
        </w:rPr>
        <w:t>Russia has developed a nuclear-armed, nuclear-powered torpedo that is autonomous in some not publicly known manner, and defense thinkers in the United States have proposed automating the launch decision for nuclear weapons.</w:t>
      </w:r>
    </w:p>
    <w:p>
      <w:pPr>
        <w:spacing w:after="60"/>
      </w:pPr>
      <w:r>
        <w:rPr>
          <w:b w:val="0"/>
          <w:i w:val="0"/>
          <w:smallCaps w:val="0"/>
          <w:strike w:val="0"/>
          <w:sz w:val="22"/>
          <w:u w:val="single"/>
        </w:rPr>
        <w:t xml:space="preserve">There is no guarantee that some military won’t put AI in charge of nuclear launches; International law doesn’t specify that there should always be a “Petrov” guarding the button. That’s </w:t>
      </w:r>
      <w:r>
        <w:rPr>
          <w:b w:val="0"/>
          <w:i w:val="0"/>
          <w:smallCaps w:val="0"/>
          <w:strike w:val="0"/>
          <w:sz w:val="10"/>
          <w:u w:val="none"/>
        </w:rPr>
        <w:t>something that should change, soon.</w:t>
      </w:r>
    </w:p>
    <w:p>
      <w:pPr>
        <w:spacing w:after="60"/>
      </w:pPr>
      <w:r>
        <w:rPr>
          <w:b w:val="0"/>
          <w:i w:val="0"/>
          <w:smallCaps w:val="0"/>
          <w:strike w:val="0"/>
          <w:sz w:val="10"/>
          <w:u w:val="none"/>
        </w:rPr>
        <w:t>How autonomous nuclear weapons could go wrong</w:t>
      </w:r>
      <w:r>
        <w:rPr>
          <w:b w:val="0"/>
          <w:i w:val="0"/>
          <w:smallCaps w:val="0"/>
          <w:strike w:val="0"/>
          <w:sz w:val="22"/>
          <w:u w:val="single"/>
        </w:rPr>
        <w:t xml:space="preserve">. </w:t>
      </w:r>
      <w:r>
        <w:rPr>
          <w:b w:val="0"/>
          <w:i w:val="0"/>
          <w:smallCaps w:val="0"/>
          <w:strike w:val="0"/>
          <w:sz w:val="22"/>
          <w:highlight w:val="cyan"/>
          <w:u w:val="single"/>
        </w:rPr>
        <w:t>The huge problem with autonomous nuclear weapons</w:t>
      </w:r>
      <w:r>
        <w:rPr>
          <w:b w:val="0"/>
          <w:i w:val="0"/>
          <w:smallCaps w:val="0"/>
          <w:strike w:val="0"/>
          <w:sz w:val="22"/>
          <w:u w:val="single"/>
        </w:rPr>
        <w:t>, and really all autonomous weapons</w:t>
      </w:r>
      <w:r>
        <w:rPr>
          <w:b w:val="0"/>
          <w:i w:val="0"/>
          <w:smallCaps w:val="0"/>
          <w:strike w:val="0"/>
          <w:sz w:val="22"/>
          <w:highlight w:val="cyan"/>
          <w:u w:val="single"/>
        </w:rPr>
        <w:t>, is error</w:t>
      </w:r>
      <w:r>
        <w:rPr>
          <w:b w:val="0"/>
          <w:i w:val="0"/>
          <w:smallCaps w:val="0"/>
          <w:strike w:val="0"/>
          <w:sz w:val="22"/>
          <w:u w:val="single"/>
        </w:rPr>
        <w:t xml:space="preserve">. Machine learning-based artificial intelligences—the current AI vogue—rely on large amounts of data to perform a task. </w:t>
      </w:r>
      <w:r>
        <w:rPr>
          <w:b w:val="0"/>
          <w:i w:val="0"/>
          <w:smallCaps w:val="0"/>
          <w:strike w:val="0"/>
          <w:sz w:val="10"/>
          <w:u w:val="none"/>
        </w:rPr>
        <w:t xml:space="preserve">Google’s AlphaGo program beat the world’s greatest human go players, experts at the ancient Chinese game that’s even more complex than chess, by playing millions of games against itself to learn the game. For a constrained game like Go, that worked well. </w:t>
      </w:r>
      <w:r>
        <w:rPr>
          <w:b w:val="0"/>
          <w:i w:val="0"/>
          <w:smallCaps w:val="0"/>
          <w:strike w:val="0"/>
          <w:sz w:val="22"/>
          <w:u w:val="single"/>
        </w:rPr>
        <w:t xml:space="preserve">But in the real world, </w:t>
      </w:r>
      <w:r>
        <w:rPr>
          <w:b w:val="0"/>
          <w:i w:val="0"/>
          <w:smallCaps w:val="0"/>
          <w:strike w:val="0"/>
          <w:sz w:val="22"/>
          <w:highlight w:val="cyan"/>
          <w:u w:val="single"/>
        </w:rPr>
        <w:t xml:space="preserve">data may be biased </w:t>
      </w:r>
      <w:r>
        <w:rPr>
          <w:b w:val="0"/>
          <w:i w:val="0"/>
          <w:smallCaps w:val="0"/>
          <w:strike w:val="0"/>
          <w:sz w:val="22"/>
          <w:u w:val="single"/>
        </w:rPr>
        <w:t>or incomplete in all sorts of ways.</w:t>
      </w:r>
      <w:r>
        <w:rPr>
          <w:b w:val="0"/>
          <w:i w:val="0"/>
          <w:smallCaps w:val="0"/>
          <w:strike w:val="0"/>
          <w:sz w:val="10"/>
          <w:u w:val="none"/>
        </w:rPr>
        <w:t xml:space="preserve"> For example, one hiring algorithm concluded being named Jared and playing high school lacrosse was the most reliable indicator of job performance, probably because it picked up on human biases in the data.</w:t>
      </w:r>
    </w:p>
    <w:p>
      <w:pPr>
        <w:spacing w:after="60"/>
      </w:pPr>
      <w:r>
        <w:rPr>
          <w:b w:val="0"/>
          <w:i w:val="0"/>
          <w:smallCaps w:val="0"/>
          <w:strike w:val="0"/>
          <w:sz w:val="22"/>
          <w:u w:val="single"/>
        </w:rPr>
        <w:t>In a nuclear weapons contex</w:t>
      </w:r>
      <w:r>
        <w:rPr>
          <w:b w:val="0"/>
          <w:i w:val="0"/>
          <w:smallCaps w:val="0"/>
          <w:strike w:val="0"/>
          <w:sz w:val="22"/>
          <w:u w:val="single"/>
        </w:rPr>
        <w:t>t, a</w:t>
      </w:r>
      <w:r>
        <w:rPr>
          <w:b w:val="0"/>
          <w:i w:val="0"/>
          <w:smallCaps w:val="0"/>
          <w:strike w:val="0"/>
          <w:sz w:val="22"/>
          <w:u w:val="single"/>
        </w:rPr>
        <w:t xml:space="preserve"> </w:t>
      </w:r>
      <w:r>
        <w:rPr>
          <w:b w:val="0"/>
          <w:i w:val="0"/>
          <w:smallCaps w:val="0"/>
          <w:strike w:val="0"/>
          <w:sz w:val="22"/>
          <w:highlight w:val="cyan"/>
          <w:u w:val="single"/>
        </w:rPr>
        <w:t>government</w:t>
      </w:r>
      <w:r>
        <w:rPr>
          <w:b w:val="0"/>
          <w:i w:val="0"/>
          <w:smallCaps w:val="0"/>
          <w:strike w:val="0"/>
          <w:sz w:val="22"/>
          <w:u w:val="single"/>
        </w:rPr>
        <w:t xml:space="preserve"> may </w:t>
      </w:r>
      <w:r>
        <w:rPr>
          <w:b w:val="0"/>
          <w:i w:val="0"/>
          <w:smallCaps w:val="0"/>
          <w:strike w:val="0"/>
          <w:sz w:val="22"/>
          <w:highlight w:val="cyan"/>
          <w:u w:val="single"/>
        </w:rPr>
        <w:t>have little data</w:t>
      </w:r>
      <w:r>
        <w:rPr>
          <w:b w:val="0"/>
          <w:i w:val="0"/>
          <w:smallCaps w:val="0"/>
          <w:strike w:val="0"/>
          <w:sz w:val="22"/>
          <w:u w:val="single"/>
        </w:rPr>
        <w:t xml:space="preserve"> about adversary military platforms; </w:t>
      </w:r>
      <w:r>
        <w:rPr>
          <w:b w:val="0"/>
          <w:i w:val="0"/>
          <w:smallCaps w:val="0"/>
          <w:strike w:val="0"/>
          <w:sz w:val="22"/>
          <w:highlight w:val="cyan"/>
          <w:u w:val="single"/>
        </w:rPr>
        <w:t>existing data</w:t>
      </w:r>
      <w:r>
        <w:rPr>
          <w:b w:val="0"/>
          <w:i w:val="0"/>
          <w:smallCaps w:val="0"/>
          <w:strike w:val="0"/>
          <w:sz w:val="22"/>
          <w:u w:val="single"/>
        </w:rPr>
        <w:t xml:space="preserve"> may be structurally </w:t>
      </w:r>
      <w:r>
        <w:rPr>
          <w:b w:val="0"/>
          <w:i w:val="0"/>
          <w:smallCaps w:val="0"/>
          <w:strike w:val="0"/>
          <w:sz w:val="22"/>
          <w:highlight w:val="cyan"/>
          <w:u w:val="single"/>
        </w:rPr>
        <w:t>biased,</w:t>
      </w:r>
      <w:r>
        <w:rPr>
          <w:b w:val="0"/>
          <w:i w:val="0"/>
          <w:smallCaps w:val="0"/>
          <w:strike w:val="0"/>
          <w:sz w:val="22"/>
          <w:u w:val="single"/>
        </w:rPr>
        <w:t xml:space="preserve"> by, for example, relying on satellite imagery; or </w:t>
      </w:r>
      <w:r>
        <w:rPr>
          <w:b w:val="0"/>
          <w:i w:val="0"/>
          <w:smallCaps w:val="0"/>
          <w:strike w:val="0"/>
          <w:sz w:val="22"/>
          <w:highlight w:val="cyan"/>
          <w:u w:val="single"/>
        </w:rPr>
        <w:t>data may not account</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obvious, expected </w:t>
      </w:r>
      <w:r>
        <w:rPr>
          <w:b w:val="0"/>
          <w:i w:val="0"/>
          <w:smallCaps w:val="0"/>
          <w:strike w:val="0"/>
          <w:sz w:val="22"/>
          <w:highlight w:val="cyan"/>
          <w:u w:val="single"/>
        </w:rPr>
        <w:t>variations such as</w:t>
      </w:r>
      <w:r>
        <w:rPr>
          <w:b w:val="0"/>
          <w:i w:val="0"/>
          <w:smallCaps w:val="0"/>
          <w:strike w:val="0"/>
          <w:sz w:val="22"/>
          <w:u w:val="single"/>
        </w:rPr>
        <w:t xml:space="preserve"> imagery in taken during </w:t>
      </w:r>
      <w:r>
        <w:rPr>
          <w:b w:val="0"/>
          <w:i w:val="0"/>
          <w:smallCaps w:val="0"/>
          <w:strike w:val="0"/>
          <w:sz w:val="22"/>
          <w:highlight w:val="cyan"/>
          <w:u w:val="single"/>
        </w:rPr>
        <w:t>fog</w:t>
      </w:r>
      <w:r>
        <w:rPr>
          <w:b w:val="0"/>
          <w:i w:val="0"/>
          <w:smallCaps w:val="0"/>
          <w:strike w:val="0"/>
          <w:sz w:val="22"/>
          <w:u w:val="single"/>
        </w:rPr>
        <w:t xml:space="preserve">gy, </w:t>
      </w:r>
      <w:r>
        <w:rPr>
          <w:b w:val="0"/>
          <w:i w:val="0"/>
          <w:smallCaps w:val="0"/>
          <w:strike w:val="0"/>
          <w:sz w:val="22"/>
          <w:highlight w:val="cyan"/>
          <w:u w:val="single"/>
        </w:rPr>
        <w:t>rain</w:t>
      </w:r>
      <w:r>
        <w:rPr>
          <w:b w:val="0"/>
          <w:i w:val="0"/>
          <w:smallCaps w:val="0"/>
          <w:strike w:val="0"/>
          <w:sz w:val="22"/>
          <w:u w:val="single"/>
        </w:rPr>
        <w:t xml:space="preserve">y, </w:t>
      </w:r>
      <w:r>
        <w:rPr>
          <w:b w:val="0"/>
          <w:i w:val="0"/>
          <w:smallCaps w:val="0"/>
          <w:strike w:val="0"/>
          <w:sz w:val="22"/>
          <w:highlight w:val="cyan"/>
          <w:u w:val="single"/>
        </w:rPr>
        <w:t>or overcast weather</w:t>
      </w:r>
      <w:r>
        <w:rPr>
          <w:b w:val="0"/>
          <w:i w:val="0"/>
          <w:smallCaps w:val="0"/>
          <w:strike w:val="0"/>
          <w:sz w:val="22"/>
          <w:u w:val="single"/>
        </w:rPr>
        <w:t>.</w:t>
      </w:r>
    </w:p>
    <w:p>
      <w:pPr>
        <w:spacing w:after="60"/>
      </w:pPr>
      <w:r>
        <w:rPr>
          <w:b w:val="0"/>
          <w:i w:val="0"/>
          <w:smallCaps w:val="0"/>
          <w:strike w:val="0"/>
          <w:sz w:val="22"/>
          <w:u w:val="single"/>
        </w:rPr>
        <w:t xml:space="preserve">The </w:t>
      </w:r>
      <w:r>
        <w:rPr>
          <w:b w:val="0"/>
          <w:i w:val="0"/>
          <w:smallCaps w:val="0"/>
          <w:strike w:val="0"/>
          <w:sz w:val="22"/>
          <w:highlight w:val="cyan"/>
          <w:u w:val="single"/>
        </w:rPr>
        <w:t>nature of nuclear conflict compounds the problem of error.</w:t>
      </w:r>
    </w:p>
    <w:p>
      <w:pPr>
        <w:spacing w:after="60"/>
      </w:pPr>
      <w:r>
        <w:rPr>
          <w:b w:val="0"/>
          <w:i w:val="0"/>
          <w:smallCaps w:val="0"/>
          <w:strike w:val="0"/>
          <w:sz w:val="22"/>
          <w:u w:val="single"/>
        </w:rPr>
        <w:t>How would a nuclear weapons AI even be trained?</w:t>
      </w:r>
      <w:r>
        <w:rPr>
          <w:b w:val="0"/>
          <w:i w:val="0"/>
          <w:smallCaps w:val="0"/>
          <w:strike w:val="0"/>
          <w:sz w:val="10"/>
          <w:u w:val="none"/>
        </w:rPr>
        <w:t xml:space="preserve"> Nuclear weapons have only been used twice in Hiroshima and Nagasaki, and serious nuclear crises are (thankfully) infrequent</w:t>
      </w:r>
      <w:r>
        <w:rPr>
          <w:b w:val="0"/>
          <w:i w:val="0"/>
          <w:smallCaps w:val="0"/>
          <w:strike w:val="0"/>
          <w:sz w:val="22"/>
          <w:u w:val="single"/>
        </w:rPr>
        <w:t xml:space="preserve">. Perhaps inferences can be drawn from adversary nuclear doctrine, plans, acquisition patterns, and operational activity, but the lack of actual </w:t>
      </w:r>
      <w:r>
        <w:rPr>
          <w:b w:val="0"/>
          <w:i w:val="0"/>
          <w:smallCaps w:val="0"/>
          <w:strike w:val="0"/>
          <w:sz w:val="22"/>
          <w:u w:val="single"/>
        </w:rPr>
        <w:t>examples of nuclear conflict means judging the quality of those inferences is impossible.</w:t>
      </w:r>
      <w:r>
        <w:rPr>
          <w:b w:val="0"/>
          <w:i w:val="0"/>
          <w:smallCaps w:val="0"/>
          <w:strike w:val="0"/>
          <w:sz w:val="10"/>
          <w:u w:val="none"/>
        </w:rPr>
        <w:t xml:space="preserve"> While a lack of examples hinders humans too, humans have the capacity for higher-order reasoning. </w:t>
      </w:r>
      <w:r>
        <w:rPr>
          <w:b w:val="0"/>
          <w:i w:val="0"/>
          <w:smallCaps w:val="0"/>
          <w:strike w:val="0"/>
          <w:sz w:val="22"/>
          <w:u w:val="single"/>
        </w:rPr>
        <w:t>Humans can create theories and identify generalities from limited information or information that is analogous, but not equivalent. Machines cannot.</w:t>
      </w:r>
    </w:p>
    <w:p>
      <w:pPr>
        <w:spacing w:after="60"/>
      </w:pPr>
      <w:r>
        <w:rPr>
          <w:b w:val="0"/>
          <w:i w:val="0"/>
          <w:smallCaps w:val="0"/>
          <w:strike w:val="0"/>
          <w:sz w:val="22"/>
          <w:u w:val="single"/>
        </w:rPr>
        <w:t xml:space="preserve">The </w:t>
      </w:r>
      <w:r>
        <w:rPr>
          <w:b w:val="0"/>
          <w:i w:val="0"/>
          <w:smallCaps w:val="0"/>
          <w:strike w:val="0"/>
          <w:sz w:val="22"/>
          <w:highlight w:val="cyan"/>
          <w:u w:val="single"/>
        </w:rPr>
        <w:t>deeper challenge is high false positive rates in predicting rare events</w:t>
      </w:r>
      <w:r>
        <w:rPr>
          <w:b w:val="0"/>
          <w:i w:val="0"/>
          <w:smallCaps w:val="0"/>
          <w:strike w:val="0"/>
          <w:sz w:val="22"/>
          <w:u w:val="single"/>
        </w:rPr>
        <w:t>.</w:t>
      </w:r>
      <w:r>
        <w:rPr>
          <w:b w:val="0"/>
          <w:i w:val="0"/>
          <w:smallCaps w:val="0"/>
          <w:strike w:val="0"/>
          <w:sz w:val="10"/>
          <w:u w:val="none"/>
        </w:rPr>
        <w:t xml:space="preserve"> There have thankfully been only two nuclear attacks in history. An autonomous system designed to detect and retaliate against an incoming nuclear weapon, even if highly accurate, will frequently exhibit false positives. </w:t>
      </w:r>
      <w:r>
        <w:rPr>
          <w:b w:val="0"/>
          <w:i w:val="0"/>
          <w:smallCaps w:val="0"/>
          <w:strike w:val="0"/>
          <w:sz w:val="22"/>
          <w:u w:val="single"/>
        </w:rPr>
        <w:t xml:space="preserve">Around the world, in North Korea, Iran, and </w:t>
      </w:r>
      <w:r>
        <w:rPr>
          <w:b w:val="0"/>
          <w:i w:val="0"/>
          <w:smallCaps w:val="0"/>
          <w:strike w:val="0"/>
          <w:sz w:val="22"/>
          <w:u w:val="single"/>
        </w:rPr>
        <w:t xml:space="preserve">elsewhere, test missiles are fired into the sea and rockets are launched into the atmosphere. </w:t>
      </w:r>
      <w:r>
        <w:rPr>
          <w:b w:val="0"/>
          <w:i w:val="0"/>
          <w:smallCaps w:val="0"/>
          <w:strike w:val="0"/>
          <w:sz w:val="22"/>
          <w:u w:val="single"/>
        </w:rPr>
        <w:t>And there have been many false alarms of n</w:t>
      </w:r>
      <w:r>
        <w:rPr>
          <w:b w:val="0"/>
          <w:i w:val="0"/>
          <w:smallCaps w:val="0"/>
          <w:strike w:val="0"/>
          <w:sz w:val="22"/>
          <w:u w:val="single"/>
        </w:rPr>
        <w:t xml:space="preserve">uclear attacks, vastly more than actual attacks. </w:t>
      </w:r>
      <w:r>
        <w:rPr>
          <w:b w:val="0"/>
          <w:i w:val="0"/>
          <w:smallCaps w:val="0"/>
          <w:strike w:val="0"/>
          <w:sz w:val="22"/>
          <w:highlight w:val="cyan"/>
          <w:u w:val="single"/>
        </w:rPr>
        <w:t>An AI that’s right almost all the time still has a lot of opportunity to get it wrong.</w:t>
      </w:r>
      <w:r>
        <w:rPr>
          <w:b w:val="0"/>
          <w:i w:val="0"/>
          <w:smallCaps w:val="0"/>
          <w:strike w:val="0"/>
          <w:sz w:val="22"/>
          <w:u w:val="single"/>
        </w:rPr>
        <w:t xml:space="preserve"> Similarly, with a test that accurately diagnosed cases of a rare disease 99 percent of the time, a positive diagnosis may mean just a 5 percent likelihood of </w:t>
      </w:r>
      <w:r>
        <w:rPr>
          <w:b w:val="0"/>
          <w:i w:val="0"/>
          <w:smallCaps w:val="0"/>
          <w:strike w:val="0"/>
          <w:sz w:val="22"/>
          <w:u w:val="single"/>
        </w:rPr>
        <w:t>actually having</w:t>
      </w:r>
      <w:r>
        <w:rPr>
          <w:b w:val="0"/>
          <w:i w:val="0"/>
          <w:smallCaps w:val="0"/>
          <w:strike w:val="0"/>
          <w:sz w:val="22"/>
          <w:u w:val="single"/>
        </w:rPr>
        <w:t xml:space="preserve"> the disease, </w:t>
      </w:r>
      <w:r>
        <w:rPr>
          <w:b w:val="0"/>
          <w:i w:val="0"/>
          <w:smallCaps w:val="0"/>
          <w:strike w:val="0"/>
          <w:sz w:val="10"/>
          <w:u w:val="none"/>
        </w:rPr>
        <w:t xml:space="preserve">depending on assumptions about the disease’s prevalence and false positive rates. This is because with rare diseases, the number of false positives could vastly outweigh the number of true positives. </w:t>
      </w:r>
      <w:r>
        <w:rPr>
          <w:b w:val="0"/>
          <w:i w:val="0"/>
          <w:smallCaps w:val="0"/>
          <w:strike w:val="0"/>
          <w:sz w:val="22"/>
          <w:u w:val="single"/>
        </w:rPr>
        <w:t xml:space="preserve">So, </w:t>
      </w:r>
      <w:r>
        <w:rPr>
          <w:b w:val="0"/>
          <w:i w:val="0"/>
          <w:smallCaps w:val="0"/>
          <w:strike w:val="0"/>
          <w:sz w:val="22"/>
          <w:highlight w:val="cyan"/>
          <w:u w:val="single"/>
        </w:rPr>
        <w:t>if an autonomous nuclear weapon concluded with 99 percent confidence a nuclear war is about to begin, should it fire?</w:t>
      </w:r>
    </w:p>
    <w:p>
      <w:pPr>
        <w:spacing w:after="60"/>
      </w:pPr>
      <w:r>
        <w:rPr>
          <w:b w:val="0"/>
          <w:i w:val="0"/>
          <w:smallCaps w:val="0"/>
          <w:strike w:val="0"/>
          <w:sz w:val="10"/>
          <w:u w:val="none"/>
        </w:rPr>
        <w:t xml:space="preserve">In the extremely unlikely event those problems can all be </w:t>
      </w:r>
      <w:r>
        <w:rPr>
          <w:b w:val="0"/>
          <w:i w:val="0"/>
          <w:smallCaps w:val="0"/>
          <w:strike w:val="0"/>
          <w:sz w:val="10"/>
          <w:u w:val="none"/>
        </w:rPr>
        <w:t>solved,</w:t>
      </w:r>
      <w:r>
        <w:rPr>
          <w:b w:val="0"/>
          <w:i w:val="0"/>
          <w:smallCaps w:val="0"/>
          <w:strike w:val="0"/>
          <w:sz w:val="10"/>
          <w:u w:val="none"/>
        </w:rPr>
        <w:t xml:space="preserve"> </w:t>
      </w:r>
      <w:r>
        <w:rPr>
          <w:b w:val="0"/>
          <w:i w:val="0"/>
          <w:smallCaps w:val="0"/>
          <w:strike w:val="0"/>
          <w:sz w:val="22"/>
          <w:u w:val="single"/>
        </w:rPr>
        <w:t xml:space="preserve">autonomous nuclear weapons introduce </w:t>
      </w:r>
      <w:r>
        <w:rPr>
          <w:b w:val="0"/>
          <w:i w:val="0"/>
          <w:smallCaps w:val="0"/>
          <w:strike w:val="0"/>
          <w:sz w:val="22"/>
          <w:highlight w:val="cyan"/>
          <w:u w:val="single"/>
        </w:rPr>
        <w:t>new risks of error and opportunities for bad actors to manipulate systems.</w:t>
      </w:r>
      <w:r>
        <w:rPr>
          <w:b w:val="0"/>
          <w:i w:val="0"/>
          <w:smallCaps w:val="0"/>
          <w:strike w:val="0"/>
          <w:sz w:val="22"/>
          <w:u w:val="single"/>
        </w:rPr>
        <w:t xml:space="preserve"> Current AI is not only brittle; it’s easy to fool. </w:t>
      </w:r>
      <w:r>
        <w:rPr>
          <w:b w:val="0"/>
          <w:i w:val="0"/>
          <w:smallCaps w:val="0"/>
          <w:strike w:val="0"/>
          <w:sz w:val="22"/>
          <w:highlight w:val="cyan"/>
          <w:u w:val="single"/>
        </w:rPr>
        <w:t>A single pixel change is enough to convince an AI a stealth bomber is a dog</w:t>
      </w:r>
      <w:r>
        <w:rPr>
          <w:b w:val="0"/>
          <w:i w:val="0"/>
          <w:smallCaps w:val="0"/>
          <w:strike w:val="0"/>
          <w:sz w:val="22"/>
          <w:u w:val="single"/>
        </w:rPr>
        <w:t xml:space="preserve">. This creates two problems. If a country </w:t>
      </w:r>
      <w:r>
        <w:rPr>
          <w:b w:val="0"/>
          <w:i w:val="0"/>
          <w:smallCaps w:val="0"/>
          <w:strike w:val="0"/>
          <w:sz w:val="22"/>
          <w:u w:val="single"/>
        </w:rPr>
        <w:t>actually sought</w:t>
      </w:r>
      <w:r>
        <w:rPr>
          <w:b w:val="0"/>
          <w:i w:val="0"/>
          <w:smallCaps w:val="0"/>
          <w:strike w:val="0"/>
          <w:sz w:val="22"/>
          <w:u w:val="single"/>
        </w:rPr>
        <w:t xml:space="preserve"> a nuclear war, they could fool the AI system first, rendering it useless. Or a well-resourced, apocalyptic </w:t>
      </w:r>
      <w:r>
        <w:rPr>
          <w:b w:val="0"/>
          <w:i w:val="0"/>
          <w:smallCaps w:val="0"/>
          <w:strike w:val="0"/>
          <w:sz w:val="22"/>
          <w:highlight w:val="cyan"/>
          <w:u w:val="single"/>
        </w:rPr>
        <w:t>terrorist organization</w:t>
      </w:r>
      <w:r>
        <w:rPr>
          <w:b w:val="0"/>
          <w:i w:val="0"/>
          <w:smallCaps w:val="0"/>
          <w:strike w:val="0"/>
          <w:sz w:val="22"/>
          <w:u w:val="single"/>
        </w:rPr>
        <w:t xml:space="preserve"> like the Japanese cult Aum Shinrikyo might attempt to trick an adversary’s system into </w:t>
      </w:r>
      <w:r>
        <w:rPr>
          <w:b w:val="0"/>
          <w:i w:val="0"/>
          <w:smallCaps w:val="0"/>
          <w:strike w:val="0"/>
          <w:sz w:val="22"/>
          <w:highlight w:val="cyan"/>
          <w:u w:val="single"/>
        </w:rPr>
        <w:t>start</w:t>
      </w:r>
      <w:r>
        <w:rPr>
          <w:b w:val="0"/>
          <w:i w:val="0"/>
          <w:smallCaps w:val="0"/>
          <w:strike w:val="0"/>
          <w:sz w:val="22"/>
          <w:u w:val="single"/>
        </w:rPr>
        <w:t xml:space="preserve">ing </w:t>
      </w:r>
      <w:r>
        <w:rPr>
          <w:b w:val="0"/>
          <w:i w:val="0"/>
          <w:smallCaps w:val="0"/>
          <w:strike w:val="0"/>
          <w:sz w:val="22"/>
          <w:highlight w:val="cyan"/>
          <w:u w:val="single"/>
        </w:rPr>
        <w:t>a catalytic nuclear war</w:t>
      </w:r>
      <w:r>
        <w:rPr>
          <w:b w:val="0"/>
          <w:i w:val="0"/>
          <w:smallCaps w:val="0"/>
          <w:strike w:val="0"/>
          <w:sz w:val="22"/>
          <w:u w:val="single"/>
        </w:rPr>
        <w:t>. Both approaches can be done in quite subtle, difficult-to-detect ways</w:t>
      </w:r>
      <w:r>
        <w:rPr>
          <w:b w:val="0"/>
          <w:i w:val="0"/>
          <w:smallCaps w:val="0"/>
          <w:strike w:val="0"/>
          <w:sz w:val="22"/>
          <w:highlight w:val="cyan"/>
          <w:u w:val="single"/>
        </w:rPr>
        <w:t>: data poisoning may manipulate the training data that feeds the AI system</w:t>
      </w:r>
      <w:r>
        <w:rPr>
          <w:b w:val="0"/>
          <w:i w:val="0"/>
          <w:smallCaps w:val="0"/>
          <w:strike w:val="0"/>
          <w:sz w:val="22"/>
          <w:u w:val="single"/>
        </w:rPr>
        <w:t>, or unmanned systems or emitters could be used to trick an AI into believing a nuclear strike is incoming.</w:t>
      </w:r>
    </w:p>
    <w:p>
      <w:pPr>
        <w:spacing w:after="60"/>
      </w:pPr>
      <w:r>
        <w:rPr>
          <w:b w:val="0"/>
          <w:i w:val="0"/>
          <w:smallCaps w:val="0"/>
          <w:strike w:val="0"/>
          <w:sz w:val="10"/>
          <w:u w:val="none"/>
        </w:rPr>
        <w:t xml:space="preserve">The risk of error can confound well-laid nuclear strategies and plans. If a military had to start a nuclear war, targeting an enemy’s own nuclear systems with gigantic force would be a good way to go to limit retaliation. However, </w:t>
      </w:r>
      <w:r>
        <w:rPr>
          <w:b w:val="0"/>
          <w:i w:val="0"/>
          <w:smallCaps w:val="0"/>
          <w:strike w:val="0"/>
          <w:sz w:val="22"/>
          <w:u w:val="single"/>
        </w:rPr>
        <w:t>if an AI launched a nuclear weapon in error, the decisive opening salvo may be a pittance—a single nuclear weapon aimed at a less than ideal target.</w:t>
      </w:r>
      <w:r>
        <w:rPr>
          <w:b w:val="0"/>
          <w:i w:val="0"/>
          <w:smallCaps w:val="0"/>
          <w:strike w:val="0"/>
          <w:sz w:val="10"/>
          <w:u w:val="none"/>
        </w:rPr>
        <w:t xml:space="preserve"> Accidentally nuking a major city </w:t>
      </w:r>
      <w:r>
        <w:rPr>
          <w:b w:val="0"/>
          <w:i w:val="0"/>
          <w:smallCaps w:val="0"/>
          <w:strike w:val="0"/>
          <w:sz w:val="22"/>
          <w:u w:val="single"/>
        </w:rPr>
        <w:t>might provoke an overwhelming nuclear retaliation</w:t>
      </w:r>
      <w:r>
        <w:rPr>
          <w:b w:val="0"/>
          <w:i w:val="0"/>
          <w:smallCaps w:val="0"/>
          <w:strike w:val="0"/>
          <w:sz w:val="10"/>
          <w:u w:val="none"/>
        </w:rPr>
        <w:t xml:space="preserve"> because the </w:t>
      </w:r>
      <w:r>
        <w:rPr>
          <w:b w:val="0"/>
          <w:i w:val="0"/>
          <w:smallCaps w:val="0"/>
          <w:strike w:val="0"/>
          <w:sz w:val="22"/>
          <w:u w:val="single"/>
        </w:rPr>
        <w:t>adversary would still have all its missile silos, just not its city.</w:t>
      </w:r>
    </w:p>
    <w:p>
      <w:pPr>
        <w:spacing w:after="60"/>
      </w:pPr>
      <w:r>
        <w:rPr>
          <w:b w:val="0"/>
          <w:i w:val="0"/>
          <w:smallCaps w:val="0"/>
          <w:strike w:val="0"/>
          <w:sz w:val="22"/>
          <w:highlight w:val="cyan"/>
          <w:u w:val="single"/>
        </w:rPr>
        <w:t>Some</w:t>
      </w:r>
      <w:r>
        <w:rPr>
          <w:b w:val="0"/>
          <w:i w:val="0"/>
          <w:smallCaps w:val="0"/>
          <w:strike w:val="0"/>
          <w:sz w:val="22"/>
          <w:u w:val="single"/>
        </w:rPr>
        <w:t xml:space="preserve"> have nonetheless </w:t>
      </w:r>
      <w:r>
        <w:rPr>
          <w:b w:val="0"/>
          <w:i w:val="0"/>
          <w:smallCaps w:val="0"/>
          <w:strike w:val="0"/>
          <w:sz w:val="22"/>
          <w:highlight w:val="cyan"/>
          <w:u w:val="single"/>
        </w:rPr>
        <w:t>argued</w:t>
      </w:r>
      <w:r>
        <w:rPr>
          <w:b w:val="0"/>
          <w:i w:val="0"/>
          <w:smallCaps w:val="0"/>
          <w:strike w:val="0"/>
          <w:sz w:val="22"/>
          <w:u w:val="single"/>
        </w:rPr>
        <w:t xml:space="preserve"> that </w:t>
      </w:r>
      <w:r>
        <w:rPr>
          <w:b w:val="0"/>
          <w:i w:val="0"/>
          <w:smallCaps w:val="0"/>
          <w:strike w:val="0"/>
          <w:sz w:val="22"/>
          <w:highlight w:val="cyan"/>
          <w:u w:val="single"/>
        </w:rPr>
        <w:t>autonomous weapons</w:t>
      </w:r>
      <w:r>
        <w:rPr>
          <w:b w:val="0"/>
          <w:i w:val="0"/>
          <w:smallCaps w:val="0"/>
          <w:strike w:val="0"/>
          <w:sz w:val="22"/>
          <w:u w:val="single"/>
        </w:rPr>
        <w:t xml:space="preserve"> (not necessarily autonomous nuclear weapons) </w:t>
      </w:r>
      <w:r>
        <w:rPr>
          <w:b w:val="0"/>
          <w:i w:val="0"/>
          <w:smallCaps w:val="0"/>
          <w:strike w:val="0"/>
          <w:sz w:val="22"/>
          <w:highlight w:val="cyan"/>
          <w:u w:val="single"/>
        </w:rPr>
        <w:t>will</w:t>
      </w:r>
      <w:r>
        <w:rPr>
          <w:b w:val="0"/>
          <w:i w:val="0"/>
          <w:smallCaps w:val="0"/>
          <w:strike w:val="0"/>
          <w:sz w:val="22"/>
          <w:u w:val="single"/>
        </w:rPr>
        <w:t xml:space="preserve"> eventually </w:t>
      </w:r>
      <w:r>
        <w:rPr>
          <w:b w:val="0"/>
          <w:i w:val="0"/>
          <w:smallCaps w:val="0"/>
          <w:strike w:val="0"/>
          <w:sz w:val="22"/>
          <w:highlight w:val="cyan"/>
          <w:u w:val="single"/>
        </w:rPr>
        <w:t>reduce the risk of error.</w:t>
      </w:r>
      <w:r>
        <w:rPr>
          <w:b w:val="0"/>
          <w:i w:val="0"/>
          <w:smallCaps w:val="0"/>
          <w:strike w:val="0"/>
          <w:sz w:val="10"/>
          <w:u w:val="none"/>
        </w:rPr>
        <w:t xml:space="preserve"> Machines do not need to protect themselves and can be more conservative in making decisions to use force. </w:t>
      </w:r>
      <w:r>
        <w:rPr>
          <w:b w:val="0"/>
          <w:i w:val="0"/>
          <w:smallCaps w:val="0"/>
          <w:strike w:val="0"/>
          <w:sz w:val="22"/>
          <w:u w:val="single"/>
        </w:rPr>
        <w:t>They do not have emotions that cloud their judgement and do not exhibit confirmation bias—a type of bias in which people interpret data in a way that conforms to their desires or beliefs.</w:t>
      </w:r>
    </w:p>
    <w:p>
      <w:pPr>
        <w:spacing w:after="60"/>
      </w:pPr>
      <w:r>
        <w:rPr>
          <w:b w:val="0"/>
          <w:i w:val="0"/>
          <w:smallCaps w:val="0"/>
          <w:strike w:val="0"/>
          <w:sz w:val="22"/>
          <w:u w:val="single"/>
        </w:rPr>
        <w:t xml:space="preserve">While these </w:t>
      </w:r>
      <w:r>
        <w:rPr>
          <w:b w:val="0"/>
          <w:i w:val="0"/>
          <w:smallCaps w:val="0"/>
          <w:strike w:val="0"/>
          <w:sz w:val="22"/>
          <w:highlight w:val="cyan"/>
          <w:u w:val="single"/>
        </w:rPr>
        <w:t>arguments have potential merit in conventional warfare,</w:t>
      </w:r>
      <w:r>
        <w:rPr>
          <w:b w:val="0"/>
          <w:i w:val="0"/>
          <w:smallCaps w:val="0"/>
          <w:strike w:val="0"/>
          <w:sz w:val="22"/>
          <w:u w:val="single"/>
        </w:rPr>
        <w:t xml:space="preserve"> depending on how technology evolves, </w:t>
      </w:r>
      <w:r>
        <w:rPr>
          <w:b w:val="0"/>
          <w:i w:val="0"/>
          <w:smallCaps w:val="0"/>
          <w:strike w:val="0"/>
          <w:sz w:val="22"/>
          <w:highlight w:val="cyan"/>
          <w:u w:val="single"/>
        </w:rPr>
        <w:t>they do not in nuclear warfare.</w:t>
      </w:r>
      <w:r>
        <w:rPr>
          <w:b w:val="0"/>
          <w:i w:val="0"/>
          <w:smallCaps w:val="0"/>
          <w:strike w:val="0"/>
          <w:sz w:val="10"/>
          <w:u w:val="none"/>
        </w:rPr>
        <w:t xml:space="preserve"> As strategic deterrents, countries have strong incentives to protect their nuclear weapons platforms, because they literally safeguard their existence. Instead of being risk avoidant, countries have an incentive to preemptively launch under attack, because otherwise they may lose their nuclear weapons</w:t>
      </w:r>
      <w:r>
        <w:rPr>
          <w:b w:val="0"/>
          <w:i w:val="0"/>
          <w:smallCaps w:val="0"/>
          <w:strike w:val="0"/>
          <w:sz w:val="22"/>
          <w:u w:val="single"/>
        </w:rPr>
        <w:t>. Some emotion should also be a part of nuclear decision-making: the prospect of catastrophic nuclear war should be terrifying, and the decision made extremely cautiously.</w:t>
      </w:r>
    </w:p>
    <w:p>
      <w:pPr>
        <w:spacing w:after="60"/>
      </w:pPr>
      <w:r>
        <w:rPr>
          <w:b w:val="0"/>
          <w:i w:val="0"/>
          <w:smallCaps w:val="0"/>
          <w:strike w:val="0"/>
          <w:sz w:val="22"/>
          <w:u w:val="single"/>
        </w:rPr>
        <w:t>Finally, while autonomous nuclear weapons may not exhibit confirmation biases, the lack of training data and real-world test environments mean an autonomous nuclear weapon may experience numerous biases, which may never be discovered until after a nuclear war has started.</w:t>
      </w:r>
    </w:p>
    <w:p>
      <w:pPr>
        <w:spacing w:after="60"/>
      </w:pPr>
      <w:r>
        <w:rPr>
          <w:b w:val="0"/>
          <w:i w:val="0"/>
          <w:smallCaps w:val="0"/>
          <w:strike w:val="0"/>
          <w:sz w:val="10"/>
          <w:u w:val="none"/>
        </w:rPr>
        <w:t xml:space="preserve">The decision to unleash nuclear force is the single most significant decision a leader can make. It commits a state to an existential conflict with millions—if not billions—of lives in the balance. </w:t>
      </w:r>
      <w:r>
        <w:rPr>
          <w:b w:val="0"/>
          <w:i w:val="0"/>
          <w:smallCaps w:val="0"/>
          <w:strike w:val="0"/>
          <w:sz w:val="22"/>
          <w:u w:val="single"/>
        </w:rPr>
        <w:t>Such a consequential, deeply human decision should never be made by a computer.</w:t>
      </w:r>
    </w:p>
    <w:p>
      <w:pPr>
        <w:spacing w:after="60"/>
      </w:pPr>
      <w:r>
        <w:rPr>
          <w:b w:val="0"/>
          <w:i w:val="0"/>
          <w:smallCaps w:val="0"/>
          <w:strike w:val="0"/>
          <w:sz w:val="10"/>
          <w:u w:val="none"/>
        </w:rPr>
        <w:t xml:space="preserve">Activists against autonomous weapons have been hesitant to focus on autonomous nuclear weapons. For example, the International Committee of the Red Cross makes no mention of autonomous nuclear weapons in its position statement on autonomous weapons. (In fairness, the International Committee for Robot Arms Control’s 2009 statement references autonomous nuclear weapons, though it represents more of the intellectual wing of the so-called “stop killer robots” movement.) Perhaps activists see nuclear weapons as already broadly banned or do not wish to legitimize nuclear weapons generally, but the lack of attention is a mistake. Nuclear weapons already have broad established norms against their use and proliferation, with numerous treaties supporting them. </w:t>
      </w:r>
      <w:r>
        <w:rPr>
          <w:b w:val="0"/>
          <w:i w:val="0"/>
          <w:smallCaps w:val="0"/>
          <w:strike w:val="0"/>
          <w:sz w:val="22"/>
          <w:u w:val="single"/>
        </w:rPr>
        <w:t xml:space="preserve">Banning autonomous nuclear weapons should be an easy win to establish norms against autonomous weapons. Plus, autonomous nuclear weapons represent perhaps the highest-risk manifestation of autonomous weapons (an artificial superintelligence is the only potential higher risk). </w:t>
      </w:r>
      <w:r>
        <w:rPr>
          <w:b w:val="0"/>
          <w:i w:val="0"/>
          <w:smallCaps w:val="0"/>
          <w:strike w:val="0"/>
          <w:sz w:val="10"/>
          <w:u w:val="none"/>
        </w:rPr>
        <w:t xml:space="preserve">Which is worse: an autonomous gun turret accidently killing a civilian, or </w:t>
      </w:r>
      <w:r>
        <w:rPr>
          <w:b w:val="0"/>
          <w:i w:val="0"/>
          <w:smallCaps w:val="0"/>
          <w:strike w:val="0"/>
          <w:sz w:val="22"/>
          <w:highlight w:val="cyan"/>
          <w:u w:val="single"/>
        </w:rPr>
        <w:t>an autonomous nuclear weapon igniting a nuclear war</w:t>
      </w:r>
      <w:r>
        <w:rPr>
          <w:b w:val="0"/>
          <w:i w:val="0"/>
          <w:smallCaps w:val="0"/>
          <w:strike w:val="0"/>
          <w:sz w:val="10"/>
          <w:u w:val="none"/>
        </w:rPr>
        <w:t xml:space="preserve"> that </w:t>
      </w:r>
      <w:r>
        <w:rPr>
          <w:b w:val="0"/>
          <w:i w:val="0"/>
          <w:smallCaps w:val="0"/>
          <w:strike w:val="0"/>
          <w:sz w:val="22"/>
          <w:highlight w:val="cyan"/>
          <w:u w:val="single"/>
        </w:rPr>
        <w:t>leads</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10"/>
          <w:u w:val="none"/>
        </w:rPr>
        <w:t xml:space="preserve"> catastrophic destruction and possibly the </w:t>
      </w:r>
      <w:r>
        <w:rPr>
          <w:b w:val="0"/>
          <w:i w:val="0"/>
          <w:smallCaps w:val="0"/>
          <w:strike w:val="0"/>
          <w:sz w:val="22"/>
          <w:highlight w:val="cyan"/>
          <w:u w:val="single"/>
        </w:rPr>
        <w:t>extinction</w:t>
      </w:r>
      <w:r>
        <w:rPr>
          <w:b w:val="0"/>
          <w:i w:val="0"/>
          <w:smallCaps w:val="0"/>
          <w:strike w:val="0"/>
          <w:sz w:val="22"/>
          <w:u w:val="none"/>
        </w:rPr>
        <w:t xml:space="preserve"> </w:t>
      </w:r>
      <w:r>
        <w:rPr>
          <w:b w:val="0"/>
          <w:i w:val="0"/>
          <w:smallCaps w:val="0"/>
          <w:strike w:val="0"/>
          <w:u w:val="none"/>
        </w:rPr>
        <w:t>of all humanity? Hint: catastrophic destruction is vastly worse.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