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14% of workers have lost their jobs and many more are projected to lose theirs as well. </w:t>
      </w:r>
    </w:p>
    <w:p>
      <w:pPr>
        <w:spacing w:after="80"/>
      </w:pPr>
      <w:r>
        <w:rPr>
          <w:b w:val="0"/>
          <w:i w:val="0"/>
          <w:smallCaps w:val="0"/>
          <w:strike w:val="0"/>
          <w:sz w:val="22"/>
          <w:u w:val="none"/>
        </w:rPr>
        <w:t>Seo</w:t>
      </w:r>
      <w:r>
        <w:rPr>
          <w:b w:val="0"/>
          <w:i w:val="0"/>
          <w:smallCaps w:val="0"/>
          <w:strike w:val="0"/>
          <w:sz w:val="22"/>
          <w:u w:val="none"/>
        </w:rPr>
        <w:t xml:space="preserve"> '24 [</w:t>
      </w:r>
      <w:r>
        <w:rPr>
          <w:b w:val="0"/>
          <w:i w:val="0"/>
          <w:smallCaps w:val="0"/>
          <w:strike w:val="0"/>
          <w:sz w:val="22"/>
          <w:u w:val="none"/>
        </w:rPr>
        <w:t>Seo</w:t>
      </w:r>
      <w:r>
        <w:rPr>
          <w:b w:val="0"/>
          <w:i w:val="0"/>
          <w:smallCaps w:val="0"/>
          <w:strike w:val="0"/>
          <w:sz w:val="22"/>
          <w:u w:val="none"/>
        </w:rPr>
        <w:t>;</w:t>
      </w:r>
      <w:r>
        <w:rPr>
          <w:b w:val="0"/>
          <w:i w:val="0"/>
          <w:smallCaps w:val="0"/>
          <w:strike w:val="0"/>
          <w:sz w:val="22"/>
          <w:u w:val="none"/>
        </w:rPr>
        <w:t xml:space="preserve"> an Ai company citing a study published on Socius: Sociological Research for a Dynamic World</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 xml:space="preserve"> 4-24-2024; "AI Replacing Jobs Statistics: The Impact on Employment in 2024";</w:t>
      </w:r>
      <w:r>
        <w:rPr>
          <w:b w:val="0"/>
          <w:i w:val="0"/>
          <w:smallCaps w:val="0"/>
          <w:strike w:val="0"/>
          <w:sz w:val="22"/>
          <w:u w:val="none"/>
        </w:rPr>
        <w:t xml:space="preserve"> </w:t>
      </w:r>
      <w:r>
        <w:rPr>
          <w:b w:val="0"/>
          <w:i w:val="0"/>
          <w:smallCaps w:val="0"/>
          <w:strike w:val="0"/>
          <w:sz w:val="22"/>
          <w:u w:val="none"/>
        </w:rPr>
        <w:t>Seo</w:t>
      </w:r>
      <w:r>
        <w:rPr>
          <w:b w:val="0"/>
          <w:i w:val="0"/>
          <w:smallCaps w:val="0"/>
          <w:strike w:val="0"/>
          <w:sz w:val="22"/>
          <w:u w:val="none"/>
        </w:rPr>
        <w:t xml:space="preserve"> Ai</w:t>
      </w:r>
      <w:r>
        <w:rPr>
          <w:b w:val="0"/>
          <w:i w:val="0"/>
          <w:smallCaps w:val="0"/>
          <w:strike w:val="0"/>
          <w:sz w:val="22"/>
          <w:u w:val="none"/>
        </w:rPr>
        <w:t>; https://seo.ai/blog/ai-replacing-jobs-statistics; accessed 7-28-2024, AY]</w:t>
      </w:r>
    </w:p>
    <w:p>
      <w:pPr>
        <w:spacing w:after="60"/>
      </w:pPr>
      <w:r>
        <w:rPr>
          <w:b w:val="0"/>
          <w:i w:val="0"/>
          <w:smallCaps w:val="0"/>
          <w:strike w:val="0"/>
          <w:sz w:val="14"/>
          <w:u w:val="none"/>
        </w:rPr>
        <w:t>The influence of AI on the job market has become an undeniable reality. As we delve into this critical topic, we focus on providing you with an informative and structured analysis that unveils both the current landscape and the looming future of AI's impact on human employment.</w:t>
      </w:r>
    </w:p>
    <w:p>
      <w:pPr>
        <w:spacing w:after="60"/>
      </w:pPr>
      <w:r>
        <w:rPr>
          <w:b w:val="0"/>
          <w:i w:val="0"/>
          <w:smallCaps w:val="0"/>
          <w:strike w:val="0"/>
          <w:sz w:val="14"/>
          <w:u w:val="none"/>
        </w:rPr>
        <w:t>For instance, Did you know that 30% of workers worldwide fear that AI might replace their jobs within the next three years? Or that in India, a staggering 74% of the workforce shares these concerns?</w:t>
      </w:r>
    </w:p>
    <w:p>
      <w:pPr>
        <w:spacing w:after="60"/>
      </w:pPr>
      <w:r>
        <w:rPr>
          <w:b w:val="0"/>
          <w:i w:val="0"/>
          <w:smallCaps w:val="0"/>
          <w:strike w:val="0"/>
          <w:sz w:val="14"/>
          <w:u w:val="none"/>
        </w:rPr>
        <w:t>These numbers underscore the palpable apprehension regarding AI's role in reshaping the world of work.</w:t>
      </w:r>
    </w:p>
    <w:p>
      <w:pPr>
        <w:spacing w:after="60"/>
      </w:pPr>
      <w:r>
        <w:rPr>
          <w:b w:val="0"/>
          <w:i w:val="0"/>
          <w:smallCaps w:val="0"/>
          <w:strike w:val="0"/>
          <w:sz w:val="14"/>
          <w:u w:val="none"/>
        </w:rPr>
        <w:t>But this blog post is not just about the fears; it's about understanding the nuances, exploring the industries most affected, and contemplating the perspectives of both workers and AI pioneers.</w:t>
      </w:r>
    </w:p>
    <w:p>
      <w:pPr>
        <w:spacing w:after="60"/>
      </w:pPr>
      <w:r>
        <w:rPr>
          <w:b w:val="0"/>
          <w:i w:val="0"/>
          <w:smallCaps w:val="0"/>
          <w:strike w:val="0"/>
          <w:sz w:val="14"/>
          <w:u w:val="none"/>
        </w:rPr>
        <w:t>Join us on this educational journey as we delve deeper into the intricate web of AI's impact on jobs, unveiling the present realities and contemplating future challenges.</w:t>
      </w:r>
    </w:p>
    <w:p>
      <w:pPr>
        <w:spacing w:after="60"/>
      </w:pPr>
      <w:r>
        <w:rPr>
          <w:b w:val="0"/>
          <w:i w:val="0"/>
          <w:smallCaps w:val="0"/>
          <w:strike w:val="0"/>
          <w:sz w:val="14"/>
          <w:u w:val="none"/>
        </w:rPr>
        <w:t>However, before we dig into the raw statistics, we'll provide a short analysis of the current impact of AI on human employment.</w:t>
      </w:r>
    </w:p>
    <w:p>
      <w:pPr>
        <w:spacing w:after="60"/>
      </w:pPr>
      <w:r>
        <w:rPr>
          <w:b w:val="0"/>
          <w:i w:val="0"/>
          <w:smallCaps w:val="0"/>
          <w:strike w:val="0"/>
          <w:sz w:val="14"/>
          <w:u w:val="none"/>
        </w:rPr>
        <w:t>Expected vs. Actual Impact of AI</w:t>
      </w:r>
    </w:p>
    <w:p>
      <w:pPr>
        <w:spacing w:after="60"/>
      </w:pPr>
      <w:r>
        <w:rPr>
          <w:b w:val="0"/>
          <w:i w:val="0"/>
          <w:smallCaps w:val="0"/>
          <w:strike w:val="0"/>
          <w:sz w:val="22"/>
          <w:u w:val="single"/>
        </w:rPr>
        <w:t xml:space="preserve">With projections that </w:t>
      </w:r>
      <w:r>
        <w:rPr>
          <w:b w:val="0"/>
          <w:i w:val="0"/>
          <w:smallCaps w:val="0"/>
          <w:strike w:val="0"/>
          <w:sz w:val="22"/>
          <w:highlight w:val="cyan"/>
          <w:u w:val="single"/>
        </w:rPr>
        <w:t>AI</w:t>
      </w:r>
      <w:r>
        <w:rPr>
          <w:b w:val="0"/>
          <w:i w:val="0"/>
          <w:smallCaps w:val="0"/>
          <w:strike w:val="0"/>
          <w:sz w:val="22"/>
          <w:u w:val="single"/>
        </w:rPr>
        <w:t xml:space="preserve"> could potentially </w:t>
      </w:r>
      <w:r>
        <w:rPr>
          <w:b w:val="0"/>
          <w:i w:val="0"/>
          <w:smallCaps w:val="0"/>
          <w:strike w:val="0"/>
          <w:sz w:val="22"/>
          <w:highlight w:val="cyan"/>
          <w:u w:val="single"/>
        </w:rPr>
        <w:t>replace</w:t>
      </w:r>
      <w:r>
        <w:rPr>
          <w:b w:val="0"/>
          <w:i w:val="0"/>
          <w:smallCaps w:val="0"/>
          <w:strike w:val="0"/>
          <w:sz w:val="22"/>
          <w:u w:val="single"/>
        </w:rPr>
        <w:t xml:space="preserve"> around </w:t>
      </w:r>
      <w:r>
        <w:rPr>
          <w:b w:val="0"/>
          <w:i w:val="0"/>
          <w:smallCaps w:val="0"/>
          <w:strike w:val="0"/>
          <w:sz w:val="22"/>
          <w:highlight w:val="cyan"/>
          <w:u w:val="single"/>
        </w:rPr>
        <w:t>800 million jobs worldwide by 2030</w:t>
      </w:r>
      <w:r>
        <w:rPr>
          <w:b w:val="0"/>
          <w:i w:val="0"/>
          <w:smallCaps w:val="0"/>
          <w:strike w:val="0"/>
          <w:sz w:val="22"/>
          <w:u w:val="single"/>
        </w:rPr>
        <w:t xml:space="preserve">, it's no wonder the world is brimming with anticipation. </w:t>
      </w:r>
      <w:r>
        <w:rPr>
          <w:b w:val="0"/>
          <w:i w:val="0"/>
          <w:smallCaps w:val="0"/>
          <w:strike w:val="0"/>
          <w:sz w:val="22"/>
          <w:highlight w:val="cyan"/>
          <w:u w:val="single"/>
        </w:rPr>
        <w:t>The economic forecast is equally staggering</w:t>
      </w:r>
      <w:r>
        <w:rPr>
          <w:b w:val="0"/>
          <w:i w:val="0"/>
          <w:smallCaps w:val="0"/>
          <w:strike w:val="0"/>
          <w:sz w:val="22"/>
          <w:u w:val="single"/>
        </w:rPr>
        <w:t xml:space="preserve">, with </w:t>
      </w:r>
      <w:r>
        <w:rPr>
          <w:b w:val="0"/>
          <w:i w:val="0"/>
          <w:smallCaps w:val="0"/>
          <w:strike w:val="0"/>
          <w:sz w:val="22"/>
          <w:highlight w:val="cyan"/>
          <w:u w:val="single"/>
        </w:rPr>
        <w:t>AI's estimated economic impact reaching</w:t>
      </w:r>
      <w:r>
        <w:rPr>
          <w:b w:val="0"/>
          <w:i w:val="0"/>
          <w:smallCaps w:val="0"/>
          <w:strike w:val="0"/>
          <w:sz w:val="22"/>
          <w:u w:val="single"/>
        </w:rPr>
        <w:t xml:space="preserve"> a colossal </w:t>
      </w:r>
      <w:r>
        <w:rPr>
          <w:b w:val="0"/>
          <w:i w:val="0"/>
          <w:smallCaps w:val="0"/>
          <w:strike w:val="0"/>
          <w:sz w:val="22"/>
          <w:highlight w:val="cyan"/>
          <w:u w:val="single"/>
        </w:rPr>
        <w:t>$15.7 trillion</w:t>
      </w:r>
      <w:r>
        <w:rPr>
          <w:b w:val="0"/>
          <w:i w:val="0"/>
          <w:smallCaps w:val="0"/>
          <w:strike w:val="0"/>
          <w:sz w:val="22"/>
          <w:u w:val="single"/>
        </w:rPr>
        <w:t xml:space="preserve"> by the same year.</w:t>
      </w:r>
    </w:p>
    <w:p>
      <w:pPr>
        <w:spacing w:after="60"/>
      </w:pPr>
      <w:r>
        <w:rPr>
          <w:b w:val="0"/>
          <w:i w:val="0"/>
          <w:smallCaps w:val="0"/>
          <w:strike w:val="0"/>
          <w:sz w:val="14"/>
          <w:u w:val="none"/>
        </w:rPr>
        <w:t>These numbers underscore the monumental transformation that AI promises to usher in.</w:t>
      </w:r>
    </w:p>
    <w:p>
      <w:pPr>
        <w:spacing w:after="60"/>
      </w:pPr>
      <w:r>
        <w:rPr>
          <w:b w:val="0"/>
          <w:i w:val="0"/>
          <w:smallCaps w:val="0"/>
          <w:strike w:val="0"/>
          <w:sz w:val="14"/>
          <w:u w:val="none"/>
        </w:rPr>
        <w:t xml:space="preserve">Furthermore, </w:t>
      </w:r>
      <w:r>
        <w:rPr>
          <w:b w:val="0"/>
          <w:i w:val="0"/>
          <w:smallCaps w:val="0"/>
          <w:strike w:val="0"/>
          <w:sz w:val="22"/>
          <w:u w:val="single"/>
        </w:rPr>
        <w:t xml:space="preserve">the imminent need for retraining looms large on the horizon. </w:t>
      </w:r>
      <w:r>
        <w:rPr>
          <w:b w:val="0"/>
          <w:i w:val="0"/>
          <w:smallCaps w:val="0"/>
          <w:strike w:val="0"/>
          <w:sz w:val="22"/>
          <w:highlight w:val="cyan"/>
          <w:u w:val="single"/>
        </w:rPr>
        <w:t>Over 120 million workers are poised to undergo retraining in the next three years as AI reshapes industry demands.</w:t>
      </w:r>
    </w:p>
    <w:p>
      <w:pPr>
        <w:spacing w:after="60"/>
      </w:pPr>
      <w:r>
        <w:rPr>
          <w:b w:val="0"/>
          <w:i w:val="0"/>
          <w:smallCaps w:val="0"/>
          <w:strike w:val="0"/>
          <w:sz w:val="22"/>
          <w:u w:val="single"/>
        </w:rPr>
        <w:t xml:space="preserve">The projection that </w:t>
      </w:r>
      <w:r>
        <w:rPr>
          <w:b w:val="0"/>
          <w:i w:val="0"/>
          <w:smallCaps w:val="0"/>
          <w:strike w:val="0"/>
          <w:sz w:val="22"/>
          <w:highlight w:val="cyan"/>
          <w:u w:val="single"/>
        </w:rPr>
        <w:t>approximately 45 million American jobs might be overtaken by AI</w:t>
      </w:r>
      <w:r>
        <w:rPr>
          <w:b w:val="0"/>
          <w:i w:val="0"/>
          <w:smallCaps w:val="0"/>
          <w:strike w:val="0"/>
          <w:sz w:val="22"/>
          <w:u w:val="single"/>
        </w:rPr>
        <w:t xml:space="preserve"> by 2030 adds an extra layer of complexity to this narrative.</w:t>
      </w:r>
    </w:p>
    <w:p>
      <w:pPr>
        <w:spacing w:after="60"/>
      </w:pPr>
      <w:r>
        <w:rPr>
          <w:b w:val="0"/>
          <w:i w:val="0"/>
          <w:smallCaps w:val="0"/>
          <w:strike w:val="0"/>
          <w:sz w:val="14"/>
          <w:u w:val="none"/>
        </w:rPr>
        <w:t>The Reality Check: Where Do We Stand Now?</w:t>
      </w:r>
    </w:p>
    <w:p>
      <w:pPr>
        <w:spacing w:after="60"/>
      </w:pPr>
      <w:r>
        <w:rPr>
          <w:b w:val="0"/>
          <w:i w:val="0"/>
          <w:smallCaps w:val="0"/>
          <w:strike w:val="0"/>
          <w:sz w:val="14"/>
          <w:u w:val="none"/>
        </w:rPr>
        <w:t xml:space="preserve">In contrast to these colossal expectations, our current situation paints a more measured picture. </w:t>
      </w:r>
      <w:r>
        <w:rPr>
          <w:b w:val="0"/>
          <w:i w:val="0"/>
          <w:smallCaps w:val="0"/>
          <w:strike w:val="0"/>
          <w:sz w:val="22"/>
          <w:highlight w:val="cyan"/>
          <w:u w:val="single"/>
        </w:rPr>
        <w:t>14% of workers have experienced job displacement due to AI</w:t>
      </w:r>
      <w:r>
        <w:rPr>
          <w:b w:val="0"/>
          <w:i w:val="0"/>
          <w:smallCaps w:val="0"/>
          <w:strike w:val="0"/>
          <w:sz w:val="14"/>
          <w:u w:val="none"/>
        </w:rPr>
        <w:t>, suggesting that the present impact is somewhat more restrained than the anticipation.</w:t>
      </w:r>
    </w:p>
    <w:p>
      <w:pPr>
        <w:spacing w:after="60"/>
      </w:pPr>
      <w:r>
        <w:rPr>
          <w:b w:val="0"/>
          <w:i w:val="0"/>
          <w:smallCaps w:val="0"/>
          <w:strike w:val="0"/>
          <w:sz w:val="14"/>
          <w:u w:val="none"/>
        </w:rPr>
        <w:t xml:space="preserve">However, </w:t>
      </w:r>
      <w:r>
        <w:rPr>
          <w:b w:val="0"/>
          <w:i w:val="0"/>
          <w:smallCaps w:val="0"/>
          <w:strike w:val="0"/>
          <w:sz w:val="14"/>
          <w:u w:val="none"/>
        </w:rPr>
        <w:t>the majority of</w:t>
      </w:r>
      <w:r>
        <w:rPr>
          <w:b w:val="0"/>
          <w:i w:val="0"/>
          <w:smallCaps w:val="0"/>
          <w:strike w:val="0"/>
          <w:sz w:val="14"/>
          <w:u w:val="none"/>
        </w:rPr>
        <w:t xml:space="preserve"> businesses foresee</w:t>
      </w:r>
      <w:r>
        <w:rPr>
          <w:b w:val="0"/>
          <w:i w:val="0"/>
          <w:smallCaps w:val="0"/>
          <w:strike w:val="0"/>
          <w:sz w:val="14"/>
          <w:u w:val="none"/>
        </w:rPr>
        <w:t xml:space="preserve"> </w:t>
      </w:r>
      <w:r>
        <w:rPr>
          <w:b w:val="0"/>
          <w:i w:val="0"/>
          <w:smallCaps w:val="0"/>
          <w:strike w:val="0"/>
          <w:sz w:val="14"/>
          <w:u w:val="none"/>
        </w:rPr>
        <w:t>computers replacing human tasks within 50 years, highlighting that while AI is a reality, it has not fully realized its potential for job replacement just yet.</w:t>
      </w:r>
    </w:p>
    <w:p>
      <w:pPr>
        <w:spacing w:after="60"/>
      </w:pPr>
      <w:r>
        <w:rPr>
          <w:b w:val="0"/>
          <w:i w:val="0"/>
          <w:smallCaps w:val="0"/>
          <w:strike w:val="0"/>
          <w:sz w:val="14"/>
          <w:u w:val="none"/>
        </w:rPr>
        <w:t xml:space="preserve">Moreover, </w:t>
      </w:r>
      <w:r>
        <w:rPr>
          <w:b w:val="0"/>
          <w:i w:val="0"/>
          <w:smallCaps w:val="0"/>
          <w:strike w:val="0"/>
          <w:sz w:val="22"/>
          <w:u w:val="single"/>
        </w:rPr>
        <w:t xml:space="preserve">the influence of </w:t>
      </w:r>
      <w:r>
        <w:rPr>
          <w:b w:val="0"/>
          <w:i w:val="0"/>
          <w:smallCaps w:val="0"/>
          <w:strike w:val="0"/>
          <w:sz w:val="22"/>
          <w:highlight w:val="cyan"/>
          <w:u w:val="single"/>
        </w:rPr>
        <w:t>AI</w:t>
      </w:r>
      <w:r>
        <w:rPr>
          <w:b w:val="0"/>
          <w:i w:val="0"/>
          <w:smallCaps w:val="0"/>
          <w:strike w:val="0"/>
          <w:sz w:val="22"/>
          <w:u w:val="single"/>
        </w:rPr>
        <w:t xml:space="preserve"> extends beyond employment statistics. It presents a formidable challenge in the context of pandemic recovery,</w:t>
      </w:r>
      <w:r>
        <w:rPr>
          <w:b w:val="0"/>
          <w:i w:val="0"/>
          <w:smallCaps w:val="0"/>
          <w:strike w:val="0"/>
          <w:sz w:val="22"/>
          <w:u w:val="single"/>
        </w:rPr>
        <w:t xml:space="preserve"> </w:t>
      </w:r>
      <w:r>
        <w:rPr>
          <w:b w:val="0"/>
          <w:i w:val="0"/>
          <w:smallCaps w:val="0"/>
          <w:strike w:val="0"/>
          <w:sz w:val="22"/>
          <w:u w:val="single"/>
        </w:rPr>
        <w:t xml:space="preserve">potentially </w:t>
      </w:r>
      <w:r>
        <w:rPr>
          <w:b w:val="0"/>
          <w:i w:val="0"/>
          <w:smallCaps w:val="0"/>
          <w:strike w:val="0"/>
          <w:sz w:val="22"/>
          <w:highlight w:val="cyan"/>
          <w:u w:val="single"/>
        </w:rPr>
        <w:t>hinder</w:t>
      </w:r>
      <w:r>
        <w:rPr>
          <w:b w:val="0"/>
          <w:i w:val="0"/>
          <w:smallCaps w:val="0"/>
          <w:strike w:val="0"/>
          <w:sz w:val="22"/>
          <w:u w:val="single"/>
        </w:rPr>
        <w:t xml:space="preserve">ing </w:t>
      </w:r>
      <w:r>
        <w:rPr>
          <w:b w:val="0"/>
          <w:i w:val="0"/>
          <w:smallCaps w:val="0"/>
          <w:strike w:val="0"/>
          <w:sz w:val="22"/>
          <w:highlight w:val="cyan"/>
          <w:u w:val="single"/>
        </w:rPr>
        <w:t>the restoration of 42% of job losses</w:t>
      </w:r>
      <w:r>
        <w:rPr>
          <w:b w:val="0"/>
          <w:i w:val="0"/>
          <w:smallCaps w:val="0"/>
          <w:strike w:val="0"/>
          <w:sz w:val="22"/>
          <w:u w:val="single"/>
        </w:rPr>
        <w:t xml:space="preserve"> </w:t>
      </w:r>
      <w:r>
        <w:rPr>
          <w:b w:val="0"/>
          <w:i w:val="0"/>
          <w:smallCaps w:val="0"/>
          <w:strike w:val="0"/>
          <w:sz w:val="22"/>
          <w:u w:val="single"/>
        </w:rPr>
        <w:t>incurred during these unprecedented times.</w:t>
      </w:r>
    </w:p>
    <w:p>
      <w:pPr>
        <w:spacing w:after="60"/>
      </w:pPr>
      <w:r>
        <w:rPr>
          <w:b w:val="0"/>
          <w:i w:val="0"/>
          <w:smallCaps w:val="0"/>
          <w:strike w:val="0"/>
          <w:sz w:val="14"/>
          <w:u w:val="none"/>
        </w:rPr>
        <w:t>As we explore AI's impact on employment, we will delve deeper into the factors contributing to these dynamics and how individuals, industries, and economies adapt to the evolving landscape.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