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China cannot beat the US in AI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Scharre</w:t>
      </w:r>
      <w:r>
        <w:rPr>
          <w:b/>
          <w:i w:val="0"/>
          <w:smallCaps w:val="0"/>
          <w:strike w:val="0"/>
          <w:sz w:val="26"/>
          <w:u w:val="none"/>
        </w:rPr>
        <w:t xml:space="preserve"> 23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(</w:t>
      </w:r>
      <w:r>
        <w:rPr>
          <w:b w:val="0"/>
          <w:i w:val="0"/>
          <w:smallCaps w:val="0"/>
          <w:strike w:val="0"/>
          <w:sz w:val="14"/>
          <w:u w:val="none"/>
        </w:rPr>
        <w:t>Paul;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Executive Vice President and Director of Studies at CNAS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4"/>
          <w:u w:val="none"/>
        </w:rPr>
        <w:t>won the 2019 Colby Award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one of bill gates top 5 books of 2018, top 100 most influential people in AI 2023, Worked at the DoD and OSD, as well as serving in the military; 2/28/23; </w:t>
      </w:r>
      <w:r>
        <w:rPr>
          <w:b w:val="0"/>
          <w:i w:val="0"/>
          <w:smallCaps w:val="0"/>
          <w:strike w:val="0"/>
          <w:sz w:val="14"/>
          <w:u w:val="none"/>
        </w:rPr>
        <w:t xml:space="preserve">W. W. Norton &amp; </w:t>
      </w:r>
      <w:r>
        <w:rPr>
          <w:b w:val="0"/>
          <w:i w:val="0"/>
          <w:smallCaps w:val="0"/>
          <w:strike w:val="0"/>
          <w:sz w:val="14"/>
          <w:u w:val="none"/>
        </w:rPr>
        <w:t>Company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;</w:t>
      </w:r>
      <w:r>
        <w:rPr>
          <w:b w:val="0"/>
          <w:i w:val="0"/>
          <w:smallCaps w:val="0"/>
          <w:strike w:val="0"/>
          <w:sz w:val="14"/>
          <w:u w:val="none"/>
        </w:rPr>
        <w:t xml:space="preserve">“Four Battlegrounds” </w:t>
      </w:r>
      <w:r>
        <w:rPr>
          <w:b w:val="0"/>
          <w:i w:val="0"/>
          <w:smallCaps w:val="0"/>
          <w:strike w:val="0"/>
          <w:sz w:val="14"/>
          <w:u w:val="none"/>
        </w:rPr>
        <w:t>https://bigthink.com/the-future/hyperwar-ai-military-warfare/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KK)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single"/>
        </w:rPr>
        <w:t>What about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 related nightmare — that </w:t>
      </w:r>
      <w:r>
        <w:rPr>
          <w:b w:val="0"/>
          <w:i w:val="0"/>
          <w:smallCaps w:val="0"/>
          <w:strike w:val="0"/>
          <w:sz w:val="14"/>
          <w:u w:val="single"/>
        </w:rPr>
        <w:t>AI will help the forces of tyranny control the future?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Analysts such as Yuval Noah Harari have warned that artificial intelligence will reduce the costs and increase the returns from repression. AI-equipped intelligence services will need less manpower to decipher the vast amounts of intelligence they gather on their populations — allowing them, for example, to precisely map and remorselessly dismantle protest networks. They will use AI-enabled facial recognition technology to monitor and control their citizens, while employing AI-created disinformation to discredit critics at home and abroad</w:t>
      </w:r>
      <w:r>
        <w:rPr>
          <w:b w:val="0"/>
          <w:i w:val="0"/>
          <w:smallCaps w:val="0"/>
          <w:strike w:val="0"/>
          <w:sz w:val="14"/>
          <w:highlight w:val="cyan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 xml:space="preserve">By making autocracy </w:t>
      </w:r>
      <w:r>
        <w:rPr>
          <w:b w:val="0"/>
          <w:i w:val="0"/>
          <w:smallCaps w:val="0"/>
          <w:strike w:val="0"/>
          <w:sz w:val="14"/>
          <w:u w:val="single"/>
        </w:rPr>
        <w:t xml:space="preserve">increasingly 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>efficient</w:t>
      </w:r>
      <w:r>
        <w:rPr>
          <w:b w:val="0"/>
          <w:i w:val="0"/>
          <w:smallCaps w:val="0"/>
          <w:strike w:val="0"/>
          <w:sz w:val="14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>AI</w:t>
      </w:r>
      <w:r>
        <w:rPr>
          <w:b w:val="0"/>
          <w:i w:val="0"/>
          <w:smallCaps w:val="0"/>
          <w:strike w:val="0"/>
          <w:sz w:val="14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4"/>
          <w:u w:val="none"/>
        </w:rPr>
        <w:t>could</w:t>
      </w:r>
      <w:r>
        <w:rPr>
          <w:b w:val="0"/>
          <w:i w:val="0"/>
          <w:smallCaps w:val="0"/>
          <w:strike w:val="0"/>
          <w:sz w:val="14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 xml:space="preserve">allow </w:t>
      </w:r>
      <w:r>
        <w:rPr>
          <w:b w:val="0"/>
          <w:i w:val="0"/>
          <w:smallCaps w:val="0"/>
          <w:strike w:val="0"/>
          <w:sz w:val="14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 xml:space="preserve">dictators to dominate </w:t>
      </w:r>
      <w:r>
        <w:rPr>
          <w:b w:val="0"/>
          <w:i w:val="0"/>
          <w:smallCaps w:val="0"/>
          <w:strike w:val="0"/>
          <w:sz w:val="14"/>
          <w:u w:val="none"/>
        </w:rPr>
        <w:t>the dawning age.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single"/>
        </w:rPr>
        <w:t xml:space="preserve">This 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>is</w:t>
      </w:r>
      <w:r>
        <w:rPr>
          <w:b w:val="0"/>
          <w:i w:val="0"/>
          <w:smallCaps w:val="0"/>
          <w:strike w:val="0"/>
          <w:sz w:val="14"/>
          <w:u w:val="single"/>
        </w:rPr>
        <w:t xml:space="preserve"> certainly 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>what China hopes for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4"/>
          <w:u w:val="single"/>
        </w:rPr>
        <w:t xml:space="preserve">President 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>Xi Jinpin</w:t>
      </w:r>
      <w:r>
        <w:rPr>
          <w:b w:val="0"/>
          <w:i w:val="0"/>
          <w:smallCaps w:val="0"/>
          <w:strike w:val="0"/>
          <w:sz w:val="14"/>
          <w:u w:val="single"/>
        </w:rPr>
        <w:t xml:space="preserve">g’s government 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>has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devised </w:t>
      </w:r>
      <w:r>
        <w:rPr>
          <w:b w:val="0"/>
          <w:i w:val="0"/>
          <w:smallCaps w:val="0"/>
          <w:strike w:val="0"/>
          <w:sz w:val="14"/>
          <w:u w:val="single"/>
        </w:rPr>
        <w:t>a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 xml:space="preserve"> “social credit” system that uses AI</w:t>
      </w:r>
      <w:r>
        <w:rPr>
          <w:b w:val="0"/>
          <w:i w:val="0"/>
          <w:smallCaps w:val="0"/>
          <w:strike w:val="0"/>
          <w:sz w:val="14"/>
          <w:u w:val="single"/>
        </w:rPr>
        <w:t xml:space="preserve">, facial </w:t>
      </w:r>
      <w:r>
        <w:rPr>
          <w:b w:val="0"/>
          <w:i w:val="0"/>
          <w:smallCaps w:val="0"/>
          <w:strike w:val="0"/>
          <w:sz w:val="14"/>
          <w:u w:val="single"/>
        </w:rPr>
        <w:t>recognition</w:t>
      </w:r>
      <w:r>
        <w:rPr>
          <w:b w:val="0"/>
          <w:i w:val="0"/>
          <w:smallCaps w:val="0"/>
          <w:strike w:val="0"/>
          <w:sz w:val="14"/>
          <w:u w:val="single"/>
        </w:rPr>
        <w:t xml:space="preserve"> and big data 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>to ensure</w:t>
      </w:r>
      <w:r>
        <w:rPr>
          <w:b w:val="0"/>
          <w:i w:val="0"/>
          <w:smallCaps w:val="0"/>
          <w:strike w:val="0"/>
          <w:sz w:val="14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>reliability of</w:t>
      </w:r>
      <w:r>
        <w:rPr>
          <w:b w:val="0"/>
          <w:i w:val="0"/>
          <w:smallCaps w:val="0"/>
          <w:strike w:val="0"/>
          <w:sz w:val="14"/>
          <w:u w:val="single"/>
        </w:rPr>
        <w:t xml:space="preserve"> its 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>citizen</w:t>
      </w:r>
      <w:r>
        <w:rPr>
          <w:b w:val="0"/>
          <w:i w:val="0"/>
          <w:smallCaps w:val="0"/>
          <w:strike w:val="0"/>
          <w:sz w:val="14"/>
          <w:highlight w:val="cyan"/>
          <w:u w:val="none"/>
        </w:rPr>
        <w:t>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— by regulating their access to everything from low-interest loans to airplane tickets. Ubiquitous, 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>A</w:t>
      </w:r>
      <w:r>
        <w:rPr>
          <w:b w:val="0"/>
          <w:i w:val="0"/>
          <w:smallCaps w:val="0"/>
          <w:strike w:val="0"/>
          <w:sz w:val="14"/>
          <w:u w:val="single"/>
        </w:rPr>
        <w:t xml:space="preserve">I-assisted 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>surveillance</w:t>
      </w:r>
      <w:r>
        <w:rPr>
          <w:b w:val="0"/>
          <w:i w:val="0"/>
          <w:smallCaps w:val="0"/>
          <w:strike w:val="0"/>
          <w:sz w:val="14"/>
          <w:u w:val="single"/>
        </w:rPr>
        <w:t xml:space="preserve"> has 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>turned</w:t>
      </w:r>
      <w:r>
        <w:rPr>
          <w:b w:val="0"/>
          <w:i w:val="0"/>
          <w:smallCaps w:val="0"/>
          <w:strike w:val="0"/>
          <w:sz w:val="14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>Xinjiang</w:t>
      </w:r>
      <w:r>
        <w:rPr>
          <w:b w:val="0"/>
          <w:i w:val="0"/>
          <w:smallCaps w:val="0"/>
          <w:strike w:val="0"/>
          <w:sz w:val="14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>into</w:t>
      </w:r>
      <w:r>
        <w:rPr>
          <w:b w:val="0"/>
          <w:i w:val="0"/>
          <w:smallCaps w:val="0"/>
          <w:strike w:val="0"/>
          <w:sz w:val="14"/>
          <w:u w:val="single"/>
        </w:rPr>
        <w:t xml:space="preserve"> a 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>dystopian model of</w:t>
      </w:r>
      <w:r>
        <w:rPr>
          <w:b w:val="0"/>
          <w:i w:val="0"/>
          <w:smallCaps w:val="0"/>
          <w:strike w:val="0"/>
          <w:sz w:val="14"/>
          <w:u w:val="single"/>
        </w:rPr>
        <w:t xml:space="preserve"> modern 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>repression</w:t>
      </w:r>
      <w:r>
        <w:rPr>
          <w:b w:val="0"/>
          <w:i w:val="0"/>
          <w:smallCaps w:val="0"/>
          <w:strike w:val="0"/>
          <w:sz w:val="14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>Beijing</w:t>
      </w:r>
      <w:r>
        <w:rPr>
          <w:b w:val="0"/>
          <w:i w:val="0"/>
          <w:smallCaps w:val="0"/>
          <w:strike w:val="0"/>
          <w:sz w:val="14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>intends to seize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the “strategic commanding heights” of 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>innovation</w:t>
      </w:r>
      <w:r>
        <w:rPr>
          <w:b w:val="0"/>
          <w:i w:val="0"/>
          <w:smallCaps w:val="0"/>
          <w:strike w:val="0"/>
          <w:sz w:val="14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>because</w:t>
      </w:r>
      <w:r>
        <w:rPr>
          <w:b w:val="0"/>
          <w:i w:val="0"/>
          <w:smallCaps w:val="0"/>
          <w:strike w:val="0"/>
          <w:sz w:val="14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>it</w:t>
      </w:r>
      <w:r>
        <w:rPr>
          <w:b w:val="0"/>
          <w:i w:val="0"/>
          <w:smallCaps w:val="0"/>
          <w:strike w:val="0"/>
          <w:sz w:val="14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>believes</w:t>
      </w:r>
      <w:r>
        <w:rPr>
          <w:b w:val="0"/>
          <w:i w:val="0"/>
          <w:smallCaps w:val="0"/>
          <w:strike w:val="0"/>
          <w:sz w:val="14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>AI</w:t>
      </w:r>
      <w:r>
        <w:rPr>
          <w:b w:val="0"/>
          <w:i w:val="0"/>
          <w:smallCaps w:val="0"/>
          <w:strike w:val="0"/>
          <w:sz w:val="14"/>
          <w:u w:val="single"/>
        </w:rPr>
        <w:t xml:space="preserve"> can 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>bolster it</w:t>
      </w:r>
      <w:r>
        <w:rPr>
          <w:b w:val="0"/>
          <w:i w:val="0"/>
          <w:smallCaps w:val="0"/>
          <w:strike w:val="0"/>
          <w:sz w:val="14"/>
          <w:u w:val="single"/>
        </w:rPr>
        <w:t xml:space="preserve">s domestic 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>system</w:t>
      </w:r>
      <w:r>
        <w:rPr>
          <w:b w:val="0"/>
          <w:i w:val="0"/>
          <w:smallCaps w:val="0"/>
          <w:strike w:val="0"/>
          <w:sz w:val="14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14"/>
          <w:u w:val="single"/>
        </w:rPr>
        <w:t xml:space="preserve"> its 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>military</w:t>
      </w:r>
      <w:r>
        <w:rPr>
          <w:b w:val="0"/>
          <w:i w:val="0"/>
          <w:smallCaps w:val="0"/>
          <w:strike w:val="0"/>
          <w:sz w:val="14"/>
          <w:u w:val="single"/>
        </w:rPr>
        <w:t xml:space="preserve"> muscle.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It is using the power of the illiberal state to steer money and talent toward advanced technologies.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It’s 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>not a</w:t>
      </w:r>
      <w:r>
        <w:rPr>
          <w:b w:val="0"/>
          <w:i w:val="0"/>
          <w:smallCaps w:val="0"/>
          <w:strike w:val="0"/>
          <w:sz w:val="14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>given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though, </w:t>
      </w:r>
      <w:r>
        <w:rPr>
          <w:b w:val="0"/>
          <w:i w:val="0"/>
          <w:smallCaps w:val="0"/>
          <w:strike w:val="0"/>
          <w:sz w:val="14"/>
          <w:highlight w:val="cyan"/>
          <w:u w:val="none"/>
        </w:rPr>
        <w:t>tha</w:t>
      </w:r>
      <w:r>
        <w:rPr>
          <w:b w:val="0"/>
          <w:i w:val="0"/>
          <w:smallCaps w:val="0"/>
          <w:strike w:val="0"/>
          <w:sz w:val="14"/>
          <w:u w:val="none"/>
        </w:rPr>
        <w:t xml:space="preserve">t the 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>autocracies will come out ahead.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To believe that AI fundamentally favors autocracy is to believe that some of the most vital, longstanding enablers of innovation — such as open flows of information and tolerance for dissent — are no longer so important. Yet 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 xml:space="preserve">autocracy is </w:t>
      </w:r>
      <w:r>
        <w:rPr>
          <w:b w:val="0"/>
          <w:i w:val="0"/>
          <w:smallCaps w:val="0"/>
          <w:strike w:val="0"/>
          <w:sz w:val="14"/>
          <w:u w:val="single"/>
        </w:rPr>
        <w:t xml:space="preserve">already 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>limiting China’s potential.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>Building</w:t>
      </w:r>
      <w:r>
        <w:rPr>
          <w:b w:val="0"/>
          <w:i w:val="0"/>
          <w:smallCaps w:val="0"/>
          <w:strike w:val="0"/>
          <w:sz w:val="14"/>
          <w:u w:val="single"/>
        </w:rPr>
        <w:t xml:space="preserve"> p</w:t>
      </w:r>
      <w:r>
        <w:rPr>
          <w:b w:val="0"/>
          <w:i w:val="0"/>
          <w:smallCaps w:val="0"/>
          <w:strike w:val="0"/>
          <w:sz w:val="14"/>
          <w:u w:val="none"/>
        </w:rPr>
        <w:t xml:space="preserve">owerful 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>l</w:t>
      </w:r>
      <w:r>
        <w:rPr>
          <w:b w:val="0"/>
          <w:i w:val="0"/>
          <w:smallCaps w:val="0"/>
          <w:strike w:val="0"/>
          <w:sz w:val="14"/>
          <w:u w:val="single"/>
        </w:rPr>
        <w:t xml:space="preserve">arge 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>l</w:t>
      </w:r>
      <w:r>
        <w:rPr>
          <w:b w:val="0"/>
          <w:i w:val="0"/>
          <w:smallCaps w:val="0"/>
          <w:strike w:val="0"/>
          <w:sz w:val="14"/>
          <w:u w:val="single"/>
        </w:rPr>
        <w:t xml:space="preserve">anguage 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>m</w:t>
      </w:r>
      <w:r>
        <w:rPr>
          <w:b w:val="0"/>
          <w:i w:val="0"/>
          <w:smallCaps w:val="0"/>
          <w:strike w:val="0"/>
          <w:sz w:val="14"/>
          <w:u w:val="single"/>
        </w:rPr>
        <w:t>odel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>requires</w:t>
      </w:r>
      <w:r>
        <w:rPr>
          <w:b w:val="0"/>
          <w:i w:val="0"/>
          <w:smallCaps w:val="0"/>
          <w:strike w:val="0"/>
          <w:sz w:val="14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>huge</w:t>
      </w:r>
      <w:r>
        <w:rPr>
          <w:b w:val="0"/>
          <w:i w:val="0"/>
          <w:smallCaps w:val="0"/>
          <w:strike w:val="0"/>
          <w:sz w:val="14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>pools</w:t>
      </w:r>
      <w:r>
        <w:rPr>
          <w:b w:val="0"/>
          <w:i w:val="0"/>
          <w:smallCaps w:val="0"/>
          <w:strike w:val="0"/>
          <w:sz w:val="14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>of info</w:t>
      </w:r>
      <w:r>
        <w:rPr>
          <w:b w:val="0"/>
          <w:i w:val="0"/>
          <w:smallCaps w:val="0"/>
          <w:strike w:val="0"/>
          <w:sz w:val="14"/>
          <w:u w:val="none"/>
        </w:rPr>
        <w:t xml:space="preserve">rmation. But 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>if</w:t>
      </w:r>
      <w:r>
        <w:rPr>
          <w:b w:val="0"/>
          <w:i w:val="0"/>
          <w:smallCaps w:val="0"/>
          <w:strike w:val="0"/>
          <w:sz w:val="14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>those</w:t>
      </w:r>
      <w:r>
        <w:rPr>
          <w:b w:val="0"/>
          <w:i w:val="0"/>
          <w:smallCaps w:val="0"/>
          <w:strike w:val="0"/>
          <w:sz w:val="14"/>
          <w:u w:val="single"/>
        </w:rPr>
        <w:t xml:space="preserve"> inputs 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>are</w:t>
      </w:r>
      <w:r>
        <w:rPr>
          <w:b w:val="0"/>
          <w:i w:val="0"/>
          <w:smallCaps w:val="0"/>
          <w:strike w:val="0"/>
          <w:sz w:val="14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>tainted or biased</w:t>
      </w:r>
      <w:r>
        <w:rPr>
          <w:b w:val="0"/>
          <w:i w:val="0"/>
          <w:smallCaps w:val="0"/>
          <w:strike w:val="0"/>
          <w:sz w:val="14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>because</w:t>
      </w:r>
      <w:r>
        <w:rPr>
          <w:b w:val="0"/>
          <w:i w:val="0"/>
          <w:smallCaps w:val="0"/>
          <w:strike w:val="0"/>
          <w:sz w:val="14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>China</w:t>
      </w:r>
      <w:r>
        <w:rPr>
          <w:b w:val="0"/>
          <w:i w:val="0"/>
          <w:smallCaps w:val="0"/>
          <w:strike w:val="0"/>
          <w:sz w:val="14"/>
          <w:u w:val="single"/>
        </w:rPr>
        <w:t xml:space="preserve">’s internet 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>is</w:t>
      </w:r>
      <w:r>
        <w:rPr>
          <w:b w:val="0"/>
          <w:i w:val="0"/>
          <w:smallCaps w:val="0"/>
          <w:strike w:val="0"/>
          <w:sz w:val="14"/>
          <w:u w:val="single"/>
        </w:rPr>
        <w:t xml:space="preserve"> so 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>heavily censored</w:t>
      </w:r>
      <w:r>
        <w:rPr>
          <w:b w:val="0"/>
          <w:i w:val="0"/>
          <w:smallCaps w:val="0"/>
          <w:strike w:val="0"/>
          <w:sz w:val="14"/>
          <w:u w:val="single"/>
        </w:rPr>
        <w:t xml:space="preserve">, the 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>quality</w:t>
      </w:r>
      <w:r>
        <w:rPr>
          <w:b w:val="0"/>
          <w:i w:val="0"/>
          <w:smallCaps w:val="0"/>
          <w:strike w:val="0"/>
          <w:sz w:val="14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>of</w:t>
      </w:r>
      <w:r>
        <w:rPr>
          <w:b w:val="0"/>
          <w:i w:val="0"/>
          <w:smallCaps w:val="0"/>
          <w:strike w:val="0"/>
          <w:sz w:val="14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>outputs</w:t>
      </w:r>
      <w:r>
        <w:rPr>
          <w:b w:val="0"/>
          <w:i w:val="0"/>
          <w:smallCaps w:val="0"/>
          <w:strike w:val="0"/>
          <w:sz w:val="14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4"/>
          <w:u w:val="none"/>
        </w:rPr>
        <w:t>will</w:t>
      </w:r>
      <w:r>
        <w:rPr>
          <w:b w:val="0"/>
          <w:i w:val="0"/>
          <w:smallCaps w:val="0"/>
          <w:strike w:val="0"/>
          <w:sz w:val="14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>suffer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>A</w:t>
      </w:r>
      <w:r>
        <w:rPr>
          <w:b w:val="0"/>
          <w:i w:val="0"/>
          <w:smallCaps w:val="0"/>
          <w:strike w:val="0"/>
          <w:sz w:val="14"/>
          <w:u w:val="none"/>
        </w:rPr>
        <w:t xml:space="preserve">n increasingly 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>repressive system</w:t>
      </w:r>
      <w:r>
        <w:rPr>
          <w:b w:val="0"/>
          <w:i w:val="0"/>
          <w:smallCaps w:val="0"/>
          <w:strike w:val="0"/>
          <w:sz w:val="14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>will</w:t>
      </w:r>
      <w:r>
        <w:rPr>
          <w:b w:val="0"/>
          <w:i w:val="0"/>
          <w:smallCaps w:val="0"/>
          <w:strike w:val="0"/>
          <w:sz w:val="14"/>
          <w:u w:val="single"/>
        </w:rPr>
        <w:t xml:space="preserve"> also 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>struggle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over time, 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>to attract</w:t>
      </w:r>
      <w:r>
        <w:rPr>
          <w:b w:val="0"/>
          <w:i w:val="0"/>
          <w:smallCaps w:val="0"/>
          <w:strike w:val="0"/>
          <w:sz w:val="14"/>
          <w:u w:val="single"/>
        </w:rPr>
        <w:t xml:space="preserve"> top 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>talent</w:t>
      </w:r>
      <w:r>
        <w:rPr>
          <w:b w:val="0"/>
          <w:i w:val="0"/>
          <w:smallCaps w:val="0"/>
          <w:strike w:val="0"/>
          <w:sz w:val="14"/>
          <w:u w:val="single"/>
        </w:rPr>
        <w:t>: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It is telling that 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>38% of top AI researchers in the US are</w:t>
      </w:r>
      <w:r>
        <w:rPr>
          <w:b w:val="0"/>
          <w:i w:val="0"/>
          <w:smallCaps w:val="0"/>
          <w:strike w:val="0"/>
          <w:sz w:val="14"/>
          <w:u w:val="single"/>
        </w:rPr>
        <w:t xml:space="preserve"> originally 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>from China</w:t>
      </w:r>
      <w:r>
        <w:rPr>
          <w:b w:val="0"/>
          <w:i w:val="0"/>
          <w:smallCaps w:val="0"/>
          <w:strike w:val="0"/>
          <w:sz w:val="14"/>
          <w:u w:val="none"/>
        </w:rPr>
        <w:t>. And smart technology must still be used by China’s governing institutions, which are getting progressively less smart — that is, less technocratically competent — as the political system becomes ever more subservient to an emperor-for-life.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>China will be a formidable technological competitor. But even in the age of AI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>, Xi</w:t>
      </w:r>
      <w:r>
        <w:rPr>
          <w:b w:val="0"/>
          <w:i w:val="0"/>
          <w:smallCaps w:val="0"/>
          <w:strike w:val="0"/>
          <w:sz w:val="14"/>
          <w:u w:val="single"/>
        </w:rPr>
        <w:t xml:space="preserve"> and his illiberal brethren 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>may struggle to escape</w:t>
      </w:r>
      <w:r>
        <w:rPr>
          <w:b w:val="0"/>
          <w:i w:val="0"/>
          <w:smallCaps w:val="0"/>
          <w:strike w:val="0"/>
          <w:sz w:val="14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14"/>
          <w:u w:val="single"/>
        </w:rPr>
        <w:t xml:space="preserve"> competitive 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>drag</w:t>
      </w:r>
      <w:r>
        <w:rPr>
          <w:b w:val="0"/>
          <w:i w:val="0"/>
          <w:smallCaps w:val="0"/>
          <w:strike w:val="0"/>
          <w:sz w:val="14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4"/>
          <w:highlight w:val="cyan"/>
          <w:u w:val="single"/>
        </w:rPr>
        <w:t>autocracy creates.</w:t>
      </w:r>
    </w:p>
    <w:p>
      <w:pPr>
        <w:pStyle w:val="Caption"/>
      </w:pPr>
      <w:r>
        <w:t>Source: Ban AI CP and AI Good Bad - Michigan 7 2024 JRY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