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Banning AI from nuclear weapons is key to survival, progress has been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shown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Robertson’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(Adi </w:t>
      </w:r>
      <w:r>
        <w:rPr>
          <w:b w:val="0"/>
          <w:i w:val="0"/>
          <w:smallCaps w:val="0"/>
          <w:strike w:val="0"/>
          <w:sz w:val="22"/>
          <w:u w:val="none"/>
        </w:rPr>
        <w:t>Roberston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is a senior editor who focuses on online policies, </w:t>
      </w:r>
      <w:r>
        <w:rPr>
          <w:b w:val="0"/>
          <w:i w:val="0"/>
          <w:smallCaps w:val="0"/>
          <w:strike w:val="0"/>
          <w:sz w:val="22"/>
          <w:u w:val="none"/>
        </w:rPr>
        <w:t>technology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online cultures. She has been on the Verge as an editor since 2011”, 4-29-2023, The </w:t>
      </w:r>
      <w:r>
        <w:rPr>
          <w:b w:val="0"/>
          <w:i w:val="0"/>
          <w:smallCaps w:val="0"/>
          <w:strike w:val="0"/>
          <w:sz w:val="22"/>
          <w:u w:val="none"/>
        </w:rPr>
        <w:t>Verge,</w:t>
      </w:r>
      <w:r>
        <w:rPr>
          <w:b w:val="0"/>
          <w:i w:val="0"/>
          <w:smallCaps w:val="0"/>
          <w:strike w:val="0"/>
          <w:sz w:val="22"/>
          <w:u w:val="single"/>
        </w:rPr>
        <w:t>https://www.theverge.com/2023/4/28/23702992/ai-nuclear-weapon-launch-ban-bill-markey-lieu-beyer-buck</w:t>
      </w:r>
      <w:r>
        <w:rPr>
          <w:b w:val="0"/>
          <w:i w:val="0"/>
          <w:smallCaps w:val="0"/>
          <w:strike w:val="0"/>
          <w:sz w:val="22"/>
          <w:u w:val="none"/>
        </w:rPr>
        <w:t xml:space="preserve">)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>A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merican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D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epartment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o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D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efense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policy already bans a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rtificial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ntelligence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from autonomously launching nuclear weapons.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But amid rising fears of AI spurred by a plethora of potential threats,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a bipartisan group of lawmakers has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decided to make extra-double-sure it can’t.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As announced earlier this week, Senator Edward Markey (D-MA) and Representatives Ted Lieu (D-CA), Don Beyer (D-VA), and Ken Buck (R-CO) have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introduced the Block Nuclear Launch by Autonomous AI Act, which would “prohibit the use of Federal funds to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launch a nuclear weapon using an autonomous weapons system that is not subject to meaningful human control.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The act would codify existing Pentagon rules for nuclear weapons, which, as of 2022, read thusly: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“In all cases,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the United States will maintain a human ‘in the loop’ for all actions critical to informing and executing decisions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by the President to initiate and terminate nuclear weapon employment.”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The bill, by the same token, says that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no autonomous system without meaningful human oversight can launch a nuclear weapon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or “select or engage targets” with the intention of launching one.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Any decision to launch a nuclear weapon should not be made by a</w:t>
      </w:r>
      <w:r>
        <w:rPr>
          <w:b/>
          <w:i w:val="0"/>
          <w:smallCaps w:val="0"/>
          <w:strike w:val="0"/>
          <w:sz w:val="22"/>
          <w:u w:val="single"/>
        </w:rPr>
        <w:t xml:space="preserve">rtificial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>ntelligence</w:t>
      </w:r>
      <w:r>
        <w:rPr>
          <w:b w:val="0"/>
          <w:i w:val="0"/>
          <w:smallCaps w:val="0"/>
          <w:strike w:val="0"/>
          <w:sz w:val="22"/>
          <w:u w:val="none"/>
        </w:rPr>
        <w:t>,”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the text reads.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If this is already forbidden, why introduce the bill?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Its sponsors note that a 2021 National Security Commission on Artificial Intelligence report recommended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affirming a ban on autonomous nuclear weapons launches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not only to prevent it from happening inside the US government but to spur similar commitments from China and Russia.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Publicizing the bill calls attention to the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potential dangers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of current-generation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autonomous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a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rtificial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i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systems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, a going concern in Congress and the tech world alike. And as indicated by the press release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, it offers a chance to highlight the sponsors’ other nuclear non-proliferation efforts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—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like a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recent bill restricting the president’s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power to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unilaterally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declare nuclear war.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I’ll let you make the obvious War Games joke yourself.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