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Ban or Die - </w:t>
      </w:r>
      <w:r>
        <w:rPr>
          <w:b/>
          <w:i w:val="0"/>
          <w:smallCaps w:val="0"/>
          <w:strike w:val="0"/>
          <w:sz w:val="26"/>
          <w:u w:val="none"/>
        </w:rPr>
        <w:t xml:space="preserve">AI surpassing humans is </w:t>
      </w:r>
      <w:r>
        <w:rPr>
          <w:b/>
          <w:i w:val="0"/>
          <w:smallCaps w:val="0"/>
          <w:strike w:val="0"/>
          <w:sz w:val="26"/>
          <w:u w:val="none"/>
        </w:rPr>
        <w:t>imminant</w:t>
      </w:r>
    </w:p>
    <w:p>
      <w:pPr>
        <w:spacing w:after="80"/>
      </w:pPr>
      <w:r>
        <w:rPr>
          <w:b/>
          <w:i w:val="0"/>
          <w:smallCaps w:val="0"/>
          <w:strike w:val="0"/>
          <w:sz w:val="26"/>
          <w:u w:val="none"/>
        </w:rPr>
        <w:t>Roose</w:t>
      </w:r>
      <w:r>
        <w:rPr>
          <w:b/>
          <w:i w:val="0"/>
          <w:smallCaps w:val="0"/>
          <w:strike w:val="0"/>
          <w:sz w:val="26"/>
          <w:u w:val="none"/>
        </w:rPr>
        <w:t xml:space="preserve"> ’23</w:t>
      </w:r>
      <w:r>
        <w:rPr>
          <w:b w:val="0"/>
          <w:i w:val="0"/>
          <w:smallCaps w:val="0"/>
          <w:strike w:val="0"/>
          <w:sz w:val="22"/>
          <w:u w:val="none"/>
        </w:rPr>
        <w:t xml:space="preserve"> – [Kevin, New York Times reporter covering the technology column, author of “Futureproof: 9 Rules for Humans in the Age of Automation,” “AI Poses ‘Risk of Extinction,’ Industry Leaders Warn,” 5-30-2023, New York Times, https://www.nytimes.com/2023/05/30/technology/ai-threat-warning.html, Accessed; 7-26-2024, AC]</w:t>
      </w:r>
    </w:p>
    <w:p>
      <w:pPr>
        <w:spacing w:after="60"/>
      </w:pPr>
      <w:r>
        <w:rPr>
          <w:b w:val="0"/>
          <w:i w:val="0"/>
          <w:smallCaps w:val="0"/>
          <w:strike w:val="0"/>
          <w:sz w:val="16"/>
          <w:u w:val="none"/>
        </w:rPr>
        <w:t xml:space="preserve">A group of industry leaders warned on Tuesday that the artificial intelligence technology they were building might one day pose an existential threat to humanity and should be considered </w:t>
      </w:r>
      <w:r>
        <w:rPr>
          <w:b w:val="0"/>
          <w:i w:val="0"/>
          <w:smallCaps w:val="0"/>
          <w:strike w:val="0"/>
          <w:sz w:val="22"/>
          <w:highlight w:val="cyan"/>
          <w:u w:val="single"/>
        </w:rPr>
        <w:t>a societal risk on a par with pandemics and nuclear wars.</w:t>
      </w:r>
    </w:p>
    <w:p>
      <w:pPr>
        <w:spacing w:after="60"/>
      </w:pPr>
      <w:r>
        <w:rPr>
          <w:b w:val="0"/>
          <w:i w:val="0"/>
          <w:smallCaps w:val="0"/>
          <w:strike w:val="0"/>
          <w:sz w:val="16"/>
          <w:u w:val="none"/>
        </w:rPr>
        <w:t>“Mitigating the risk of extinction from A.I. should be a global priority alongside other societal-scale risks, such as pandemics and nuclear war,” reads a one-sentence statement released by the Center for AI Safety, a nonprofit organization. The open letter was signed by more than 350 executives, researchers and engineers working in A.I.</w:t>
      </w:r>
    </w:p>
    <w:p>
      <w:pPr>
        <w:spacing w:after="60"/>
      </w:pPr>
      <w:r>
        <w:rPr>
          <w:b w:val="0"/>
          <w:i w:val="0"/>
          <w:smallCaps w:val="0"/>
          <w:strike w:val="0"/>
          <w:sz w:val="16"/>
          <w:u w:val="none"/>
        </w:rPr>
        <w:t xml:space="preserve">The signatories included top executives from three of the leading A.I. companies: </w:t>
      </w:r>
      <w:r>
        <w:rPr>
          <w:b w:val="0"/>
          <w:i w:val="0"/>
          <w:smallCaps w:val="0"/>
          <w:strike w:val="0"/>
          <w:sz w:val="22"/>
          <w:highlight w:val="cyan"/>
          <w:u w:val="single"/>
        </w:rPr>
        <w:t>Sam Altman, chief executive of OpenAI; Demis Hassabis, chief executive of Google DeepMind; and Dario Amodei, chief executive of Anthropic.</w:t>
      </w:r>
    </w:p>
    <w:p>
      <w:pPr>
        <w:spacing w:after="60"/>
      </w:pPr>
      <w:r>
        <w:rPr>
          <w:b w:val="0"/>
          <w:i w:val="0"/>
          <w:smallCaps w:val="0"/>
          <w:strike w:val="0"/>
          <w:sz w:val="16"/>
          <w:u w:val="none"/>
        </w:rPr>
        <w:t>Geoffrey Hinton and Yoshua Bengio, two of the three researchers who won a Turing Award for their pioneering work on neural networks and are often considered “godfathers” of the modern A.I. movement, signed the statement, as did other prominent researchers in the field. (The third Turing Award winner, Yann LeCun, who leads Meta’s A.I. research efforts, had not signed as of Tuesday.)</w:t>
      </w:r>
    </w:p>
    <w:p>
      <w:pPr>
        <w:spacing w:after="60"/>
      </w:pPr>
      <w:r>
        <w:rPr>
          <w:b w:val="0"/>
          <w:i w:val="0"/>
          <w:smallCaps w:val="0"/>
          <w:strike w:val="0"/>
          <w:sz w:val="16"/>
          <w:u w:val="none"/>
        </w:rPr>
        <w:t xml:space="preserve">The statement comes at a time of growing concern about the potential harms of artificial intelligence. Recent advancements in so-called large language models — the type of A.I. system used by ChatGPT and other chatbots — have raised fears that </w:t>
      </w:r>
      <w:r>
        <w:rPr>
          <w:b w:val="0"/>
          <w:i w:val="0"/>
          <w:smallCaps w:val="0"/>
          <w:strike w:val="0"/>
          <w:sz w:val="22"/>
          <w:highlight w:val="cyan"/>
          <w:u w:val="single"/>
        </w:rPr>
        <w:t>A.I.</w:t>
      </w:r>
      <w:r>
        <w:rPr>
          <w:b w:val="0"/>
          <w:i w:val="0"/>
          <w:smallCaps w:val="0"/>
          <w:strike w:val="0"/>
          <w:sz w:val="16"/>
          <w:u w:val="none"/>
        </w:rPr>
        <w:t xml:space="preserve"> could soon be </w:t>
      </w:r>
      <w:r>
        <w:rPr>
          <w:b w:val="0"/>
          <w:i w:val="0"/>
          <w:smallCaps w:val="0"/>
          <w:strike w:val="0"/>
          <w:sz w:val="22"/>
          <w:highlight w:val="cyan"/>
          <w:u w:val="single"/>
        </w:rPr>
        <w:t>used at scale to spread misinformation and propaganda</w:t>
      </w:r>
      <w:r>
        <w:rPr>
          <w:b w:val="0"/>
          <w:i w:val="0"/>
          <w:smallCaps w:val="0"/>
          <w:strike w:val="0"/>
          <w:sz w:val="16"/>
          <w:u w:val="none"/>
        </w:rPr>
        <w:t xml:space="preserve">, or that it could </w:t>
      </w:r>
      <w:r>
        <w:rPr>
          <w:b w:val="0"/>
          <w:i w:val="0"/>
          <w:smallCaps w:val="0"/>
          <w:strike w:val="0"/>
          <w:sz w:val="22"/>
          <w:highlight w:val="cyan"/>
          <w:u w:val="single"/>
        </w:rPr>
        <w:t>eliminate millions of white-collar jobs</w:t>
      </w:r>
      <w:r>
        <w:rPr>
          <w:b w:val="0"/>
          <w:i w:val="0"/>
          <w:smallCaps w:val="0"/>
          <w:strike w:val="0"/>
          <w:sz w:val="16"/>
          <w:u w:val="none"/>
        </w:rPr>
        <w:t>.</w:t>
      </w:r>
    </w:p>
    <w:p>
      <w:pPr>
        <w:spacing w:after="60"/>
      </w:pPr>
      <w:r>
        <w:rPr>
          <w:b w:val="0"/>
          <w:i w:val="0"/>
          <w:smallCaps w:val="0"/>
          <w:strike w:val="0"/>
          <w:sz w:val="16"/>
          <w:u w:val="none"/>
        </w:rPr>
        <w:t xml:space="preserve">Eventually, some believe, A.I. could become powerful enough that it </w:t>
      </w:r>
      <w:r>
        <w:rPr>
          <w:b w:val="0"/>
          <w:i w:val="0"/>
          <w:smallCaps w:val="0"/>
          <w:strike w:val="0"/>
          <w:sz w:val="22"/>
          <w:highlight w:val="cyan"/>
          <w:u w:val="single"/>
        </w:rPr>
        <w:t>could create societal-scale disruptions within a few years</w:t>
      </w:r>
      <w:r>
        <w:rPr>
          <w:b w:val="0"/>
          <w:i w:val="0"/>
          <w:smallCaps w:val="0"/>
          <w:strike w:val="0"/>
          <w:sz w:val="16"/>
          <w:u w:val="none"/>
        </w:rPr>
        <w:t xml:space="preserve"> if nothing is done to slow it down, though researchers sometimes stop short of explaining how that would happen.</w:t>
      </w:r>
    </w:p>
    <w:p>
      <w:pPr>
        <w:spacing w:after="60"/>
      </w:pPr>
      <w:r>
        <w:rPr>
          <w:b w:val="0"/>
          <w:i w:val="0"/>
          <w:smallCaps w:val="0"/>
          <w:strike w:val="0"/>
          <w:sz w:val="16"/>
          <w:u w:val="none"/>
        </w:rPr>
        <w:t xml:space="preserve">These fears are shared by numerous industry leaders, putting them in the unusual position of arguing that a </w:t>
      </w:r>
      <w:r>
        <w:rPr>
          <w:b w:val="0"/>
          <w:i w:val="0"/>
          <w:smallCaps w:val="0"/>
          <w:strike w:val="0"/>
          <w:sz w:val="22"/>
          <w:highlight w:val="cyan"/>
          <w:u w:val="single"/>
        </w:rPr>
        <w:t>tech</w:t>
      </w:r>
      <w:r>
        <w:rPr>
          <w:b w:val="0"/>
          <w:i w:val="0"/>
          <w:smallCaps w:val="0"/>
          <w:strike w:val="0"/>
          <w:sz w:val="16"/>
          <w:u w:val="none"/>
        </w:rPr>
        <w:t xml:space="preserve">nology they are building — and, in many cases, are furiously racing to build faster than their competitors — poses grave risks and </w:t>
      </w:r>
      <w:r>
        <w:rPr>
          <w:b w:val="0"/>
          <w:i w:val="0"/>
          <w:smallCaps w:val="0"/>
          <w:strike w:val="0"/>
          <w:sz w:val="22"/>
          <w:highlight w:val="cyan"/>
          <w:u w:val="single"/>
        </w:rPr>
        <w:t>should be regulated more tightly</w:t>
      </w:r>
      <w:r>
        <w:rPr>
          <w:b w:val="0"/>
          <w:i w:val="0"/>
          <w:smallCaps w:val="0"/>
          <w:strike w:val="0"/>
          <w:sz w:val="16"/>
          <w:u w:val="none"/>
        </w:rPr>
        <w:t>.</w:t>
      </w:r>
    </w:p>
    <w:p>
      <w:pPr>
        <w:spacing w:after="60"/>
      </w:pPr>
      <w:r>
        <w:rPr>
          <w:b w:val="0"/>
          <w:i w:val="0"/>
          <w:smallCaps w:val="0"/>
          <w:strike w:val="0"/>
          <w:sz w:val="16"/>
          <w:u w:val="none"/>
        </w:rPr>
        <w:t xml:space="preserve">This month, Mr. Altman, Mr. Hassabis and Mr. Amodei met with President Biden and Vice President Kamala Harris to talk about A.I. regulation. In a Senate testimony after the meeting, Mr. Altman warned that the </w:t>
      </w:r>
      <w:r>
        <w:rPr>
          <w:b w:val="0"/>
          <w:i w:val="0"/>
          <w:smallCaps w:val="0"/>
          <w:strike w:val="0"/>
          <w:sz w:val="22"/>
          <w:highlight w:val="cyan"/>
          <w:u w:val="single"/>
        </w:rPr>
        <w:t>risks of advanced A.I. systems were serious enough to warrant government intervention</w:t>
      </w:r>
      <w:r>
        <w:rPr>
          <w:b w:val="0"/>
          <w:i w:val="0"/>
          <w:smallCaps w:val="0"/>
          <w:strike w:val="0"/>
          <w:sz w:val="22"/>
          <w:u w:val="single"/>
        </w:rPr>
        <w:t xml:space="preserve"> </w:t>
      </w:r>
      <w:r>
        <w:rPr>
          <w:b w:val="0"/>
          <w:i w:val="0"/>
          <w:smallCaps w:val="0"/>
          <w:strike w:val="0"/>
          <w:sz w:val="16"/>
          <w:u w:val="none"/>
        </w:rPr>
        <w:t>and called for regulation of A.I. for its potential harms.</w:t>
      </w:r>
    </w:p>
    <w:p>
      <w:pPr>
        <w:spacing w:after="60"/>
      </w:pPr>
      <w:r>
        <w:rPr>
          <w:b w:val="0"/>
          <w:i w:val="0"/>
          <w:smallCaps w:val="0"/>
          <w:strike w:val="0"/>
          <w:sz w:val="16"/>
          <w:u w:val="none"/>
        </w:rPr>
        <w:t>Dan Hendrycks, the executive director of the Center for AI Safety, said in an interview that the open letter represented a “coming-out” for some industry leaders who had expressed concerns — but only in private — about the risks of the technology they were developing.</w:t>
      </w:r>
    </w:p>
    <w:p>
      <w:pPr>
        <w:spacing w:after="60"/>
      </w:pPr>
      <w:r>
        <w:rPr>
          <w:b w:val="0"/>
          <w:i w:val="0"/>
          <w:smallCaps w:val="0"/>
          <w:strike w:val="0"/>
          <w:sz w:val="16"/>
          <w:u w:val="none"/>
        </w:rPr>
        <w:t>“There’s a very common misconception, even in the A.I. community, that there only are a handful of doomers,” Mr. Hendrycks said. “But, in fact, many people privately would express concerns about these things.”</w:t>
      </w:r>
    </w:p>
    <w:p>
      <w:pPr>
        <w:spacing w:after="60"/>
      </w:pPr>
      <w:r>
        <w:rPr>
          <w:b w:val="0"/>
          <w:i w:val="0"/>
          <w:smallCaps w:val="0"/>
          <w:strike w:val="0"/>
          <w:sz w:val="16"/>
          <w:u w:val="none"/>
        </w:rPr>
        <w:t>Some skeptics argue that A.I. technology is still too immature to pose an existential threat. When it comes to today’s A.I. systems, they worry more about short-term problems, such as biased and incorrect responses, than longer-term dangers.</w:t>
      </w:r>
    </w:p>
    <w:p>
      <w:pPr>
        <w:spacing w:after="60"/>
      </w:pPr>
      <w:r>
        <w:rPr>
          <w:b w:val="0"/>
          <w:i w:val="0"/>
          <w:smallCaps w:val="0"/>
          <w:strike w:val="0"/>
          <w:sz w:val="16"/>
          <w:u w:val="none"/>
        </w:rPr>
        <w:t xml:space="preserve">But others have argued that </w:t>
      </w:r>
      <w:r>
        <w:rPr>
          <w:b w:val="0"/>
          <w:i w:val="0"/>
          <w:smallCaps w:val="0"/>
          <w:strike w:val="0"/>
          <w:sz w:val="22"/>
          <w:highlight w:val="cyan"/>
          <w:u w:val="single"/>
        </w:rPr>
        <w:t>A.I</w:t>
      </w:r>
      <w:r>
        <w:rPr>
          <w:b w:val="0"/>
          <w:i w:val="0"/>
          <w:smallCaps w:val="0"/>
          <w:strike w:val="0"/>
          <w:sz w:val="16"/>
          <w:u w:val="none"/>
        </w:rPr>
        <w:t xml:space="preserve">. is </w:t>
      </w:r>
      <w:r>
        <w:rPr>
          <w:b w:val="0"/>
          <w:i w:val="0"/>
          <w:smallCaps w:val="0"/>
          <w:strike w:val="0"/>
          <w:sz w:val="22"/>
          <w:highlight w:val="cyan"/>
          <w:u w:val="single"/>
        </w:rPr>
        <w:t>improving so rapidly</w:t>
      </w:r>
      <w:r>
        <w:rPr>
          <w:b w:val="0"/>
          <w:i w:val="0"/>
          <w:smallCaps w:val="0"/>
          <w:strike w:val="0"/>
          <w:sz w:val="16"/>
          <w:u w:val="none"/>
        </w:rPr>
        <w:t xml:space="preserve"> that it </w:t>
      </w:r>
      <w:r>
        <w:rPr>
          <w:b w:val="0"/>
          <w:i w:val="0"/>
          <w:smallCaps w:val="0"/>
          <w:strike w:val="0"/>
          <w:sz w:val="22"/>
          <w:highlight w:val="cyan"/>
          <w:u w:val="single"/>
        </w:rPr>
        <w:t>has already surpassed human-level performance in some area</w:t>
      </w:r>
      <w:r>
        <w:rPr>
          <w:b w:val="0"/>
          <w:i w:val="0"/>
          <w:smallCaps w:val="0"/>
          <w:strike w:val="0"/>
          <w:sz w:val="16"/>
          <w:u w:val="none"/>
        </w:rPr>
        <w:t xml:space="preserve">s, and that it will soon surpass it in others. They say the </w:t>
      </w:r>
      <w:r>
        <w:rPr>
          <w:b w:val="0"/>
          <w:i w:val="0"/>
          <w:smallCaps w:val="0"/>
          <w:strike w:val="0"/>
          <w:sz w:val="22"/>
          <w:highlight w:val="cyan"/>
          <w:u w:val="single"/>
        </w:rPr>
        <w:t>tech</w:t>
      </w:r>
      <w:r>
        <w:rPr>
          <w:b w:val="0"/>
          <w:i w:val="0"/>
          <w:smallCaps w:val="0"/>
          <w:strike w:val="0"/>
          <w:sz w:val="16"/>
          <w:u w:val="none"/>
        </w:rPr>
        <w:t xml:space="preserve">nology </w:t>
      </w:r>
      <w:r>
        <w:rPr>
          <w:b w:val="0"/>
          <w:i w:val="0"/>
          <w:smallCaps w:val="0"/>
          <w:strike w:val="0"/>
          <w:sz w:val="22"/>
          <w:highlight w:val="cyan"/>
          <w:u w:val="single"/>
        </w:rPr>
        <w:t>has</w:t>
      </w:r>
      <w:r>
        <w:rPr>
          <w:b w:val="0"/>
          <w:i w:val="0"/>
          <w:smallCaps w:val="0"/>
          <w:strike w:val="0"/>
          <w:sz w:val="16"/>
          <w:u w:val="none"/>
        </w:rPr>
        <w:t xml:space="preserve"> shown signs of </w:t>
      </w:r>
      <w:r>
        <w:rPr>
          <w:b w:val="0"/>
          <w:i w:val="0"/>
          <w:smallCaps w:val="0"/>
          <w:strike w:val="0"/>
          <w:sz w:val="22"/>
          <w:highlight w:val="cyan"/>
          <w:u w:val="single"/>
        </w:rPr>
        <w:t>advanced abilities and understanding</w:t>
      </w:r>
      <w:r>
        <w:rPr>
          <w:b w:val="0"/>
          <w:i w:val="0"/>
          <w:smallCaps w:val="0"/>
          <w:strike w:val="0"/>
          <w:sz w:val="16"/>
          <w:u w:val="none"/>
        </w:rPr>
        <w:t xml:space="preserve">, giving </w:t>
      </w:r>
      <w:r>
        <w:rPr>
          <w:b w:val="0"/>
          <w:i w:val="0"/>
          <w:smallCaps w:val="0"/>
          <w:strike w:val="0"/>
          <w:sz w:val="22"/>
          <w:highlight w:val="cyan"/>
          <w:u w:val="single"/>
        </w:rPr>
        <w:t>rise to</w:t>
      </w:r>
      <w:r>
        <w:rPr>
          <w:b w:val="0"/>
          <w:i w:val="0"/>
          <w:smallCaps w:val="0"/>
          <w:strike w:val="0"/>
          <w:sz w:val="16"/>
          <w:u w:val="none"/>
        </w:rPr>
        <w:t xml:space="preserve"> fears that </w:t>
      </w:r>
      <w:r>
        <w:rPr>
          <w:b w:val="0"/>
          <w:i w:val="0"/>
          <w:smallCaps w:val="0"/>
          <w:strike w:val="0"/>
          <w:sz w:val="22"/>
          <w:highlight w:val="cyan"/>
          <w:u w:val="single"/>
        </w:rPr>
        <w:t>“artificial general intelligence,”</w:t>
      </w:r>
      <w:r>
        <w:rPr>
          <w:b w:val="0"/>
          <w:i w:val="0"/>
          <w:smallCaps w:val="0"/>
          <w:strike w:val="0"/>
          <w:sz w:val="16"/>
          <w:u w:val="none"/>
        </w:rPr>
        <w:t xml:space="preserve"> or A.G.I., a type of artificial intelligence </w:t>
      </w:r>
      <w:r>
        <w:rPr>
          <w:b w:val="0"/>
          <w:i w:val="0"/>
          <w:smallCaps w:val="0"/>
          <w:strike w:val="0"/>
          <w:sz w:val="22"/>
          <w:highlight w:val="cyan"/>
          <w:u w:val="single"/>
        </w:rPr>
        <w:t>that can match or exceed human-level performance</w:t>
      </w:r>
      <w:r>
        <w:rPr>
          <w:b w:val="0"/>
          <w:i w:val="0"/>
          <w:smallCaps w:val="0"/>
          <w:strike w:val="0"/>
          <w:sz w:val="16"/>
          <w:u w:val="none"/>
        </w:rPr>
        <w:t xml:space="preserve"> at a wide variety of tasks, may </w:t>
      </w:r>
      <w:r>
        <w:rPr>
          <w:b w:val="0"/>
          <w:i w:val="0"/>
          <w:smallCaps w:val="0"/>
          <w:strike w:val="0"/>
          <w:sz w:val="22"/>
          <w:highlight w:val="cyan"/>
          <w:u w:val="single"/>
        </w:rPr>
        <w:t>not</w:t>
      </w:r>
      <w:r>
        <w:rPr>
          <w:b w:val="0"/>
          <w:i w:val="0"/>
          <w:smallCaps w:val="0"/>
          <w:strike w:val="0"/>
          <w:sz w:val="16"/>
          <w:u w:val="none"/>
        </w:rPr>
        <w:t xml:space="preserve"> be </w:t>
      </w:r>
      <w:r>
        <w:rPr>
          <w:b w:val="0"/>
          <w:i w:val="0"/>
          <w:smallCaps w:val="0"/>
          <w:strike w:val="0"/>
          <w:sz w:val="22"/>
          <w:highlight w:val="cyan"/>
          <w:u w:val="single"/>
        </w:rPr>
        <w:t>far off</w:t>
      </w:r>
      <w:r>
        <w:rPr>
          <w:b w:val="0"/>
          <w:i w:val="0"/>
          <w:smallCaps w:val="0"/>
          <w:strike w:val="0"/>
          <w:sz w:val="16"/>
          <w:u w:val="non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