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Facial recognition should be </w:t>
      </w:r>
      <w:r>
        <w:rPr>
          <w:b/>
          <w:i w:val="0"/>
          <w:smallCaps w:val="0"/>
          <w:strike w:val="0"/>
          <w:sz w:val="26"/>
          <w:u w:val="none"/>
        </w:rPr>
        <w:t>banned</w:t>
      </w:r>
    </w:p>
    <w:p>
      <w:pPr>
        <w:spacing w:after="80"/>
      </w:pPr>
      <w:r>
        <w:rPr>
          <w:b/>
          <w:i w:val="0"/>
          <w:smallCaps w:val="0"/>
          <w:strike w:val="0"/>
          <w:sz w:val="24"/>
          <w:u w:val="none"/>
        </w:rPr>
        <w:t>Bacciarelli</w:t>
      </w:r>
      <w:r>
        <w:rPr>
          <w:b/>
          <w:i w:val="0"/>
          <w:smallCaps w:val="0"/>
          <w:strike w:val="0"/>
          <w:sz w:val="24"/>
          <w:u w:val="none"/>
        </w:rPr>
        <w:t xml:space="preserve"> ’23 </w:t>
      </w:r>
      <w:r>
        <w:rPr>
          <w:b w:val="0"/>
          <w:i w:val="0"/>
          <w:smallCaps w:val="0"/>
          <w:strike w:val="0"/>
          <w:sz w:val="24"/>
          <w:u w:val="none"/>
        </w:rPr>
        <w:t xml:space="preserve">[Anna is a Program Manager in the Technology and Human Rights Division. Before joining Human Rights Watch, Anna was Technology Program Manager at Open Society Foundations, where she led global grants and strategy on artificial intelligence (AI), equity and tech accountability; “Time to Ban Facial Recognition from Public Spaces and Borders”; September 29; Human Rights Watch; </w:t>
      </w:r>
      <w:r>
        <w:rPr>
          <w:b w:val="0"/>
          <w:i w:val="0"/>
          <w:smallCaps w:val="0"/>
          <w:strike w:val="0"/>
          <w:sz w:val="24"/>
          <w:u w:val="none"/>
        </w:rPr>
        <w:t>https://www.hrw.org/news/2023/09/29/time-ban-facial-recognition-public-spaces-and-borders</w:t>
      </w:r>
      <w:r>
        <w:rPr>
          <w:b w:val="0"/>
          <w:i w:val="0"/>
          <w:smallCaps w:val="0"/>
          <w:strike w:val="0"/>
          <w:sz w:val="24"/>
          <w:u w:val="none"/>
        </w:rPr>
        <w:t>]</w:t>
      </w:r>
      <w:r>
        <w:rPr>
          <w:b/>
          <w:i w:val="0"/>
          <w:smallCaps w:val="0"/>
          <w:strike w:val="0"/>
          <w:sz w:val="24"/>
          <w:u w:val="none"/>
        </w:rPr>
        <w:t xml:space="preserve"> </w:t>
      </w:r>
      <w:r>
        <w:rPr>
          <w:b w:val="0"/>
          <w:i w:val="0"/>
          <w:smallCaps w:val="0"/>
          <w:strike w:val="0"/>
          <w:sz w:val="24"/>
          <w:u w:val="none"/>
        </w:rPr>
        <w:t>EYC</w:t>
      </w:r>
    </w:p>
    <w:p>
      <w:pPr>
        <w:spacing w:after="60"/>
      </w:pPr>
      <w:r>
        <w:rPr>
          <w:b w:val="0"/>
          <w:i w:val="0"/>
          <w:smallCaps w:val="0"/>
          <w:strike w:val="0"/>
          <w:sz w:val="24"/>
          <w:highlight w:val="yellow"/>
          <w:u w:val="single"/>
        </w:rPr>
        <w:t>We are at a fork in the road</w:t>
      </w:r>
      <w:r>
        <w:rPr>
          <w:b w:val="0"/>
          <w:i w:val="0"/>
          <w:smallCaps w:val="0"/>
          <w:strike w:val="0"/>
          <w:sz w:val="24"/>
          <w:u w:val="single"/>
        </w:rPr>
        <w:t xml:space="preserve"> regarding states’ approaches to facial recognition surveillance.</w:t>
      </w:r>
      <w:r>
        <w:rPr>
          <w:b w:val="0"/>
          <w:i w:val="0"/>
          <w:smallCaps w:val="0"/>
          <w:strike w:val="0"/>
          <w:sz w:val="12"/>
          <w:u w:val="none"/>
        </w:rPr>
        <w:t xml:space="preserve"> On the one hand, governments in places like Israel and the United Kingdom are progressing plans to roll out widespread use of this powerful biometric technology. On the other hand, the latest draft of the European Union’s AI Act reveals an increased commitment to banning its use in public spaces.</w:t>
      </w:r>
    </w:p>
    <w:p>
      <w:pPr>
        <w:spacing w:after="60"/>
      </w:pPr>
      <w:r>
        <w:rPr>
          <w:b w:val="0"/>
          <w:i w:val="0"/>
          <w:smallCaps w:val="0"/>
          <w:strike w:val="0"/>
          <w:sz w:val="24"/>
          <w:u w:val="single"/>
        </w:rPr>
        <w:t xml:space="preserve">This week, Human Rights Watch joined 180 rights groups and other experts calling on governments and companies to stop using </w:t>
      </w:r>
      <w:r>
        <w:rPr>
          <w:b w:val="0"/>
          <w:i w:val="0"/>
          <w:smallCaps w:val="0"/>
          <w:strike w:val="0"/>
          <w:sz w:val="24"/>
          <w:highlight w:val="yellow"/>
          <w:u w:val="single"/>
        </w:rPr>
        <w:t>facial recognition surveillance tech</w:t>
      </w:r>
      <w:r>
        <w:rPr>
          <w:b w:val="0"/>
          <w:i w:val="0"/>
          <w:smallCaps w:val="0"/>
          <w:strike w:val="0"/>
          <w:sz w:val="24"/>
          <w:u w:val="single"/>
        </w:rPr>
        <w:t xml:space="preserve">nology in public spaces and in migration and asylum contexts, as it </w:t>
      </w:r>
      <w:r>
        <w:rPr>
          <w:b w:val="0"/>
          <w:i w:val="0"/>
          <w:smallCaps w:val="0"/>
          <w:strike w:val="0"/>
          <w:sz w:val="24"/>
          <w:highlight w:val="yellow"/>
          <w:u w:val="single"/>
        </w:rPr>
        <w:t>is</w:t>
      </w:r>
      <w:r>
        <w:rPr>
          <w:b w:val="0"/>
          <w:i w:val="0"/>
          <w:smallCaps w:val="0"/>
          <w:strike w:val="0"/>
          <w:sz w:val="24"/>
          <w:u w:val="single"/>
        </w:rPr>
        <w:t xml:space="preserve"> simply </w:t>
      </w:r>
      <w:r>
        <w:rPr>
          <w:b w:val="0"/>
          <w:i w:val="0"/>
          <w:smallCaps w:val="0"/>
          <w:strike w:val="0"/>
          <w:sz w:val="24"/>
          <w:highlight w:val="yellow"/>
          <w:u w:val="single"/>
        </w:rPr>
        <w:t>too dangerous</w:t>
      </w:r>
      <w:r>
        <w:rPr>
          <w:b w:val="0"/>
          <w:i w:val="0"/>
          <w:smallCaps w:val="0"/>
          <w:strike w:val="0"/>
          <w:sz w:val="24"/>
          <w:u w:val="single"/>
        </w:rPr>
        <w:t xml:space="preserve"> and powerful to be used without negative consequences for human rights.</w:t>
      </w:r>
    </w:p>
    <w:p>
      <w:pPr>
        <w:spacing w:after="60"/>
      </w:pPr>
      <w:r>
        <w:rPr>
          <w:b w:val="0"/>
          <w:i w:val="0"/>
          <w:smallCaps w:val="0"/>
          <w:strike w:val="0"/>
          <w:sz w:val="24"/>
          <w:u w:val="single"/>
        </w:rPr>
        <w:t xml:space="preserve">Facial recognition surveillance technology – the kind that scans, identifies, and profiles people </w:t>
      </w:r>
      <w:r>
        <w:rPr>
          <w:b w:val="0"/>
          <w:i w:val="0"/>
          <w:smallCaps w:val="0"/>
          <w:strike w:val="0"/>
          <w:sz w:val="24"/>
          <w:u w:val="single"/>
        </w:rPr>
        <w:t>en</w:t>
      </w:r>
      <w:r>
        <w:rPr>
          <w:b w:val="0"/>
          <w:i w:val="0"/>
          <w:smallCaps w:val="0"/>
          <w:strike w:val="0"/>
          <w:sz w:val="24"/>
          <w:u w:val="single"/>
        </w:rPr>
        <w:t xml:space="preserve"> masse – </w:t>
      </w:r>
      <w:r>
        <w:rPr>
          <w:b w:val="0"/>
          <w:i w:val="0"/>
          <w:smallCaps w:val="0"/>
          <w:strike w:val="0"/>
          <w:sz w:val="24"/>
          <w:u w:val="single"/>
        </w:rPr>
        <w:t>is not compatible with international human rights law</w:t>
      </w:r>
      <w:r>
        <w:rPr>
          <w:b w:val="0"/>
          <w:i w:val="0"/>
          <w:smallCaps w:val="0"/>
          <w:strike w:val="0"/>
          <w:sz w:val="24"/>
          <w:u w:val="single"/>
        </w:rPr>
        <w:t xml:space="preserve">, as </w:t>
      </w:r>
      <w:r>
        <w:rPr>
          <w:b w:val="0"/>
          <w:i w:val="0"/>
          <w:smallCaps w:val="0"/>
          <w:strike w:val="0"/>
          <w:sz w:val="24"/>
          <w:highlight w:val="yellow"/>
          <w:u w:val="single"/>
        </w:rPr>
        <w:t>it</w:t>
      </w:r>
      <w:r>
        <w:rPr>
          <w:b w:val="0"/>
          <w:i w:val="0"/>
          <w:smallCaps w:val="0"/>
          <w:strike w:val="0"/>
          <w:sz w:val="24"/>
          <w:u w:val="single"/>
        </w:rPr>
        <w:t xml:space="preserve"> amounts to mass surveillance. As well as undermining privacy rights, the technology </w:t>
      </w:r>
      <w:r>
        <w:rPr>
          <w:b w:val="0"/>
          <w:i w:val="0"/>
          <w:smallCaps w:val="0"/>
          <w:strike w:val="0"/>
          <w:sz w:val="24"/>
          <w:highlight w:val="yellow"/>
          <w:u w:val="single"/>
        </w:rPr>
        <w:t>threatens our rights</w:t>
      </w:r>
      <w:r>
        <w:rPr>
          <w:b w:val="0"/>
          <w:i w:val="0"/>
          <w:smallCaps w:val="0"/>
          <w:strike w:val="0"/>
          <w:sz w:val="24"/>
          <w:u w:val="single"/>
        </w:rPr>
        <w:t xml:space="preserve"> to equality and nondiscrimination, freedom of expression, and freedom of assembly.</w:t>
      </w:r>
    </w:p>
    <w:p>
      <w:pPr>
        <w:spacing w:after="60"/>
      </w:pPr>
      <w:r>
        <w:rPr>
          <w:b w:val="0"/>
          <w:i w:val="0"/>
          <w:smallCaps w:val="0"/>
          <w:strike w:val="0"/>
          <w:sz w:val="12"/>
          <w:u w:val="none"/>
        </w:rPr>
        <w:t xml:space="preserve">In 2020, some of the big tech companies pledged a moratorium on selling facial recognition surveillance tech, in response to rights concerns, but </w:t>
      </w:r>
      <w:r>
        <w:rPr>
          <w:b w:val="0"/>
          <w:i w:val="0"/>
          <w:smallCaps w:val="0"/>
          <w:strike w:val="0"/>
          <w:sz w:val="24"/>
          <w:highlight w:val="yellow"/>
          <w:u w:val="single"/>
        </w:rPr>
        <w:t xml:space="preserve">self-regulation </w:t>
      </w:r>
      <w:r>
        <w:rPr>
          <w:b w:val="0"/>
          <w:i w:val="0"/>
          <w:smallCaps w:val="0"/>
          <w:strike w:val="0"/>
          <w:sz w:val="24"/>
          <w:u w:val="single"/>
        </w:rPr>
        <w:t xml:space="preserve">simply </w:t>
      </w:r>
      <w:r>
        <w:rPr>
          <w:b w:val="0"/>
          <w:i w:val="0"/>
          <w:smallCaps w:val="0"/>
          <w:strike w:val="0"/>
          <w:sz w:val="24"/>
          <w:highlight w:val="yellow"/>
          <w:u w:val="single"/>
        </w:rPr>
        <w:t>doesn’t work</w:t>
      </w:r>
      <w:r>
        <w:rPr>
          <w:b w:val="0"/>
          <w:i w:val="0"/>
          <w:smallCaps w:val="0"/>
          <w:strike w:val="0"/>
          <w:sz w:val="24"/>
          <w:u w:val="single"/>
        </w:rPr>
        <w:t xml:space="preserve"> and at least one of those companies may now be rolling back on that commitment.</w:t>
      </w:r>
    </w:p>
    <w:p>
      <w:pPr>
        <w:spacing w:after="60"/>
      </w:pPr>
      <w:r>
        <w:rPr>
          <w:b w:val="0"/>
          <w:i w:val="0"/>
          <w:smallCaps w:val="0"/>
          <w:strike w:val="0"/>
          <w:sz w:val="24"/>
          <w:u w:val="single"/>
        </w:rPr>
        <w:t xml:space="preserve">Meanwhile, </w:t>
      </w:r>
      <w:r>
        <w:rPr>
          <w:b w:val="0"/>
          <w:i w:val="0"/>
          <w:smallCaps w:val="0"/>
          <w:strike w:val="0"/>
          <w:sz w:val="24"/>
          <w:highlight w:val="yellow"/>
          <w:u w:val="single"/>
        </w:rPr>
        <w:t>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 xml:space="preserve">ecognition </w:t>
      </w:r>
      <w:r>
        <w:rPr>
          <w:b w:val="0"/>
          <w:i w:val="0"/>
          <w:smallCaps w:val="0"/>
          <w:strike w:val="0"/>
          <w:sz w:val="24"/>
          <w:highlight w:val="yellow"/>
          <w:u w:val="single"/>
        </w:rPr>
        <w:t>surveillance tech</w:t>
      </w:r>
      <w:r>
        <w:rPr>
          <w:b w:val="0"/>
          <w:i w:val="0"/>
          <w:smallCaps w:val="0"/>
          <w:strike w:val="0"/>
          <w:sz w:val="24"/>
          <w:u w:val="single"/>
        </w:rPr>
        <w:t xml:space="preserve"> </w:t>
      </w:r>
      <w:r>
        <w:rPr>
          <w:b w:val="0"/>
          <w:i w:val="0"/>
          <w:smallCaps w:val="0"/>
          <w:strike w:val="0"/>
          <w:sz w:val="24"/>
          <w:u w:val="single"/>
        </w:rPr>
        <w:t xml:space="preserve">is </w:t>
      </w:r>
      <w:r>
        <w:rPr>
          <w:b w:val="0"/>
          <w:i w:val="0"/>
          <w:smallCaps w:val="0"/>
          <w:strike w:val="0"/>
          <w:sz w:val="24"/>
          <w:u w:val="single"/>
        </w:rPr>
        <w:t xml:space="preserve">increasingly </w:t>
      </w:r>
      <w:r>
        <w:rPr>
          <w:b w:val="0"/>
          <w:i w:val="0"/>
          <w:smallCaps w:val="0"/>
          <w:strike w:val="0"/>
          <w:sz w:val="24"/>
          <w:highlight w:val="yellow"/>
          <w:u w:val="single"/>
        </w:rPr>
        <w:t xml:space="preserve">used by </w:t>
      </w:r>
      <w:r>
        <w:rPr>
          <w:b w:val="0"/>
          <w:i w:val="0"/>
          <w:smallCaps w:val="0"/>
          <w:strike w:val="0"/>
          <w:sz w:val="24"/>
          <w:highlight w:val="yellow"/>
          <w:u w:val="single"/>
        </w:rPr>
        <w:t xml:space="preserve">governments </w:t>
      </w:r>
      <w:r>
        <w:rPr>
          <w:b w:val="0"/>
          <w:i w:val="0"/>
          <w:smallCaps w:val="0"/>
          <w:strike w:val="0"/>
          <w:sz w:val="24"/>
          <w:highlight w:val="yellow"/>
          <w:u w:val="single"/>
        </w:rPr>
        <w:t xml:space="preserve">to surveil </w:t>
      </w:r>
      <w:r>
        <w:rPr>
          <w:b w:val="0"/>
          <w:i w:val="0"/>
          <w:smallCaps w:val="0"/>
          <w:strike w:val="0"/>
          <w:sz w:val="24"/>
          <w:u w:val="single"/>
        </w:rPr>
        <w:t xml:space="preserve">protests, </w:t>
      </w:r>
      <w:r>
        <w:rPr>
          <w:b w:val="0"/>
          <w:i w:val="0"/>
          <w:smallCaps w:val="0"/>
          <w:strike w:val="0"/>
          <w:sz w:val="24"/>
          <w:highlight w:val="yellow"/>
          <w:u w:val="single"/>
        </w:rPr>
        <w:t>target</w:t>
      </w:r>
      <w:r>
        <w:rPr>
          <w:b w:val="0"/>
          <w:i w:val="0"/>
          <w:smallCaps w:val="0"/>
          <w:strike w:val="0"/>
          <w:sz w:val="24"/>
          <w:u w:val="single"/>
        </w:rPr>
        <w:t xml:space="preserve"> people based on </w:t>
      </w:r>
      <w:r>
        <w:rPr>
          <w:b w:val="0"/>
          <w:i w:val="0"/>
          <w:smallCaps w:val="0"/>
          <w:strike w:val="0"/>
          <w:sz w:val="24"/>
          <w:u w:val="single"/>
        </w:rPr>
        <w:t xml:space="preserve">their </w:t>
      </w:r>
      <w:r>
        <w:rPr>
          <w:b w:val="0"/>
          <w:i w:val="0"/>
          <w:smallCaps w:val="0"/>
          <w:strike w:val="0"/>
          <w:sz w:val="24"/>
          <w:u w:val="single"/>
        </w:rPr>
        <w:t xml:space="preserve">ethnicity, </w:t>
      </w:r>
      <w:r>
        <w:rPr>
          <w:b w:val="0"/>
          <w:i w:val="0"/>
          <w:smallCaps w:val="0"/>
          <w:strike w:val="0"/>
          <w:sz w:val="24"/>
          <w:highlight w:val="yellow"/>
          <w:u w:val="single"/>
        </w:rPr>
        <w:t>and curb</w:t>
      </w:r>
      <w:r>
        <w:rPr>
          <w:b w:val="0"/>
          <w:i w:val="0"/>
          <w:smallCaps w:val="0"/>
          <w:strike w:val="0"/>
          <w:sz w:val="24"/>
          <w:u w:val="single"/>
        </w:rPr>
        <w:t xml:space="preserve"> </w:t>
      </w:r>
      <w:r>
        <w:rPr>
          <w:b w:val="0"/>
          <w:i w:val="0"/>
          <w:smallCaps w:val="0"/>
          <w:strike w:val="0"/>
          <w:sz w:val="24"/>
          <w:u w:val="single"/>
        </w:rPr>
        <w:t xml:space="preserve">political </w:t>
      </w:r>
      <w:r>
        <w:rPr>
          <w:b w:val="0"/>
          <w:i w:val="0"/>
          <w:smallCaps w:val="0"/>
          <w:strike w:val="0"/>
          <w:sz w:val="24"/>
          <w:u w:val="single"/>
        </w:rPr>
        <w:t>dissent.</w:t>
      </w:r>
      <w:r>
        <w:rPr>
          <w:b w:val="0"/>
          <w:i w:val="0"/>
          <w:smallCaps w:val="0"/>
          <w:strike w:val="0"/>
          <w:sz w:val="24"/>
          <w:u w:val="single"/>
        </w:rPr>
        <w:t xml:space="preserve"> As with much technology, </w:t>
      </w:r>
      <w:r>
        <w:rPr>
          <w:b w:val="0"/>
          <w:i w:val="0"/>
          <w:smallCaps w:val="0"/>
          <w:strike w:val="0"/>
          <w:sz w:val="24"/>
          <w:u w:val="single"/>
        </w:rPr>
        <w:t>it</w:t>
      </w:r>
      <w:r>
        <w:rPr>
          <w:b w:val="0"/>
          <w:i w:val="0"/>
          <w:smallCaps w:val="0"/>
          <w:strike w:val="0"/>
          <w:sz w:val="24"/>
          <w:u w:val="single"/>
        </w:rPr>
        <w:t xml:space="preserve"> </w:t>
      </w:r>
      <w:r>
        <w:rPr>
          <w:b w:val="0"/>
          <w:i w:val="0"/>
          <w:smallCaps w:val="0"/>
          <w:strike w:val="0"/>
          <w:sz w:val="24"/>
          <w:highlight w:val="yellow"/>
          <w:u w:val="single"/>
        </w:rPr>
        <w:t>exacerbates</w:t>
      </w:r>
      <w:r>
        <w:rPr>
          <w:b w:val="0"/>
          <w:i w:val="0"/>
          <w:smallCaps w:val="0"/>
          <w:strike w:val="0"/>
          <w:sz w:val="24"/>
          <w:u w:val="single"/>
        </w:rPr>
        <w:t xml:space="preserve"> </w:t>
      </w:r>
      <w:r>
        <w:rPr>
          <w:b w:val="0"/>
          <w:i w:val="0"/>
          <w:smallCaps w:val="0"/>
          <w:strike w:val="0"/>
          <w:sz w:val="24"/>
          <w:u w:val="single"/>
        </w:rPr>
        <w:t xml:space="preserve">existing </w:t>
      </w:r>
      <w:r>
        <w:rPr>
          <w:b w:val="0"/>
          <w:i w:val="0"/>
          <w:smallCaps w:val="0"/>
          <w:strike w:val="0"/>
          <w:sz w:val="24"/>
          <w:highlight w:val="yellow"/>
          <w:u w:val="single"/>
        </w:rPr>
        <w:t>structural inequities and hits</w:t>
      </w:r>
      <w:r>
        <w:rPr>
          <w:b w:val="0"/>
          <w:i w:val="0"/>
          <w:smallCaps w:val="0"/>
          <w:strike w:val="0"/>
          <w:sz w:val="24"/>
          <w:u w:val="single"/>
        </w:rPr>
        <w:t xml:space="preserve"> people with </w:t>
      </w:r>
      <w:r>
        <w:rPr>
          <w:b w:val="0"/>
          <w:i w:val="0"/>
          <w:smallCaps w:val="0"/>
          <w:strike w:val="0"/>
          <w:sz w:val="24"/>
          <w:highlight w:val="yellow"/>
          <w:u w:val="single"/>
        </w:rPr>
        <w:t>marginalized</w:t>
      </w:r>
      <w:r>
        <w:rPr>
          <w:b w:val="0"/>
          <w:i w:val="0"/>
          <w:smallCaps w:val="0"/>
          <w:strike w:val="0"/>
          <w:sz w:val="24"/>
          <w:u w:val="single"/>
        </w:rPr>
        <w:t xml:space="preserve"> and vulnerable </w:t>
      </w:r>
      <w:r>
        <w:rPr>
          <w:b w:val="0"/>
          <w:i w:val="0"/>
          <w:smallCaps w:val="0"/>
          <w:strike w:val="0"/>
          <w:sz w:val="24"/>
          <w:highlight w:val="yellow"/>
          <w:u w:val="single"/>
        </w:rPr>
        <w:t>identities hardest</w:t>
      </w:r>
      <w:r>
        <w:rPr>
          <w:b w:val="0"/>
          <w:i w:val="0"/>
          <w:smallCaps w:val="0"/>
          <w:strike w:val="0"/>
          <w:sz w:val="24"/>
          <w:u w:val="single"/>
        </w:rPr>
        <w:t>.</w:t>
      </w:r>
    </w:p>
    <w:p>
      <w:pPr>
        <w:spacing w:after="60"/>
      </w:pPr>
      <w:r>
        <w:rPr>
          <w:b w:val="0"/>
          <w:i w:val="0"/>
          <w:smallCaps w:val="0"/>
          <w:strike w:val="0"/>
          <w:sz w:val="24"/>
          <w:u w:val="single"/>
        </w:rPr>
        <w:t>There is</w:t>
      </w:r>
      <w:r>
        <w:rPr>
          <w:b w:val="0"/>
          <w:i w:val="0"/>
          <w:smallCaps w:val="0"/>
          <w:strike w:val="0"/>
          <w:sz w:val="24"/>
          <w:u w:val="single"/>
        </w:rPr>
        <w:t xml:space="preserve"> </w:t>
      </w:r>
      <w:r>
        <w:rPr>
          <w:b w:val="0"/>
          <w:i w:val="0"/>
          <w:smallCaps w:val="0"/>
          <w:strike w:val="0"/>
          <w:sz w:val="24"/>
          <w:highlight w:val="yellow"/>
          <w:u w:val="single"/>
        </w:rPr>
        <w:t>no safe use-case</w:t>
      </w:r>
      <w:r>
        <w:rPr>
          <w:b w:val="0"/>
          <w:i w:val="0"/>
          <w:smallCaps w:val="0"/>
          <w:strike w:val="0"/>
          <w:sz w:val="24"/>
          <w:u w:val="single"/>
        </w:rPr>
        <w:t xml:space="preserve"> for this</w:t>
      </w:r>
      <w:r>
        <w:rPr>
          <w:b w:val="0"/>
          <w:i w:val="0"/>
          <w:smallCaps w:val="0"/>
          <w:strike w:val="0"/>
          <w:sz w:val="24"/>
          <w:u w:val="single"/>
        </w:rPr>
        <w:t xml:space="preserve"> tech</w:t>
      </w:r>
      <w:r>
        <w:rPr>
          <w:b w:val="0"/>
          <w:i w:val="0"/>
          <w:smallCaps w:val="0"/>
          <w:strike w:val="0"/>
          <w:sz w:val="24"/>
          <w:u w:val="single"/>
        </w:rPr>
        <w:t xml:space="preserve">nology on our streets or at our borders. </w:t>
      </w:r>
      <w:r>
        <w:rPr>
          <w:b w:val="0"/>
          <w:i w:val="0"/>
          <w:smallCaps w:val="0"/>
          <w:strike w:val="0"/>
          <w:sz w:val="24"/>
          <w:highlight w:val="yellow"/>
          <w:u w:val="single"/>
        </w:rPr>
        <w:t>We</w:t>
      </w:r>
      <w:r>
        <w:rPr>
          <w:b w:val="0"/>
          <w:i w:val="0"/>
          <w:smallCaps w:val="0"/>
          <w:strike w:val="0"/>
          <w:sz w:val="24"/>
          <w:u w:val="single"/>
        </w:rPr>
        <w:t xml:space="preserve"> urgently </w:t>
      </w:r>
      <w:r>
        <w:rPr>
          <w:b w:val="0"/>
          <w:i w:val="0"/>
          <w:smallCaps w:val="0"/>
          <w:strike w:val="0"/>
          <w:sz w:val="24"/>
          <w:highlight w:val="yellow"/>
          <w:u w:val="single"/>
        </w:rPr>
        <w:t>need governments to</w:t>
      </w:r>
      <w:r>
        <w:rPr>
          <w:b w:val="0"/>
          <w:i w:val="0"/>
          <w:smallCaps w:val="0"/>
          <w:strike w:val="0"/>
          <w:sz w:val="24"/>
          <w:u w:val="single"/>
        </w:rPr>
        <w:t xml:space="preserve"> step up and </w:t>
      </w:r>
      <w:r>
        <w:rPr>
          <w:b w:val="0"/>
          <w:i w:val="0"/>
          <w:smallCaps w:val="0"/>
          <w:strike w:val="0"/>
          <w:sz w:val="24"/>
          <w:highlight w:val="yellow"/>
          <w:u w:val="single"/>
        </w:rPr>
        <w:t>ban f</w:t>
      </w:r>
      <w:r>
        <w:rPr>
          <w:b w:val="0"/>
          <w:i w:val="0"/>
          <w:smallCaps w:val="0"/>
          <w:strike w:val="0"/>
          <w:sz w:val="24"/>
          <w:u w:val="single"/>
        </w:rPr>
        <w:t xml:space="preserve">acial </w:t>
      </w:r>
      <w:r>
        <w:rPr>
          <w:b w:val="0"/>
          <w:i w:val="0"/>
          <w:smallCaps w:val="0"/>
          <w:strike w:val="0"/>
          <w:sz w:val="24"/>
          <w:highlight w:val="yellow"/>
          <w:u w:val="single"/>
        </w:rPr>
        <w:t>r</w:t>
      </w:r>
      <w:r>
        <w:rPr>
          <w:b w:val="0"/>
          <w:i w:val="0"/>
          <w:smallCaps w:val="0"/>
          <w:strike w:val="0"/>
          <w:sz w:val="24"/>
          <w:u w:val="single"/>
        </w:rPr>
        <w:t>ecognition</w:t>
      </w:r>
      <w:r>
        <w:rPr>
          <w:b w:val="0"/>
          <w:i w:val="0"/>
          <w:smallCaps w:val="0"/>
          <w:strike w:val="0"/>
          <w:sz w:val="24"/>
          <w:u w:val="single"/>
        </w:rPr>
        <w:t xml:space="preserve"> </w:t>
      </w:r>
      <w:r>
        <w:rPr>
          <w:b w:val="0"/>
          <w:i w:val="0"/>
          <w:smallCaps w:val="0"/>
          <w:strike w:val="0"/>
          <w:sz w:val="24"/>
          <w:u w:val="single"/>
        </w:rPr>
        <w:t>surveillance</w:t>
      </w:r>
      <w:r>
        <w:rPr>
          <w:b w:val="0"/>
          <w:i w:val="0"/>
          <w:smallCaps w:val="0"/>
          <w:strike w:val="0"/>
          <w:sz w:val="24"/>
          <w:u w:val="single"/>
        </w:rPr>
        <w:t xml:space="preserve"> in these spaces, </w:t>
      </w:r>
      <w:r>
        <w:rPr>
          <w:b w:val="0"/>
          <w:i w:val="0"/>
          <w:smallCaps w:val="0"/>
          <w:strike w:val="0"/>
          <w:sz w:val="24"/>
          <w:highlight w:val="yellow"/>
          <w:u w:val="single"/>
        </w:rPr>
        <w:t>and</w:t>
      </w:r>
      <w:r>
        <w:rPr>
          <w:b w:val="0"/>
          <w:i w:val="0"/>
          <w:smallCaps w:val="0"/>
          <w:strike w:val="0"/>
          <w:sz w:val="24"/>
          <w:u w:val="single"/>
        </w:rPr>
        <w:t xml:space="preserve"> </w:t>
      </w:r>
      <w:r>
        <w:rPr>
          <w:b w:val="0"/>
          <w:i w:val="0"/>
          <w:smallCaps w:val="0"/>
          <w:strike w:val="0"/>
          <w:sz w:val="24"/>
          <w:highlight w:val="yellow"/>
          <w:u w:val="single"/>
        </w:rPr>
        <w:t>companies to stop creating</w:t>
      </w:r>
      <w:r>
        <w:rPr>
          <w:b w:val="0"/>
          <w:i w:val="0"/>
          <w:smallCaps w:val="0"/>
          <w:strike w:val="0"/>
          <w:sz w:val="24"/>
          <w:u w:val="single"/>
        </w:rPr>
        <w:t xml:space="preserve"> and using </w:t>
      </w:r>
      <w:r>
        <w:rPr>
          <w:b w:val="0"/>
          <w:i w:val="0"/>
          <w:smallCaps w:val="0"/>
          <w:strike w:val="0"/>
          <w:sz w:val="24"/>
          <w:highlight w:val="yellow"/>
          <w:u w:val="single"/>
        </w:rPr>
        <w:t>this</w:t>
      </w:r>
      <w:r>
        <w:rPr>
          <w:b w:val="0"/>
          <w:i w:val="0"/>
          <w:smallCaps w:val="0"/>
          <w:strike w:val="0"/>
          <w:sz w:val="24"/>
          <w:u w:val="single"/>
        </w:rPr>
        <w:t xml:space="preserve"> powerful </w:t>
      </w:r>
      <w:r>
        <w:rPr>
          <w:b w:val="0"/>
          <w:i w:val="0"/>
          <w:smallCaps w:val="0"/>
          <w:strike w:val="0"/>
          <w:sz w:val="24"/>
          <w:highlight w:val="yellow"/>
          <w:u w:val="single"/>
        </w:rPr>
        <w:t>tech</w:t>
      </w:r>
      <w:r>
        <w:rPr>
          <w:b w:val="0"/>
          <w:i w:val="0"/>
          <w:smallCaps w:val="0"/>
          <w:strike w:val="0"/>
          <w:sz w:val="24"/>
          <w:u w:val="single"/>
        </w:rPr>
        <w:t xml:space="preserve"> for surveillance purposes.</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