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FRT is disproportionately affecting people of </w:t>
      </w:r>
      <w:r>
        <w:rPr>
          <w:b/>
          <w:i w:val="0"/>
          <w:smallCaps w:val="0"/>
          <w:strike w:val="0"/>
          <w:sz w:val="26"/>
          <w:u w:val="none"/>
        </w:rPr>
        <w:t>color</w:t>
      </w:r>
    </w:p>
    <w:p>
      <w:pPr>
        <w:spacing w:after="80"/>
      </w:pPr>
      <w:r>
        <w:rPr>
          <w:b/>
          <w:i w:val="0"/>
          <w:smallCaps w:val="0"/>
          <w:strike w:val="0"/>
          <w:sz w:val="24"/>
          <w:u w:val="none"/>
        </w:rPr>
        <w:t>Reisman</w:t>
      </w:r>
      <w:r>
        <w:rPr>
          <w:b/>
          <w:i w:val="0"/>
          <w:smallCaps w:val="0"/>
          <w:strike w:val="0"/>
          <w:sz w:val="24"/>
          <w:u w:val="none"/>
        </w:rPr>
        <w:t xml:space="preserve"> ’22 </w:t>
      </w:r>
      <w:r>
        <w:rPr>
          <w:b w:val="0"/>
          <w:i w:val="0"/>
          <w:smallCaps w:val="0"/>
          <w:strike w:val="0"/>
          <w:sz w:val="24"/>
          <w:u w:val="none"/>
        </w:rPr>
        <w:t>[</w:t>
      </w:r>
      <w:r>
        <w:rPr>
          <w:b w:val="0"/>
          <w:i w:val="0"/>
          <w:smallCaps w:val="0"/>
          <w:strike w:val="0"/>
          <w:sz w:val="24"/>
          <w:u w:val="none"/>
        </w:rPr>
        <w:t xml:space="preserve">Dillon received his </w:t>
      </w:r>
      <w:r>
        <w:rPr>
          <w:b w:val="0"/>
          <w:i w:val="0"/>
          <w:smallCaps w:val="0"/>
          <w:strike w:val="0"/>
          <w:sz w:val="24"/>
          <w:u w:val="none"/>
        </w:rPr>
        <w:t>bachelor’s degree in Computer Science</w:t>
      </w:r>
      <w:r>
        <w:rPr>
          <w:b w:val="0"/>
          <w:i w:val="0"/>
          <w:smallCaps w:val="0"/>
          <w:strike w:val="0"/>
          <w:sz w:val="24"/>
          <w:u w:val="none"/>
        </w:rPr>
        <w:t xml:space="preserve"> from Princeton University and his law degree from New York University</w:t>
      </w:r>
      <w:r>
        <w:rPr>
          <w:b w:val="0"/>
          <w:i w:val="0"/>
          <w:smallCaps w:val="0"/>
          <w:strike w:val="0"/>
          <w:sz w:val="24"/>
          <w:u w:val="none"/>
        </w:rPr>
        <w:t xml:space="preserve">; “We’ve called for a total ban on the use of facial recognition by law enforcement – here’s why”; August 18; ACLU-NJ; </w:t>
      </w:r>
      <w:r>
        <w:rPr>
          <w:b w:val="0"/>
          <w:i w:val="0"/>
          <w:smallCaps w:val="0"/>
          <w:strike w:val="0"/>
          <w:sz w:val="24"/>
          <w:u w:val="none"/>
        </w:rPr>
        <w:t>https://www.aclu-nj.org/en/news/weve-called-total-ban-use-facial-recognition-law-enforcement-heres-why</w:t>
      </w:r>
      <w:r>
        <w:rPr>
          <w:b w:val="0"/>
          <w:i w:val="0"/>
          <w:smallCaps w:val="0"/>
          <w:strike w:val="0"/>
          <w:sz w:val="24"/>
          <w:u w:val="none"/>
        </w:rPr>
        <w:t>] EYC</w:t>
      </w:r>
    </w:p>
    <w:p>
      <w:pPr>
        <w:spacing w:after="60"/>
      </w:pPr>
      <w:r>
        <w:rPr>
          <w:b w:val="0"/>
          <w:i w:val="0"/>
          <w:smallCaps w:val="0"/>
          <w:strike w:val="0"/>
          <w:sz w:val="12"/>
          <w:u w:val="none"/>
        </w:rPr>
        <w:t xml:space="preserve">In March 2022, the New Jersey Attorney General asked the public an important question: how should law enforcement use of facial recognition technology be regulated? In response, the ACLU of New Jersey urged the Attorney General to address a more fundamental concern: should law enforcement be allowed to use facial recognition at all? </w:t>
      </w:r>
      <w:r>
        <w:rPr>
          <w:b w:val="0"/>
          <w:i w:val="0"/>
          <w:smallCaps w:val="0"/>
          <w:strike w:val="0"/>
          <w:sz w:val="24"/>
          <w:u w:val="single"/>
        </w:rPr>
        <w:t>Our answer is a resounding no, and we called for a total ban on the use of facial recognition technology by law enforcement.</w:t>
      </w:r>
    </w:p>
    <w:p>
      <w:pPr>
        <w:spacing w:after="60"/>
      </w:pPr>
      <w:r>
        <w:rPr>
          <w:b w:val="0"/>
          <w:i w:val="0"/>
          <w:smallCaps w:val="0"/>
          <w:strike w:val="0"/>
          <w:sz w:val="12"/>
          <w:u w:val="none"/>
        </w:rPr>
        <w:t xml:space="preserve">The reasons for that go to the heart of why we started our Automated Injustice project. </w:t>
      </w:r>
      <w:r>
        <w:rPr>
          <w:b w:val="0"/>
          <w:i w:val="0"/>
          <w:smallCaps w:val="0"/>
          <w:strike w:val="0"/>
          <w:sz w:val="24"/>
          <w:highlight w:val="yellow"/>
          <w:u w:val="single"/>
        </w:rPr>
        <w:t>Facial recognition tech</w:t>
      </w:r>
      <w:r>
        <w:rPr>
          <w:b w:val="0"/>
          <w:i w:val="0"/>
          <w:smallCaps w:val="0"/>
          <w:strike w:val="0"/>
          <w:sz w:val="24"/>
          <w:u w:val="single"/>
        </w:rPr>
        <w:t xml:space="preserve">nology, like many kinds of artificial intelligence or automated decision systems used by the government, </w:t>
      </w:r>
      <w:r>
        <w:rPr>
          <w:b w:val="0"/>
          <w:i w:val="0"/>
          <w:smallCaps w:val="0"/>
          <w:strike w:val="0"/>
          <w:sz w:val="24"/>
          <w:highlight w:val="yellow"/>
          <w:u w:val="single"/>
        </w:rPr>
        <w:t>can worsen racial inequity</w:t>
      </w:r>
      <w:r>
        <w:rPr>
          <w:b w:val="0"/>
          <w:i w:val="0"/>
          <w:smallCaps w:val="0"/>
          <w:strike w:val="0"/>
          <w:sz w:val="24"/>
          <w:u w:val="single"/>
        </w:rPr>
        <w:t xml:space="preserve">, limit our civil rights and </w:t>
      </w:r>
      <w:r>
        <w:rPr>
          <w:b w:val="0"/>
          <w:i w:val="0"/>
          <w:smallCaps w:val="0"/>
          <w:strike w:val="0"/>
          <w:sz w:val="24"/>
          <w:u w:val="single"/>
        </w:rPr>
        <w:t xml:space="preserve">liberties – like the right to privacy and freedom of speech – </w:t>
      </w:r>
      <w:r>
        <w:rPr>
          <w:b w:val="0"/>
          <w:i w:val="0"/>
          <w:smallCaps w:val="0"/>
          <w:strike w:val="0"/>
          <w:sz w:val="24"/>
          <w:u w:val="single"/>
        </w:rPr>
        <w:t xml:space="preserve">and deprive people of </w:t>
      </w:r>
      <w:r>
        <w:rPr>
          <w:b w:val="0"/>
          <w:i w:val="0"/>
          <w:smallCaps w:val="0"/>
          <w:strike w:val="0"/>
          <w:sz w:val="24"/>
          <w:u w:val="single"/>
        </w:rPr>
        <w:t xml:space="preserve">fundamental </w:t>
      </w:r>
      <w:r>
        <w:rPr>
          <w:b w:val="0"/>
          <w:i w:val="0"/>
          <w:smallCaps w:val="0"/>
          <w:strike w:val="0"/>
          <w:sz w:val="24"/>
          <w:u w:val="single"/>
        </w:rPr>
        <w:t>fairness</w:t>
      </w:r>
      <w:r>
        <w:rPr>
          <w:b w:val="0"/>
          <w:i w:val="0"/>
          <w:smallCaps w:val="0"/>
          <w:strike w:val="0"/>
          <w:sz w:val="24"/>
          <w:u w:val="single"/>
        </w:rPr>
        <w:t>.</w:t>
      </w:r>
      <w:r>
        <w:rPr>
          <w:b w:val="0"/>
          <w:i w:val="0"/>
          <w:smallCaps w:val="0"/>
          <w:strike w:val="0"/>
          <w:sz w:val="12"/>
          <w:u w:val="none"/>
        </w:rPr>
        <w:t xml:space="preserve"> If we want to combat those harms in the Garden State, facial recognition cannot escape our scrutiny, especially as New Jersey law enforcement continue to use the technology despite its dangers.</w:t>
      </w:r>
    </w:p>
    <w:p>
      <w:pPr>
        <w:spacing w:after="60"/>
      </w:pPr>
      <w:r>
        <w:rPr>
          <w:b w:val="0"/>
          <w:i w:val="0"/>
          <w:smallCaps w:val="0"/>
          <w:strike w:val="0"/>
          <w:sz w:val="12"/>
          <w:u w:val="none"/>
        </w:rPr>
        <w:t xml:space="preserve">When we discuss the use of facial recognition by law enforcement, we are often referring to a task called face </w:t>
      </w:r>
      <w:r>
        <w:rPr>
          <w:b w:val="0"/>
          <w:i w:val="0"/>
          <w:smallCaps w:val="0"/>
          <w:strike w:val="0"/>
          <w:sz w:val="12"/>
          <w:u w:val="none"/>
        </w:rPr>
        <w:t>identification:</w:t>
      </w:r>
      <w:r>
        <w:rPr>
          <w:b w:val="0"/>
          <w:i w:val="0"/>
          <w:smallCaps w:val="0"/>
          <w:strike w:val="0"/>
          <w:sz w:val="12"/>
          <w:u w:val="none"/>
        </w:rPr>
        <w:t xml:space="preserve"> given a still photo from the scene of a crime, like one taken from a surveillance camera, police match a face in the photo to a known identity in an existing police database, such as a digital collection of mug shots. </w:t>
      </w:r>
      <w:r>
        <w:rPr>
          <w:b w:val="0"/>
          <w:i w:val="0"/>
          <w:smallCaps w:val="0"/>
          <w:strike w:val="0"/>
          <w:sz w:val="24"/>
          <w:highlight w:val="yellow"/>
          <w:u w:val="single"/>
        </w:rPr>
        <w:t>F</w:t>
      </w:r>
      <w:r>
        <w:rPr>
          <w:b w:val="0"/>
          <w:i w:val="0"/>
          <w:smallCaps w:val="0"/>
          <w:strike w:val="0"/>
          <w:sz w:val="24"/>
          <w:u w:val="single"/>
        </w:rPr>
        <w:t xml:space="preserve">acial </w:t>
      </w:r>
      <w:r>
        <w:rPr>
          <w:b w:val="0"/>
          <w:i w:val="0"/>
          <w:smallCaps w:val="0"/>
          <w:strike w:val="0"/>
          <w:sz w:val="24"/>
          <w:highlight w:val="yellow"/>
          <w:u w:val="single"/>
        </w:rPr>
        <w:t>r</w:t>
      </w:r>
      <w:r>
        <w:rPr>
          <w:b w:val="0"/>
          <w:i w:val="0"/>
          <w:smallCaps w:val="0"/>
          <w:strike w:val="0"/>
          <w:sz w:val="24"/>
          <w:u w:val="single"/>
        </w:rPr>
        <w:t xml:space="preserve">ecognition </w:t>
      </w:r>
      <w:r>
        <w:rPr>
          <w:b w:val="0"/>
          <w:i w:val="0"/>
          <w:smallCaps w:val="0"/>
          <w:strike w:val="0"/>
          <w:sz w:val="24"/>
          <w:highlight w:val="yellow"/>
          <w:u w:val="single"/>
        </w:rPr>
        <w:t>t</w:t>
      </w:r>
      <w:r>
        <w:rPr>
          <w:b w:val="0"/>
          <w:i w:val="0"/>
          <w:smallCaps w:val="0"/>
          <w:strike w:val="0"/>
          <w:sz w:val="24"/>
          <w:u w:val="single"/>
        </w:rPr>
        <w:t>ech</w:t>
      </w:r>
      <w:r>
        <w:rPr>
          <w:b w:val="0"/>
          <w:i w:val="0"/>
          <w:smallCaps w:val="0"/>
          <w:strike w:val="0"/>
          <w:sz w:val="24"/>
          <w:u w:val="single"/>
        </w:rPr>
        <w:t xml:space="preserve">nology </w:t>
      </w:r>
      <w:r>
        <w:rPr>
          <w:b w:val="0"/>
          <w:i w:val="0"/>
          <w:smallCaps w:val="0"/>
          <w:strike w:val="0"/>
          <w:sz w:val="24"/>
          <w:highlight w:val="yellow"/>
          <w:u w:val="single"/>
        </w:rPr>
        <w:t>automates</w:t>
      </w:r>
      <w:r>
        <w:rPr>
          <w:b w:val="0"/>
          <w:i w:val="0"/>
          <w:smallCaps w:val="0"/>
          <w:strike w:val="0"/>
          <w:sz w:val="24"/>
          <w:u w:val="single"/>
        </w:rPr>
        <w:t xml:space="preserve"> that </w:t>
      </w:r>
      <w:r>
        <w:rPr>
          <w:b w:val="0"/>
          <w:i w:val="0"/>
          <w:smallCaps w:val="0"/>
          <w:strike w:val="0"/>
          <w:sz w:val="24"/>
          <w:highlight w:val="yellow"/>
          <w:u w:val="single"/>
        </w:rPr>
        <w:t>identification</w:t>
      </w:r>
      <w:r>
        <w:rPr>
          <w:b w:val="0"/>
          <w:i w:val="0"/>
          <w:smallCaps w:val="0"/>
          <w:strike w:val="0"/>
          <w:sz w:val="24"/>
          <w:u w:val="single"/>
        </w:rPr>
        <w:t xml:space="preserve"> step </w:t>
      </w:r>
      <w:r>
        <w:rPr>
          <w:b w:val="0"/>
          <w:i w:val="0"/>
          <w:smallCaps w:val="0"/>
          <w:strike w:val="0"/>
          <w:sz w:val="24"/>
          <w:highlight w:val="yellow"/>
          <w:u w:val="single"/>
        </w:rPr>
        <w:t>through</w:t>
      </w:r>
      <w:r>
        <w:rPr>
          <w:b w:val="0"/>
          <w:i w:val="0"/>
          <w:smallCaps w:val="0"/>
          <w:strike w:val="0"/>
          <w:sz w:val="24"/>
          <w:u w:val="single"/>
        </w:rPr>
        <w:t xml:space="preserve"> </w:t>
      </w:r>
      <w:r>
        <w:rPr>
          <w:b w:val="0"/>
          <w:i w:val="0"/>
          <w:smallCaps w:val="0"/>
          <w:strike w:val="0"/>
          <w:sz w:val="24"/>
          <w:highlight w:val="yellow"/>
          <w:u w:val="single"/>
        </w:rPr>
        <w:t>a</w:t>
      </w:r>
      <w:r>
        <w:rPr>
          <w:b w:val="0"/>
          <w:i w:val="0"/>
          <w:smallCaps w:val="0"/>
          <w:strike w:val="0"/>
          <w:sz w:val="24"/>
          <w:u w:val="single"/>
        </w:rPr>
        <w:t xml:space="preserve">rtificial </w:t>
      </w:r>
      <w:r>
        <w:rPr>
          <w:b w:val="0"/>
          <w:i w:val="0"/>
          <w:smallCaps w:val="0"/>
          <w:strike w:val="0"/>
          <w:sz w:val="24"/>
          <w:highlight w:val="yellow"/>
          <w:u w:val="single"/>
        </w:rPr>
        <w:t>i</w:t>
      </w:r>
      <w:r>
        <w:rPr>
          <w:b w:val="0"/>
          <w:i w:val="0"/>
          <w:smallCaps w:val="0"/>
          <w:strike w:val="0"/>
          <w:sz w:val="24"/>
          <w:u w:val="single"/>
        </w:rPr>
        <w:t>ntelligence.</w:t>
      </w:r>
    </w:p>
    <w:p>
      <w:pPr>
        <w:spacing w:after="60"/>
      </w:pPr>
      <w:r>
        <w:rPr>
          <w:b w:val="0"/>
          <w:i w:val="0"/>
          <w:smallCaps w:val="0"/>
          <w:strike w:val="0"/>
          <w:sz w:val="12"/>
          <w:u w:val="none"/>
        </w:rPr>
        <w:t>This task might sound basic enough, but to understand how the use of facial recognition technology exacerbates racist policing and threatens our civil liberties, let’s look at what happens when facial recognition fails and then consider the consequences if it were to work too well.</w:t>
      </w:r>
    </w:p>
    <w:p>
      <w:pPr>
        <w:spacing w:after="60"/>
      </w:pPr>
      <w:r>
        <w:rPr>
          <w:b w:val="0"/>
          <w:i w:val="0"/>
          <w:smallCaps w:val="0"/>
          <w:strike w:val="0"/>
          <w:sz w:val="24"/>
          <w:u w:val="single"/>
        </w:rPr>
        <w:t>When facial recognition fails</w:t>
      </w:r>
      <w:r>
        <w:rPr>
          <w:b w:val="0"/>
          <w:i w:val="0"/>
          <w:smallCaps w:val="0"/>
          <w:strike w:val="0"/>
          <w:sz w:val="24"/>
          <w:u w:val="single"/>
        </w:rPr>
        <w:t xml:space="preserve">, errors lead to wrongful arrest and incarceration, with </w:t>
      </w:r>
      <w:r>
        <w:rPr>
          <w:b w:val="0"/>
          <w:i w:val="0"/>
          <w:smallCaps w:val="0"/>
          <w:strike w:val="0"/>
          <w:sz w:val="24"/>
          <w:highlight w:val="yellow"/>
          <w:u w:val="single"/>
        </w:rPr>
        <w:t>people of color bear</w:t>
      </w:r>
      <w:r>
        <w:rPr>
          <w:b w:val="0"/>
          <w:i w:val="0"/>
          <w:smallCaps w:val="0"/>
          <w:strike w:val="0"/>
          <w:sz w:val="24"/>
          <w:u w:val="single"/>
        </w:rPr>
        <w:t xml:space="preserve">ing </w:t>
      </w:r>
      <w:r>
        <w:rPr>
          <w:b w:val="0"/>
          <w:i w:val="0"/>
          <w:smallCaps w:val="0"/>
          <w:strike w:val="0"/>
          <w:sz w:val="24"/>
          <w:highlight w:val="yellow"/>
          <w:u w:val="single"/>
        </w:rPr>
        <w:t>the brunt</w:t>
      </w:r>
      <w:r>
        <w:rPr>
          <w:b w:val="0"/>
          <w:i w:val="0"/>
          <w:smallCaps w:val="0"/>
          <w:strike w:val="0"/>
          <w:sz w:val="24"/>
          <w:u w:val="single"/>
        </w:rPr>
        <w:t xml:space="preserve">. </w:t>
      </w:r>
    </w:p>
    <w:p>
      <w:pPr>
        <w:spacing w:after="60"/>
      </w:pPr>
      <w:r>
        <w:rPr>
          <w:b w:val="0"/>
          <w:i w:val="0"/>
          <w:smallCaps w:val="0"/>
          <w:strike w:val="0"/>
          <w:sz w:val="24"/>
          <w:u w:val="single"/>
        </w:rPr>
        <w:t>Identification</w:t>
      </w:r>
      <w:r>
        <w:rPr>
          <w:b w:val="0"/>
          <w:i w:val="0"/>
          <w:smallCaps w:val="0"/>
          <w:strike w:val="0"/>
          <w:sz w:val="24"/>
          <w:u w:val="single"/>
        </w:rPr>
        <w:t xml:space="preserve"> as a potential suspect </w:t>
      </w:r>
      <w:r>
        <w:rPr>
          <w:b w:val="0"/>
          <w:i w:val="0"/>
          <w:smallCaps w:val="0"/>
          <w:strike w:val="0"/>
          <w:sz w:val="24"/>
          <w:u w:val="single"/>
        </w:rPr>
        <w:t>can</w:t>
      </w:r>
      <w:r>
        <w:rPr>
          <w:b w:val="0"/>
          <w:i w:val="0"/>
          <w:smallCaps w:val="0"/>
          <w:strike w:val="0"/>
          <w:sz w:val="24"/>
          <w:u w:val="single"/>
        </w:rPr>
        <w:t xml:space="preserve"> directly </w:t>
      </w:r>
      <w:r>
        <w:rPr>
          <w:b w:val="0"/>
          <w:i w:val="0"/>
          <w:smallCaps w:val="0"/>
          <w:strike w:val="0"/>
          <w:sz w:val="24"/>
          <w:u w:val="single"/>
        </w:rPr>
        <w:t>result in arrest and incarceration</w:t>
      </w:r>
      <w:r>
        <w:rPr>
          <w:b w:val="0"/>
          <w:i w:val="0"/>
          <w:smallCaps w:val="0"/>
          <w:strike w:val="0"/>
          <w:sz w:val="24"/>
          <w:u w:val="single"/>
        </w:rPr>
        <w:t>. When facial recognition labels an unknown face with a mistaken identity (</w:t>
      </w:r>
      <w:r>
        <w:rPr>
          <w:b w:val="0"/>
          <w:i w:val="0"/>
          <w:smallCaps w:val="0"/>
          <w:strike w:val="0"/>
          <w:sz w:val="24"/>
          <w:highlight w:val="yellow"/>
          <w:u w:val="single"/>
        </w:rPr>
        <w:t>a false positive</w:t>
      </w:r>
      <w:r>
        <w:rPr>
          <w:b w:val="0"/>
          <w:i w:val="0"/>
          <w:smallCaps w:val="0"/>
          <w:strike w:val="0"/>
          <w:sz w:val="24"/>
          <w:u w:val="single"/>
        </w:rPr>
        <w:t xml:space="preserve">), that </w:t>
      </w:r>
      <w:r>
        <w:rPr>
          <w:b w:val="0"/>
          <w:i w:val="0"/>
          <w:smallCaps w:val="0"/>
          <w:strike w:val="0"/>
          <w:sz w:val="24"/>
          <w:highlight w:val="yellow"/>
          <w:u w:val="single"/>
        </w:rPr>
        <w:t>can result in wrongful arrest</w:t>
      </w:r>
      <w:r>
        <w:rPr>
          <w:b w:val="0"/>
          <w:i w:val="0"/>
          <w:smallCaps w:val="0"/>
          <w:strike w:val="0"/>
          <w:sz w:val="24"/>
          <w:u w:val="single"/>
        </w:rPr>
        <w:t xml:space="preserve"> and wrongful incarceration.</w:t>
      </w:r>
    </w:p>
    <w:p>
      <w:pPr>
        <w:spacing w:after="60"/>
      </w:pPr>
      <w:r>
        <w:rPr>
          <w:b w:val="0"/>
          <w:i w:val="0"/>
          <w:smallCaps w:val="0"/>
          <w:strike w:val="0"/>
          <w:sz w:val="12"/>
          <w:u w:val="none"/>
        </w:rPr>
        <w:t>"Facial recognition is far from an exact science. Human analysts can place undue trust in facial recognition technology, believing incorrect matches to be true even if their own judgment would be different."</w:t>
      </w:r>
    </w:p>
    <w:p>
      <w:pPr>
        <w:spacing w:after="60"/>
      </w:pPr>
      <w:r>
        <w:rPr>
          <w:b w:val="0"/>
          <w:i w:val="0"/>
          <w:smallCaps w:val="0"/>
          <w:strike w:val="0"/>
          <w:sz w:val="24"/>
          <w:u w:val="single"/>
        </w:rPr>
        <w:t>This</w:t>
      </w:r>
      <w:r>
        <w:rPr>
          <w:b w:val="0"/>
          <w:i w:val="0"/>
          <w:smallCaps w:val="0"/>
          <w:strike w:val="0"/>
          <w:sz w:val="24"/>
          <w:u w:val="single"/>
        </w:rPr>
        <w:t xml:space="preserve"> problem </w:t>
      </w:r>
      <w:r>
        <w:rPr>
          <w:b w:val="0"/>
          <w:i w:val="0"/>
          <w:smallCaps w:val="0"/>
          <w:strike w:val="0"/>
          <w:sz w:val="24"/>
          <w:u w:val="single"/>
        </w:rPr>
        <w:t>is not hypothetical</w:t>
      </w:r>
      <w:r>
        <w:rPr>
          <w:b w:val="0"/>
          <w:i w:val="0"/>
          <w:smallCaps w:val="0"/>
          <w:strike w:val="0"/>
          <w:sz w:val="24"/>
          <w:u w:val="single"/>
        </w:rPr>
        <w:t>.</w:t>
      </w:r>
      <w:r>
        <w:rPr>
          <w:b w:val="0"/>
          <w:i w:val="0"/>
          <w:smallCaps w:val="0"/>
          <w:strike w:val="0"/>
          <w:sz w:val="12"/>
          <w:u w:val="none"/>
        </w:rPr>
        <w:t xml:space="preserve"> New Jerseyans have already been arrested due to facial recognition gone wrong. A man from Paterson named </w:t>
      </w:r>
      <w:r>
        <w:rPr>
          <w:b w:val="0"/>
          <w:i w:val="0"/>
          <w:smallCaps w:val="0"/>
          <w:strike w:val="0"/>
          <w:sz w:val="12"/>
          <w:u w:val="none"/>
        </w:rPr>
        <w:t>Nijeer</w:t>
      </w:r>
      <w:r>
        <w:rPr>
          <w:b w:val="0"/>
          <w:i w:val="0"/>
          <w:smallCaps w:val="0"/>
          <w:strike w:val="0"/>
          <w:sz w:val="12"/>
          <w:u w:val="none"/>
        </w:rPr>
        <w:t xml:space="preserve"> Parks spent ten days in jail for shoplifting after the police misidentified him using facial recognition, even though he was 30 miles away at the time of the incident. In that case, the police outsourced the facial recognition search by asking New York law enforcement to perform the search using their system. </w:t>
      </w:r>
      <w:r>
        <w:rPr>
          <w:b w:val="0"/>
          <w:i w:val="0"/>
          <w:smallCaps w:val="0"/>
          <w:strike w:val="0"/>
          <w:sz w:val="24"/>
          <w:u w:val="single"/>
        </w:rPr>
        <w:t xml:space="preserve">This </w:t>
      </w:r>
      <w:r>
        <w:rPr>
          <w:b w:val="0"/>
          <w:i w:val="0"/>
          <w:smallCaps w:val="0"/>
          <w:strike w:val="0"/>
          <w:sz w:val="24"/>
          <w:highlight w:val="yellow"/>
          <w:u w:val="single"/>
        </w:rPr>
        <w:t>unregulated practice makes oversight</w:t>
      </w:r>
      <w:r>
        <w:rPr>
          <w:b w:val="0"/>
          <w:i w:val="0"/>
          <w:smallCaps w:val="0"/>
          <w:strike w:val="0"/>
          <w:sz w:val="24"/>
          <w:u w:val="single"/>
        </w:rPr>
        <w:t xml:space="preserve"> and accountability even more </w:t>
      </w:r>
      <w:r>
        <w:rPr>
          <w:b w:val="0"/>
          <w:i w:val="0"/>
          <w:smallCaps w:val="0"/>
          <w:strike w:val="0"/>
          <w:sz w:val="24"/>
          <w:highlight w:val="yellow"/>
          <w:u w:val="single"/>
        </w:rPr>
        <w:t>challenging</w:t>
      </w:r>
      <w:r>
        <w:rPr>
          <w:b w:val="0"/>
          <w:i w:val="0"/>
          <w:smallCaps w:val="0"/>
          <w:strike w:val="0"/>
          <w:sz w:val="24"/>
          <w:u w:val="single"/>
        </w:rPr>
        <w:t>.</w:t>
      </w:r>
    </w:p>
    <w:p>
      <w:pPr>
        <w:spacing w:after="60"/>
      </w:pPr>
      <w:r>
        <w:rPr>
          <w:b w:val="0"/>
          <w:i w:val="0"/>
          <w:smallCaps w:val="0"/>
          <w:strike w:val="0"/>
          <w:sz w:val="12"/>
          <w:u w:val="none"/>
        </w:rPr>
        <w:t xml:space="preserve">How can these blatant mistakes happen so easily? Systems and algorithms like facial recognition still require humans to operate them and interpret their results, leading to mistakes and misuse. </w:t>
      </w:r>
      <w:r>
        <w:rPr>
          <w:b w:val="0"/>
          <w:i w:val="0"/>
          <w:smallCaps w:val="0"/>
          <w:strike w:val="0"/>
          <w:sz w:val="24"/>
          <w:u w:val="single"/>
        </w:rPr>
        <w:t xml:space="preserve">Facial recognition is far from an exact science. Human </w:t>
      </w:r>
      <w:r>
        <w:rPr>
          <w:b w:val="0"/>
          <w:i w:val="0"/>
          <w:smallCaps w:val="0"/>
          <w:strike w:val="0"/>
          <w:sz w:val="24"/>
          <w:highlight w:val="yellow"/>
          <w:u w:val="single"/>
        </w:rPr>
        <w:t>analysts</w:t>
      </w:r>
      <w:r>
        <w:rPr>
          <w:b w:val="0"/>
          <w:i w:val="0"/>
          <w:smallCaps w:val="0"/>
          <w:strike w:val="0"/>
          <w:sz w:val="24"/>
          <w:u w:val="single"/>
        </w:rPr>
        <w:t xml:space="preserve"> can </w:t>
      </w:r>
      <w:r>
        <w:rPr>
          <w:b w:val="0"/>
          <w:i w:val="0"/>
          <w:smallCaps w:val="0"/>
          <w:strike w:val="0"/>
          <w:sz w:val="24"/>
          <w:highlight w:val="yellow"/>
          <w:u w:val="single"/>
        </w:rPr>
        <w:t>place undue trust</w:t>
      </w:r>
      <w:r>
        <w:rPr>
          <w:b w:val="0"/>
          <w:i w:val="0"/>
          <w:smallCaps w:val="0"/>
          <w:strike w:val="0"/>
          <w:sz w:val="24"/>
          <w:u w:val="single"/>
        </w:rPr>
        <w:t xml:space="preserve"> in facial recognition technology</w:t>
      </w:r>
      <w:r>
        <w:rPr>
          <w:b w:val="0"/>
          <w:i w:val="0"/>
          <w:smallCaps w:val="0"/>
          <w:strike w:val="0"/>
          <w:sz w:val="24"/>
          <w:u w:val="single"/>
        </w:rPr>
        <w:t xml:space="preserve">, </w:t>
      </w:r>
      <w:r>
        <w:rPr>
          <w:b w:val="0"/>
          <w:i w:val="0"/>
          <w:smallCaps w:val="0"/>
          <w:strike w:val="0"/>
          <w:sz w:val="24"/>
          <w:highlight w:val="yellow"/>
          <w:u w:val="single"/>
        </w:rPr>
        <w:t>believing incorrect matches to be true</w:t>
      </w:r>
      <w:r>
        <w:rPr>
          <w:b w:val="0"/>
          <w:i w:val="0"/>
          <w:smallCaps w:val="0"/>
          <w:strike w:val="0"/>
          <w:sz w:val="24"/>
          <w:u w:val="single"/>
        </w:rPr>
        <w:t xml:space="preserve"> even if their own judgment </w:t>
      </w:r>
      <w:r>
        <w:rPr>
          <w:b w:val="0"/>
          <w:i w:val="0"/>
          <w:smallCaps w:val="0"/>
          <w:strike w:val="0"/>
          <w:sz w:val="24"/>
          <w:u w:val="single"/>
        </w:rPr>
        <w:t xml:space="preserve">would be different. </w:t>
      </w:r>
      <w:r>
        <w:rPr>
          <w:b w:val="0"/>
          <w:i w:val="0"/>
          <w:smallCaps w:val="0"/>
          <w:strike w:val="0"/>
          <w:sz w:val="24"/>
          <w:highlight w:val="yellow"/>
          <w:u w:val="single"/>
        </w:rPr>
        <w:t>The result is</w:t>
      </w:r>
      <w:r>
        <w:rPr>
          <w:b w:val="0"/>
          <w:i w:val="0"/>
          <w:smallCaps w:val="0"/>
          <w:strike w:val="0"/>
          <w:sz w:val="24"/>
          <w:u w:val="single"/>
        </w:rPr>
        <w:t xml:space="preserve"> an error-prone investigatory process </w:t>
      </w:r>
      <w:r>
        <w:rPr>
          <w:b w:val="0"/>
          <w:i w:val="0"/>
          <w:smallCaps w:val="0"/>
          <w:strike w:val="0"/>
          <w:sz w:val="24"/>
          <w:u w:val="single"/>
        </w:rPr>
        <w:t xml:space="preserve">that can lead to </w:t>
      </w:r>
      <w:r>
        <w:rPr>
          <w:b w:val="0"/>
          <w:i w:val="0"/>
          <w:smallCaps w:val="0"/>
          <w:strike w:val="0"/>
          <w:sz w:val="24"/>
          <w:u w:val="single"/>
        </w:rPr>
        <w:t xml:space="preserve">a serious </w:t>
      </w:r>
      <w:r>
        <w:rPr>
          <w:b w:val="0"/>
          <w:i w:val="0"/>
          <w:smallCaps w:val="0"/>
          <w:strike w:val="0"/>
          <w:sz w:val="24"/>
          <w:highlight w:val="yellow"/>
          <w:u w:val="single"/>
        </w:rPr>
        <w:t>loss of liberty.</w:t>
      </w:r>
    </w:p>
    <w:p>
      <w:pPr>
        <w:spacing w:after="60"/>
      </w:pPr>
      <w:r>
        <w:rPr>
          <w:b w:val="0"/>
          <w:i w:val="0"/>
          <w:smallCaps w:val="0"/>
          <w:strike w:val="0"/>
          <w:sz w:val="24"/>
          <w:u w:val="single"/>
        </w:rPr>
        <w:t xml:space="preserve">Compounding those problems, </w:t>
      </w:r>
      <w:r>
        <w:rPr>
          <w:b w:val="0"/>
          <w:i w:val="0"/>
          <w:smallCaps w:val="0"/>
          <w:strike w:val="0"/>
          <w:sz w:val="24"/>
          <w:highlight w:val="yellow"/>
          <w:u w:val="single"/>
        </w:rPr>
        <w:t>f</w:t>
      </w:r>
      <w:r>
        <w:rPr>
          <w:b w:val="0"/>
          <w:i w:val="0"/>
          <w:smallCaps w:val="0"/>
          <w:strike w:val="0"/>
          <w:sz w:val="24"/>
          <w:u w:val="single"/>
        </w:rPr>
        <w:t xml:space="preserve">acial </w:t>
      </w:r>
      <w:r>
        <w:rPr>
          <w:b w:val="0"/>
          <w:i w:val="0"/>
          <w:smallCaps w:val="0"/>
          <w:strike w:val="0"/>
          <w:sz w:val="24"/>
          <w:highlight w:val="yellow"/>
          <w:u w:val="single"/>
        </w:rPr>
        <w:t>r</w:t>
      </w:r>
      <w:r>
        <w:rPr>
          <w:b w:val="0"/>
          <w:i w:val="0"/>
          <w:smallCaps w:val="0"/>
          <w:strike w:val="0"/>
          <w:sz w:val="24"/>
          <w:u w:val="single"/>
        </w:rPr>
        <w:t xml:space="preserve">ecognition </w:t>
      </w:r>
      <w:r>
        <w:rPr>
          <w:b w:val="0"/>
          <w:i w:val="0"/>
          <w:smallCaps w:val="0"/>
          <w:strike w:val="0"/>
          <w:sz w:val="24"/>
          <w:highlight w:val="yellow"/>
          <w:u w:val="single"/>
        </w:rPr>
        <w:t>t</w:t>
      </w:r>
      <w:r>
        <w:rPr>
          <w:b w:val="0"/>
          <w:i w:val="0"/>
          <w:smallCaps w:val="0"/>
          <w:strike w:val="0"/>
          <w:sz w:val="24"/>
          <w:u w:val="single"/>
        </w:rPr>
        <w:t>ech</w:t>
      </w:r>
      <w:r>
        <w:rPr>
          <w:b w:val="0"/>
          <w:i w:val="0"/>
          <w:smallCaps w:val="0"/>
          <w:strike w:val="0"/>
          <w:sz w:val="24"/>
          <w:u w:val="single"/>
        </w:rPr>
        <w:t>nologie</w:t>
      </w:r>
      <w:r>
        <w:rPr>
          <w:b w:val="0"/>
          <w:i w:val="0"/>
          <w:smallCaps w:val="0"/>
          <w:strike w:val="0"/>
          <w:sz w:val="24"/>
          <w:highlight w:val="yellow"/>
          <w:u w:val="single"/>
        </w:rPr>
        <w:t>s are</w:t>
      </w:r>
      <w:r>
        <w:rPr>
          <w:b w:val="0"/>
          <w:i w:val="0"/>
          <w:smallCaps w:val="0"/>
          <w:strike w:val="0"/>
          <w:sz w:val="24"/>
          <w:u w:val="single"/>
        </w:rPr>
        <w:t xml:space="preserve"> </w:t>
      </w:r>
      <w:r>
        <w:rPr>
          <w:b w:val="0"/>
          <w:i w:val="0"/>
          <w:smallCaps w:val="0"/>
          <w:strike w:val="0"/>
          <w:sz w:val="24"/>
          <w:u w:val="single"/>
        </w:rPr>
        <w:t xml:space="preserve">frequently </w:t>
      </w:r>
      <w:r>
        <w:rPr>
          <w:b w:val="0"/>
          <w:i w:val="0"/>
          <w:smallCaps w:val="0"/>
          <w:strike w:val="0"/>
          <w:sz w:val="24"/>
          <w:highlight w:val="yellow"/>
          <w:u w:val="single"/>
        </w:rPr>
        <w:t>more error-prone when attempting to identify</w:t>
      </w:r>
      <w:r>
        <w:rPr>
          <w:b w:val="0"/>
          <w:i w:val="0"/>
          <w:smallCaps w:val="0"/>
          <w:strike w:val="0"/>
          <w:sz w:val="24"/>
          <w:u w:val="single"/>
        </w:rPr>
        <w:t xml:space="preserve"> </w:t>
      </w:r>
      <w:r>
        <w:rPr>
          <w:b w:val="0"/>
          <w:i w:val="0"/>
          <w:smallCaps w:val="0"/>
          <w:strike w:val="0"/>
          <w:sz w:val="24"/>
          <w:u w:val="single"/>
        </w:rPr>
        <w:t xml:space="preserve">the faces of </w:t>
      </w:r>
      <w:r>
        <w:rPr>
          <w:b w:val="0"/>
          <w:i w:val="0"/>
          <w:smallCaps w:val="0"/>
          <w:strike w:val="0"/>
          <w:sz w:val="24"/>
          <w:highlight w:val="yellow"/>
          <w:u w:val="single"/>
        </w:rPr>
        <w:t>people of color</w:t>
      </w:r>
      <w:r>
        <w:rPr>
          <w:b w:val="0"/>
          <w:i w:val="0"/>
          <w:smallCaps w:val="0"/>
          <w:strike w:val="0"/>
          <w:sz w:val="24"/>
          <w:u w:val="single"/>
        </w:rPr>
        <w:t xml:space="preserve"> – meaning people of color are more likely to face wrongful police scrutiny. The </w:t>
      </w:r>
      <w:r>
        <w:rPr>
          <w:b w:val="0"/>
          <w:i w:val="0"/>
          <w:smallCaps w:val="0"/>
          <w:strike w:val="0"/>
          <w:sz w:val="24"/>
          <w:highlight w:val="yellow"/>
          <w:u w:val="single"/>
        </w:rPr>
        <w:t>disparity</w:t>
      </w:r>
      <w:r>
        <w:rPr>
          <w:b w:val="0"/>
          <w:i w:val="0"/>
          <w:smallCaps w:val="0"/>
          <w:strike w:val="0"/>
          <w:sz w:val="24"/>
          <w:u w:val="single"/>
        </w:rPr>
        <w:t xml:space="preserve"> in performance </w:t>
      </w:r>
      <w:r>
        <w:rPr>
          <w:b w:val="0"/>
          <w:i w:val="0"/>
          <w:smallCaps w:val="0"/>
          <w:strike w:val="0"/>
          <w:sz w:val="24"/>
          <w:highlight w:val="yellow"/>
          <w:u w:val="single"/>
        </w:rPr>
        <w:t>can be stark</w:t>
      </w:r>
      <w:r>
        <w:rPr>
          <w:b w:val="0"/>
          <w:i w:val="0"/>
          <w:smallCaps w:val="0"/>
          <w:strike w:val="0"/>
          <w:sz w:val="24"/>
          <w:u w:val="single"/>
        </w:rPr>
        <w:t xml:space="preserve">: </w:t>
      </w:r>
      <w:r>
        <w:rPr>
          <w:b w:val="0"/>
          <w:i w:val="0"/>
          <w:smallCaps w:val="0"/>
          <w:strike w:val="0"/>
          <w:sz w:val="24"/>
          <w:u w:val="single"/>
        </w:rPr>
        <w:t>one</w:t>
      </w:r>
      <w:r>
        <w:rPr>
          <w:b w:val="0"/>
          <w:i w:val="0"/>
          <w:smallCaps w:val="0"/>
          <w:strike w:val="0"/>
          <w:sz w:val="24"/>
          <w:u w:val="single"/>
        </w:rPr>
        <w:t xml:space="preserve"> commercial facial recognition </w:t>
      </w:r>
      <w:r>
        <w:rPr>
          <w:b w:val="0"/>
          <w:i w:val="0"/>
          <w:smallCaps w:val="0"/>
          <w:strike w:val="0"/>
          <w:sz w:val="24"/>
          <w:u w:val="single"/>
        </w:rPr>
        <w:t>algorithm</w:t>
      </w:r>
      <w:r>
        <w:rPr>
          <w:b w:val="0"/>
          <w:i w:val="0"/>
          <w:smallCaps w:val="0"/>
          <w:strike w:val="0"/>
          <w:sz w:val="24"/>
          <w:u w:val="single"/>
        </w:rPr>
        <w:t xml:space="preserve"> tested by the government </w:t>
      </w:r>
      <w:r>
        <w:rPr>
          <w:b w:val="0"/>
          <w:i w:val="0"/>
          <w:smallCaps w:val="0"/>
          <w:strike w:val="0"/>
          <w:sz w:val="24"/>
          <w:u w:val="single"/>
        </w:rPr>
        <w:t xml:space="preserve">was </w:t>
      </w:r>
      <w:r>
        <w:rPr>
          <w:b w:val="0"/>
          <w:i w:val="0"/>
          <w:smallCaps w:val="0"/>
          <w:strike w:val="0"/>
          <w:sz w:val="24"/>
          <w:highlight w:val="yellow"/>
          <w:u w:val="single"/>
        </w:rPr>
        <w:t>40 times more error-prone for Black women and 79 times more</w:t>
      </w:r>
      <w:r>
        <w:rPr>
          <w:b w:val="0"/>
          <w:i w:val="0"/>
          <w:smallCaps w:val="0"/>
          <w:strike w:val="0"/>
          <w:sz w:val="24"/>
          <w:u w:val="single"/>
        </w:rPr>
        <w:t xml:space="preserve"> </w:t>
      </w:r>
      <w:r>
        <w:rPr>
          <w:b w:val="0"/>
          <w:i w:val="0"/>
          <w:smallCaps w:val="0"/>
          <w:strike w:val="0"/>
          <w:sz w:val="24"/>
          <w:u w:val="single"/>
        </w:rPr>
        <w:t xml:space="preserve">error-prone </w:t>
      </w:r>
      <w:r>
        <w:rPr>
          <w:b w:val="0"/>
          <w:i w:val="0"/>
          <w:smallCaps w:val="0"/>
          <w:strike w:val="0"/>
          <w:sz w:val="24"/>
          <w:highlight w:val="yellow"/>
          <w:u w:val="single"/>
        </w:rPr>
        <w:t>for Indigenous women</w:t>
      </w:r>
      <w:r>
        <w:rPr>
          <w:b w:val="0"/>
          <w:i w:val="0"/>
          <w:smallCaps w:val="0"/>
          <w:strike w:val="0"/>
          <w:sz w:val="24"/>
          <w:u w:val="single"/>
        </w:rPr>
        <w:t xml:space="preserve"> as for white men.</w:t>
      </w:r>
    </w:p>
    <w:p>
      <w:pPr>
        <w:spacing w:after="60"/>
      </w:pPr>
      <w:r>
        <w:rPr>
          <w:b w:val="0"/>
          <w:i w:val="0"/>
          <w:smallCaps w:val="0"/>
          <w:strike w:val="0"/>
          <w:sz w:val="24"/>
          <w:highlight w:val="yellow"/>
          <w:u w:val="single"/>
        </w:rPr>
        <w:t>Even if f</w:t>
      </w:r>
      <w:r>
        <w:rPr>
          <w:b w:val="0"/>
          <w:i w:val="0"/>
          <w:smallCaps w:val="0"/>
          <w:strike w:val="0"/>
          <w:sz w:val="24"/>
          <w:u w:val="single"/>
        </w:rPr>
        <w:t xml:space="preserve">acial </w:t>
      </w:r>
      <w:r>
        <w:rPr>
          <w:b w:val="0"/>
          <w:i w:val="0"/>
          <w:smallCaps w:val="0"/>
          <w:strike w:val="0"/>
          <w:sz w:val="24"/>
          <w:highlight w:val="yellow"/>
          <w:u w:val="single"/>
        </w:rPr>
        <w:t>r</w:t>
      </w:r>
      <w:r>
        <w:rPr>
          <w:b w:val="0"/>
          <w:i w:val="0"/>
          <w:smallCaps w:val="0"/>
          <w:strike w:val="0"/>
          <w:sz w:val="24"/>
          <w:u w:val="single"/>
        </w:rPr>
        <w:t xml:space="preserve">ecognition </w:t>
      </w:r>
      <w:r>
        <w:rPr>
          <w:b w:val="0"/>
          <w:i w:val="0"/>
          <w:smallCaps w:val="0"/>
          <w:strike w:val="0"/>
          <w:sz w:val="24"/>
          <w:highlight w:val="yellow"/>
          <w:u w:val="single"/>
        </w:rPr>
        <w:t>identified</w:t>
      </w:r>
      <w:r>
        <w:rPr>
          <w:b w:val="0"/>
          <w:i w:val="0"/>
          <w:smallCaps w:val="0"/>
          <w:strike w:val="0"/>
          <w:sz w:val="24"/>
          <w:u w:val="single"/>
        </w:rPr>
        <w:t xml:space="preserve"> </w:t>
      </w:r>
      <w:r>
        <w:rPr>
          <w:b w:val="0"/>
          <w:i w:val="0"/>
          <w:smallCaps w:val="0"/>
          <w:strike w:val="0"/>
          <w:sz w:val="24"/>
          <w:u w:val="single"/>
        </w:rPr>
        <w:t xml:space="preserve">people </w:t>
      </w:r>
      <w:r>
        <w:rPr>
          <w:b w:val="0"/>
          <w:i w:val="0"/>
          <w:smallCaps w:val="0"/>
          <w:strike w:val="0"/>
          <w:sz w:val="24"/>
          <w:highlight w:val="yellow"/>
          <w:u w:val="single"/>
        </w:rPr>
        <w:t>with</w:t>
      </w:r>
      <w:r>
        <w:rPr>
          <w:b w:val="0"/>
          <w:i w:val="0"/>
          <w:smallCaps w:val="0"/>
          <w:strike w:val="0"/>
          <w:sz w:val="24"/>
          <w:u w:val="single"/>
        </w:rPr>
        <w:t xml:space="preserve"> </w:t>
      </w:r>
      <w:r>
        <w:rPr>
          <w:b w:val="0"/>
          <w:i w:val="0"/>
          <w:smallCaps w:val="0"/>
          <w:strike w:val="0"/>
          <w:sz w:val="24"/>
          <w:u w:val="single"/>
        </w:rPr>
        <w:t xml:space="preserve">perfect </w:t>
      </w:r>
      <w:r>
        <w:rPr>
          <w:b w:val="0"/>
          <w:i w:val="0"/>
          <w:smallCaps w:val="0"/>
          <w:strike w:val="0"/>
          <w:sz w:val="24"/>
          <w:highlight w:val="yellow"/>
          <w:u w:val="single"/>
        </w:rPr>
        <w:t>accuracy</w:t>
      </w:r>
      <w:r>
        <w:rPr>
          <w:b w:val="0"/>
          <w:i w:val="0"/>
          <w:smallCaps w:val="0"/>
          <w:strike w:val="0"/>
          <w:sz w:val="24"/>
          <w:u w:val="single"/>
        </w:rPr>
        <w:t xml:space="preserve">, </w:t>
      </w:r>
      <w:r>
        <w:rPr>
          <w:b w:val="0"/>
          <w:i w:val="0"/>
          <w:smallCaps w:val="0"/>
          <w:strike w:val="0"/>
          <w:sz w:val="24"/>
          <w:highlight w:val="yellow"/>
          <w:u w:val="single"/>
        </w:rPr>
        <w:t>it would still be unfit</w:t>
      </w:r>
      <w:r>
        <w:rPr>
          <w:b w:val="0"/>
          <w:i w:val="0"/>
          <w:smallCaps w:val="0"/>
          <w:strike w:val="0"/>
          <w:sz w:val="24"/>
          <w:u w:val="single"/>
        </w:rPr>
        <w:t xml:space="preserve"> for law enforcement use in a free society. </w:t>
      </w:r>
    </w:p>
    <w:p>
      <w:pPr>
        <w:spacing w:after="60"/>
      </w:pPr>
      <w:r>
        <w:rPr>
          <w:b w:val="0"/>
          <w:i w:val="0"/>
          <w:smallCaps w:val="0"/>
          <w:strike w:val="0"/>
          <w:sz w:val="24"/>
          <w:highlight w:val="yellow"/>
          <w:u w:val="single"/>
        </w:rPr>
        <w:t>Our rights</w:t>
      </w:r>
      <w:r>
        <w:rPr>
          <w:b w:val="0"/>
          <w:i w:val="0"/>
          <w:smallCaps w:val="0"/>
          <w:strike w:val="0"/>
          <w:sz w:val="24"/>
          <w:u w:val="single"/>
        </w:rPr>
        <w:t xml:space="preserve"> and liberties </w:t>
      </w:r>
      <w:r>
        <w:rPr>
          <w:b w:val="0"/>
          <w:i w:val="0"/>
          <w:smallCaps w:val="0"/>
          <w:strike w:val="0"/>
          <w:sz w:val="24"/>
          <w:highlight w:val="yellow"/>
          <w:u w:val="single"/>
        </w:rPr>
        <w:t>would fare no better</w:t>
      </w:r>
      <w:r>
        <w:rPr>
          <w:b w:val="0"/>
          <w:i w:val="0"/>
          <w:smallCaps w:val="0"/>
          <w:strike w:val="0"/>
          <w:sz w:val="24"/>
          <w:u w:val="single"/>
        </w:rPr>
        <w:t xml:space="preserve"> in a world where facial recognition technologies were 100 percent accurate. Even if facial recognition were equally accurate for white people as for Black people, policing and surveillance tools are </w:t>
      </w:r>
      <w:r>
        <w:rPr>
          <w:b w:val="0"/>
          <w:i w:val="0"/>
          <w:smallCaps w:val="0"/>
          <w:strike w:val="0"/>
          <w:sz w:val="24"/>
          <w:highlight w:val="yellow"/>
          <w:u w:val="single"/>
        </w:rPr>
        <w:t>still disproportionately targeted toward communities of color</w:t>
      </w:r>
      <w:r>
        <w:rPr>
          <w:b w:val="0"/>
          <w:i w:val="0"/>
          <w:smallCaps w:val="0"/>
          <w:strike w:val="0"/>
          <w:sz w:val="24"/>
          <w:u w:val="single"/>
        </w:rPr>
        <w:t>, resulting in disparate harms for those communities.</w:t>
      </w:r>
    </w:p>
    <w:p>
      <w:pPr>
        <w:spacing w:after="60"/>
      </w:pPr>
      <w:r>
        <w:rPr>
          <w:b w:val="0"/>
          <w:i w:val="0"/>
          <w:smallCaps w:val="0"/>
          <w:strike w:val="0"/>
          <w:sz w:val="12"/>
          <w:u w:val="none"/>
        </w:rPr>
        <w:t>"One commercial facial recognition algorithm tested by the government was 40 times more error-prone for Black women and 79 times more error-prone for Indigenous women as for white men."</w:t>
      </w:r>
    </w:p>
    <w:p>
      <w:pPr>
        <w:spacing w:after="60"/>
      </w:pPr>
      <w:r>
        <w:rPr>
          <w:b w:val="0"/>
          <w:i w:val="0"/>
          <w:smallCaps w:val="0"/>
          <w:strike w:val="0"/>
          <w:sz w:val="24"/>
          <w:u w:val="single"/>
        </w:rPr>
        <w:t xml:space="preserve">And on a fundamental level, the presence of </w:t>
      </w:r>
      <w:r>
        <w:rPr>
          <w:b w:val="0"/>
          <w:i w:val="0"/>
          <w:smallCaps w:val="0"/>
          <w:strike w:val="0"/>
          <w:sz w:val="24"/>
          <w:highlight w:val="yellow"/>
          <w:u w:val="single"/>
        </w:rPr>
        <w:t>surveillance</w:t>
      </w:r>
      <w:r>
        <w:rPr>
          <w:b w:val="0"/>
          <w:i w:val="0"/>
          <w:smallCaps w:val="0"/>
          <w:strike w:val="0"/>
          <w:sz w:val="24"/>
          <w:u w:val="single"/>
        </w:rPr>
        <w:t xml:space="preserve"> alters people’s relationship with their neighborhoods</w:t>
      </w:r>
      <w:r>
        <w:rPr>
          <w:b w:val="0"/>
          <w:i w:val="0"/>
          <w:smallCaps w:val="0"/>
          <w:strike w:val="0"/>
          <w:sz w:val="24"/>
          <w:u w:val="single"/>
        </w:rPr>
        <w:t xml:space="preserve"> and</w:t>
      </w:r>
      <w:r>
        <w:rPr>
          <w:b w:val="0"/>
          <w:i w:val="0"/>
          <w:smallCaps w:val="0"/>
          <w:strike w:val="0"/>
          <w:sz w:val="24"/>
          <w:u w:val="single"/>
        </w:rPr>
        <w:t xml:space="preserve"> communities</w:t>
      </w:r>
      <w:r>
        <w:rPr>
          <w:b w:val="0"/>
          <w:i w:val="0"/>
          <w:smallCaps w:val="0"/>
          <w:strike w:val="0"/>
          <w:sz w:val="24"/>
          <w:u w:val="single"/>
        </w:rPr>
        <w:t xml:space="preserve">. The broad use of facial recognition </w:t>
      </w:r>
      <w:r>
        <w:rPr>
          <w:b w:val="0"/>
          <w:i w:val="0"/>
          <w:smallCaps w:val="0"/>
          <w:strike w:val="0"/>
          <w:sz w:val="24"/>
          <w:highlight w:val="yellow"/>
          <w:u w:val="single"/>
        </w:rPr>
        <w:t>can have a chilling effect on free speech</w:t>
      </w:r>
      <w:r>
        <w:rPr>
          <w:b w:val="0"/>
          <w:i w:val="0"/>
          <w:smallCaps w:val="0"/>
          <w:strike w:val="0"/>
          <w:sz w:val="24"/>
          <w:u w:val="single"/>
        </w:rPr>
        <w:t xml:space="preserve"> and assembly if people fear losing their anonymity </w:t>
      </w:r>
      <w:r>
        <w:rPr>
          <w:b w:val="0"/>
          <w:i w:val="0"/>
          <w:smallCaps w:val="0"/>
          <w:strike w:val="0"/>
          <w:sz w:val="24"/>
          <w:u w:val="single"/>
        </w:rPr>
        <w:t>when participating in political activities</w:t>
      </w:r>
      <w:r>
        <w:rPr>
          <w:b w:val="0"/>
          <w:i w:val="0"/>
          <w:smallCaps w:val="0"/>
          <w:strike w:val="0"/>
          <w:sz w:val="24"/>
          <w:u w:val="single"/>
        </w:rPr>
        <w:t xml:space="preserve"> protected under the First Amendment. The threat of government surveillance </w:t>
      </w:r>
      <w:r>
        <w:rPr>
          <w:b w:val="0"/>
          <w:i w:val="0"/>
          <w:smallCaps w:val="0"/>
          <w:strike w:val="0"/>
          <w:sz w:val="24"/>
          <w:highlight w:val="yellow"/>
          <w:u w:val="single"/>
        </w:rPr>
        <w:t>and</w:t>
      </w:r>
      <w:r>
        <w:rPr>
          <w:b w:val="0"/>
          <w:i w:val="0"/>
          <w:smallCaps w:val="0"/>
          <w:strike w:val="0"/>
          <w:sz w:val="24"/>
          <w:u w:val="single"/>
        </w:rPr>
        <w:t xml:space="preserve"> scrutiny </w:t>
      </w:r>
      <w:r>
        <w:rPr>
          <w:b w:val="0"/>
          <w:i w:val="0"/>
          <w:smallCaps w:val="0"/>
          <w:strike w:val="0"/>
          <w:sz w:val="24"/>
          <w:u w:val="single"/>
        </w:rPr>
        <w:t xml:space="preserve">can even </w:t>
      </w:r>
      <w:r>
        <w:rPr>
          <w:b w:val="0"/>
          <w:i w:val="0"/>
          <w:smallCaps w:val="0"/>
          <w:strike w:val="0"/>
          <w:sz w:val="24"/>
          <w:highlight w:val="yellow"/>
          <w:u w:val="single"/>
        </w:rPr>
        <w:t>discourage</w:t>
      </w:r>
      <w:r>
        <w:rPr>
          <w:b w:val="0"/>
          <w:i w:val="0"/>
          <w:smallCaps w:val="0"/>
          <w:strike w:val="0"/>
          <w:sz w:val="24"/>
          <w:u w:val="single"/>
        </w:rPr>
        <w:t xml:space="preserve"> what should be </w:t>
      </w:r>
      <w:r>
        <w:rPr>
          <w:b w:val="0"/>
          <w:i w:val="0"/>
          <w:smallCaps w:val="0"/>
          <w:strike w:val="0"/>
          <w:sz w:val="24"/>
          <w:u w:val="single"/>
        </w:rPr>
        <w:t xml:space="preserve">basic everyday </w:t>
      </w:r>
      <w:r>
        <w:rPr>
          <w:b w:val="0"/>
          <w:i w:val="0"/>
          <w:smallCaps w:val="0"/>
          <w:strike w:val="0"/>
          <w:sz w:val="24"/>
          <w:highlight w:val="yellow"/>
          <w:u w:val="single"/>
        </w:rPr>
        <w:t>activities</w:t>
      </w:r>
      <w:r>
        <w:rPr>
          <w:b w:val="0"/>
          <w:i w:val="0"/>
          <w:smallCaps w:val="0"/>
          <w:strike w:val="0"/>
          <w:sz w:val="24"/>
          <w:u w:val="single"/>
        </w:rPr>
        <w:t>, like going to a health clinic or a house of worship.</w:t>
      </w:r>
    </w:p>
    <w:p>
      <w:pPr>
        <w:spacing w:after="60"/>
      </w:pPr>
      <w:r>
        <w:rPr>
          <w:b w:val="0"/>
          <w:i w:val="0"/>
          <w:smallCaps w:val="0"/>
          <w:strike w:val="0"/>
          <w:sz w:val="24"/>
          <w:highlight w:val="yellow"/>
          <w:u w:val="single"/>
        </w:rPr>
        <w:t>The only safe policy</w:t>
      </w:r>
      <w:r>
        <w:rPr>
          <w:b w:val="0"/>
          <w:i w:val="0"/>
          <w:smallCaps w:val="0"/>
          <w:strike w:val="0"/>
          <w:sz w:val="24"/>
          <w:u w:val="single"/>
        </w:rPr>
        <w:t xml:space="preserve"> to govern facial recognition </w:t>
      </w:r>
      <w:r>
        <w:rPr>
          <w:b w:val="0"/>
          <w:i w:val="0"/>
          <w:smallCaps w:val="0"/>
          <w:strike w:val="0"/>
          <w:sz w:val="24"/>
          <w:highlight w:val="yellow"/>
          <w:u w:val="single"/>
        </w:rPr>
        <w:t>is a total ban</w:t>
      </w:r>
      <w:r>
        <w:rPr>
          <w:b w:val="0"/>
          <w:i w:val="0"/>
          <w:smallCaps w:val="0"/>
          <w:strike w:val="0"/>
          <w:sz w:val="24"/>
          <w:u w:val="single"/>
        </w:rPr>
        <w:t xml:space="preserve"> on its use </w:t>
      </w:r>
      <w:r>
        <w:rPr>
          <w:b w:val="0"/>
          <w:i w:val="0"/>
          <w:smallCaps w:val="0"/>
          <w:strike w:val="0"/>
          <w:sz w:val="24"/>
          <w:u w:val="single"/>
        </w:rPr>
        <w:t>by law</w:t>
      </w:r>
      <w:r>
        <w:rPr>
          <w:b w:val="0"/>
          <w:i w:val="0"/>
          <w:smallCaps w:val="0"/>
          <w:strike w:val="0"/>
          <w:sz w:val="24"/>
          <w:u w:val="single"/>
        </w:rPr>
        <w:t xml:space="preserve"> enforcement</w:t>
      </w:r>
      <w:r>
        <w:rPr>
          <w:b w:val="0"/>
          <w:i w:val="0"/>
          <w:smallCaps w:val="0"/>
          <w:strike w:val="0"/>
          <w:sz w:val="24"/>
          <w:u w:val="single"/>
        </w:rPr>
        <w:t>.</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