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Complexity and cost foreclose terrorist application of AI.</w:t>
      </w:r>
    </w:p>
    <w:p>
      <w:pPr>
        <w:spacing w:after="80"/>
      </w:pPr>
      <w:r>
        <w:rPr>
          <w:b/>
          <w:i w:val="0"/>
          <w:smallCaps w:val="0"/>
          <w:strike w:val="0"/>
          <w:sz w:val="26"/>
          <w:u w:val="none"/>
        </w:rPr>
        <w:t>Scharre</w:t>
      </w:r>
      <w:r>
        <w:rPr>
          <w:b/>
          <w:i w:val="0"/>
          <w:smallCaps w:val="0"/>
          <w:strike w:val="0"/>
          <w:sz w:val="26"/>
          <w:u w:val="none"/>
        </w:rPr>
        <w:t xml:space="preserve"> 23</w:t>
      </w:r>
      <w:r>
        <w:rPr>
          <w:b w:val="0"/>
          <w:i w:val="0"/>
          <w:smallCaps w:val="0"/>
          <w:strike w:val="0"/>
          <w:sz w:val="22"/>
          <w:u w:val="none"/>
        </w:rPr>
        <w:t xml:space="preserve"> (</w:t>
      </w:r>
      <w:r>
        <w:rPr>
          <w:b w:val="0"/>
          <w:i w:val="0"/>
          <w:smallCaps w:val="0"/>
          <w:strike w:val="0"/>
          <w:sz w:val="14"/>
          <w:u w:val="none"/>
        </w:rPr>
        <w:t>Paul;</w:t>
      </w:r>
      <w:r>
        <w:rPr>
          <w:b w:val="0"/>
          <w:i w:val="0"/>
          <w:smallCaps w:val="0"/>
          <w:strike w:val="0"/>
          <w:sz w:val="14"/>
          <w:u w:val="none"/>
        </w:rPr>
        <w:t xml:space="preserve"> Executive Vice President and Director of Studies at CNAS</w:t>
      </w:r>
      <w:r>
        <w:rPr>
          <w:b w:val="0"/>
          <w:i w:val="0"/>
          <w:smallCaps w:val="0"/>
          <w:strike w:val="0"/>
          <w:sz w:val="14"/>
          <w:u w:val="none"/>
        </w:rPr>
        <w:t xml:space="preserve">, </w:t>
      </w:r>
      <w:r>
        <w:rPr>
          <w:b w:val="0"/>
          <w:i w:val="0"/>
          <w:smallCaps w:val="0"/>
          <w:strike w:val="0"/>
          <w:sz w:val="14"/>
          <w:u w:val="none"/>
        </w:rPr>
        <w:t>won the 2019 Colby Award</w:t>
      </w:r>
      <w:r>
        <w:rPr>
          <w:b w:val="0"/>
          <w:i w:val="0"/>
          <w:smallCaps w:val="0"/>
          <w:strike w:val="0"/>
          <w:sz w:val="14"/>
          <w:u w:val="none"/>
        </w:rPr>
        <w:t xml:space="preserve">, one of bill gates top 5 books of 2018, top 100 most influential people in AI 2023, Worked at the DoD and OSD, as well as serving in the military; 2/28/23; </w:t>
      </w:r>
      <w:r>
        <w:rPr>
          <w:b w:val="0"/>
          <w:i w:val="0"/>
          <w:smallCaps w:val="0"/>
          <w:strike w:val="0"/>
          <w:sz w:val="14"/>
          <w:u w:val="none"/>
        </w:rPr>
        <w:t xml:space="preserve">W. W. Norton &amp; </w:t>
      </w:r>
      <w:r>
        <w:rPr>
          <w:b w:val="0"/>
          <w:i w:val="0"/>
          <w:smallCaps w:val="0"/>
          <w:strike w:val="0"/>
          <w:sz w:val="14"/>
          <w:u w:val="none"/>
        </w:rPr>
        <w:t>Company</w:t>
      </w:r>
      <w:r>
        <w:rPr>
          <w:b w:val="0"/>
          <w:i w:val="0"/>
          <w:smallCaps w:val="0"/>
          <w:strike w:val="0"/>
          <w:sz w:val="14"/>
          <w:u w:val="none"/>
        </w:rPr>
        <w:t xml:space="preserve"> ;</w:t>
      </w:r>
      <w:r>
        <w:rPr>
          <w:b w:val="0"/>
          <w:i w:val="0"/>
          <w:smallCaps w:val="0"/>
          <w:strike w:val="0"/>
          <w:sz w:val="14"/>
          <w:u w:val="none"/>
        </w:rPr>
        <w:t xml:space="preserve">“Four Battlegrounds” </w:t>
      </w:r>
      <w:r>
        <w:rPr>
          <w:b w:val="0"/>
          <w:i w:val="0"/>
          <w:smallCaps w:val="0"/>
          <w:strike w:val="0"/>
          <w:sz w:val="14"/>
          <w:u w:val="none"/>
        </w:rPr>
        <w:t>https://bigthink.com/the-future/hyperwar-ai-military-warfare/</w:t>
      </w:r>
      <w:r>
        <w:rPr>
          <w:b w:val="0"/>
          <w:i w:val="0"/>
          <w:smallCaps w:val="0"/>
          <w:strike w:val="0"/>
          <w:sz w:val="14"/>
          <w:u w:val="none"/>
        </w:rPr>
        <w:t xml:space="preserve"> KK)</w:t>
      </w:r>
    </w:p>
    <w:p>
      <w:pPr>
        <w:spacing w:after="60"/>
      </w:pPr>
      <w:r>
        <w:rPr>
          <w:b w:val="0"/>
          <w:i w:val="0"/>
          <w:smallCaps w:val="0"/>
          <w:strike w:val="0"/>
          <w:sz w:val="22"/>
          <w:highlight w:val="cyan"/>
          <w:u w:val="single"/>
        </w:rPr>
        <w:t>Some tech</w:t>
      </w:r>
      <w:r>
        <w:rPr>
          <w:b w:val="0"/>
          <w:i w:val="0"/>
          <w:smallCaps w:val="0"/>
          <w:strike w:val="0"/>
          <w:sz w:val="14"/>
          <w:u w:val="none"/>
        </w:rPr>
        <w:t xml:space="preserve">nologies </w:t>
      </w:r>
      <w:r>
        <w:rPr>
          <w:b w:val="0"/>
          <w:i w:val="0"/>
          <w:smallCaps w:val="0"/>
          <w:strike w:val="0"/>
          <w:sz w:val="22"/>
          <w:highlight w:val="cyan"/>
          <w:u w:val="single"/>
        </w:rPr>
        <w:t>narrow</w:t>
      </w:r>
      <w:r>
        <w:rPr>
          <w:b w:val="0"/>
          <w:i w:val="0"/>
          <w:smallCaps w:val="0"/>
          <w:strike w:val="0"/>
          <w:sz w:val="22"/>
          <w:u w:val="single"/>
        </w:rPr>
        <w:t xml:space="preserve"> the </w:t>
      </w:r>
      <w:r>
        <w:rPr>
          <w:b w:val="0"/>
          <w:i w:val="0"/>
          <w:smallCaps w:val="0"/>
          <w:strike w:val="0"/>
          <w:sz w:val="22"/>
          <w:highlight w:val="cyan"/>
          <w:u w:val="single"/>
        </w:rPr>
        <w:t>gap</w:t>
      </w:r>
      <w:r>
        <w:rPr>
          <w:b w:val="0"/>
          <w:i w:val="0"/>
          <w:smallCaps w:val="0"/>
          <w:strike w:val="0"/>
          <w:sz w:val="22"/>
          <w:u w:val="single"/>
        </w:rPr>
        <w:t xml:space="preserve"> b</w:t>
      </w:r>
      <w:r>
        <w:rPr>
          <w:b w:val="0"/>
          <w:i w:val="0"/>
          <w:smallCaps w:val="0"/>
          <w:strike w:val="0"/>
          <w:sz w:val="22"/>
          <w:highlight w:val="cyan"/>
          <w:u w:val="single"/>
        </w:rPr>
        <w:t>etwee</w:t>
      </w:r>
      <w:r>
        <w:rPr>
          <w:b w:val="0"/>
          <w:i w:val="0"/>
          <w:smallCaps w:val="0"/>
          <w:strike w:val="0"/>
          <w:sz w:val="22"/>
          <w:u w:val="single"/>
        </w:rPr>
        <w:t xml:space="preserve">n the most and least </w:t>
      </w:r>
      <w:r>
        <w:rPr>
          <w:b w:val="0"/>
          <w:i w:val="0"/>
          <w:smallCaps w:val="0"/>
          <w:strike w:val="0"/>
          <w:sz w:val="22"/>
          <w:highlight w:val="cyan"/>
          <w:u w:val="single"/>
        </w:rPr>
        <w:t>tech</w:t>
      </w:r>
      <w:r>
        <w:rPr>
          <w:b w:val="0"/>
          <w:i w:val="0"/>
          <w:smallCaps w:val="0"/>
          <w:strike w:val="0"/>
          <w:sz w:val="22"/>
          <w:u w:val="single"/>
        </w:rPr>
        <w:t xml:space="preserve">nologically </w:t>
      </w:r>
      <w:r>
        <w:rPr>
          <w:b w:val="0"/>
          <w:i w:val="0"/>
          <w:smallCaps w:val="0"/>
          <w:strike w:val="0"/>
          <w:sz w:val="22"/>
          <w:highlight w:val="cyan"/>
          <w:u w:val="single"/>
        </w:rPr>
        <w:t>advanced societies</w:t>
      </w:r>
      <w:r>
        <w:rPr>
          <w:b w:val="0"/>
          <w:i w:val="0"/>
          <w:smallCaps w:val="0"/>
          <w:strike w:val="0"/>
          <w:sz w:val="22"/>
          <w:u w:val="single"/>
        </w:rPr>
        <w:t xml:space="preserve">. </w:t>
      </w:r>
      <w:r>
        <w:rPr>
          <w:b w:val="0"/>
          <w:i w:val="0"/>
          <w:smallCaps w:val="0"/>
          <w:strike w:val="0"/>
          <w:sz w:val="22"/>
          <w:highlight w:val="cyan"/>
          <w:u w:val="single"/>
        </w:rPr>
        <w:t>Nuc</w:t>
      </w:r>
      <w:r>
        <w:rPr>
          <w:b w:val="0"/>
          <w:i w:val="0"/>
          <w:smallCaps w:val="0"/>
          <w:strike w:val="0"/>
          <w:sz w:val="22"/>
          <w:u w:val="single"/>
        </w:rPr>
        <w:t>lear weapon</w:t>
      </w:r>
      <w:r>
        <w:rPr>
          <w:b w:val="0"/>
          <w:i w:val="0"/>
          <w:smallCaps w:val="0"/>
          <w:strike w:val="0"/>
          <w:sz w:val="22"/>
          <w:highlight w:val="cyan"/>
          <w:u w:val="single"/>
        </w:rPr>
        <w:t>s</w:t>
      </w:r>
      <w:r>
        <w:rPr>
          <w:b w:val="0"/>
          <w:i w:val="0"/>
          <w:smallCaps w:val="0"/>
          <w:strike w:val="0"/>
          <w:sz w:val="22"/>
          <w:u w:val="single"/>
        </w:rPr>
        <w:t xml:space="preserve">, for instance, </w:t>
      </w:r>
      <w:r>
        <w:rPr>
          <w:b w:val="0"/>
          <w:i w:val="0"/>
          <w:smallCaps w:val="0"/>
          <w:strike w:val="0"/>
          <w:sz w:val="22"/>
          <w:highlight w:val="cyan"/>
          <w:u w:val="single"/>
        </w:rPr>
        <w:t>allow</w:t>
      </w:r>
      <w:r>
        <w:rPr>
          <w:b w:val="0"/>
          <w:i w:val="0"/>
          <w:smallCaps w:val="0"/>
          <w:strike w:val="0"/>
          <w:sz w:val="22"/>
          <w:u w:val="single"/>
        </w:rPr>
        <w:t xml:space="preserve"> relative pipsqueaks like </w:t>
      </w:r>
      <w:r>
        <w:rPr>
          <w:b w:val="0"/>
          <w:i w:val="0"/>
          <w:smallCaps w:val="0"/>
          <w:strike w:val="0"/>
          <w:sz w:val="22"/>
          <w:highlight w:val="cyan"/>
          <w:u w:val="single"/>
        </w:rPr>
        <w:t>North Korea to offset</w:t>
      </w:r>
      <w:r>
        <w:rPr>
          <w:b w:val="0"/>
          <w:i w:val="0"/>
          <w:smallCaps w:val="0"/>
          <w:strike w:val="0"/>
          <w:sz w:val="22"/>
          <w:u w:val="single"/>
        </w:rPr>
        <w:t xml:space="preserve"> the </w:t>
      </w:r>
      <w:r>
        <w:rPr>
          <w:b w:val="0"/>
          <w:i w:val="0"/>
          <w:smallCaps w:val="0"/>
          <w:strike w:val="0"/>
          <w:sz w:val="22"/>
          <w:highlight w:val="cyan"/>
          <w:u w:val="single"/>
        </w:rPr>
        <w:t>military</w:t>
      </w:r>
      <w:r>
        <w:rPr>
          <w:b w:val="0"/>
          <w:i w:val="0"/>
          <w:smallCaps w:val="0"/>
          <w:strike w:val="0"/>
          <w:sz w:val="22"/>
          <w:u w:val="single"/>
        </w:rPr>
        <w:t xml:space="preserve"> </w:t>
      </w:r>
      <w:r>
        <w:rPr>
          <w:b w:val="0"/>
          <w:i w:val="0"/>
          <w:smallCaps w:val="0"/>
          <w:strike w:val="0"/>
          <w:sz w:val="22"/>
          <w:highlight w:val="cyan"/>
          <w:u w:val="single"/>
        </w:rPr>
        <w:t>and</w:t>
      </w:r>
      <w:r>
        <w:rPr>
          <w:b w:val="0"/>
          <w:i w:val="0"/>
          <w:smallCaps w:val="0"/>
          <w:strike w:val="0"/>
          <w:sz w:val="22"/>
          <w:u w:val="single"/>
        </w:rPr>
        <w:t xml:space="preserve"> </w:t>
      </w:r>
      <w:r>
        <w:rPr>
          <w:b w:val="0"/>
          <w:i w:val="0"/>
          <w:smallCaps w:val="0"/>
          <w:strike w:val="0"/>
          <w:sz w:val="22"/>
          <w:highlight w:val="cyan"/>
          <w:u w:val="single"/>
        </w:rPr>
        <w:t>economic</w:t>
      </w:r>
      <w:r>
        <w:rPr>
          <w:b w:val="0"/>
          <w:i w:val="0"/>
          <w:smallCaps w:val="0"/>
          <w:strike w:val="0"/>
          <w:sz w:val="22"/>
          <w:u w:val="single"/>
        </w:rPr>
        <w:t xml:space="preserve"> </w:t>
      </w:r>
      <w:r>
        <w:rPr>
          <w:b w:val="0"/>
          <w:i w:val="0"/>
          <w:smallCaps w:val="0"/>
          <w:strike w:val="0"/>
          <w:sz w:val="22"/>
          <w:highlight w:val="cyan"/>
          <w:u w:val="single"/>
        </w:rPr>
        <w:t>advantages</w:t>
      </w:r>
      <w:r>
        <w:rPr>
          <w:b w:val="0"/>
          <w:i w:val="0"/>
          <w:smallCaps w:val="0"/>
          <w:strike w:val="0"/>
          <w:sz w:val="22"/>
          <w:u w:val="single"/>
        </w:rPr>
        <w:t xml:space="preserve"> </w:t>
      </w:r>
      <w:r>
        <w:rPr>
          <w:b w:val="0"/>
          <w:i w:val="0"/>
          <w:smallCaps w:val="0"/>
          <w:strike w:val="0"/>
          <w:sz w:val="14"/>
          <w:u w:val="none"/>
        </w:rPr>
        <w:t>a superpower and its allies possess. Others widen the divide: In the 19th century, repeating rifles, machine guns and steamships allowed European societies to subjugate vast areas of the world.</w:t>
      </w:r>
    </w:p>
    <w:p>
      <w:pPr>
        <w:spacing w:after="60"/>
      </w:pPr>
      <w:r>
        <w:rPr>
          <w:b w:val="0"/>
          <w:i w:val="0"/>
          <w:smallCaps w:val="0"/>
          <w:strike w:val="0"/>
          <w:sz w:val="14"/>
          <w:u w:val="none"/>
        </w:rPr>
        <w:t>In some respects, AI will empower the weak. US officials worry that large language models might help terrorists with crude science kits to build biological weapons. Rogue states, like Iran, might use AI to coordinate drone swarms against US warships in the Persian Gulf. More benignly, AI could expand access to basic healthcare services in the Global South, creating big payoffs in increased life expectancy and economic productivity.</w:t>
      </w:r>
    </w:p>
    <w:p>
      <w:pPr>
        <w:spacing w:after="60"/>
      </w:pPr>
      <w:r>
        <w:rPr>
          <w:b w:val="0"/>
          <w:i w:val="0"/>
          <w:smallCaps w:val="0"/>
          <w:strike w:val="0"/>
          <w:sz w:val="14"/>
          <w:u w:val="none"/>
        </w:rPr>
        <w:t xml:space="preserve">In other respects, however, </w:t>
      </w:r>
      <w:r>
        <w:rPr>
          <w:b w:val="0"/>
          <w:i w:val="0"/>
          <w:smallCaps w:val="0"/>
          <w:strike w:val="0"/>
          <w:sz w:val="22"/>
          <w:highlight w:val="cyan"/>
          <w:u w:val="single"/>
        </w:rPr>
        <w:t>AI will be a rich man’s game</w:t>
      </w:r>
      <w:r>
        <w:rPr>
          <w:b w:val="0"/>
          <w:i w:val="0"/>
          <w:smallCaps w:val="0"/>
          <w:strike w:val="0"/>
          <w:sz w:val="22"/>
          <w:u w:val="single"/>
        </w:rPr>
        <w:t xml:space="preserve">. </w:t>
      </w:r>
      <w:r>
        <w:rPr>
          <w:b w:val="0"/>
          <w:i w:val="0"/>
          <w:smallCaps w:val="0"/>
          <w:strike w:val="0"/>
          <w:sz w:val="22"/>
          <w:highlight w:val="cyan"/>
          <w:u w:val="single"/>
        </w:rPr>
        <w:t>Developing</w:t>
      </w:r>
      <w:r>
        <w:rPr>
          <w:b w:val="0"/>
          <w:i w:val="0"/>
          <w:smallCaps w:val="0"/>
          <w:strike w:val="0"/>
          <w:sz w:val="22"/>
          <w:u w:val="single"/>
        </w:rPr>
        <w:t xml:space="preserve"> state-of-the-art </w:t>
      </w:r>
      <w:r>
        <w:rPr>
          <w:b w:val="0"/>
          <w:i w:val="0"/>
          <w:smallCaps w:val="0"/>
          <w:strike w:val="0"/>
          <w:sz w:val="22"/>
          <w:highlight w:val="cyan"/>
          <w:u w:val="single"/>
        </w:rPr>
        <w:t>AI is</w:t>
      </w:r>
      <w:r>
        <w:rPr>
          <w:b w:val="0"/>
          <w:i w:val="0"/>
          <w:smallCaps w:val="0"/>
          <w:strike w:val="0"/>
          <w:sz w:val="22"/>
          <w:u w:val="single"/>
        </w:rPr>
        <w:t xml:space="preserve"> fantastically </w:t>
      </w:r>
      <w:r>
        <w:rPr>
          <w:b w:val="0"/>
          <w:i w:val="0"/>
          <w:smallCaps w:val="0"/>
          <w:strike w:val="0"/>
          <w:sz w:val="22"/>
          <w:highlight w:val="cyan"/>
          <w:u w:val="single"/>
        </w:rPr>
        <w:t>expensive</w:t>
      </w:r>
      <w:r>
        <w:rPr>
          <w:b w:val="0"/>
          <w:i w:val="0"/>
          <w:smallCaps w:val="0"/>
          <w:strike w:val="0"/>
          <w:sz w:val="22"/>
          <w:u w:val="single"/>
        </w:rPr>
        <w:t xml:space="preserve">. </w:t>
      </w:r>
      <w:r>
        <w:rPr>
          <w:b w:val="0"/>
          <w:i w:val="0"/>
          <w:smallCaps w:val="0"/>
          <w:strike w:val="0"/>
          <w:sz w:val="22"/>
          <w:highlight w:val="cyan"/>
          <w:u w:val="single"/>
        </w:rPr>
        <w:t>Training l</w:t>
      </w:r>
      <w:r>
        <w:rPr>
          <w:b w:val="0"/>
          <w:i w:val="0"/>
          <w:smallCaps w:val="0"/>
          <w:strike w:val="0"/>
          <w:sz w:val="22"/>
          <w:u w:val="single"/>
        </w:rPr>
        <w:t xml:space="preserve">arge </w:t>
      </w:r>
      <w:r>
        <w:rPr>
          <w:b w:val="0"/>
          <w:i w:val="0"/>
          <w:smallCaps w:val="0"/>
          <w:strike w:val="0"/>
          <w:sz w:val="22"/>
          <w:highlight w:val="cyan"/>
          <w:u w:val="single"/>
        </w:rPr>
        <w:t>l</w:t>
      </w:r>
      <w:r>
        <w:rPr>
          <w:b w:val="0"/>
          <w:i w:val="0"/>
          <w:smallCaps w:val="0"/>
          <w:strike w:val="0"/>
          <w:sz w:val="22"/>
          <w:u w:val="single"/>
        </w:rPr>
        <w:t xml:space="preserve">anguage </w:t>
      </w:r>
      <w:r>
        <w:rPr>
          <w:b w:val="0"/>
          <w:i w:val="0"/>
          <w:smallCaps w:val="0"/>
          <w:strike w:val="0"/>
          <w:sz w:val="22"/>
          <w:highlight w:val="cyan"/>
          <w:u w:val="single"/>
        </w:rPr>
        <w:t>m</w:t>
      </w:r>
      <w:r>
        <w:rPr>
          <w:b w:val="0"/>
          <w:i w:val="0"/>
          <w:smallCaps w:val="0"/>
          <w:strike w:val="0"/>
          <w:sz w:val="22"/>
          <w:u w:val="single"/>
        </w:rPr>
        <w:t>odel</w:t>
      </w:r>
      <w:r>
        <w:rPr>
          <w:b w:val="0"/>
          <w:i w:val="0"/>
          <w:smallCaps w:val="0"/>
          <w:strike w:val="0"/>
          <w:sz w:val="22"/>
          <w:highlight w:val="cyan"/>
          <w:u w:val="single"/>
        </w:rPr>
        <w:t>s</w:t>
      </w:r>
      <w:r>
        <w:rPr>
          <w:b w:val="0"/>
          <w:i w:val="0"/>
          <w:smallCaps w:val="0"/>
          <w:strike w:val="0"/>
          <w:sz w:val="22"/>
          <w:u w:val="single"/>
        </w:rPr>
        <w:t xml:space="preserve"> can </w:t>
      </w:r>
      <w:r>
        <w:rPr>
          <w:b w:val="0"/>
          <w:i w:val="0"/>
          <w:smallCaps w:val="0"/>
          <w:strike w:val="0"/>
          <w:sz w:val="22"/>
          <w:highlight w:val="cyan"/>
          <w:u w:val="single"/>
        </w:rPr>
        <w:t>require</w:t>
      </w:r>
      <w:r>
        <w:rPr>
          <w:b w:val="0"/>
          <w:i w:val="0"/>
          <w:smallCaps w:val="0"/>
          <w:strike w:val="0"/>
          <w:sz w:val="22"/>
          <w:u w:val="single"/>
        </w:rPr>
        <w:t xml:space="preserve"> vast </w:t>
      </w:r>
      <w:r>
        <w:rPr>
          <w:b w:val="0"/>
          <w:i w:val="0"/>
          <w:smallCaps w:val="0"/>
          <w:strike w:val="0"/>
          <w:sz w:val="22"/>
          <w:highlight w:val="cyan"/>
          <w:u w:val="single"/>
        </w:rPr>
        <w:t>investments</w:t>
      </w:r>
      <w:r>
        <w:rPr>
          <w:b w:val="0"/>
          <w:i w:val="0"/>
          <w:smallCaps w:val="0"/>
          <w:strike w:val="0"/>
          <w:sz w:val="22"/>
          <w:u w:val="single"/>
        </w:rPr>
        <w:t xml:space="preserve"> </w:t>
      </w:r>
      <w:r>
        <w:rPr>
          <w:b w:val="0"/>
          <w:i w:val="0"/>
          <w:smallCaps w:val="0"/>
          <w:strike w:val="0"/>
          <w:sz w:val="22"/>
          <w:highlight w:val="cyan"/>
          <w:u w:val="single"/>
        </w:rPr>
        <w:t>and</w:t>
      </w:r>
      <w:r>
        <w:rPr>
          <w:b w:val="0"/>
          <w:i w:val="0"/>
          <w:smallCaps w:val="0"/>
          <w:strike w:val="0"/>
          <w:sz w:val="22"/>
          <w:u w:val="single"/>
        </w:rPr>
        <w:t xml:space="preserve"> </w:t>
      </w:r>
      <w:r>
        <w:rPr>
          <w:b w:val="0"/>
          <w:i w:val="0"/>
          <w:smallCaps w:val="0"/>
          <w:strike w:val="0"/>
          <w:sz w:val="22"/>
          <w:highlight w:val="cyan"/>
          <w:u w:val="single"/>
        </w:rPr>
        <w:t>access to</w:t>
      </w:r>
      <w:r>
        <w:rPr>
          <w:b w:val="0"/>
          <w:i w:val="0"/>
          <w:smallCaps w:val="0"/>
          <w:strike w:val="0"/>
          <w:sz w:val="22"/>
          <w:u w:val="single"/>
        </w:rPr>
        <w:t xml:space="preserve"> a finite quantity </w:t>
      </w:r>
      <w:r>
        <w:rPr>
          <w:b w:val="0"/>
          <w:i w:val="0"/>
          <w:smallCaps w:val="0"/>
          <w:strike w:val="0"/>
          <w:sz w:val="22"/>
          <w:highlight w:val="cyan"/>
          <w:u w:val="single"/>
        </w:rPr>
        <w:t>of top scientists and engineer</w:t>
      </w:r>
      <w:r>
        <w:rPr>
          <w:b w:val="0"/>
          <w:i w:val="0"/>
          <w:smallCaps w:val="0"/>
          <w:strike w:val="0"/>
          <w:sz w:val="14"/>
          <w:highlight w:val="cyan"/>
          <w:u w:val="none"/>
        </w:rPr>
        <w:t>s</w:t>
      </w:r>
      <w:r>
        <w:rPr>
          <w:b w:val="0"/>
          <w:i w:val="0"/>
          <w:smallCaps w:val="0"/>
          <w:strike w:val="0"/>
          <w:sz w:val="14"/>
          <w:u w:val="none"/>
        </w:rPr>
        <w:t xml:space="preserve"> — to say nothing of staggering amounts of electricity. Some estimates place the </w:t>
      </w:r>
      <w:r>
        <w:rPr>
          <w:b w:val="0"/>
          <w:i w:val="0"/>
          <w:smallCaps w:val="0"/>
          <w:strike w:val="0"/>
          <w:sz w:val="22"/>
          <w:highlight w:val="cyan"/>
          <w:u w:val="single"/>
        </w:rPr>
        <w:t>cost of</w:t>
      </w:r>
      <w:r>
        <w:rPr>
          <w:b w:val="0"/>
          <w:i w:val="0"/>
          <w:smallCaps w:val="0"/>
          <w:strike w:val="0"/>
          <w:sz w:val="22"/>
          <w:u w:val="single"/>
        </w:rPr>
        <w:t xml:space="preserve"> the infrastructure supporting Microsoft’s </w:t>
      </w:r>
      <w:r>
        <w:rPr>
          <w:b w:val="0"/>
          <w:i w:val="0"/>
          <w:smallCaps w:val="0"/>
          <w:strike w:val="0"/>
          <w:sz w:val="22"/>
          <w:highlight w:val="cyan"/>
          <w:u w:val="single"/>
        </w:rPr>
        <w:t xml:space="preserve">Bing AI </w:t>
      </w:r>
      <w:r>
        <w:rPr>
          <w:b w:val="0"/>
          <w:i w:val="0"/>
          <w:smallCaps w:val="0"/>
          <w:strike w:val="0"/>
          <w:sz w:val="22"/>
          <w:u w:val="single"/>
        </w:rPr>
        <w:t>chatbot</w:t>
      </w:r>
      <w:r>
        <w:rPr>
          <w:b w:val="0"/>
          <w:i w:val="0"/>
          <w:smallCaps w:val="0"/>
          <w:strike w:val="0"/>
          <w:sz w:val="22"/>
          <w:highlight w:val="cyan"/>
          <w:u w:val="single"/>
        </w:rPr>
        <w:t xml:space="preserve"> at $4 billion</w:t>
      </w:r>
      <w:r>
        <w:rPr>
          <w:b w:val="0"/>
          <w:i w:val="0"/>
          <w:smallCaps w:val="0"/>
          <w:strike w:val="0"/>
          <w:sz w:val="22"/>
          <w:u w:val="single"/>
        </w:rPr>
        <w:t xml:space="preserve">. Almost </w:t>
      </w:r>
      <w:r>
        <w:rPr>
          <w:b w:val="0"/>
          <w:i w:val="0"/>
          <w:smallCaps w:val="0"/>
          <w:strike w:val="0"/>
          <w:sz w:val="22"/>
          <w:highlight w:val="cyan"/>
          <w:u w:val="single"/>
        </w:rPr>
        <w:t>anyone</w:t>
      </w:r>
      <w:r>
        <w:rPr>
          <w:b w:val="0"/>
          <w:i w:val="0"/>
          <w:smallCaps w:val="0"/>
          <w:strike w:val="0"/>
          <w:sz w:val="22"/>
          <w:u w:val="single"/>
        </w:rPr>
        <w:t xml:space="preserve"> </w:t>
      </w:r>
      <w:r>
        <w:rPr>
          <w:b w:val="0"/>
          <w:i w:val="0"/>
          <w:smallCaps w:val="0"/>
          <w:strike w:val="0"/>
          <w:sz w:val="22"/>
          <w:highlight w:val="cyan"/>
          <w:u w:val="single"/>
        </w:rPr>
        <w:t>can</w:t>
      </w:r>
      <w:r>
        <w:rPr>
          <w:b w:val="0"/>
          <w:i w:val="0"/>
          <w:smallCaps w:val="0"/>
          <w:strike w:val="0"/>
          <w:sz w:val="22"/>
          <w:u w:val="single"/>
        </w:rPr>
        <w:t xml:space="preserve"> be a </w:t>
      </w:r>
      <w:r>
        <w:rPr>
          <w:b w:val="0"/>
          <w:i w:val="0"/>
          <w:smallCaps w:val="0"/>
          <w:strike w:val="0"/>
          <w:sz w:val="22"/>
          <w:highlight w:val="cyan"/>
          <w:u w:val="single"/>
        </w:rPr>
        <w:t>take</w:t>
      </w:r>
      <w:r>
        <w:rPr>
          <w:b w:val="0"/>
          <w:i w:val="0"/>
          <w:smallCaps w:val="0"/>
          <w:strike w:val="0"/>
          <w:sz w:val="22"/>
          <w:u w:val="single"/>
        </w:rPr>
        <w:t xml:space="preserve">r of AI — </w:t>
      </w:r>
      <w:r>
        <w:rPr>
          <w:b w:val="0"/>
          <w:i w:val="0"/>
          <w:smallCaps w:val="0"/>
          <w:strike w:val="0"/>
          <w:sz w:val="22"/>
          <w:highlight w:val="cyan"/>
          <w:u w:val="single"/>
        </w:rPr>
        <w:t>but</w:t>
      </w:r>
      <w:r>
        <w:rPr>
          <w:b w:val="0"/>
          <w:i w:val="0"/>
          <w:smallCaps w:val="0"/>
          <w:strike w:val="0"/>
          <w:sz w:val="22"/>
          <w:u w:val="single"/>
        </w:rPr>
        <w:t xml:space="preserve"> </w:t>
      </w:r>
      <w:r>
        <w:rPr>
          <w:b w:val="0"/>
          <w:i w:val="0"/>
          <w:smallCaps w:val="0"/>
          <w:strike w:val="0"/>
          <w:sz w:val="22"/>
          <w:highlight w:val="cyan"/>
          <w:u w:val="single"/>
        </w:rPr>
        <w:t>being a maker</w:t>
      </w:r>
      <w:r>
        <w:rPr>
          <w:b w:val="0"/>
          <w:i w:val="0"/>
          <w:smallCaps w:val="0"/>
          <w:strike w:val="0"/>
          <w:sz w:val="22"/>
          <w:u w:val="single"/>
        </w:rPr>
        <w:t xml:space="preserve"> </w:t>
      </w:r>
      <w:r>
        <w:rPr>
          <w:b w:val="0"/>
          <w:i w:val="0"/>
          <w:smallCaps w:val="0"/>
          <w:strike w:val="0"/>
          <w:sz w:val="22"/>
          <w:highlight w:val="cyan"/>
          <w:u w:val="single"/>
        </w:rPr>
        <w:t>requires</w:t>
      </w:r>
      <w:r>
        <w:rPr>
          <w:b w:val="0"/>
          <w:i w:val="0"/>
          <w:smallCaps w:val="0"/>
          <w:strike w:val="0"/>
          <w:sz w:val="22"/>
          <w:u w:val="single"/>
        </w:rPr>
        <w:t xml:space="preserve"> copious </w:t>
      </w:r>
      <w:r>
        <w:rPr>
          <w:b w:val="0"/>
          <w:i w:val="0"/>
          <w:smallCaps w:val="0"/>
          <w:strike w:val="0"/>
          <w:sz w:val="22"/>
          <w:highlight w:val="cyan"/>
          <w:u w:val="single"/>
        </w:rPr>
        <w:t>resources</w:t>
      </w:r>
      <w:r>
        <w:rPr>
          <w:b w:val="0"/>
          <w:i w:val="0"/>
          <w:smallCaps w:val="0"/>
          <w:strike w:val="0"/>
          <w:sz w:val="14"/>
          <w:u w:val="none"/>
        </w:rPr>
        <w:t>.</w:t>
      </w:r>
    </w:p>
    <w:p>
      <w:pPr>
        <w:spacing w:after="60"/>
      </w:pPr>
      <w:r>
        <w:rPr>
          <w:b w:val="0"/>
          <w:i w:val="0"/>
          <w:smallCaps w:val="0"/>
          <w:strike w:val="0"/>
          <w:sz w:val="14"/>
          <w:u w:val="none"/>
        </w:rPr>
        <w:t xml:space="preserve">This is why the </w:t>
      </w:r>
      <w:r>
        <w:rPr>
          <w:b w:val="0"/>
          <w:i w:val="0"/>
          <w:smallCaps w:val="0"/>
          <w:strike w:val="0"/>
          <w:sz w:val="22"/>
          <w:highlight w:val="cyan"/>
          <w:u w:val="single"/>
        </w:rPr>
        <w:t>middle powers making big moves</w:t>
      </w:r>
      <w:r>
        <w:rPr>
          <w:b w:val="0"/>
          <w:i w:val="0"/>
          <w:smallCaps w:val="0"/>
          <w:strike w:val="0"/>
          <w:sz w:val="22"/>
          <w:u w:val="single"/>
        </w:rPr>
        <w:t xml:space="preserve"> in AI</w:t>
      </w:r>
      <w:r>
        <w:rPr>
          <w:b w:val="0"/>
          <w:i w:val="0"/>
          <w:smallCaps w:val="0"/>
          <w:strike w:val="0"/>
          <w:sz w:val="14"/>
          <w:u w:val="none"/>
        </w:rPr>
        <w:t xml:space="preserve">, such as Saudi Arabia and the United Arab Emirates, </w:t>
      </w:r>
      <w:r>
        <w:rPr>
          <w:b w:val="0"/>
          <w:i w:val="0"/>
          <w:smallCaps w:val="0"/>
          <w:strike w:val="0"/>
          <w:sz w:val="22"/>
          <w:highlight w:val="cyan"/>
          <w:u w:val="single"/>
        </w:rPr>
        <w:t>have very deep pockets</w:t>
      </w:r>
      <w:r>
        <w:rPr>
          <w:b w:val="0"/>
          <w:i w:val="0"/>
          <w:smallCaps w:val="0"/>
          <w:strike w:val="0"/>
          <w:sz w:val="14"/>
          <w:u w:val="none"/>
        </w:rPr>
        <w:t>. Many of the early leaders in the AI race are either tech titans (Alphabet, Microsoft, Meta, IBM, Nvidia and others) or firms with access to their money (</w:t>
      </w:r>
      <w:r>
        <w:rPr>
          <w:b w:val="0"/>
          <w:i w:val="0"/>
          <w:smallCaps w:val="0"/>
          <w:strike w:val="0"/>
          <w:sz w:val="14"/>
          <w:u w:val="none"/>
        </w:rPr>
        <w:t>OpenAI</w:t>
      </w:r>
      <w:r>
        <w:rPr>
          <w:b w:val="0"/>
          <w:i w:val="0"/>
          <w:smallCaps w:val="0"/>
          <w:strike w:val="0"/>
          <w:sz w:val="14"/>
          <w:u w:val="none"/>
        </w:rPr>
        <w:t xml:space="preserve">). And </w:t>
      </w:r>
      <w:r>
        <w:rPr>
          <w:b w:val="0"/>
          <w:i w:val="0"/>
          <w:smallCaps w:val="0"/>
          <w:strike w:val="0"/>
          <w:sz w:val="22"/>
          <w:highlight w:val="cyan"/>
          <w:u w:val="single"/>
        </w:rPr>
        <w:t>the US,</w:t>
      </w:r>
      <w:r>
        <w:rPr>
          <w:b w:val="0"/>
          <w:i w:val="0"/>
          <w:smallCaps w:val="0"/>
          <w:strike w:val="0"/>
          <w:sz w:val="14"/>
          <w:u w:val="none"/>
        </w:rPr>
        <w:t xml:space="preserve"> with its vibrant, well-funded tech sector, still </w:t>
      </w:r>
      <w:r>
        <w:rPr>
          <w:b w:val="0"/>
          <w:i w:val="0"/>
          <w:smallCaps w:val="0"/>
          <w:strike w:val="0"/>
          <w:sz w:val="22"/>
          <w:highlight w:val="cyan"/>
          <w:u w:val="single"/>
        </w:rPr>
        <w:t>leads the field</w:t>
      </w:r>
      <w:r>
        <w:rPr>
          <w:b w:val="0"/>
          <w:i w:val="0"/>
          <w:smallCaps w:val="0"/>
          <w:strike w:val="0"/>
          <w:sz w:val="14"/>
          <w:highlight w:val="cyan"/>
          <w:u w:val="none"/>
        </w:rPr>
        <w:t>.</w:t>
      </w:r>
    </w:p>
    <w:p>
      <w:pPr>
        <w:spacing w:after="60"/>
      </w:pPr>
      <w:r>
        <w:rPr>
          <w:b w:val="0"/>
          <w:i w:val="0"/>
          <w:smallCaps w:val="0"/>
          <w:strike w:val="0"/>
          <w:sz w:val="14"/>
          <w:u w:val="none"/>
        </w:rPr>
        <w:t xml:space="preserve">What’s true in the private sector may also be true in the realm of warfare. At the outset, </w:t>
      </w:r>
      <w:r>
        <w:rPr>
          <w:b w:val="0"/>
          <w:i w:val="0"/>
          <w:smallCaps w:val="0"/>
          <w:strike w:val="0"/>
          <w:sz w:val="22"/>
          <w:highlight w:val="cyan"/>
          <w:u w:val="single"/>
        </w:rPr>
        <w:t>the military benefits</w:t>
      </w:r>
      <w:r>
        <w:rPr>
          <w:b w:val="0"/>
          <w:i w:val="0"/>
          <w:smallCaps w:val="0"/>
          <w:strike w:val="0"/>
          <w:sz w:val="22"/>
          <w:u w:val="single"/>
        </w:rPr>
        <w:t xml:space="preserve"> of new technology may </w:t>
      </w:r>
      <w:r>
        <w:rPr>
          <w:b w:val="0"/>
          <w:i w:val="0"/>
          <w:smallCaps w:val="0"/>
          <w:strike w:val="0"/>
          <w:sz w:val="22"/>
          <w:highlight w:val="cyan"/>
          <w:u w:val="single"/>
        </w:rPr>
        <w:t>flow</w:t>
      </w:r>
      <w:r>
        <w:rPr>
          <w:b w:val="0"/>
          <w:i w:val="0"/>
          <w:smallCaps w:val="0"/>
          <w:strike w:val="0"/>
          <w:sz w:val="22"/>
          <w:u w:val="single"/>
        </w:rPr>
        <w:t xml:space="preserve"> </w:t>
      </w:r>
      <w:r>
        <w:rPr>
          <w:b w:val="0"/>
          <w:i w:val="0"/>
          <w:smallCaps w:val="0"/>
          <w:strike w:val="0"/>
          <w:sz w:val="22"/>
          <w:highlight w:val="cyan"/>
          <w:u w:val="single"/>
        </w:rPr>
        <w:t>disproportionately to countries</w:t>
      </w:r>
      <w:r>
        <w:rPr>
          <w:b w:val="0"/>
          <w:i w:val="0"/>
          <w:smallCaps w:val="0"/>
          <w:strike w:val="0"/>
          <w:sz w:val="22"/>
          <w:u w:val="single"/>
        </w:rPr>
        <w:t xml:space="preserve"> </w:t>
      </w:r>
      <w:r>
        <w:rPr>
          <w:b w:val="0"/>
          <w:i w:val="0"/>
          <w:smallCaps w:val="0"/>
          <w:strike w:val="0"/>
          <w:sz w:val="22"/>
          <w:highlight w:val="cyan"/>
          <w:u w:val="single"/>
        </w:rPr>
        <w:t>with</w:t>
      </w:r>
      <w:r>
        <w:rPr>
          <w:b w:val="0"/>
          <w:i w:val="0"/>
          <w:smallCaps w:val="0"/>
          <w:strike w:val="0"/>
          <w:sz w:val="22"/>
          <w:u w:val="single"/>
        </w:rPr>
        <w:t xml:space="preserve"> the </w:t>
      </w:r>
      <w:r>
        <w:rPr>
          <w:b w:val="0"/>
          <w:i w:val="0"/>
          <w:smallCaps w:val="0"/>
          <w:strike w:val="0"/>
          <w:sz w:val="22"/>
          <w:highlight w:val="cyan"/>
          <w:u w:val="single"/>
        </w:rPr>
        <w:t>generous</w:t>
      </w:r>
      <w:r>
        <w:rPr>
          <w:b w:val="0"/>
          <w:i w:val="0"/>
          <w:smallCaps w:val="0"/>
          <w:strike w:val="0"/>
          <w:sz w:val="22"/>
          <w:u w:val="single"/>
        </w:rPr>
        <w:t xml:space="preserve"> defense </w:t>
      </w:r>
      <w:r>
        <w:rPr>
          <w:b w:val="0"/>
          <w:i w:val="0"/>
          <w:smallCaps w:val="0"/>
          <w:strike w:val="0"/>
          <w:sz w:val="22"/>
          <w:highlight w:val="cyan"/>
          <w:u w:val="single"/>
        </w:rPr>
        <w:t>budgets</w:t>
      </w:r>
      <w:r>
        <w:rPr>
          <w:b w:val="0"/>
          <w:i w:val="0"/>
          <w:smallCaps w:val="0"/>
          <w:strike w:val="0"/>
          <w:sz w:val="22"/>
          <w:u w:val="single"/>
        </w:rPr>
        <w:t xml:space="preserve"> </w:t>
      </w:r>
      <w:r>
        <w:rPr>
          <w:b w:val="0"/>
          <w:i w:val="0"/>
          <w:smallCaps w:val="0"/>
          <w:strike w:val="0"/>
          <w:sz w:val="14"/>
          <w:u w:val="none"/>
        </w:rPr>
        <w:t>required to develop and field new capabilities at scale.</w:t>
      </w:r>
    </w:p>
    <w:p>
      <w:pPr>
        <w:spacing w:after="60"/>
      </w:pPr>
      <w:r>
        <w:rPr>
          <w:b w:val="0"/>
          <w:i w:val="0"/>
          <w:smallCaps w:val="0"/>
          <w:strike w:val="0"/>
          <w:sz w:val="14"/>
          <w:u w:val="none"/>
        </w:rPr>
        <w:t xml:space="preserve">All this could change: Early leads don’t always translate into enduring advantages. Upstarts, whether firms or countries, have disrupted other fields before. For the time being, however, </w:t>
      </w:r>
      <w:r>
        <w:rPr>
          <w:b w:val="0"/>
          <w:i w:val="0"/>
          <w:smallCaps w:val="0"/>
          <w:strike w:val="0"/>
          <w:sz w:val="22"/>
          <w:highlight w:val="cyan"/>
          <w:u w:val="single"/>
        </w:rPr>
        <w:t>AI</w:t>
      </w:r>
      <w:r>
        <w:rPr>
          <w:b w:val="0"/>
          <w:i w:val="0"/>
          <w:smallCaps w:val="0"/>
          <w:strike w:val="0"/>
          <w:sz w:val="22"/>
          <w:u w:val="single"/>
        </w:rPr>
        <w:t xml:space="preserve"> may </w:t>
      </w:r>
      <w:r>
        <w:rPr>
          <w:b w:val="0"/>
          <w:i w:val="0"/>
          <w:smallCaps w:val="0"/>
          <w:strike w:val="0"/>
          <w:sz w:val="22"/>
          <w:highlight w:val="cyan"/>
          <w:u w:val="single"/>
        </w:rPr>
        <w:t>do</w:t>
      </w:r>
      <w:r>
        <w:rPr>
          <w:b w:val="0"/>
          <w:i w:val="0"/>
          <w:smallCaps w:val="0"/>
          <w:strike w:val="0"/>
          <w:sz w:val="22"/>
          <w:u w:val="single"/>
        </w:rPr>
        <w:t xml:space="preserve"> </w:t>
      </w:r>
      <w:r>
        <w:rPr>
          <w:b w:val="0"/>
          <w:i w:val="0"/>
          <w:smallCaps w:val="0"/>
          <w:strike w:val="0"/>
          <w:sz w:val="22"/>
          <w:highlight w:val="cyan"/>
          <w:u w:val="single"/>
        </w:rPr>
        <w:t>more</w:t>
      </w:r>
      <w:r>
        <w:rPr>
          <w:b w:val="0"/>
          <w:i w:val="0"/>
          <w:smallCaps w:val="0"/>
          <w:strike w:val="0"/>
          <w:sz w:val="22"/>
          <w:u w:val="single"/>
        </w:rPr>
        <w:t xml:space="preserve"> </w:t>
      </w:r>
      <w:r>
        <w:rPr>
          <w:b w:val="0"/>
          <w:i w:val="0"/>
          <w:smallCaps w:val="0"/>
          <w:strike w:val="0"/>
          <w:sz w:val="22"/>
          <w:highlight w:val="cyan"/>
          <w:u w:val="single"/>
        </w:rPr>
        <w:t>to</w:t>
      </w:r>
      <w:r>
        <w:rPr>
          <w:b w:val="0"/>
          <w:i w:val="0"/>
          <w:smallCaps w:val="0"/>
          <w:strike w:val="0"/>
          <w:sz w:val="22"/>
          <w:u w:val="single"/>
        </w:rPr>
        <w:t xml:space="preserve"> </w:t>
      </w:r>
      <w:r>
        <w:rPr>
          <w:b w:val="0"/>
          <w:i w:val="0"/>
          <w:smallCaps w:val="0"/>
          <w:strike w:val="0"/>
          <w:sz w:val="22"/>
          <w:highlight w:val="cyan"/>
          <w:u w:val="single"/>
        </w:rPr>
        <w:t>reinforce</w:t>
      </w:r>
      <w:r>
        <w:rPr>
          <w:b w:val="0"/>
          <w:i w:val="0"/>
          <w:smallCaps w:val="0"/>
          <w:strike w:val="0"/>
          <w:sz w:val="22"/>
          <w:u w:val="single"/>
        </w:rPr>
        <w:t xml:space="preserve"> than revolutionize the </w:t>
      </w:r>
      <w:r>
        <w:rPr>
          <w:b w:val="0"/>
          <w:i w:val="0"/>
          <w:smallCaps w:val="0"/>
          <w:strike w:val="0"/>
          <w:sz w:val="22"/>
          <w:highlight w:val="cyan"/>
          <w:u w:val="single"/>
        </w:rPr>
        <w:t>balance of power.</w:t>
      </w:r>
    </w:p>
    <w:p>
      <w:pPr>
        <w:pStyle w:val="Caption"/>
      </w:pPr>
      <w:r>
        <w:t>Source: Ban AI CP and AI Good Bad - Michigan 7 2024 JRY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