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War between the U.S. and China goes nuclear </w:t>
      </w:r>
      <w:r>
        <w:rPr>
          <w:b w:val="0"/>
          <w:i w:val="0"/>
          <w:smallCaps w:val="0"/>
          <w:strike w:val="0"/>
          <w:sz w:val="26"/>
          <w:u w:val="none"/>
        </w:rPr>
        <w:t xml:space="preserve">– it’s </w:t>
      </w:r>
      <w:r>
        <w:rPr>
          <w:b w:val="0"/>
          <w:i w:val="0"/>
          <w:smallCaps w:val="0"/>
          <w:strike w:val="0"/>
          <w:sz w:val="26"/>
          <w:u w:val="single"/>
        </w:rPr>
        <w:t>uncontrollable</w:t>
      </w:r>
      <w:r>
        <w:rPr>
          <w:b w:val="0"/>
          <w:i w:val="0"/>
          <w:smallCaps w:val="0"/>
          <w:strike w:val="0"/>
          <w:sz w:val="26"/>
          <w:u w:val="none"/>
        </w:rPr>
        <w:t xml:space="preserve"> and turns </w:t>
      </w:r>
      <w:r>
        <w:rPr>
          <w:b w:val="0"/>
          <w:i w:val="0"/>
          <w:smallCaps w:val="0"/>
          <w:strike w:val="0"/>
          <w:sz w:val="26"/>
          <w:u w:val="single"/>
        </w:rPr>
        <w:t>every impact</w:t>
      </w:r>
      <w:r>
        <w:rPr>
          <w:b w:val="0"/>
          <w:i w:val="0"/>
          <w:smallCaps w:val="0"/>
          <w:strike w:val="0"/>
          <w:sz w:val="26"/>
          <w:u w:val="none"/>
        </w:rPr>
        <w:t xml:space="preserve"> – there are </w:t>
      </w:r>
      <w:r>
        <w:rPr>
          <w:b w:val="0"/>
          <w:i w:val="0"/>
          <w:smallCaps w:val="0"/>
          <w:strike w:val="0"/>
          <w:sz w:val="26"/>
          <w:u w:val="single"/>
        </w:rPr>
        <w:t>no guardrails</w:t>
      </w:r>
      <w:r>
        <w:rPr>
          <w:b w:val="0"/>
          <w:i w:val="0"/>
          <w:smallCaps w:val="0"/>
          <w:strike w:val="0"/>
          <w:sz w:val="26"/>
          <w:u w:val="none"/>
        </w:rPr>
        <w:t xml:space="preserve"> in war –</w:t>
      </w:r>
      <w:r>
        <w:rPr>
          <w:b/>
          <w:i w:val="0"/>
          <w:smallCaps w:val="0"/>
          <w:strike w:val="0"/>
          <w:sz w:val="26"/>
          <w:u w:val="none"/>
        </w:rPr>
        <w:t xml:space="preserve"> </w:t>
      </w:r>
      <w:r>
        <w:rPr>
          <w:b/>
          <w:i w:val="0"/>
          <w:smallCaps w:val="0"/>
          <w:strike w:val="0"/>
          <w:sz w:val="26"/>
          <w:u w:val="single"/>
        </w:rPr>
        <w:t>extinction</w:t>
      </w:r>
      <w:r>
        <w:rPr>
          <w:b/>
          <w:i w:val="0"/>
          <w:smallCaps w:val="0"/>
          <w:strike w:val="0"/>
          <w:sz w:val="26"/>
          <w:u w:val="none"/>
        </w:rPr>
        <w:t>.</w:t>
      </w:r>
    </w:p>
    <w:p>
      <w:pPr>
        <w:spacing w:after="80"/>
      </w:pPr>
      <w:r>
        <w:rPr>
          <w:b/>
          <w:i w:val="0"/>
          <w:smallCaps w:val="0"/>
          <w:strike w:val="0"/>
          <w:sz w:val="26"/>
          <w:u w:val="none"/>
        </w:rPr>
        <w:t xml:space="preserve">Damon 21 </w:t>
      </w:r>
      <w:r>
        <w:rPr>
          <w:b w:val="0"/>
          <w:i w:val="0"/>
          <w:smallCaps w:val="0"/>
          <w:strike w:val="0"/>
          <w:sz w:val="16"/>
          <w:u w:val="none"/>
        </w:rPr>
        <w:t>– Andre Damon (Writer and editor for the World Socialist Web Site), 3-24-2021, "What a US nuclear war with China would look like", World Socialist Web Site, https://www.wsws.org/en/articles/2021/03/25/nuke-m25.html /$antiP/</w:t>
      </w:r>
    </w:p>
    <w:p>
      <w:pPr>
        <w:spacing w:after="60"/>
      </w:pPr>
      <w:r>
        <w:rPr>
          <w:b w:val="0"/>
          <w:i w:val="0"/>
          <w:smallCaps w:val="0"/>
          <w:strike w:val="0"/>
          <w:u w:val="single"/>
        </w:rPr>
        <w:t>The</w:t>
      </w:r>
      <w:r>
        <w:rPr>
          <w:b w:val="0"/>
          <w:i w:val="0"/>
          <w:smallCaps w:val="0"/>
          <w:strike w:val="0"/>
          <w:u w:val="single"/>
        </w:rPr>
        <w:t xml:space="preserve"> tabletop </w:t>
      </w:r>
      <w:r>
        <w:rPr>
          <w:b w:val="0"/>
          <w:i w:val="0"/>
          <w:smallCaps w:val="0"/>
          <w:strike w:val="0"/>
          <w:u w:val="single"/>
        </w:rPr>
        <w:t>military exercise proceeds as follows</w:t>
      </w:r>
      <w:r>
        <w:rPr>
          <w:b w:val="0"/>
          <w:i w:val="0"/>
          <w:smallCaps w:val="0"/>
          <w:strike w:val="0"/>
          <w:sz w:val="16"/>
          <w:u w:val="none"/>
        </w:rPr>
        <w:t>. During a freedom of navigation exercise in the South China Sea taking place in the year 2034, a group of US frigates board a Chinese civilian vessel in distress. The Americans learn the vessel houses sensitive technology and seize it. While the operation is underway, the US vessels are attacked by a Chinese fleet, which totally paralyzes them using advanced cyberweapons.</w:t>
      </w:r>
    </w:p>
    <w:p>
      <w:pPr>
        <w:spacing w:after="60"/>
      </w:pPr>
      <w:r>
        <w:rPr>
          <w:b w:val="0"/>
          <w:i w:val="0"/>
          <w:smallCaps w:val="0"/>
          <w:strike w:val="0"/>
          <w:sz w:val="16"/>
          <w:u w:val="none"/>
        </w:rPr>
        <w:t xml:space="preserve">When </w:t>
      </w:r>
      <w:r>
        <w:rPr>
          <w:b w:val="0"/>
          <w:i w:val="0"/>
          <w:smallCaps w:val="0"/>
          <w:strike w:val="0"/>
          <w:u w:val="single"/>
        </w:rPr>
        <w:t xml:space="preserve">the </w:t>
      </w:r>
      <w:r>
        <w:rPr>
          <w:b w:val="0"/>
          <w:i w:val="0"/>
          <w:smallCaps w:val="0"/>
          <w:strike w:val="0"/>
          <w:highlight w:val="cyan"/>
          <w:u w:val="single"/>
        </w:rPr>
        <w:t>US dispatches</w:t>
      </w:r>
      <w:r>
        <w:rPr>
          <w:b w:val="0"/>
          <w:i w:val="0"/>
          <w:smallCaps w:val="0"/>
          <w:strike w:val="0"/>
          <w:u w:val="single"/>
        </w:rPr>
        <w:t xml:space="preserve"> two aircraft carrier </w:t>
      </w:r>
      <w:r>
        <w:rPr>
          <w:b w:val="0"/>
          <w:i w:val="0"/>
          <w:smallCaps w:val="0"/>
          <w:strike w:val="0"/>
          <w:highlight w:val="cyan"/>
          <w:u w:val="single"/>
        </w:rPr>
        <w:t>battle groups</w:t>
      </w:r>
      <w:r>
        <w:rPr>
          <w:b w:val="0"/>
          <w:i w:val="0"/>
          <w:smallCaps w:val="0"/>
          <w:strike w:val="0"/>
          <w:u w:val="single"/>
        </w:rPr>
        <w:t xml:space="preserve"> to the Pacific </w:t>
      </w:r>
      <w:r>
        <w:rPr>
          <w:b w:val="0"/>
          <w:i w:val="0"/>
          <w:smallCaps w:val="0"/>
          <w:strike w:val="0"/>
          <w:highlight w:val="cyan"/>
          <w:u w:val="single"/>
        </w:rPr>
        <w:t>in a show of force</w:t>
      </w:r>
      <w:r>
        <w:rPr>
          <w:b w:val="0"/>
          <w:i w:val="0"/>
          <w:smallCaps w:val="0"/>
          <w:strike w:val="0"/>
          <w:u w:val="single"/>
        </w:rPr>
        <w:t xml:space="preserve">, a total of </w:t>
      </w:r>
      <w:r>
        <w:rPr>
          <w:b w:val="0"/>
          <w:i w:val="0"/>
          <w:smallCaps w:val="0"/>
          <w:strike w:val="0"/>
          <w:highlight w:val="cyan"/>
          <w:u w:val="single"/>
        </w:rPr>
        <w:t>40</w:t>
      </w:r>
      <w:r>
        <w:rPr>
          <w:b w:val="0"/>
          <w:i w:val="0"/>
          <w:smallCaps w:val="0"/>
          <w:strike w:val="0"/>
          <w:u w:val="single"/>
        </w:rPr>
        <w:t xml:space="preserve"> American </w:t>
      </w:r>
      <w:r>
        <w:rPr>
          <w:b w:val="0"/>
          <w:i w:val="0"/>
          <w:smallCaps w:val="0"/>
          <w:strike w:val="0"/>
          <w:highlight w:val="cyan"/>
          <w:u w:val="single"/>
        </w:rPr>
        <w:t>ships</w:t>
      </w:r>
      <w:r>
        <w:rPr>
          <w:b w:val="0"/>
          <w:i w:val="0"/>
          <w:smallCaps w:val="0"/>
          <w:strike w:val="0"/>
          <w:u w:val="single"/>
        </w:rPr>
        <w:t xml:space="preserve"> are </w:t>
      </w:r>
      <w:r>
        <w:rPr>
          <w:b w:val="0"/>
          <w:i w:val="0"/>
          <w:smallCaps w:val="0"/>
          <w:strike w:val="0"/>
          <w:highlight w:val="cyan"/>
          <w:u w:val="single"/>
        </w:rPr>
        <w:t>sunk</w:t>
      </w:r>
      <w:r>
        <w:rPr>
          <w:b w:val="0"/>
          <w:i w:val="0"/>
          <w:smallCaps w:val="0"/>
          <w:strike w:val="0"/>
          <w:u w:val="single"/>
        </w:rPr>
        <w:t xml:space="preserve"> with negligible Chinese losses</w:t>
      </w:r>
      <w:r>
        <w:rPr>
          <w:b w:val="0"/>
          <w:i w:val="0"/>
          <w:smallCaps w:val="0"/>
          <w:strike w:val="0"/>
          <w:sz w:val="16"/>
          <w:u w:val="none"/>
        </w:rPr>
        <w:t>. The numbers are not quantified, but some tens of thousands of American sailors, airmen, and marines must have lost their lives.</w:t>
      </w:r>
    </w:p>
    <w:p>
      <w:pPr>
        <w:spacing w:after="60"/>
      </w:pPr>
      <w:r>
        <w:rPr>
          <w:b w:val="0"/>
          <w:i w:val="0"/>
          <w:smallCaps w:val="0"/>
          <w:strike w:val="0"/>
          <w:sz w:val="16"/>
          <w:u w:val="none"/>
        </w:rPr>
        <w:t xml:space="preserve">In response, </w:t>
      </w:r>
      <w:r>
        <w:rPr>
          <w:b/>
          <w:i w:val="0"/>
          <w:smallCaps w:val="0"/>
          <w:strike w:val="0"/>
          <w:highlight w:val="cyan"/>
          <w:u w:val="single"/>
        </w:rPr>
        <w:t>Washington launches a nuclear weapon</w:t>
      </w:r>
      <w:r>
        <w:rPr>
          <w:b w:val="0"/>
          <w:i w:val="0"/>
          <w:smallCaps w:val="0"/>
          <w:strike w:val="0"/>
          <w:u w:val="single"/>
        </w:rPr>
        <w:t xml:space="preserve"> at a Chinese coastal city, against which </w:t>
      </w:r>
      <w:r>
        <w:rPr>
          <w:b/>
          <w:i w:val="0"/>
          <w:smallCaps w:val="0"/>
          <w:strike w:val="0"/>
          <w:highlight w:val="cyan"/>
          <w:u w:val="single"/>
        </w:rPr>
        <w:t>Beijing</w:t>
      </w:r>
      <w:r>
        <w:rPr>
          <w:b/>
          <w:i w:val="0"/>
          <w:smallCaps w:val="0"/>
          <w:strike w:val="0"/>
          <w:u w:val="single"/>
        </w:rPr>
        <w:t xml:space="preserve"> </w:t>
      </w:r>
      <w:r>
        <w:rPr>
          <w:b/>
          <w:i w:val="0"/>
          <w:smallCaps w:val="0"/>
          <w:strike w:val="0"/>
          <w:highlight w:val="cyan"/>
          <w:u w:val="single"/>
        </w:rPr>
        <w:t>retaliates</w:t>
      </w:r>
      <w:r>
        <w:rPr>
          <w:b/>
          <w:i w:val="0"/>
          <w:smallCaps w:val="0"/>
          <w:strike w:val="0"/>
          <w:u w:val="single"/>
        </w:rPr>
        <w:t xml:space="preserve"> by launching a nuclear attack</w:t>
      </w:r>
      <w:r>
        <w:rPr>
          <w:b w:val="0"/>
          <w:i w:val="0"/>
          <w:smallCaps w:val="0"/>
          <w:strike w:val="0"/>
          <w:u w:val="single"/>
        </w:rPr>
        <w:t xml:space="preserve"> on San Diego, California and Galveston, Texas. </w:t>
      </w:r>
      <w:r>
        <w:rPr>
          <w:b w:val="0"/>
          <w:i w:val="0"/>
          <w:smallCaps w:val="0"/>
          <w:strike w:val="0"/>
          <w:highlight w:val="cyan"/>
          <w:u w:val="single"/>
        </w:rPr>
        <w:t>The US</w:t>
      </w:r>
      <w:r>
        <w:rPr>
          <w:b w:val="0"/>
          <w:i w:val="0"/>
          <w:smallCaps w:val="0"/>
          <w:strike w:val="0"/>
          <w:u w:val="single"/>
        </w:rPr>
        <w:t xml:space="preserve"> retaliates by </w:t>
      </w:r>
      <w:r>
        <w:rPr>
          <w:b w:val="0"/>
          <w:i w:val="0"/>
          <w:smallCaps w:val="0"/>
          <w:strike w:val="0"/>
          <w:highlight w:val="cyan"/>
          <w:u w:val="single"/>
        </w:rPr>
        <w:t>obliterat</w:t>
      </w:r>
      <w:r>
        <w:rPr>
          <w:b w:val="0"/>
          <w:i w:val="0"/>
          <w:smallCaps w:val="0"/>
          <w:strike w:val="0"/>
          <w:u w:val="single"/>
        </w:rPr>
        <w:t xml:space="preserve">ing </w:t>
      </w:r>
      <w:r>
        <w:rPr>
          <w:b w:val="0"/>
          <w:i w:val="0"/>
          <w:smallCaps w:val="0"/>
          <w:strike w:val="0"/>
          <w:highlight w:val="cyan"/>
          <w:u w:val="single"/>
        </w:rPr>
        <w:t>Shanghai</w:t>
      </w:r>
      <w:r>
        <w:rPr>
          <w:b w:val="0"/>
          <w:i w:val="0"/>
          <w:smallCaps w:val="0"/>
          <w:strike w:val="0"/>
          <w:u w:val="single"/>
        </w:rPr>
        <w:t>, one of the world’s largest and most important cities</w:t>
      </w:r>
      <w:r>
        <w:rPr>
          <w:b w:val="0"/>
          <w:i w:val="0"/>
          <w:smallCaps w:val="0"/>
          <w:strike w:val="0"/>
          <w:sz w:val="16"/>
          <w:u w:val="none"/>
        </w:rPr>
        <w:t>.</w:t>
      </w:r>
    </w:p>
    <w:p>
      <w:pPr>
        <w:spacing w:after="60"/>
      </w:pPr>
      <w:r>
        <w:rPr>
          <w:b w:val="0"/>
          <w:i w:val="0"/>
          <w:smallCaps w:val="0"/>
          <w:strike w:val="0"/>
          <w:sz w:val="16"/>
          <w:u w:val="none"/>
        </w:rPr>
        <w:t>Stavridis writes that after an American nuclear attack on Shanghai, “</w:t>
      </w:r>
      <w:r>
        <w:rPr>
          <w:b w:val="0"/>
          <w:i w:val="0"/>
          <w:smallCaps w:val="0"/>
          <w:strike w:val="0"/>
          <w:u w:val="single"/>
        </w:rPr>
        <w:t xml:space="preserve">These many months later the city remained a charred, radioactive wasteland. </w:t>
      </w:r>
      <w:r>
        <w:rPr>
          <w:b w:val="0"/>
          <w:i w:val="0"/>
          <w:smallCaps w:val="0"/>
          <w:strike w:val="0"/>
          <w:u w:val="single"/>
        </w:rPr>
        <w:t xml:space="preserve">The </w:t>
      </w:r>
      <w:r>
        <w:rPr>
          <w:b/>
          <w:i w:val="0"/>
          <w:smallCaps w:val="0"/>
          <w:strike w:val="0"/>
          <w:u w:val="single"/>
        </w:rPr>
        <w:t>death toll had exceeded thirty million</w:t>
      </w:r>
      <w:r>
        <w:rPr>
          <w:b w:val="0"/>
          <w:i w:val="0"/>
          <w:smallCaps w:val="0"/>
          <w:strike w:val="0"/>
          <w:u w:val="single"/>
        </w:rPr>
        <w:t xml:space="preserve">. After each of the nuclear attacks </w:t>
      </w:r>
      <w:r>
        <w:rPr>
          <w:b/>
          <w:i w:val="0"/>
          <w:smallCaps w:val="0"/>
          <w:strike w:val="0"/>
          <w:u w:val="single"/>
        </w:rPr>
        <w:t xml:space="preserve">international </w:t>
      </w:r>
      <w:r>
        <w:rPr>
          <w:b/>
          <w:i w:val="0"/>
          <w:smallCaps w:val="0"/>
          <w:strike w:val="0"/>
          <w:highlight w:val="cyan"/>
          <w:u w:val="single"/>
        </w:rPr>
        <w:t>markets plummeted</w:t>
      </w:r>
      <w:r>
        <w:rPr>
          <w:b w:val="0"/>
          <w:i w:val="0"/>
          <w:smallCaps w:val="0"/>
          <w:strike w:val="0"/>
          <w:u w:val="single"/>
        </w:rPr>
        <w:t xml:space="preserve">. </w:t>
      </w:r>
      <w:r>
        <w:rPr>
          <w:b/>
          <w:i w:val="0"/>
          <w:smallCaps w:val="0"/>
          <w:strike w:val="0"/>
          <w:highlight w:val="cyan"/>
          <w:u w:val="single"/>
        </w:rPr>
        <w:t>Crops failed</w:t>
      </w:r>
      <w:r>
        <w:rPr>
          <w:b w:val="0"/>
          <w:i w:val="0"/>
          <w:smallCaps w:val="0"/>
          <w:strike w:val="0"/>
          <w:u w:val="single"/>
        </w:rPr>
        <w:t xml:space="preserve">. </w:t>
      </w:r>
      <w:r>
        <w:rPr>
          <w:b/>
          <w:i w:val="0"/>
          <w:smallCaps w:val="0"/>
          <w:strike w:val="0"/>
          <w:u w:val="single"/>
        </w:rPr>
        <w:t xml:space="preserve">Infectious </w:t>
      </w:r>
      <w:r>
        <w:rPr>
          <w:b/>
          <w:i w:val="0"/>
          <w:smallCaps w:val="0"/>
          <w:strike w:val="0"/>
          <w:highlight w:val="cyan"/>
          <w:u w:val="single"/>
        </w:rPr>
        <w:t>diseases spread</w:t>
      </w:r>
      <w:r>
        <w:rPr>
          <w:b w:val="0"/>
          <w:i w:val="0"/>
          <w:smallCaps w:val="0"/>
          <w:strike w:val="0"/>
          <w:u w:val="single"/>
        </w:rPr>
        <w:t xml:space="preserve">. </w:t>
      </w:r>
      <w:r>
        <w:rPr>
          <w:b/>
          <w:i w:val="0"/>
          <w:smallCaps w:val="0"/>
          <w:strike w:val="0"/>
          <w:highlight w:val="cyan"/>
          <w:u w:val="single"/>
        </w:rPr>
        <w:t>Radiation</w:t>
      </w:r>
      <w:r>
        <w:rPr>
          <w:b/>
          <w:i w:val="0"/>
          <w:smallCaps w:val="0"/>
          <w:strike w:val="0"/>
          <w:u w:val="single"/>
        </w:rPr>
        <w:t xml:space="preserve"> poisoning promised to </w:t>
      </w:r>
      <w:r>
        <w:rPr>
          <w:b/>
          <w:i w:val="0"/>
          <w:smallCaps w:val="0"/>
          <w:strike w:val="0"/>
          <w:highlight w:val="cyan"/>
          <w:u w:val="single"/>
        </w:rPr>
        <w:t>contaminate generations</w:t>
      </w:r>
      <w:r>
        <w:rPr>
          <w:b w:val="0"/>
          <w:i w:val="0"/>
          <w:smallCaps w:val="0"/>
          <w:strike w:val="0"/>
          <w:u w:val="single"/>
        </w:rPr>
        <w:t>. The devastation exceeded… capacity for comprehension</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u w:val="single"/>
        </w:rPr>
        <w:t>American survivors of a Chinese nuclear attack on San Diego are left to live in “wretched camps,” where “</w:t>
      </w:r>
      <w:r>
        <w:rPr>
          <w:b/>
          <w:i w:val="0"/>
          <w:smallCaps w:val="0"/>
          <w:strike w:val="0"/>
          <w:u w:val="single"/>
        </w:rPr>
        <w:t>cyclical outbreaks of typhus, measles, and even smallpox often sprouted from</w:t>
      </w:r>
      <w:r>
        <w:rPr>
          <w:b/>
          <w:i w:val="0"/>
          <w:smallCaps w:val="0"/>
          <w:strike w:val="0"/>
          <w:u w:val="single"/>
        </w:rPr>
        <w:t xml:space="preserve"> the unbilged latrines and rows of plastic tenting</w:t>
      </w:r>
      <w:r>
        <w:rPr>
          <w:b w:val="0"/>
          <w:i w:val="0"/>
          <w:smallCaps w:val="0"/>
          <w:strike w:val="0"/>
          <w:sz w:val="16"/>
          <w:u w:val="none"/>
        </w:rPr>
        <w:t>.”</w:t>
      </w:r>
    </w:p>
    <w:p>
      <w:pPr>
        <w:spacing w:after="60"/>
      </w:pPr>
      <w:r>
        <w:rPr>
          <w:b w:val="0"/>
          <w:i w:val="0"/>
          <w:smallCaps w:val="0"/>
          <w:strike w:val="0"/>
          <w:sz w:val="16"/>
          <w:u w:val="none"/>
        </w:rPr>
        <w:t xml:space="preserve">This appears to be a vision of hell. But </w:t>
      </w:r>
      <w:r>
        <w:rPr>
          <w:b w:val="0"/>
          <w:i w:val="0"/>
          <w:smallCaps w:val="0"/>
          <w:strike w:val="0"/>
          <w:u w:val="single"/>
        </w:rPr>
        <w:t xml:space="preserve">it must be stated bluntly that </w:t>
      </w:r>
      <w:r>
        <w:rPr>
          <w:b w:val="0"/>
          <w:i w:val="0"/>
          <w:smallCaps w:val="0"/>
          <w:strike w:val="0"/>
          <w:u w:val="single"/>
        </w:rPr>
        <w:t xml:space="preserve">even </w:t>
      </w:r>
      <w:r>
        <w:rPr>
          <w:b w:val="0"/>
          <w:i w:val="0"/>
          <w:smallCaps w:val="0"/>
          <w:strike w:val="0"/>
          <w:highlight w:val="cyan"/>
          <w:u w:val="single"/>
        </w:rPr>
        <w:t>this</w:t>
      </w:r>
      <w:r>
        <w:rPr>
          <w:b w:val="0"/>
          <w:i w:val="0"/>
          <w:smallCaps w:val="0"/>
          <w:strike w:val="0"/>
          <w:u w:val="single"/>
        </w:rPr>
        <w:t xml:space="preserve"> </w:t>
      </w:r>
      <w:r>
        <w:rPr>
          <w:b/>
          <w:i w:val="0"/>
          <w:smallCaps w:val="0"/>
          <w:strike w:val="0"/>
          <w:u w:val="single"/>
        </w:rPr>
        <w:t xml:space="preserve">depiction </w:t>
      </w:r>
      <w:r>
        <w:rPr>
          <w:b/>
          <w:i w:val="0"/>
          <w:smallCaps w:val="0"/>
          <w:strike w:val="0"/>
          <w:highlight w:val="cyan"/>
          <w:u w:val="single"/>
        </w:rPr>
        <w:t>falls</w:t>
      </w:r>
      <w:r>
        <w:rPr>
          <w:b/>
          <w:i w:val="0"/>
          <w:smallCaps w:val="0"/>
          <w:strike w:val="0"/>
          <w:u w:val="single"/>
        </w:rPr>
        <w:t xml:space="preserve"> far, far </w:t>
      </w:r>
      <w:r>
        <w:rPr>
          <w:b/>
          <w:i w:val="0"/>
          <w:smallCaps w:val="0"/>
          <w:strike w:val="0"/>
          <w:highlight w:val="cyan"/>
          <w:u w:val="single"/>
        </w:rPr>
        <w:t>short of the</w:t>
      </w:r>
      <w:r>
        <w:rPr>
          <w:b/>
          <w:i w:val="0"/>
          <w:smallCaps w:val="0"/>
          <w:strike w:val="0"/>
          <w:u w:val="single"/>
        </w:rPr>
        <w:t xml:space="preserve"> </w:t>
      </w:r>
      <w:r>
        <w:rPr>
          <w:b/>
          <w:i w:val="0"/>
          <w:smallCaps w:val="0"/>
          <w:strike w:val="0"/>
          <w:highlight w:val="cyan"/>
          <w:u w:val="single"/>
        </w:rPr>
        <w:t>actual effects</w:t>
      </w:r>
      <w:r>
        <w:rPr>
          <w:b/>
          <w:i w:val="0"/>
          <w:smallCaps w:val="0"/>
          <w:strike w:val="0"/>
          <w:u w:val="single"/>
        </w:rPr>
        <w:t xml:space="preserve"> of a nuclear world war</w:t>
      </w:r>
      <w:r>
        <w:rPr>
          <w:b w:val="0"/>
          <w:i w:val="0"/>
          <w:smallCaps w:val="0"/>
          <w:strike w:val="0"/>
          <w:sz w:val="16"/>
          <w:u w:val="none"/>
        </w:rPr>
        <w:t>.</w:t>
      </w:r>
    </w:p>
    <w:p>
      <w:pPr>
        <w:spacing w:after="60"/>
      </w:pPr>
      <w:r>
        <w:rPr>
          <w:b w:val="0"/>
          <w:i w:val="0"/>
          <w:smallCaps w:val="0"/>
          <w:strike w:val="0"/>
          <w:sz w:val="16"/>
          <w:u w:val="none"/>
        </w:rPr>
        <w:t xml:space="preserve">By training and temperament, Stavridis is largely incapable of viewing the world through the eyes of anyone besides a military officer or “national security” bureaucrat. “Ordinary” people are not described. The various protagonists take the lives of millions, and it is very hard on them, and the </w:t>
      </w:r>
      <w:r>
        <w:rPr>
          <w:b w:val="0"/>
          <w:i w:val="0"/>
          <w:smallCaps w:val="0"/>
          <w:strike w:val="0"/>
          <w:sz w:val="14"/>
          <w:u w:val="none"/>
        </w:rPr>
        <w:t>reader is supposed to sympathize.</w:t>
      </w:r>
    </w:p>
    <w:p>
      <w:pPr>
        <w:spacing w:after="60"/>
      </w:pPr>
      <w:r>
        <w:rPr>
          <w:b w:val="0"/>
          <w:i w:val="0"/>
          <w:smallCaps w:val="0"/>
          <w:strike w:val="0"/>
          <w:sz w:val="14"/>
          <w:u w:val="none"/>
        </w:rPr>
        <w:t>In Stavridis’ account, the decisions governing the conflict are made by largely rational and analytical military technocrats. Elected leaders notionally exist, and they sometimes take actions that impinge upon the narrative, but it is the military officials that largely guide the action. Just as politicians have little impact on the plot, social dynamics and popular opinion are largely ignored.</w:t>
      </w:r>
    </w:p>
    <w:p>
      <w:pPr>
        <w:spacing w:after="60"/>
      </w:pPr>
      <w:r>
        <w:rPr>
          <w:b w:val="0"/>
          <w:i w:val="0"/>
          <w:smallCaps w:val="0"/>
          <w:strike w:val="0"/>
          <w:sz w:val="14"/>
          <w:u w:val="none"/>
        </w:rPr>
        <w:t>The United States carries out a nuclear attack on a Chinese port city, and it appears to have no domestic social effect, except to lead the public to bray for blood.</w:t>
      </w:r>
    </w:p>
    <w:p>
      <w:pPr>
        <w:spacing w:after="60"/>
      </w:pPr>
      <w:r>
        <w:rPr>
          <w:b/>
          <w:i w:val="0"/>
          <w:smallCaps w:val="0"/>
          <w:strike w:val="0"/>
          <w:highlight w:val="cyan"/>
          <w:u w:val="single"/>
        </w:rPr>
        <w:t>Millions are killed</w:t>
      </w:r>
      <w:r>
        <w:rPr>
          <w:b/>
          <w:i w:val="0"/>
          <w:smallCaps w:val="0"/>
          <w:strike w:val="0"/>
          <w:u w:val="single"/>
        </w:rPr>
        <w:t xml:space="preserve">, </w:t>
      </w:r>
      <w:r>
        <w:rPr>
          <w:b/>
          <w:i w:val="0"/>
          <w:smallCaps w:val="0"/>
          <w:strike w:val="0"/>
          <w:u w:val="single"/>
        </w:rPr>
        <w:t>tens of millions</w:t>
      </w:r>
      <w:r>
        <w:rPr>
          <w:b/>
          <w:i w:val="0"/>
          <w:smallCaps w:val="0"/>
          <w:strike w:val="0"/>
          <w:u w:val="single"/>
        </w:rPr>
        <w:t xml:space="preserve"> are </w:t>
      </w:r>
      <w:r>
        <w:rPr>
          <w:b/>
          <w:i w:val="0"/>
          <w:smallCaps w:val="0"/>
          <w:strike w:val="0"/>
          <w:highlight w:val="cyan"/>
          <w:u w:val="single"/>
        </w:rPr>
        <w:t>displaced</w:t>
      </w:r>
      <w:r>
        <w:rPr>
          <w:b/>
          <w:i w:val="0"/>
          <w:smallCaps w:val="0"/>
          <w:strike w:val="0"/>
          <w:u w:val="single"/>
        </w:rPr>
        <w:t xml:space="preserve"> domestically </w:t>
      </w:r>
      <w:r>
        <w:rPr>
          <w:b/>
          <w:i w:val="0"/>
          <w:smallCaps w:val="0"/>
          <w:strike w:val="0"/>
          <w:u w:val="single"/>
        </w:rPr>
        <w:t>in the United States</w:t>
      </w:r>
      <w:r>
        <w:rPr>
          <w:b w:val="0"/>
          <w:i w:val="0"/>
          <w:smallCaps w:val="0"/>
          <w:strike w:val="0"/>
          <w:sz w:val="16"/>
          <w:u w:val="none"/>
        </w:rPr>
        <w:t>. In one single incident—the nuclear bombing of Shanghai—the United States carries out an act of mass murder surpassing in scale the vernichtungskrieg (war of extermination) waged by Nazi Germany in the Eastern front over four years.</w:t>
      </w:r>
    </w:p>
    <w:p>
      <w:pPr>
        <w:spacing w:after="60"/>
      </w:pPr>
      <w:r>
        <w:rPr>
          <w:b w:val="0"/>
          <w:i w:val="0"/>
          <w:smallCaps w:val="0"/>
          <w:strike w:val="0"/>
          <w:sz w:val="16"/>
          <w:u w:val="none"/>
        </w:rPr>
        <w:t xml:space="preserve">Amid all of this, there is no domestic social response. </w:t>
      </w:r>
      <w:r>
        <w:rPr>
          <w:b w:val="0"/>
          <w:i w:val="0"/>
          <w:smallCaps w:val="0"/>
          <w:strike w:val="0"/>
          <w:u w:val="single"/>
        </w:rPr>
        <w:t>The end of World War I toppled the Russian, Austrian, Ottoman, and German empires in a massive revolutionary upheaval. The end of the Second World War completely redrew the map of Europe</w:t>
      </w:r>
      <w:r>
        <w:rPr>
          <w:b w:val="0"/>
          <w:i w:val="0"/>
          <w:smallCaps w:val="0"/>
          <w:strike w:val="0"/>
          <w:sz w:val="16"/>
          <w:u w:val="none"/>
        </w:rPr>
        <w:t>. But in Stavridis’ account, the population somehow remains complacent throughout a third world war while millions are slaughtered.</w:t>
      </w:r>
    </w:p>
    <w:p>
      <w:pPr>
        <w:spacing w:after="60"/>
      </w:pPr>
      <w:r>
        <w:rPr>
          <w:b w:val="0"/>
          <w:i w:val="0"/>
          <w:smallCaps w:val="0"/>
          <w:strike w:val="0"/>
          <w:u w:val="single"/>
        </w:rPr>
        <w:t xml:space="preserve">This has nothing to do with the real world, dominated by class polarization and conflict. </w:t>
      </w:r>
      <w:r>
        <w:rPr>
          <w:b/>
          <w:i w:val="0"/>
          <w:smallCaps w:val="0"/>
          <w:strike w:val="0"/>
          <w:highlight w:val="cyan"/>
          <w:u w:val="single"/>
        </w:rPr>
        <w:t>War</w:t>
      </w:r>
      <w:r>
        <w:rPr>
          <w:b/>
          <w:i w:val="0"/>
          <w:smallCaps w:val="0"/>
          <w:strike w:val="0"/>
          <w:u w:val="single"/>
        </w:rPr>
        <w:t xml:space="preserve"> will be </w:t>
      </w:r>
      <w:r>
        <w:rPr>
          <w:b/>
          <w:i w:val="0"/>
          <w:smallCaps w:val="0"/>
          <w:strike w:val="0"/>
          <w:highlight w:val="cyan"/>
          <w:u w:val="single"/>
        </w:rPr>
        <w:t>accompanied by</w:t>
      </w:r>
      <w:r>
        <w:rPr>
          <w:b/>
          <w:i w:val="0"/>
          <w:smallCaps w:val="0"/>
          <w:strike w:val="0"/>
          <w:u w:val="single"/>
        </w:rPr>
        <w:t xml:space="preserve"> massive </w:t>
      </w:r>
      <w:r>
        <w:rPr>
          <w:b/>
          <w:i w:val="0"/>
          <w:smallCaps w:val="0"/>
          <w:strike w:val="0"/>
          <w:highlight w:val="cyan"/>
          <w:u w:val="single"/>
        </w:rPr>
        <w:t>state repression</w:t>
      </w:r>
      <w:r>
        <w:rPr>
          <w:b w:val="0"/>
          <w:i w:val="0"/>
          <w:smallCaps w:val="0"/>
          <w:strike w:val="0"/>
          <w:u w:val="single"/>
        </w:rPr>
        <w:t xml:space="preserve">. The pretext for a </w:t>
      </w:r>
      <w:r>
        <w:rPr>
          <w:b/>
          <w:i w:val="0"/>
          <w:smallCaps w:val="0"/>
          <w:strike w:val="0"/>
          <w:highlight w:val="cyan"/>
          <w:u w:val="single"/>
        </w:rPr>
        <w:t>domestic crackdown</w:t>
      </w:r>
      <w:r>
        <w:rPr>
          <w:b w:val="0"/>
          <w:i w:val="0"/>
          <w:smallCaps w:val="0"/>
          <w:strike w:val="0"/>
          <w:u w:val="single"/>
        </w:rPr>
        <w:t xml:space="preserve"> and the need to divert intense internal social conflicts outward are, in fact, among the major unstated reasons why ruling classes are embarking upon military confrontations </w:t>
      </w:r>
      <w:r>
        <w:rPr>
          <w:b w:val="0"/>
          <w:i w:val="0"/>
          <w:smallCaps w:val="0"/>
          <w:strike w:val="0"/>
          <w:u w:val="single"/>
        </w:rPr>
        <w:t xml:space="preserve">that can </w:t>
      </w:r>
      <w:r>
        <w:rPr>
          <w:b/>
          <w:i w:val="0"/>
          <w:smallCaps w:val="0"/>
          <w:strike w:val="0"/>
          <w:highlight w:val="cyan"/>
          <w:u w:val="single"/>
        </w:rPr>
        <w:t>end in</w:t>
      </w:r>
      <w:r>
        <w:rPr>
          <w:b/>
          <w:i w:val="0"/>
          <w:smallCaps w:val="0"/>
          <w:strike w:val="0"/>
          <w:u w:val="single"/>
        </w:rPr>
        <w:t xml:space="preserve"> the </w:t>
      </w:r>
      <w:r>
        <w:rPr>
          <w:b/>
          <w:i w:val="0"/>
          <w:smallCaps w:val="0"/>
          <w:strike w:val="0"/>
          <w:highlight w:val="cyan"/>
          <w:u w:val="single"/>
        </w:rPr>
        <w:t>acts of mass murder</w:t>
      </w:r>
      <w:r>
        <w:rPr>
          <w:b w:val="0"/>
          <w:i w:val="0"/>
          <w:smallCaps w:val="0"/>
          <w:strike w:val="0"/>
          <w:sz w:val="16"/>
          <w:u w:val="none"/>
        </w:rPr>
        <w:t xml:space="preserve"> depicted in 2034.</w:t>
      </w:r>
    </w:p>
    <w:p>
      <w:pPr>
        <w:spacing w:after="60"/>
      </w:pPr>
      <w:r>
        <w:rPr>
          <w:b w:val="0"/>
          <w:i w:val="0"/>
          <w:smallCaps w:val="0"/>
          <w:strike w:val="0"/>
          <w:sz w:val="16"/>
          <w:u w:val="none"/>
        </w:rPr>
        <w:t xml:space="preserve">Finally, the military dynamics are themselves totally unrealistic. </w:t>
      </w:r>
      <w:r>
        <w:rPr>
          <w:b w:val="0"/>
          <w:i w:val="0"/>
          <w:smallCaps w:val="0"/>
          <w:strike w:val="0"/>
          <w:u w:val="single"/>
        </w:rPr>
        <w:t>The central assumption of the book is that there exists such a thing as a “tactical” nuclear war</w:t>
      </w:r>
      <w:r>
        <w:rPr>
          <w:b w:val="0"/>
          <w:i w:val="0"/>
          <w:smallCaps w:val="0"/>
          <w:strike w:val="0"/>
          <w:sz w:val="16"/>
          <w:u w:val="none"/>
        </w:rPr>
        <w:t>. Military actions are calmly and rationally discussed and deliberated.</w:t>
      </w:r>
    </w:p>
    <w:p>
      <w:pPr>
        <w:spacing w:after="60"/>
      </w:pPr>
      <w:r>
        <w:rPr>
          <w:b w:val="0"/>
          <w:i w:val="0"/>
          <w:smallCaps w:val="0"/>
          <w:strike w:val="0"/>
          <w:sz w:val="16"/>
          <w:u w:val="none"/>
        </w:rPr>
        <w:t>Even so, it is only through an absurd and unbelievable plot twist that a strategic nuclear exchange is avoided. In a ridiculous deus ex machina, India attacks both Chinese and US vessels, bringing about an end to the war.</w:t>
      </w:r>
    </w:p>
    <w:p>
      <w:pPr>
        <w:spacing w:after="60"/>
      </w:pPr>
      <w:r>
        <w:rPr>
          <w:b w:val="0"/>
          <w:i w:val="0"/>
          <w:smallCaps w:val="0"/>
          <w:strike w:val="0"/>
          <w:u w:val="single"/>
        </w:rPr>
        <w:t xml:space="preserve">There is </w:t>
      </w:r>
      <w:r>
        <w:rPr>
          <w:b/>
          <w:i w:val="0"/>
          <w:smallCaps w:val="0"/>
          <w:strike w:val="0"/>
          <w:highlight w:val="cyan"/>
          <w:u w:val="single"/>
        </w:rPr>
        <w:t>no</w:t>
      </w:r>
      <w:r>
        <w:rPr>
          <w:b/>
          <w:i w:val="0"/>
          <w:smallCaps w:val="0"/>
          <w:strike w:val="0"/>
          <w:u w:val="single"/>
        </w:rPr>
        <w:t xml:space="preserve"> such thing as</w:t>
      </w:r>
      <w:r>
        <w:rPr>
          <w:b/>
          <w:i w:val="0"/>
          <w:smallCaps w:val="0"/>
          <w:strike w:val="0"/>
          <w:u w:val="single"/>
        </w:rPr>
        <w:t xml:space="preserve"> a “</w:t>
      </w:r>
      <w:r>
        <w:rPr>
          <w:b/>
          <w:i w:val="0"/>
          <w:smallCaps w:val="0"/>
          <w:strike w:val="0"/>
          <w:highlight w:val="cyan"/>
          <w:u w:val="single"/>
        </w:rPr>
        <w:t>tactical</w:t>
      </w:r>
      <w:r>
        <w:rPr>
          <w:b/>
          <w:i w:val="0"/>
          <w:smallCaps w:val="0"/>
          <w:strike w:val="0"/>
          <w:u w:val="single"/>
        </w:rPr>
        <w:t xml:space="preserve">” </w:t>
      </w:r>
      <w:r>
        <w:rPr>
          <w:b/>
          <w:i w:val="0"/>
          <w:smallCaps w:val="0"/>
          <w:strike w:val="0"/>
          <w:highlight w:val="cyan"/>
          <w:u w:val="single"/>
        </w:rPr>
        <w:t>nuclear</w:t>
      </w:r>
      <w:r>
        <w:rPr>
          <w:b/>
          <w:i w:val="0"/>
          <w:smallCaps w:val="0"/>
          <w:strike w:val="0"/>
          <w:u w:val="single"/>
        </w:rPr>
        <w:t xml:space="preserve"> world </w:t>
      </w:r>
      <w:r>
        <w:rPr>
          <w:b/>
          <w:i w:val="0"/>
          <w:smallCaps w:val="0"/>
          <w:strike w:val="0"/>
          <w:highlight w:val="cyan"/>
          <w:u w:val="single"/>
        </w:rPr>
        <w:t>war</w:t>
      </w:r>
      <w:r>
        <w:rPr>
          <w:b w:val="0"/>
          <w:i w:val="0"/>
          <w:smallCaps w:val="0"/>
          <w:strike w:val="0"/>
          <w:u w:val="single"/>
        </w:rPr>
        <w:t>. There has never been a full-scale war between two countries armed with nuclear weapons</w:t>
      </w:r>
      <w:r>
        <w:rPr>
          <w:b w:val="0"/>
          <w:i w:val="0"/>
          <w:smallCaps w:val="0"/>
          <w:strike w:val="0"/>
          <w:sz w:val="16"/>
          <w:u w:val="none"/>
        </w:rPr>
        <w:t>. More importantly, there has never been a full-scale war between “great powers” armed with 21st century technology.</w:t>
      </w:r>
    </w:p>
    <w:p>
      <w:pPr>
        <w:spacing w:after="60"/>
      </w:pPr>
      <w:r>
        <w:rPr>
          <w:b w:val="0"/>
          <w:i w:val="0"/>
          <w:smallCaps w:val="0"/>
          <w:strike w:val="0"/>
          <w:u w:val="single"/>
        </w:rPr>
        <w:t xml:space="preserve">The range, cheapness, and speed of offensive weapons, including drones and high-speed missiles, will mean that </w:t>
      </w:r>
      <w:r>
        <w:rPr>
          <w:b w:val="0"/>
          <w:i w:val="0"/>
          <w:smallCaps w:val="0"/>
          <w:strike w:val="0"/>
          <w:u w:val="single"/>
        </w:rPr>
        <w:t xml:space="preserve">a third </w:t>
      </w:r>
      <w:r>
        <w:rPr>
          <w:b/>
          <w:i w:val="0"/>
          <w:smallCaps w:val="0"/>
          <w:strike w:val="0"/>
          <w:u w:val="single"/>
        </w:rPr>
        <w:t xml:space="preserve">world </w:t>
      </w:r>
      <w:r>
        <w:rPr>
          <w:b/>
          <w:i w:val="0"/>
          <w:smallCaps w:val="0"/>
          <w:strike w:val="0"/>
          <w:highlight w:val="cyan"/>
          <w:u w:val="single"/>
        </w:rPr>
        <w:t>war will be conducted everywhere</w:t>
      </w:r>
      <w:r>
        <w:rPr>
          <w:b/>
          <w:i w:val="0"/>
          <w:smallCaps w:val="0"/>
          <w:strike w:val="0"/>
          <w:u w:val="single"/>
        </w:rPr>
        <w:t xml:space="preserve"> at once, </w:t>
      </w:r>
      <w:r>
        <w:rPr>
          <w:b/>
          <w:i w:val="0"/>
          <w:smallCaps w:val="0"/>
          <w:strike w:val="0"/>
          <w:u w:val="single"/>
        </w:rPr>
        <w:t>at dizzying speed</w:t>
      </w:r>
      <w:r>
        <w:rPr>
          <w:b/>
          <w:i w:val="0"/>
          <w:smallCaps w:val="0"/>
          <w:strike w:val="0"/>
          <w:u w:val="single"/>
        </w:rPr>
        <w:t xml:space="preserve"> and complexity</w:t>
      </w:r>
      <w:r>
        <w:rPr>
          <w:b w:val="0"/>
          <w:i w:val="0"/>
          <w:smallCaps w:val="0"/>
          <w:strike w:val="0"/>
          <w:sz w:val="16"/>
          <w:u w:val="none"/>
        </w:rPr>
        <w:t>. The logic of these phenomena—the complexity of global relations and domestic opposition, the expansion of the battlefield to the entire globe, the delegation of warfare to artificial intelligence—</w:t>
      </w:r>
      <w:r>
        <w:rPr>
          <w:b w:val="0"/>
          <w:i w:val="0"/>
          <w:smallCaps w:val="0"/>
          <w:strike w:val="0"/>
          <w:u w:val="single"/>
        </w:rPr>
        <w:t xml:space="preserve">makes </w:t>
      </w:r>
      <w:r>
        <w:rPr>
          <w:b/>
          <w:i w:val="0"/>
          <w:smallCaps w:val="0"/>
          <w:strike w:val="0"/>
          <w:u w:val="single"/>
        </w:rPr>
        <w:t xml:space="preserve">nuclear war </w:t>
      </w:r>
      <w:r>
        <w:rPr>
          <w:b/>
          <w:i w:val="0"/>
          <w:smallCaps w:val="0"/>
          <w:strike w:val="0"/>
          <w:highlight w:val="cyan"/>
          <w:u w:val="single"/>
        </w:rPr>
        <w:t>impossible to control</w:t>
      </w:r>
      <w:r>
        <w:rPr>
          <w:b/>
          <w:i w:val="0"/>
          <w:smallCaps w:val="0"/>
          <w:strike w:val="0"/>
          <w:u w:val="single"/>
        </w:rPr>
        <w:t xml:space="preserve"> and limit to</w:t>
      </w:r>
      <w:r>
        <w:rPr>
          <w:b/>
          <w:i w:val="0"/>
          <w:smallCaps w:val="0"/>
          <w:strike w:val="0"/>
          <w:u w:val="single"/>
        </w:rPr>
        <w:t xml:space="preserve"> the “</w:t>
      </w:r>
      <w:r>
        <w:rPr>
          <w:b/>
          <w:i w:val="0"/>
          <w:smallCaps w:val="0"/>
          <w:strike w:val="0"/>
          <w:u w:val="single"/>
        </w:rPr>
        <w:t>tit-for-tat</w:t>
      </w:r>
      <w:r>
        <w:rPr>
          <w:b/>
          <w:i w:val="0"/>
          <w:smallCaps w:val="0"/>
          <w:strike w:val="0"/>
          <w:u w:val="single"/>
        </w:rPr>
        <w:t xml:space="preserve">” military </w:t>
      </w:r>
      <w:r>
        <w:rPr>
          <w:b/>
          <w:i w:val="0"/>
          <w:smallCaps w:val="0"/>
          <w:strike w:val="0"/>
          <w:u w:val="single"/>
        </w:rPr>
        <w:t>exchanges</w:t>
      </w:r>
      <w:r>
        <w:rPr>
          <w:b w:val="0"/>
          <w:i w:val="0"/>
          <w:smallCaps w:val="0"/>
          <w:strike w:val="0"/>
          <w:u w:val="single"/>
        </w:rPr>
        <w:t xml:space="preserve"> depicted in the book</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