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Brink is </w:t>
      </w:r>
      <w:r>
        <w:rPr>
          <w:b/>
          <w:i w:val="0"/>
          <w:smallCaps w:val="0"/>
          <w:strike w:val="0"/>
          <w:sz w:val="26"/>
          <w:u w:val="single"/>
        </w:rPr>
        <w:t>now</w:t>
      </w:r>
      <w:r>
        <w:rPr>
          <w:b/>
          <w:i w:val="0"/>
          <w:smallCaps w:val="0"/>
          <w:strike w:val="0"/>
          <w:sz w:val="26"/>
          <w:u w:val="none"/>
        </w:rPr>
        <w:t xml:space="preserve"> – they can mutate out of any defense and rapidly cause extinction – </w:t>
      </w:r>
      <w:r>
        <w:rPr>
          <w:b w:val="0"/>
          <w:i w:val="0"/>
          <w:smallCaps w:val="0"/>
          <w:strike w:val="0"/>
          <w:sz w:val="26"/>
          <w:u w:val="none"/>
        </w:rPr>
        <w:t xml:space="preserve">innovation is </w:t>
      </w:r>
      <w:r>
        <w:rPr>
          <w:b w:val="0"/>
          <w:i w:val="0"/>
          <w:smallCaps w:val="0"/>
          <w:strike w:val="0"/>
          <w:sz w:val="26"/>
          <w:u w:val="single"/>
        </w:rPr>
        <w:t>critical</w:t>
      </w:r>
      <w:r>
        <w:rPr>
          <w:b w:val="0"/>
          <w:i w:val="0"/>
          <w:smallCaps w:val="0"/>
          <w:strike w:val="0"/>
          <w:sz w:val="26"/>
          <w:u w:val="none"/>
        </w:rPr>
        <w:t xml:space="preserve"> but big pharma is </w:t>
      </w:r>
      <w:r>
        <w:rPr>
          <w:b w:val="0"/>
          <w:i w:val="0"/>
          <w:smallCaps w:val="0"/>
          <w:strike w:val="0"/>
          <w:sz w:val="26"/>
          <w:u w:val="single"/>
        </w:rPr>
        <w:t>silent</w:t>
      </w:r>
      <w:r>
        <w:rPr>
          <w:b w:val="0"/>
          <w:i w:val="0"/>
          <w:smallCaps w:val="0"/>
          <w:strike w:val="0"/>
          <w:sz w:val="26"/>
          <w:u w:val="none"/>
        </w:rPr>
        <w:t xml:space="preserve"> – proves</w:t>
      </w:r>
      <w:r>
        <w:rPr>
          <w:b/>
          <w:i w:val="0"/>
          <w:smallCaps w:val="0"/>
          <w:strike w:val="0"/>
          <w:sz w:val="26"/>
          <w:u w:val="none"/>
        </w:rPr>
        <w:t xml:space="preserve"> the plan is </w:t>
      </w:r>
      <w:r>
        <w:rPr>
          <w:b/>
          <w:i w:val="0"/>
          <w:smallCaps w:val="0"/>
          <w:strike w:val="0"/>
          <w:sz w:val="26"/>
          <w:u w:val="single"/>
        </w:rPr>
        <w:t>key</w:t>
      </w:r>
      <w:r>
        <w:rPr>
          <w:b/>
          <w:i w:val="0"/>
          <w:smallCaps w:val="0"/>
          <w:strike w:val="0"/>
          <w:sz w:val="26"/>
          <w:u w:val="none"/>
        </w:rPr>
        <w:t>.</w:t>
      </w:r>
    </w:p>
    <w:p>
      <w:pPr>
        <w:spacing w:after="80"/>
      </w:pPr>
      <w:r>
        <w:rPr>
          <w:b/>
          <w:i w:val="0"/>
          <w:smallCaps w:val="0"/>
          <w:strike w:val="0"/>
          <w:sz w:val="26"/>
          <w:u w:val="none"/>
        </w:rPr>
        <w:t xml:space="preserve">Snyder 23 </w:t>
      </w:r>
      <w:r>
        <w:rPr>
          <w:b w:val="0"/>
          <w:i w:val="0"/>
          <w:smallCaps w:val="0"/>
          <w:strike w:val="0"/>
          <w:sz w:val="16"/>
          <w:u w:val="none"/>
        </w:rPr>
        <w:t>– Michael Snyder (B.A, Chemistry and Biology, University of Rochester, Ph.D. California Institute of Technology, Postdoctoral Research Stanford University School of Medicine, Chair of the Dept of Genetics, Stanford University School of Medicine), 7/31/2023, "The Rise Of The "Superbugs" Is A Catastrophic Long-Term Health Crisis That Threatens To Kill Hundreds Of Millions Of People," https://endoftheamericandream.com/the-rise-of-the-superbugs-is-a-catastrophic-long-term-health-crisis-that-threatens-to-kill-hundreds-of-millions-of-people/ /$antiP/</w:t>
      </w:r>
    </w:p>
    <w:p>
      <w:pPr>
        <w:spacing w:after="60"/>
      </w:pPr>
      <w:r>
        <w:rPr>
          <w:b w:val="0"/>
          <w:i w:val="0"/>
          <w:smallCaps w:val="0"/>
          <w:strike w:val="0"/>
          <w:sz w:val="22"/>
          <w:u w:val="single"/>
        </w:rPr>
        <w:t xml:space="preserve">The </w:t>
      </w:r>
      <w:r>
        <w:rPr>
          <w:b/>
          <w:i w:val="0"/>
          <w:smallCaps w:val="0"/>
          <w:strike w:val="0"/>
          <w:sz w:val="22"/>
          <w:highlight w:val="cyan"/>
          <w:u w:val="single"/>
        </w:rPr>
        <w:t>rise of the “superbugs</w:t>
      </w:r>
      <w:r>
        <w:rPr>
          <w:b w:val="0"/>
          <w:i w:val="0"/>
          <w:smallCaps w:val="0"/>
          <w:strike w:val="0"/>
          <w:sz w:val="22"/>
          <w:highlight w:val="cyan"/>
          <w:u w:val="single"/>
        </w:rPr>
        <w:t>” is here.  The death toll is</w:t>
      </w:r>
      <w:r>
        <w:rPr>
          <w:b w:val="0"/>
          <w:i w:val="0"/>
          <w:smallCaps w:val="0"/>
          <w:strike w:val="0"/>
          <w:sz w:val="22"/>
          <w:u w:val="single"/>
        </w:rPr>
        <w:t xml:space="preserve"> already in the </w:t>
      </w:r>
      <w:r>
        <w:rPr>
          <w:b w:val="0"/>
          <w:i w:val="0"/>
          <w:smallCaps w:val="0"/>
          <w:strike w:val="0"/>
          <w:sz w:val="22"/>
          <w:highlight w:val="cyan"/>
          <w:u w:val="single"/>
        </w:rPr>
        <w:t>millions</w:t>
      </w:r>
      <w:r>
        <w:rPr>
          <w:b w:val="0"/>
          <w:i w:val="0"/>
          <w:smallCaps w:val="0"/>
          <w:strike w:val="0"/>
          <w:sz w:val="22"/>
          <w:u w:val="single"/>
        </w:rPr>
        <w:t xml:space="preserve"> each year, and it won’t be too long before “</w:t>
      </w:r>
      <w:r>
        <w:rPr>
          <w:b w:val="0"/>
          <w:i w:val="0"/>
          <w:smallCaps w:val="0"/>
          <w:strike w:val="0"/>
          <w:sz w:val="22"/>
          <w:highlight w:val="cyan"/>
          <w:u w:val="single"/>
        </w:rPr>
        <w:t>superbugs</w:t>
      </w:r>
      <w:r>
        <w:rPr>
          <w:b w:val="0"/>
          <w:i w:val="0"/>
          <w:smallCaps w:val="0"/>
          <w:strike w:val="0"/>
          <w:sz w:val="16"/>
          <w:u w:val="none"/>
        </w:rPr>
        <w:t xml:space="preserve">” are killing tens of millions of people each year.  In my last book I identified a number of long-term trends that </w:t>
      </w:r>
      <w:r>
        <w:rPr>
          <w:b w:val="0"/>
          <w:i w:val="0"/>
          <w:smallCaps w:val="0"/>
          <w:strike w:val="0"/>
          <w:sz w:val="22"/>
          <w:highlight w:val="cyan"/>
          <w:u w:val="single"/>
        </w:rPr>
        <w:t xml:space="preserve">threaten to </w:t>
      </w:r>
      <w:r>
        <w:rPr>
          <w:b/>
          <w:i w:val="0"/>
          <w:smallCaps w:val="0"/>
          <w:strike w:val="0"/>
          <w:sz w:val="22"/>
          <w:highlight w:val="cyan"/>
          <w:u w:val="single"/>
        </w:rPr>
        <w:t>collapse</w:t>
      </w:r>
      <w:r>
        <w:rPr>
          <w:b/>
          <w:i w:val="0"/>
          <w:smallCaps w:val="0"/>
          <w:strike w:val="0"/>
          <w:sz w:val="22"/>
          <w:u w:val="single"/>
        </w:rPr>
        <w:t xml:space="preserve"> our society</w:t>
      </w:r>
      <w:r>
        <w:rPr>
          <w:b w:val="0"/>
          <w:i w:val="0"/>
          <w:smallCaps w:val="0"/>
          <w:strike w:val="0"/>
          <w:sz w:val="22"/>
          <w:u w:val="single"/>
        </w:rPr>
        <w:t>, and now you can add this one to the list.  The clock really is ticking for</w:t>
      </w:r>
      <w:r>
        <w:rPr>
          <w:b w:val="0"/>
          <w:i w:val="0"/>
          <w:smallCaps w:val="0"/>
          <w:strike w:val="0"/>
          <w:sz w:val="16"/>
          <w:u w:val="single"/>
        </w:rPr>
        <w:t xml:space="preserve"> </w:t>
      </w:r>
      <w:r>
        <w:rPr>
          <w:b w:val="0"/>
          <w:i w:val="0"/>
          <w:smallCaps w:val="0"/>
          <w:strike w:val="0"/>
          <w:sz w:val="22"/>
          <w:highlight w:val="cyan"/>
          <w:u w:val="single"/>
        </w:rPr>
        <w:t>humanity</w:t>
      </w:r>
      <w:r>
        <w:rPr>
          <w:b w:val="0"/>
          <w:i w:val="0"/>
          <w:smallCaps w:val="0"/>
          <w:strike w:val="0"/>
          <w:sz w:val="16"/>
          <w:u w:val="none"/>
        </w:rPr>
        <w:t xml:space="preserve">, but most people in the general population simply do not understand what we are facing.  They just assume that </w:t>
      </w:r>
      <w:r>
        <w:rPr>
          <w:b w:val="0"/>
          <w:i w:val="0"/>
          <w:smallCaps w:val="0"/>
          <w:strike w:val="0"/>
          <w:sz w:val="22"/>
          <w:highlight w:val="cyan"/>
          <w:u w:val="single"/>
        </w:rPr>
        <w:t>life</w:t>
      </w:r>
      <w:r>
        <w:rPr>
          <w:b w:val="0"/>
          <w:i w:val="0"/>
          <w:smallCaps w:val="0"/>
          <w:strike w:val="0"/>
          <w:sz w:val="22"/>
          <w:u w:val="single"/>
        </w:rPr>
        <w:t xml:space="preserve"> will go on as it always has, but that </w:t>
      </w:r>
      <w:r>
        <w:rPr>
          <w:b w:val="0"/>
          <w:i w:val="0"/>
          <w:smallCaps w:val="0"/>
          <w:strike w:val="0"/>
          <w:sz w:val="22"/>
          <w:highlight w:val="cyan"/>
          <w:u w:val="single"/>
        </w:rPr>
        <w:t>is</w:t>
      </w:r>
      <w:r>
        <w:rPr>
          <w:b w:val="0"/>
          <w:i w:val="0"/>
          <w:smallCaps w:val="0"/>
          <w:strike w:val="0"/>
          <w:sz w:val="22"/>
          <w:u w:val="single"/>
        </w:rPr>
        <w:t xml:space="preserve"> simply</w:t>
      </w:r>
      <w:r>
        <w:rPr>
          <w:b w:val="0"/>
          <w:i w:val="0"/>
          <w:smallCaps w:val="0"/>
          <w:strike w:val="0"/>
          <w:sz w:val="16"/>
          <w:u w:val="none"/>
        </w:rPr>
        <w:t xml:space="preserve"> </w:t>
      </w:r>
      <w:r>
        <w:rPr>
          <w:b/>
          <w:i w:val="0"/>
          <w:smallCaps w:val="0"/>
          <w:strike w:val="0"/>
          <w:sz w:val="22"/>
          <w:highlight w:val="cyan"/>
          <w:u w:val="single"/>
        </w:rPr>
        <w:t>not going to be</w:t>
      </w:r>
      <w:r>
        <w:rPr>
          <w:b w:val="0"/>
          <w:i w:val="0"/>
          <w:smallCaps w:val="0"/>
          <w:strike w:val="0"/>
          <w:sz w:val="22"/>
          <w:highlight w:val="cyan"/>
          <w:u w:val="single"/>
        </w:rPr>
        <w:t xml:space="preserve"> </w:t>
      </w:r>
      <w:r>
        <w:rPr>
          <w:b/>
          <w:i w:val="0"/>
          <w:smallCaps w:val="0"/>
          <w:strike w:val="0"/>
          <w:sz w:val="22"/>
          <w:highlight w:val="cyan"/>
          <w:u w:val="single"/>
        </w:rPr>
        <w:t>possible</w:t>
      </w:r>
      <w:r>
        <w:rPr>
          <w:b w:val="0"/>
          <w:i w:val="0"/>
          <w:smallCaps w:val="0"/>
          <w:strike w:val="0"/>
          <w:sz w:val="22"/>
          <w:u w:val="single"/>
        </w:rPr>
        <w:t>.</w:t>
      </w:r>
    </w:p>
    <w:p>
      <w:pPr>
        <w:spacing w:after="60"/>
      </w:pPr>
      <w:r>
        <w:rPr>
          <w:b w:val="0"/>
          <w:i w:val="0"/>
          <w:smallCaps w:val="0"/>
          <w:strike w:val="0"/>
          <w:sz w:val="16"/>
          <w:u w:val="none"/>
        </w:rPr>
        <w:t>If you are not familiar with “antimicrobial resistance”, the following is a decent definition from the official CDC website…</w:t>
      </w:r>
    </w:p>
    <w:p>
      <w:pPr>
        <w:spacing w:after="60"/>
      </w:pPr>
      <w:r>
        <w:rPr>
          <w:b w:val="0"/>
          <w:i w:val="0"/>
          <w:smallCaps w:val="0"/>
          <w:strike w:val="0"/>
          <w:sz w:val="22"/>
          <w:u w:val="single"/>
        </w:rPr>
        <w:t>Antimicrobial resistance</w:t>
      </w:r>
      <w:r>
        <w:rPr>
          <w:b w:val="0"/>
          <w:i w:val="0"/>
          <w:smallCaps w:val="0"/>
          <w:strike w:val="0"/>
          <w:sz w:val="16"/>
          <w:u w:val="none"/>
        </w:rPr>
        <w:t xml:space="preserve"> </w:t>
      </w:r>
      <w:r>
        <w:rPr>
          <w:b w:val="0"/>
          <w:i w:val="0"/>
          <w:smallCaps w:val="0"/>
          <w:strike w:val="0"/>
          <w:sz w:val="22"/>
          <w:u w:val="single"/>
        </w:rPr>
        <w:t xml:space="preserve">happens when </w:t>
      </w:r>
      <w:r>
        <w:rPr>
          <w:b/>
          <w:i w:val="0"/>
          <w:smallCaps w:val="0"/>
          <w:strike w:val="0"/>
          <w:sz w:val="22"/>
          <w:highlight w:val="cyan"/>
          <w:u w:val="single"/>
        </w:rPr>
        <w:t>germs</w:t>
      </w:r>
      <w:r>
        <w:rPr>
          <w:b w:val="0"/>
          <w:i w:val="0"/>
          <w:smallCaps w:val="0"/>
          <w:strike w:val="0"/>
          <w:sz w:val="22"/>
          <w:u w:val="single"/>
        </w:rPr>
        <w:t xml:space="preserve"> like bacteria and fungi </w:t>
      </w:r>
      <w:r>
        <w:rPr>
          <w:b w:val="0"/>
          <w:i w:val="0"/>
          <w:smallCaps w:val="0"/>
          <w:strike w:val="0"/>
          <w:sz w:val="22"/>
          <w:highlight w:val="cyan"/>
          <w:u w:val="single"/>
        </w:rPr>
        <w:t>develop the ability to defeat</w:t>
      </w:r>
      <w:r>
        <w:rPr>
          <w:b w:val="0"/>
          <w:i w:val="0"/>
          <w:smallCaps w:val="0"/>
          <w:strike w:val="0"/>
          <w:sz w:val="22"/>
          <w:u w:val="single"/>
        </w:rPr>
        <w:t xml:space="preserve"> the </w:t>
      </w:r>
      <w:r>
        <w:rPr>
          <w:b w:val="0"/>
          <w:i w:val="0"/>
          <w:smallCaps w:val="0"/>
          <w:strike w:val="0"/>
          <w:sz w:val="22"/>
          <w:highlight w:val="cyan"/>
          <w:u w:val="single"/>
        </w:rPr>
        <w:t>drugs designed to kill them</w:t>
      </w:r>
      <w:r>
        <w:rPr>
          <w:b w:val="0"/>
          <w:i w:val="0"/>
          <w:smallCaps w:val="0"/>
          <w:strike w:val="0"/>
          <w:sz w:val="22"/>
          <w:u w:val="single"/>
        </w:rPr>
        <w:t>. That means the germs are not killed and continue to grow. Resistant infections can be difficult, and sometimes</w:t>
      </w:r>
      <w:r>
        <w:rPr>
          <w:b w:val="0"/>
          <w:i w:val="0"/>
          <w:smallCaps w:val="0"/>
          <w:strike w:val="0"/>
          <w:sz w:val="16"/>
          <w:u w:val="single"/>
        </w:rPr>
        <w:t xml:space="preserve"> </w:t>
      </w:r>
      <w:r>
        <w:rPr>
          <w:b/>
          <w:i w:val="0"/>
          <w:smallCaps w:val="0"/>
          <w:strike w:val="0"/>
          <w:sz w:val="22"/>
          <w:u w:val="single"/>
        </w:rPr>
        <w:t>impossible</w:t>
      </w:r>
      <w:r>
        <w:rPr>
          <w:b/>
          <w:i w:val="0"/>
          <w:smallCaps w:val="0"/>
          <w:strike w:val="0"/>
          <w:sz w:val="22"/>
          <w:u w:val="single"/>
        </w:rPr>
        <w:t>, to treat</w:t>
      </w:r>
      <w:r>
        <w:rPr>
          <w:b w:val="0"/>
          <w:i w:val="0"/>
          <w:smallCaps w:val="0"/>
          <w:strike w:val="0"/>
          <w:sz w:val="16"/>
          <w:u w:val="none"/>
        </w:rPr>
        <w:t>.</w:t>
      </w:r>
    </w:p>
    <w:p>
      <w:pPr>
        <w:spacing w:after="60"/>
      </w:pPr>
      <w:r>
        <w:rPr>
          <w:b w:val="0"/>
          <w:i w:val="0"/>
          <w:smallCaps w:val="0"/>
          <w:strike w:val="0"/>
          <w:sz w:val="16"/>
          <w:u w:val="none"/>
        </w:rPr>
        <w:t>According to Dr. Chris Murray, antimicrobial resistance “is actually now one of the leading causes of death in the world”.</w:t>
      </w:r>
    </w:p>
    <w:p>
      <w:pPr>
        <w:spacing w:after="60"/>
      </w:pPr>
      <w:r>
        <w:rPr>
          <w:b w:val="0"/>
          <w:i w:val="0"/>
          <w:smallCaps w:val="0"/>
          <w:strike w:val="0"/>
          <w:sz w:val="16"/>
          <w:u w:val="none"/>
        </w:rPr>
        <w:t>It accounts for more deaths than tuberculosis, it accounts for more deaths than malaria, and it accounts for more deaths than HIV/AIDS.</w:t>
      </w:r>
    </w:p>
    <w:p>
      <w:pPr>
        <w:spacing w:after="60"/>
      </w:pPr>
      <w:r>
        <w:rPr>
          <w:b w:val="0"/>
          <w:i w:val="0"/>
          <w:smallCaps w:val="0"/>
          <w:strike w:val="0"/>
          <w:sz w:val="16"/>
          <w:u w:val="none"/>
        </w:rPr>
        <w:t>So we are talking about a crisis that is already incredibly serious.</w:t>
      </w:r>
    </w:p>
    <w:p>
      <w:pPr>
        <w:spacing w:after="60"/>
      </w:pPr>
      <w:r>
        <w:rPr>
          <w:b w:val="0"/>
          <w:i w:val="0"/>
          <w:smallCaps w:val="0"/>
          <w:strike w:val="0"/>
          <w:sz w:val="16"/>
          <w:u w:val="none"/>
        </w:rPr>
        <w:t>Sadly, this is just the beginning.  USA Today is reporting that antimicrobial resistance is now killing more than 5 million people a year, but the death toll is “expected to grow into the tens of millions within a few decades”…</w:t>
      </w:r>
    </w:p>
    <w:p>
      <w:pPr>
        <w:spacing w:after="60"/>
      </w:pPr>
      <w:r>
        <w:rPr>
          <w:b w:val="0"/>
          <w:i w:val="0"/>
          <w:smallCaps w:val="0"/>
          <w:strike w:val="0"/>
          <w:sz w:val="16"/>
          <w:u w:val="none"/>
        </w:rPr>
        <w:t>In 2019, the last year data is available, more than 2.8 million Americans had antimicrobial-resistant infections and more than 35,000 died, according to the Centers for Disease Control and Prevention. Worldwide, deaths already top 5 million a year and are expected to grow into the tens of millions within a few decades.</w:t>
      </w:r>
    </w:p>
    <w:p>
      <w:pPr>
        <w:spacing w:after="60"/>
      </w:pPr>
      <w:r>
        <w:rPr>
          <w:b w:val="0"/>
          <w:i w:val="0"/>
          <w:smallCaps w:val="0"/>
          <w:strike w:val="0"/>
          <w:sz w:val="16"/>
          <w:u w:val="none"/>
        </w:rPr>
        <w:t xml:space="preserve">If “superbugs” are soon killing tens of millions of people per year, that will mean that there will be </w:t>
      </w:r>
      <w:r>
        <w:rPr>
          <w:b/>
          <w:i w:val="0"/>
          <w:smallCaps w:val="0"/>
          <w:strike w:val="0"/>
          <w:sz w:val="22"/>
          <w:highlight w:val="cyan"/>
          <w:u w:val="single"/>
        </w:rPr>
        <w:t>hundreds of millions</w:t>
      </w:r>
      <w:r>
        <w:rPr>
          <w:b w:val="0"/>
          <w:i w:val="0"/>
          <w:smallCaps w:val="0"/>
          <w:strike w:val="0"/>
          <w:sz w:val="22"/>
          <w:highlight w:val="cyan"/>
          <w:u w:val="single"/>
        </w:rPr>
        <w:t xml:space="preserve"> of deaths</w:t>
      </w:r>
      <w:r>
        <w:rPr>
          <w:b w:val="0"/>
          <w:i w:val="0"/>
          <w:smallCaps w:val="0"/>
          <w:strike w:val="0"/>
          <w:sz w:val="16"/>
          <w:u w:val="none"/>
        </w:rPr>
        <w:t xml:space="preserve"> by the end of this century</w:t>
      </w:r>
    </w:p>
    <w:p>
      <w:pPr>
        <w:spacing w:after="60"/>
      </w:pPr>
      <w:r>
        <w:rPr>
          <w:b w:val="0"/>
          <w:i w:val="0"/>
          <w:smallCaps w:val="0"/>
          <w:strike w:val="0"/>
          <w:sz w:val="16"/>
          <w:u w:val="none"/>
        </w:rPr>
        <w:t xml:space="preserve">And that </w:t>
      </w:r>
      <w:r>
        <w:rPr>
          <w:b w:val="0"/>
          <w:i w:val="0"/>
          <w:smallCaps w:val="0"/>
          <w:strike w:val="0"/>
          <w:sz w:val="22"/>
          <w:highlight w:val="cyan"/>
          <w:u w:val="single"/>
        </w:rPr>
        <w:t>is</w:t>
      </w:r>
      <w:r>
        <w:rPr>
          <w:b w:val="0"/>
          <w:i w:val="0"/>
          <w:smallCaps w:val="0"/>
          <w:strike w:val="0"/>
          <w:sz w:val="22"/>
          <w:u w:val="single"/>
        </w:rPr>
        <w:t xml:space="preserve"> actually an </w:t>
      </w:r>
      <w:r>
        <w:rPr>
          <w:b/>
          <w:i w:val="0"/>
          <w:smallCaps w:val="0"/>
          <w:strike w:val="0"/>
          <w:sz w:val="22"/>
          <w:highlight w:val="cyan"/>
          <w:u w:val="single"/>
        </w:rPr>
        <w:t>optimistic</w:t>
      </w:r>
      <w:r>
        <w:rPr>
          <w:b/>
          <w:i w:val="0"/>
          <w:smallCaps w:val="0"/>
          <w:strike w:val="0"/>
          <w:sz w:val="22"/>
          <w:u w:val="single"/>
        </w:rPr>
        <w:t xml:space="preserve"> forecast</w:t>
      </w:r>
      <w:r>
        <w:rPr>
          <w:b w:val="0"/>
          <w:i w:val="0"/>
          <w:smallCaps w:val="0"/>
          <w:strike w:val="0"/>
          <w:sz w:val="22"/>
          <w:u w:val="single"/>
        </w:rPr>
        <w:t>.  There are some that believe that the</w:t>
      </w:r>
      <w:r>
        <w:rPr>
          <w:b w:val="0"/>
          <w:i w:val="0"/>
          <w:smallCaps w:val="0"/>
          <w:strike w:val="0"/>
          <w:sz w:val="16"/>
          <w:u w:val="none"/>
        </w:rPr>
        <w:t xml:space="preserve"> </w:t>
      </w:r>
      <w:r>
        <w:rPr>
          <w:b w:val="0"/>
          <w:i w:val="0"/>
          <w:smallCaps w:val="0"/>
          <w:strike w:val="0"/>
          <w:sz w:val="22"/>
          <w:u w:val="single"/>
        </w:rPr>
        <w:t>death toll could be far worse because “</w:t>
      </w:r>
      <w:r>
        <w:rPr>
          <w:b/>
          <w:i w:val="0"/>
          <w:smallCaps w:val="0"/>
          <w:strike w:val="0"/>
          <w:sz w:val="22"/>
          <w:highlight w:val="cyan"/>
          <w:u w:val="single"/>
        </w:rPr>
        <w:t xml:space="preserve">bacteria are </w:t>
      </w:r>
      <w:r>
        <w:rPr>
          <w:b w:val="0"/>
          <w:i w:val="0"/>
          <w:smallCaps w:val="0"/>
          <w:strike w:val="0"/>
          <w:sz w:val="22"/>
          <w:highlight w:val="cyan"/>
          <w:u w:val="single"/>
        </w:rPr>
        <w:t>mutating</w:t>
      </w:r>
      <w:r>
        <w:rPr>
          <w:b/>
          <w:i w:val="0"/>
          <w:smallCaps w:val="0"/>
          <w:strike w:val="0"/>
          <w:sz w:val="22"/>
          <w:u w:val="single"/>
        </w:rPr>
        <w:t xml:space="preserve"> to evade antibiotics at a </w:t>
      </w:r>
      <w:r>
        <w:rPr>
          <w:b/>
          <w:i w:val="0"/>
          <w:smallCaps w:val="0"/>
          <w:strike w:val="0"/>
          <w:sz w:val="22"/>
          <w:u w:val="single"/>
        </w:rPr>
        <w:t>pace</w:t>
      </w:r>
      <w:r>
        <w:rPr>
          <w:b/>
          <w:i w:val="0"/>
          <w:smallCaps w:val="0"/>
          <w:strike w:val="0"/>
          <w:sz w:val="22"/>
          <w:u w:val="single"/>
        </w:rPr>
        <w:t xml:space="preserve"> </w:t>
      </w:r>
      <w:r>
        <w:rPr>
          <w:b/>
          <w:i w:val="0"/>
          <w:smallCaps w:val="0"/>
          <w:strike w:val="0"/>
          <w:sz w:val="22"/>
          <w:highlight w:val="cyan"/>
          <w:u w:val="single"/>
        </w:rPr>
        <w:t xml:space="preserve">far </w:t>
      </w:r>
      <w:r>
        <w:rPr>
          <w:b/>
          <w:i w:val="0"/>
          <w:smallCaps w:val="0"/>
          <w:strike w:val="0"/>
          <w:sz w:val="22"/>
          <w:highlight w:val="cyan"/>
          <w:u w:val="single"/>
        </w:rPr>
        <w:t>faster</w:t>
      </w:r>
      <w:r>
        <w:rPr>
          <w:b w:val="0"/>
          <w:i w:val="0"/>
          <w:smallCaps w:val="0"/>
          <w:strike w:val="0"/>
          <w:sz w:val="22"/>
          <w:highlight w:val="cyan"/>
          <w:u w:val="single"/>
        </w:rPr>
        <w:t xml:space="preserve"> than</w:t>
      </w:r>
      <w:r>
        <w:rPr>
          <w:b w:val="0"/>
          <w:i w:val="0"/>
          <w:smallCaps w:val="0"/>
          <w:strike w:val="0"/>
          <w:sz w:val="22"/>
          <w:u w:val="single"/>
        </w:rPr>
        <w:t xml:space="preserve"> many researchers had </w:t>
      </w:r>
      <w:r>
        <w:rPr>
          <w:b/>
          <w:i w:val="0"/>
          <w:smallCaps w:val="0"/>
          <w:strike w:val="0"/>
          <w:sz w:val="22"/>
          <w:u w:val="single"/>
        </w:rPr>
        <w:t xml:space="preserve">previously </w:t>
      </w:r>
      <w:r>
        <w:rPr>
          <w:b/>
          <w:i w:val="0"/>
          <w:smallCaps w:val="0"/>
          <w:strike w:val="0"/>
          <w:sz w:val="22"/>
          <w:highlight w:val="cyan"/>
          <w:u w:val="single"/>
        </w:rPr>
        <w:t>forecast</w:t>
      </w:r>
      <w:r>
        <w:rPr>
          <w:b w:val="0"/>
          <w:i w:val="0"/>
          <w:smallCaps w:val="0"/>
          <w:strike w:val="0"/>
          <w:sz w:val="16"/>
          <w:u w:val="none"/>
        </w:rPr>
        <w:t>”.</w:t>
      </w:r>
    </w:p>
    <w:p>
      <w:pPr>
        <w:spacing w:after="60"/>
      </w:pPr>
      <w:r>
        <w:rPr>
          <w:b w:val="0"/>
          <w:i w:val="0"/>
          <w:smallCaps w:val="0"/>
          <w:strike w:val="0"/>
          <w:sz w:val="22"/>
          <w:u w:val="single"/>
        </w:rPr>
        <w:t>Scientists tell us</w:t>
      </w:r>
      <w:r>
        <w:rPr>
          <w:b w:val="0"/>
          <w:i w:val="0"/>
          <w:smallCaps w:val="0"/>
          <w:strike w:val="0"/>
          <w:sz w:val="22"/>
          <w:u w:val="single"/>
        </w:rPr>
        <w:t xml:space="preserve"> that </w:t>
      </w:r>
      <w:r>
        <w:rPr>
          <w:b w:val="0"/>
          <w:i w:val="0"/>
          <w:smallCaps w:val="0"/>
          <w:strike w:val="0"/>
          <w:sz w:val="22"/>
          <w:u w:val="single"/>
        </w:rPr>
        <w:t xml:space="preserve">one of the big reasons this is happening is because we have been </w:t>
      </w:r>
      <w:r>
        <w:rPr>
          <w:b/>
          <w:i w:val="0"/>
          <w:smallCaps w:val="0"/>
          <w:strike w:val="0"/>
          <w:sz w:val="22"/>
          <w:u w:val="single"/>
        </w:rPr>
        <w:t>overusing</w:t>
      </w:r>
      <w:r>
        <w:rPr>
          <w:b w:val="0"/>
          <w:i w:val="0"/>
          <w:smallCaps w:val="0"/>
          <w:strike w:val="0"/>
          <w:sz w:val="22"/>
          <w:u w:val="single"/>
        </w:rPr>
        <w:t xml:space="preserve"> </w:t>
      </w:r>
      <w:r>
        <w:rPr>
          <w:b/>
          <w:i w:val="0"/>
          <w:smallCaps w:val="0"/>
          <w:strike w:val="0"/>
          <w:sz w:val="22"/>
          <w:u w:val="single"/>
        </w:rPr>
        <w:t>antibiotics</w:t>
      </w:r>
      <w:r>
        <w:rPr>
          <w:b w:val="0"/>
          <w:i w:val="0"/>
          <w:smallCaps w:val="0"/>
          <w:strike w:val="0"/>
          <w:sz w:val="16"/>
          <w:u w:val="none"/>
        </w:rPr>
        <w:t>.</w:t>
      </w:r>
    </w:p>
    <w:p>
      <w:pPr>
        <w:spacing w:after="60"/>
      </w:pPr>
      <w:r>
        <w:rPr>
          <w:b w:val="0"/>
          <w:i w:val="0"/>
          <w:smallCaps w:val="0"/>
          <w:strike w:val="0"/>
          <w:sz w:val="16"/>
          <w:u w:val="none"/>
        </w:rPr>
        <w:t>Way too often, doctors are prescribing antibiotics for their patients when they don’t really need them.</w:t>
      </w:r>
    </w:p>
    <w:p>
      <w:pPr>
        <w:spacing w:after="60"/>
      </w:pPr>
      <w:r>
        <w:rPr>
          <w:b w:val="0"/>
          <w:i w:val="0"/>
          <w:smallCaps w:val="0"/>
          <w:strike w:val="0"/>
          <w:sz w:val="16"/>
          <w:u w:val="none"/>
        </w:rPr>
        <w:t>But even more importantly, in recent decades it has become common practice to feed antibiotics to livestock so that they will get bigger…</w:t>
      </w:r>
    </w:p>
    <w:p>
      <w:pPr>
        <w:spacing w:after="60"/>
      </w:pPr>
      <w:r>
        <w:rPr>
          <w:b w:val="0"/>
          <w:i w:val="0"/>
          <w:smallCaps w:val="0"/>
          <w:strike w:val="0"/>
          <w:sz w:val="16"/>
          <w:u w:val="none"/>
        </w:rPr>
        <w:t>The commercial raising of animals for food has contributed to the problem. For decades, breeders have fed their livestock antibiotics. At first, they started out trying to help sick animals get well. But they noticed that animals fed antibiotics got big faster. So it became standard practice to include antibiotics in the feed of every animal, from poultry to fish to pigs to cows.</w:t>
      </w:r>
    </w:p>
    <w:p>
      <w:pPr>
        <w:spacing w:after="60"/>
      </w:pPr>
      <w:r>
        <w:rPr>
          <w:b w:val="0"/>
          <w:i w:val="0"/>
          <w:smallCaps w:val="0"/>
          <w:strike w:val="0"/>
          <w:sz w:val="16"/>
          <w:u w:val="none"/>
        </w:rPr>
        <w:t xml:space="preserve">So </w:t>
      </w:r>
      <w:r>
        <w:rPr>
          <w:b w:val="0"/>
          <w:i w:val="0"/>
          <w:smallCaps w:val="0"/>
          <w:strike w:val="0"/>
          <w:sz w:val="22"/>
          <w:u w:val="single"/>
        </w:rPr>
        <w:t xml:space="preserve">now </w:t>
      </w:r>
      <w:r>
        <w:rPr>
          <w:b w:val="0"/>
          <w:i w:val="0"/>
          <w:smallCaps w:val="0"/>
          <w:strike w:val="0"/>
          <w:sz w:val="22"/>
          <w:highlight w:val="cyan"/>
          <w:u w:val="single"/>
        </w:rPr>
        <w:t>resistance</w:t>
      </w:r>
      <w:r>
        <w:rPr>
          <w:b w:val="0"/>
          <w:i w:val="0"/>
          <w:smallCaps w:val="0"/>
          <w:strike w:val="0"/>
          <w:sz w:val="22"/>
          <w:u w:val="single"/>
        </w:rPr>
        <w:t xml:space="preserve"> to antibiotics </w:t>
      </w:r>
      <w:r>
        <w:rPr>
          <w:b w:val="0"/>
          <w:i w:val="0"/>
          <w:smallCaps w:val="0"/>
          <w:strike w:val="0"/>
          <w:sz w:val="22"/>
          <w:highlight w:val="cyan"/>
          <w:u w:val="single"/>
        </w:rPr>
        <w:t xml:space="preserve">is </w:t>
      </w:r>
      <w:r>
        <w:rPr>
          <w:b/>
          <w:i w:val="0"/>
          <w:smallCaps w:val="0"/>
          <w:strike w:val="0"/>
          <w:sz w:val="22"/>
          <w:highlight w:val="cyan"/>
          <w:u w:val="single"/>
        </w:rPr>
        <w:t xml:space="preserve">spreading like </w:t>
      </w:r>
      <w:r>
        <w:rPr>
          <w:b/>
          <w:i w:val="0"/>
          <w:smallCaps w:val="0"/>
          <w:strike w:val="0"/>
          <w:sz w:val="22"/>
          <w:highlight w:val="cyan"/>
          <w:u w:val="single"/>
        </w:rPr>
        <w:t>wildfire</w:t>
      </w:r>
      <w:r>
        <w:rPr>
          <w:b w:val="0"/>
          <w:i w:val="0"/>
          <w:smallCaps w:val="0"/>
          <w:strike w:val="0"/>
          <w:sz w:val="22"/>
          <w:u w:val="single"/>
        </w:rPr>
        <w:t xml:space="preserve">, and we are seeing some tremendous tragedies as a </w:t>
      </w:r>
      <w:r>
        <w:rPr>
          <w:b w:val="0"/>
          <w:i w:val="0"/>
          <w:smallCaps w:val="0"/>
          <w:strike w:val="0"/>
          <w:sz w:val="22"/>
          <w:u w:val="single"/>
        </w:rPr>
        <w:t>result</w:t>
      </w:r>
      <w:r>
        <w:rPr>
          <w:b w:val="0"/>
          <w:i w:val="0"/>
          <w:smallCaps w:val="0"/>
          <w:strike w:val="0"/>
          <w:sz w:val="16"/>
          <w:u w:val="none"/>
        </w:rPr>
        <w:t>.</w:t>
      </w:r>
    </w:p>
    <w:p>
      <w:pPr>
        <w:spacing w:after="60"/>
      </w:pPr>
      <w:r>
        <w:rPr>
          <w:b w:val="0"/>
          <w:i w:val="0"/>
          <w:smallCaps w:val="0"/>
          <w:strike w:val="0"/>
          <w:sz w:val="16"/>
          <w:u w:val="none"/>
        </w:rPr>
        <w:t>For example, when a 24-year-old woman scraped her knee on some rocks in 2012, she never imagined it would lead to all four limbs being amputated…</w:t>
      </w:r>
    </w:p>
    <w:p>
      <w:pPr>
        <w:spacing w:after="60"/>
      </w:pPr>
      <w:r>
        <w:rPr>
          <w:b w:val="0"/>
          <w:i w:val="0"/>
          <w:smallCaps w:val="0"/>
          <w:strike w:val="0"/>
          <w:sz w:val="16"/>
          <w:u w:val="none"/>
        </w:rPr>
        <w:t>In her recent talk, Wilson told the story of Aimee Copeland, a 24-year-old grad student when she fell off a zip line in 2012 and scraped her knee on some rocks in the river below.</w:t>
      </w:r>
    </w:p>
    <w:p>
      <w:pPr>
        <w:spacing w:after="60"/>
      </w:pPr>
      <w:r>
        <w:rPr>
          <w:b w:val="0"/>
          <w:i w:val="0"/>
          <w:smallCaps w:val="0"/>
          <w:strike w:val="0"/>
          <w:sz w:val="16"/>
          <w:u w:val="none"/>
        </w:rPr>
        <w:t>Copeland’s leg was stitched up and she was sent home with antibiotics, but the wound quickly got infected. Available drugs were no match for the naturally antibiotic-resistant bacteria she had picked up in the water.</w:t>
      </w:r>
    </w:p>
    <w:p>
      <w:pPr>
        <w:spacing w:after="60"/>
      </w:pPr>
      <w:r>
        <w:rPr>
          <w:b w:val="0"/>
          <w:i w:val="0"/>
          <w:smallCaps w:val="0"/>
          <w:strike w:val="0"/>
          <w:sz w:val="16"/>
          <w:u w:val="none"/>
        </w:rPr>
        <w:t>Kidney and heart failure followed, along with the amputation of all four limbs.</w:t>
      </w:r>
    </w:p>
    <w:p>
      <w:pPr>
        <w:spacing w:after="60"/>
      </w:pPr>
      <w:r>
        <w:rPr>
          <w:b w:val="0"/>
          <w:i w:val="0"/>
          <w:smallCaps w:val="0"/>
          <w:strike w:val="0"/>
          <w:sz w:val="16"/>
          <w:u w:val="none"/>
        </w:rPr>
        <w:t>In the early days of antibiotics, something like this would not have happened.</w:t>
      </w:r>
    </w:p>
    <w:p>
      <w:pPr>
        <w:spacing w:after="60"/>
      </w:pPr>
      <w:r>
        <w:rPr>
          <w:b w:val="0"/>
          <w:i w:val="0"/>
          <w:smallCaps w:val="0"/>
          <w:strike w:val="0"/>
          <w:sz w:val="16"/>
          <w:u w:val="none"/>
        </w:rPr>
        <w:t>But now the era of the “superbugs” has arrived, and we are extremely vulnerable.</w:t>
      </w:r>
    </w:p>
    <w:p>
      <w:pPr>
        <w:spacing w:after="60"/>
      </w:pPr>
      <w:r>
        <w:rPr>
          <w:b w:val="0"/>
          <w:i w:val="0"/>
          <w:smallCaps w:val="0"/>
          <w:strike w:val="0"/>
          <w:sz w:val="22"/>
          <w:u w:val="single"/>
        </w:rPr>
        <w:t>Just consider</w:t>
      </w:r>
      <w:r>
        <w:rPr>
          <w:b w:val="0"/>
          <w:i w:val="0"/>
          <w:smallCaps w:val="0"/>
          <w:strike w:val="0"/>
          <w:sz w:val="22"/>
          <w:u w:val="single"/>
        </w:rPr>
        <w:t xml:space="preserve"> what is happening on the front lines in Ukraine.  It is being reported that patients are showing up with bacteria that are “</w:t>
      </w:r>
      <w:r>
        <w:rPr>
          <w:b w:val="0"/>
          <w:i w:val="0"/>
          <w:smallCaps w:val="0"/>
          <w:strike w:val="0"/>
          <w:sz w:val="22"/>
          <w:u w:val="single"/>
        </w:rPr>
        <w:t>showing extreme antibiotic resistance</w:t>
      </w:r>
      <w:r>
        <w:rPr>
          <w:b w:val="0"/>
          <w:i w:val="0"/>
          <w:smallCaps w:val="0"/>
          <w:strike w:val="0"/>
          <w:sz w:val="16"/>
          <w:u w:val="none"/>
        </w:rPr>
        <w:t>”…</w:t>
      </w:r>
    </w:p>
    <w:p>
      <w:pPr>
        <w:spacing w:after="60"/>
      </w:pPr>
      <w:r>
        <w:rPr>
          <w:b w:val="0"/>
          <w:i w:val="0"/>
          <w:smallCaps w:val="0"/>
          <w:strike w:val="0"/>
          <w:sz w:val="22"/>
          <w:highlight w:val="cyan"/>
          <w:u w:val="single"/>
        </w:rPr>
        <w:t>Bacteria</w:t>
      </w:r>
      <w:r>
        <w:rPr>
          <w:b w:val="0"/>
          <w:i w:val="0"/>
          <w:smallCaps w:val="0"/>
          <w:strike w:val="0"/>
          <w:sz w:val="22"/>
          <w:u w:val="single"/>
        </w:rPr>
        <w:t xml:space="preserve"> found in hospital patients </w:t>
      </w:r>
      <w:r>
        <w:rPr>
          <w:b w:val="0"/>
          <w:i w:val="0"/>
          <w:smallCaps w:val="0"/>
          <w:strike w:val="0"/>
          <w:sz w:val="22"/>
          <w:highlight w:val="cyan"/>
          <w:u w:val="single"/>
        </w:rPr>
        <w:t xml:space="preserve">in Ukraine is showing </w:t>
      </w:r>
      <w:r>
        <w:rPr>
          <w:b/>
          <w:i w:val="0"/>
          <w:smallCaps w:val="0"/>
          <w:strike w:val="0"/>
          <w:sz w:val="22"/>
          <w:highlight w:val="cyan"/>
          <w:u w:val="single"/>
        </w:rPr>
        <w:t>extreme antibiotic resistance</w:t>
      </w:r>
      <w:r>
        <w:rPr>
          <w:b w:val="0"/>
          <w:i w:val="0"/>
          <w:smallCaps w:val="0"/>
          <w:strike w:val="0"/>
          <w:sz w:val="16"/>
          <w:u w:val="none"/>
        </w:rPr>
        <w:t>, making it harder to treat the wounded and ill in this war-torn country, new research warns.</w:t>
      </w:r>
    </w:p>
    <w:p>
      <w:pPr>
        <w:spacing w:after="60"/>
      </w:pPr>
      <w:r>
        <w:rPr>
          <w:b w:val="0"/>
          <w:i w:val="0"/>
          <w:smallCaps w:val="0"/>
          <w:strike w:val="0"/>
          <w:sz w:val="16"/>
          <w:u w:val="none"/>
        </w:rPr>
        <w:t xml:space="preserve">“I am quite thick-skinned and have witnessed numerous situations involving patients and bacteria,” said </w:t>
      </w:r>
      <w:r>
        <w:rPr>
          <w:b w:val="0"/>
          <w:i w:val="0"/>
          <w:smallCaps w:val="0"/>
          <w:strike w:val="0"/>
          <w:sz w:val="22"/>
          <w:u w:val="single"/>
        </w:rPr>
        <w:t>study author and bacteriologist</w:t>
      </w:r>
      <w:r>
        <w:rPr>
          <w:b w:val="0"/>
          <w:i w:val="0"/>
          <w:smallCaps w:val="0"/>
          <w:strike w:val="0"/>
          <w:sz w:val="22"/>
          <w:u w:val="single"/>
        </w:rPr>
        <w:t xml:space="preserve"> Kristian Riesbeck</w:t>
      </w:r>
      <w:r>
        <w:rPr>
          <w:b w:val="0"/>
          <w:i w:val="0"/>
          <w:smallCaps w:val="0"/>
          <w:strike w:val="0"/>
          <w:sz w:val="22"/>
          <w:u w:val="single"/>
        </w:rPr>
        <w:t>. “However, I must admit that I have</w:t>
      </w:r>
      <w:r>
        <w:rPr>
          <w:b w:val="0"/>
          <w:i w:val="0"/>
          <w:smallCaps w:val="0"/>
          <w:strike w:val="0"/>
          <w:sz w:val="16"/>
          <w:u w:val="single"/>
        </w:rPr>
        <w:t xml:space="preserve"> </w:t>
      </w:r>
      <w:r>
        <w:rPr>
          <w:b/>
          <w:i w:val="0"/>
          <w:smallCaps w:val="0"/>
          <w:strike w:val="0"/>
          <w:sz w:val="22"/>
          <w:u w:val="single"/>
        </w:rPr>
        <w:t xml:space="preserve">never encountered bacteria as </w:t>
      </w:r>
      <w:r>
        <w:rPr>
          <w:b/>
          <w:i w:val="0"/>
          <w:smallCaps w:val="0"/>
          <w:strike w:val="0"/>
          <w:sz w:val="22"/>
          <w:u w:val="single"/>
        </w:rPr>
        <w:t>resistant</w:t>
      </w:r>
      <w:r>
        <w:rPr>
          <w:b w:val="0"/>
          <w:i w:val="0"/>
          <w:smallCaps w:val="0"/>
          <w:strike w:val="0"/>
          <w:sz w:val="22"/>
          <w:u w:val="single"/>
        </w:rPr>
        <w:t xml:space="preserve"> </w:t>
      </w:r>
      <w:r>
        <w:rPr>
          <w:b/>
          <w:i w:val="0"/>
          <w:smallCaps w:val="0"/>
          <w:strike w:val="0"/>
          <w:sz w:val="22"/>
          <w:u w:val="single"/>
        </w:rPr>
        <w:t>as this before</w:t>
      </w:r>
      <w:r>
        <w:rPr>
          <w:b w:val="0"/>
          <w:i w:val="0"/>
          <w:smallCaps w:val="0"/>
          <w:strike w:val="0"/>
          <w:sz w:val="16"/>
          <w:u w:val="none"/>
        </w:rPr>
        <w:t>.”</w:t>
      </w:r>
    </w:p>
    <w:p>
      <w:pPr>
        <w:spacing w:after="60"/>
      </w:pPr>
      <w:r>
        <w:rPr>
          <w:b w:val="0"/>
          <w:i w:val="0"/>
          <w:smallCaps w:val="0"/>
          <w:strike w:val="0"/>
          <w:sz w:val="16"/>
          <w:u w:val="none"/>
        </w:rPr>
        <w:t>This should deeply alarm all of us.</w:t>
      </w:r>
    </w:p>
    <w:p>
      <w:pPr>
        <w:spacing w:after="60"/>
      </w:pPr>
      <w:r>
        <w:rPr>
          <w:b w:val="0"/>
          <w:i w:val="0"/>
          <w:smallCaps w:val="0"/>
          <w:strike w:val="0"/>
          <w:sz w:val="16"/>
          <w:u w:val="none"/>
        </w:rPr>
        <w:t>In one case, a Ukrainian soldier actually became infected with six different kinds of extremely resistant bacteria…</w:t>
      </w:r>
    </w:p>
    <w:p>
      <w:pPr>
        <w:spacing w:after="60"/>
      </w:pPr>
      <w:r>
        <w:rPr>
          <w:b w:val="0"/>
          <w:i w:val="0"/>
          <w:smallCaps w:val="0"/>
          <w:strike w:val="0"/>
          <w:sz w:val="22"/>
          <w:u w:val="single"/>
        </w:rPr>
        <w:t xml:space="preserve">Russia’s invasion of Ukraine is </w:t>
      </w:r>
      <w:r>
        <w:rPr>
          <w:b w:val="0"/>
          <w:i w:val="0"/>
          <w:smallCaps w:val="0"/>
          <w:strike w:val="0"/>
          <w:sz w:val="22"/>
          <w:u w:val="single"/>
        </w:rPr>
        <w:t>fueling</w:t>
      </w:r>
      <w:r>
        <w:rPr>
          <w:b w:val="0"/>
          <w:i w:val="0"/>
          <w:smallCaps w:val="0"/>
          <w:strike w:val="0"/>
          <w:sz w:val="22"/>
          <w:u w:val="single"/>
        </w:rPr>
        <w:t xml:space="preserve"> a </w:t>
      </w:r>
      <w:r>
        <w:rPr>
          <w:b/>
          <w:i w:val="0"/>
          <w:smallCaps w:val="0"/>
          <w:strike w:val="0"/>
          <w:sz w:val="22"/>
          <w:u w:val="single"/>
        </w:rPr>
        <w:t xml:space="preserve">dangerous rise in </w:t>
      </w:r>
      <w:r>
        <w:rPr>
          <w:b/>
          <w:i w:val="0"/>
          <w:smallCaps w:val="0"/>
          <w:strike w:val="0"/>
          <w:sz w:val="22"/>
          <w:u w:val="single"/>
        </w:rPr>
        <w:t>bacterial drug resistance</w:t>
      </w:r>
      <w:r>
        <w:rPr>
          <w:b w:val="0"/>
          <w:i w:val="0"/>
          <w:smallCaps w:val="0"/>
          <w:strike w:val="0"/>
          <w:sz w:val="22"/>
          <w:u w:val="single"/>
        </w:rPr>
        <w:t>—</w:t>
      </w:r>
      <w:r>
        <w:rPr>
          <w:b w:val="0"/>
          <w:i w:val="0"/>
          <w:smallCaps w:val="0"/>
          <w:strike w:val="0"/>
          <w:sz w:val="16"/>
          <w:u w:val="none"/>
        </w:rPr>
        <w:t>an alarming reality made clear by a recent case report of an injured Ukrainian soldier who became infected with six different extensively drug-resistant bacteria, one of which was resistant to every antibiotic tested.</w:t>
      </w:r>
    </w:p>
    <w:p>
      <w:pPr>
        <w:spacing w:after="60"/>
      </w:pPr>
      <w:r>
        <w:rPr>
          <w:b w:val="0"/>
          <w:i w:val="0"/>
          <w:smallCaps w:val="0"/>
          <w:strike w:val="0"/>
          <w:sz w:val="16"/>
          <w:u w:val="none"/>
        </w:rPr>
        <w:t xml:space="preserve">Health experts are sounding the alarm that the </w:t>
      </w:r>
      <w:r>
        <w:rPr>
          <w:b w:val="0"/>
          <w:i w:val="0"/>
          <w:smallCaps w:val="0"/>
          <w:strike w:val="0"/>
          <w:sz w:val="16"/>
          <w:u w:val="none"/>
        </w:rPr>
        <w:t xml:space="preserve">nearly </w:t>
      </w:r>
      <w:r>
        <w:rPr>
          <w:b/>
          <w:i w:val="0"/>
          <w:smallCaps w:val="0"/>
          <w:strike w:val="0"/>
          <w:sz w:val="22"/>
          <w:highlight w:val="cyan"/>
          <w:u w:val="single"/>
        </w:rPr>
        <w:t>unbeatable</w:t>
      </w:r>
      <w:r>
        <w:rPr>
          <w:b w:val="0"/>
          <w:i w:val="0"/>
          <w:smallCaps w:val="0"/>
          <w:strike w:val="0"/>
          <w:sz w:val="22"/>
          <w:highlight w:val="cyan"/>
          <w:u w:val="single"/>
        </w:rPr>
        <w:t xml:space="preserve"> </w:t>
      </w:r>
      <w:r>
        <w:rPr>
          <w:b/>
          <w:i w:val="0"/>
          <w:smallCaps w:val="0"/>
          <w:strike w:val="0"/>
          <w:sz w:val="22"/>
          <w:highlight w:val="cyan"/>
          <w:u w:val="single"/>
        </w:rPr>
        <w:t>germs will likely spread beyond</w:t>
      </w:r>
      <w:r>
        <w:rPr>
          <w:b w:val="0"/>
          <w:i w:val="0"/>
          <w:smallCaps w:val="0"/>
          <w:strike w:val="0"/>
          <w:sz w:val="22"/>
          <w:u w:val="single"/>
        </w:rPr>
        <w:t xml:space="preserve"> the</w:t>
      </w:r>
      <w:r>
        <w:rPr>
          <w:b w:val="0"/>
          <w:i w:val="0"/>
          <w:smallCaps w:val="0"/>
          <w:strike w:val="0"/>
          <w:sz w:val="22"/>
          <w:u w:val="single"/>
        </w:rPr>
        <w:t xml:space="preserve"> </w:t>
      </w:r>
      <w:r>
        <w:rPr>
          <w:b w:val="0"/>
          <w:i w:val="0"/>
          <w:smallCaps w:val="0"/>
          <w:strike w:val="0"/>
          <w:sz w:val="22"/>
          <w:u w:val="single"/>
        </w:rPr>
        <w:t>war-torn</w:t>
      </w:r>
      <w:r>
        <w:rPr>
          <w:b w:val="0"/>
          <w:i w:val="0"/>
          <w:smallCaps w:val="0"/>
          <w:strike w:val="0"/>
          <w:sz w:val="22"/>
          <w:u w:val="single"/>
        </w:rPr>
        <w:t xml:space="preserve"> country’s </w:t>
      </w:r>
      <w:r>
        <w:rPr>
          <w:b w:val="0"/>
          <w:i w:val="0"/>
          <w:smallCaps w:val="0"/>
          <w:strike w:val="0"/>
          <w:sz w:val="22"/>
          <w:highlight w:val="cyan"/>
          <w:u w:val="single"/>
        </w:rPr>
        <w:t>borders</w:t>
      </w:r>
      <w:r>
        <w:rPr>
          <w:b w:val="0"/>
          <w:i w:val="0"/>
          <w:smallCaps w:val="0"/>
          <w:strike w:val="0"/>
          <w:sz w:val="22"/>
          <w:u w:val="single"/>
        </w:rPr>
        <w:t>. “</w:t>
      </w:r>
      <w:r>
        <w:rPr>
          <w:b w:val="0"/>
          <w:i w:val="0"/>
          <w:smallCaps w:val="0"/>
          <w:strike w:val="0"/>
          <w:sz w:val="22"/>
          <w:highlight w:val="cyan"/>
          <w:u w:val="single"/>
        </w:rPr>
        <w:t xml:space="preserve">Given the </w:t>
      </w:r>
      <w:r>
        <w:rPr>
          <w:b w:val="0"/>
          <w:i w:val="0"/>
          <w:smallCaps w:val="0"/>
          <w:strike w:val="0"/>
          <w:sz w:val="22"/>
          <w:highlight w:val="cyan"/>
          <w:u w:val="single"/>
        </w:rPr>
        <w:t>forced migration</w:t>
      </w:r>
      <w:r>
        <w:rPr>
          <w:b w:val="0"/>
          <w:i w:val="0"/>
          <w:smallCaps w:val="0"/>
          <w:strike w:val="0"/>
          <w:sz w:val="22"/>
          <w:u w:val="single"/>
        </w:rPr>
        <w:t xml:space="preserve"> of the population, multidrug resistance of </w:t>
      </w:r>
      <w:r>
        <w:rPr>
          <w:b w:val="0"/>
          <w:i w:val="0"/>
          <w:smallCaps w:val="0"/>
          <w:strike w:val="0"/>
          <w:sz w:val="22"/>
          <w:u w:val="single"/>
        </w:rPr>
        <w:t>wound</w:t>
      </w:r>
      <w:r>
        <w:rPr>
          <w:b w:val="0"/>
          <w:i w:val="0"/>
          <w:smallCaps w:val="0"/>
          <w:strike w:val="0"/>
          <w:sz w:val="22"/>
          <w:u w:val="single"/>
        </w:rPr>
        <w:t xml:space="preserve"> pathogens is now a problem not only for Ukraine but also for healthcare systems </w:t>
      </w:r>
      <w:r>
        <w:rPr>
          <w:b/>
          <w:i w:val="0"/>
          <w:smallCaps w:val="0"/>
          <w:strike w:val="0"/>
          <w:sz w:val="22"/>
          <w:u w:val="single"/>
        </w:rPr>
        <w:t>around the world</w:t>
      </w:r>
      <w:r>
        <w:rPr>
          <w:b w:val="0"/>
          <w:i w:val="0"/>
          <w:smallCaps w:val="0"/>
          <w:strike w:val="0"/>
          <w:sz w:val="16"/>
          <w:u w:val="none"/>
        </w:rPr>
        <w:t>, especially in the EU,” Ukrainian scientists and doctors wrote in a recent letter in the Irish Journal of Medical Scientists.</w:t>
      </w:r>
    </w:p>
    <w:p>
      <w:pPr>
        <w:spacing w:after="60"/>
      </w:pPr>
      <w:r>
        <w:rPr>
          <w:b w:val="0"/>
          <w:i w:val="0"/>
          <w:smallCaps w:val="0"/>
          <w:strike w:val="0"/>
          <w:sz w:val="16"/>
          <w:u w:val="none"/>
        </w:rPr>
        <w:t>We have now entered a time when literally any infection can potentially be life-threatening.</w:t>
      </w:r>
    </w:p>
    <w:p>
      <w:pPr>
        <w:spacing w:after="60"/>
      </w:pPr>
      <w:r>
        <w:rPr>
          <w:b w:val="0"/>
          <w:i w:val="0"/>
          <w:smallCaps w:val="0"/>
          <w:strike w:val="0"/>
          <w:sz w:val="16"/>
          <w:u w:val="none"/>
        </w:rPr>
        <w:t xml:space="preserve">It has been estimated that </w:t>
      </w:r>
      <w:r>
        <w:rPr>
          <w:b w:val="0"/>
          <w:i w:val="0"/>
          <w:smallCaps w:val="0"/>
          <w:strike w:val="0"/>
          <w:sz w:val="22"/>
          <w:u w:val="single"/>
        </w:rPr>
        <w:t xml:space="preserve">antimicrobial resistance will </w:t>
      </w:r>
      <w:r>
        <w:rPr>
          <w:b w:val="0"/>
          <w:i w:val="0"/>
          <w:smallCaps w:val="0"/>
          <w:strike w:val="0"/>
          <w:sz w:val="22"/>
          <w:highlight w:val="cyan"/>
          <w:u w:val="single"/>
        </w:rPr>
        <w:t>cost</w:t>
      </w:r>
      <w:r>
        <w:rPr>
          <w:b w:val="0"/>
          <w:i w:val="0"/>
          <w:smallCaps w:val="0"/>
          <w:strike w:val="0"/>
          <w:sz w:val="22"/>
          <w:u w:val="single"/>
        </w:rPr>
        <w:t xml:space="preserve"> the global economy </w:t>
      </w:r>
      <w:r>
        <w:rPr>
          <w:b w:val="0"/>
          <w:i w:val="0"/>
          <w:smallCaps w:val="0"/>
          <w:strike w:val="0"/>
          <w:sz w:val="22"/>
          <w:highlight w:val="cyan"/>
          <w:u w:val="single"/>
        </w:rPr>
        <w:t>100 trillion dollars</w:t>
      </w:r>
      <w:r>
        <w:rPr>
          <w:b w:val="0"/>
          <w:i w:val="0"/>
          <w:smallCaps w:val="0"/>
          <w:strike w:val="0"/>
          <w:sz w:val="16"/>
          <w:u w:val="none"/>
        </w:rPr>
        <w:t xml:space="preserve"> by the year 2050.</w:t>
      </w:r>
    </w:p>
    <w:p>
      <w:pPr>
        <w:spacing w:after="60"/>
      </w:pPr>
      <w:r>
        <w:rPr>
          <w:b w:val="0"/>
          <w:i w:val="0"/>
          <w:smallCaps w:val="0"/>
          <w:strike w:val="0"/>
          <w:sz w:val="16"/>
          <w:u w:val="none"/>
        </w:rPr>
        <w:t>To put that in perspective, the U.S. national debt is 32 trillion dollars right now, and that is the largest single financial debt in the history of the entire world.</w:t>
      </w:r>
    </w:p>
    <w:p>
      <w:pPr>
        <w:spacing w:after="60"/>
      </w:pPr>
      <w:r>
        <w:rPr>
          <w:b w:val="0"/>
          <w:i w:val="0"/>
          <w:smallCaps w:val="0"/>
          <w:strike w:val="0"/>
          <w:sz w:val="22"/>
          <w:u w:val="single"/>
        </w:rPr>
        <w:t xml:space="preserve">It would help </w:t>
      </w:r>
      <w:r>
        <w:rPr>
          <w:b w:val="0"/>
          <w:i w:val="0"/>
          <w:smallCaps w:val="0"/>
          <w:strike w:val="0"/>
          <w:sz w:val="22"/>
          <w:highlight w:val="cyan"/>
          <w:u w:val="single"/>
        </w:rPr>
        <w:t>if</w:t>
      </w:r>
      <w:r>
        <w:rPr>
          <w:b w:val="0"/>
          <w:i w:val="0"/>
          <w:smallCaps w:val="0"/>
          <w:strike w:val="0"/>
          <w:sz w:val="22"/>
          <w:u w:val="single"/>
        </w:rPr>
        <w:t xml:space="preserve"> the</w:t>
      </w:r>
      <w:r>
        <w:rPr>
          <w:b w:val="0"/>
          <w:i w:val="0"/>
          <w:smallCaps w:val="0"/>
          <w:strike w:val="0"/>
          <w:sz w:val="16"/>
          <w:u w:val="none"/>
        </w:rPr>
        <w:t xml:space="preserve"> </w:t>
      </w:r>
      <w:r>
        <w:rPr>
          <w:b w:val="0"/>
          <w:i w:val="0"/>
          <w:smallCaps w:val="0"/>
          <w:strike w:val="0"/>
          <w:sz w:val="22"/>
          <w:u w:val="single"/>
        </w:rPr>
        <w:t xml:space="preserve">big pharmaceutical </w:t>
      </w:r>
      <w:r>
        <w:rPr>
          <w:b w:val="0"/>
          <w:i w:val="0"/>
          <w:smallCaps w:val="0"/>
          <w:strike w:val="0"/>
          <w:sz w:val="22"/>
          <w:highlight w:val="cyan"/>
          <w:u w:val="single"/>
        </w:rPr>
        <w:t xml:space="preserve">companies were </w:t>
      </w:r>
      <w:r>
        <w:rPr>
          <w:b w:val="0"/>
          <w:i w:val="0"/>
          <w:smallCaps w:val="0"/>
          <w:strike w:val="0"/>
          <w:sz w:val="22"/>
          <w:highlight w:val="cyan"/>
          <w:u w:val="single"/>
        </w:rPr>
        <w:t>feverishly working</w:t>
      </w:r>
      <w:r>
        <w:rPr>
          <w:b w:val="0"/>
          <w:i w:val="0"/>
          <w:smallCaps w:val="0"/>
          <w:strike w:val="0"/>
          <w:sz w:val="22"/>
          <w:highlight w:val="cyan"/>
          <w:u w:val="single"/>
        </w:rPr>
        <w:t xml:space="preserve"> to develop new antibiotics, but that</w:t>
      </w:r>
      <w:r>
        <w:rPr>
          <w:b w:val="0"/>
          <w:i w:val="0"/>
          <w:smallCaps w:val="0"/>
          <w:strike w:val="0"/>
          <w:sz w:val="22"/>
          <w:u w:val="single"/>
        </w:rPr>
        <w:t xml:space="preserve"> just </w:t>
      </w:r>
      <w:r>
        <w:rPr>
          <w:b w:val="0"/>
          <w:i w:val="0"/>
          <w:smallCaps w:val="0"/>
          <w:strike w:val="0"/>
          <w:sz w:val="22"/>
          <w:highlight w:val="cyan"/>
          <w:u w:val="single"/>
        </w:rPr>
        <w:t>isn’t happening</w:t>
      </w:r>
      <w:r>
        <w:rPr>
          <w:b w:val="0"/>
          <w:i w:val="0"/>
          <w:smallCaps w:val="0"/>
          <w:strike w:val="0"/>
          <w:sz w:val="16"/>
          <w:u w:val="none"/>
        </w:rPr>
        <w:t>…</w:t>
      </w:r>
    </w:p>
    <w:p>
      <w:pPr>
        <w:spacing w:after="60"/>
      </w:pPr>
      <w:r>
        <w:rPr>
          <w:b w:val="0"/>
          <w:i w:val="0"/>
          <w:smallCaps w:val="0"/>
          <w:strike w:val="0"/>
          <w:sz w:val="16"/>
          <w:u w:val="none"/>
        </w:rPr>
        <w:t xml:space="preserve">Despite the crucial need for new antibiotics, </w:t>
      </w:r>
      <w:r>
        <w:rPr>
          <w:b/>
          <w:i w:val="0"/>
          <w:smallCaps w:val="0"/>
          <w:strike w:val="0"/>
          <w:sz w:val="22"/>
          <w:highlight w:val="cyan"/>
          <w:u w:val="single"/>
        </w:rPr>
        <w:t xml:space="preserve">there has been </w:t>
      </w:r>
      <w:r>
        <w:rPr>
          <w:b w:val="0"/>
          <w:i w:val="0"/>
          <w:smallCaps w:val="0"/>
          <w:strike w:val="0"/>
          <w:sz w:val="22"/>
          <w:highlight w:val="cyan"/>
          <w:u w:val="single"/>
        </w:rPr>
        <w:t>little innovation</w:t>
      </w:r>
      <w:r>
        <w:rPr>
          <w:b/>
          <w:i w:val="0"/>
          <w:smallCaps w:val="0"/>
          <w:strike w:val="0"/>
          <w:sz w:val="22"/>
          <w:u w:val="single"/>
        </w:rPr>
        <w:t xml:space="preserve"> in the past 20 years</w:t>
      </w:r>
      <w:r>
        <w:rPr>
          <w:b w:val="0"/>
          <w:i w:val="0"/>
          <w:smallCaps w:val="0"/>
          <w:strike w:val="0"/>
          <w:sz w:val="16"/>
          <w:u w:val="none"/>
        </w:rPr>
        <w:t>. According to a report from the Biotechnology Innovation Organization, “</w:t>
      </w:r>
      <w:r>
        <w:rPr>
          <w:b w:val="0"/>
          <w:i w:val="0"/>
          <w:smallCaps w:val="0"/>
          <w:strike w:val="0"/>
          <w:sz w:val="22"/>
          <w:u w:val="single"/>
        </w:rPr>
        <w:t xml:space="preserve">more than 82% of all antibiotic approvals occurred prior to the year 2000.” </w:t>
      </w:r>
      <w:r>
        <w:rPr>
          <w:b w:val="0"/>
          <w:i w:val="0"/>
          <w:smallCaps w:val="0"/>
          <w:strike w:val="0"/>
          <w:sz w:val="22"/>
          <w:highlight w:val="cyan"/>
          <w:u w:val="single"/>
        </w:rPr>
        <w:t xml:space="preserve">The last new antibiotic </w:t>
      </w:r>
      <w:r>
        <w:rPr>
          <w:b w:val="0"/>
          <w:i w:val="0"/>
          <w:smallCaps w:val="0"/>
          <w:strike w:val="0"/>
          <w:sz w:val="22"/>
          <w:highlight w:val="cyan"/>
          <w:u w:val="single"/>
        </w:rPr>
        <w:t>class</w:t>
      </w:r>
      <w:r>
        <w:rPr>
          <w:b w:val="0"/>
          <w:i w:val="0"/>
          <w:smallCaps w:val="0"/>
          <w:strike w:val="0"/>
          <w:sz w:val="22"/>
          <w:u w:val="single"/>
        </w:rPr>
        <w:t xml:space="preserve"> was oxazolidinones, which were</w:t>
      </w:r>
      <w:r>
        <w:rPr>
          <w:b w:val="0"/>
          <w:i w:val="0"/>
          <w:smallCaps w:val="0"/>
          <w:strike w:val="0"/>
          <w:sz w:val="16"/>
          <w:u w:val="none"/>
        </w:rPr>
        <w:t xml:space="preserve"> </w:t>
      </w:r>
      <w:r>
        <w:rPr>
          <w:b w:val="0"/>
          <w:i w:val="0"/>
          <w:smallCaps w:val="0"/>
          <w:strike w:val="0"/>
          <w:sz w:val="22"/>
          <w:highlight w:val="cyan"/>
          <w:u w:val="single"/>
        </w:rPr>
        <w:t xml:space="preserve">developed in the early </w:t>
      </w:r>
      <w:r>
        <w:rPr>
          <w:b w:val="0"/>
          <w:i w:val="0"/>
          <w:smallCaps w:val="0"/>
          <w:strike w:val="0"/>
          <w:sz w:val="22"/>
          <w:highlight w:val="cyan"/>
          <w:u w:val="single"/>
        </w:rPr>
        <w:t>2000s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