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w:t>
      </w:r>
      <w:r>
        <w:rPr>
          <w:b/>
          <w:i w:val="0"/>
          <w:smallCaps w:val="0"/>
          <w:strike w:val="0"/>
          <w:sz w:val="26"/>
          <w:u w:val="none"/>
        </w:rPr>
        <w:t xml:space="preserve">ew tech is the </w:t>
      </w:r>
      <w:r>
        <w:rPr>
          <w:b/>
          <w:i w:val="0"/>
          <w:smallCaps w:val="0"/>
          <w:strike w:val="0"/>
          <w:sz w:val="26"/>
          <w:u w:val="single"/>
        </w:rPr>
        <w:t>only way</w:t>
      </w:r>
      <w:r>
        <w:rPr>
          <w:b/>
          <w:i w:val="0"/>
          <w:smallCaps w:val="0"/>
          <w:strike w:val="0"/>
          <w:sz w:val="26"/>
          <w:u w:val="none"/>
        </w:rPr>
        <w:t xml:space="preserve"> to solve </w:t>
      </w:r>
      <w:r>
        <w:rPr>
          <w:b/>
          <w:i w:val="0"/>
          <w:smallCaps w:val="0"/>
          <w:strike w:val="0"/>
          <w:sz w:val="26"/>
          <w:u w:val="none"/>
        </w:rPr>
        <w:t>climate change</w:t>
      </w:r>
      <w:r>
        <w:rPr>
          <w:b/>
          <w:i w:val="0"/>
          <w:smallCaps w:val="0"/>
          <w:strike w:val="0"/>
          <w:sz w:val="26"/>
          <w:u w:val="none"/>
        </w:rPr>
        <w:t xml:space="preserve"> – otherwise the world will </w:t>
      </w:r>
      <w:r>
        <w:rPr>
          <w:b/>
          <w:i w:val="0"/>
          <w:smallCaps w:val="0"/>
          <w:strike w:val="0"/>
          <w:sz w:val="26"/>
          <w:u w:val="single"/>
        </w:rPr>
        <w:t>collapse</w:t>
      </w:r>
      <w:r>
        <w:rPr>
          <w:b/>
          <w:i w:val="0"/>
          <w:smallCaps w:val="0"/>
          <w:strike w:val="0"/>
          <w:sz w:val="26"/>
          <w:u w:val="none"/>
        </w:rPr>
        <w:t>.</w:t>
      </w:r>
    </w:p>
    <w:p>
      <w:pPr>
        <w:spacing w:after="80"/>
      </w:pPr>
      <w:r>
        <w:rPr>
          <w:b w:val="0"/>
          <w:i w:val="0"/>
          <w:smallCaps w:val="0"/>
          <w:strike w:val="0"/>
          <w:sz w:val="16"/>
          <w:u w:val="none"/>
        </w:rPr>
        <w:t xml:space="preserve">Eric </w:t>
      </w:r>
      <w:r>
        <w:rPr>
          <w:b/>
          <w:i w:val="0"/>
          <w:smallCaps w:val="0"/>
          <w:strike w:val="0"/>
          <w:sz w:val="26"/>
          <w:u w:val="none"/>
        </w:rPr>
        <w:t>Levitz 21</w:t>
      </w:r>
      <w:r>
        <w:rPr>
          <w:b w:val="0"/>
          <w:i w:val="0"/>
          <w:smallCaps w:val="0"/>
          <w:strike w:val="0"/>
          <w:sz w:val="16"/>
          <w:u w:val="none"/>
        </w:rPr>
        <w:t xml:space="preserve">. Senior Writer at New York Magazine. MA Johns Hopkins. "We’ll Innovate Our Way Out of the Climate Crisis or Die Trying". </w:t>
      </w:r>
      <w:r>
        <w:rPr>
          <w:b w:val="0"/>
          <w:i w:val="0"/>
          <w:smallCaps w:val="0"/>
          <w:strike w:val="0"/>
          <w:sz w:val="16"/>
          <w:u w:val="none"/>
        </w:rPr>
        <w:t xml:space="preserve">Intelligencer. 5-17-2021. https://nymag.com/intelligencer/2021/05/climate-biden-green-tech-innovation.html </w:t>
      </w:r>
    </w:p>
    <w:p>
      <w:pPr>
        <w:spacing w:after="60"/>
      </w:pPr>
      <w:r>
        <w:rPr>
          <w:b w:val="0"/>
          <w:i w:val="0"/>
          <w:smallCaps w:val="0"/>
          <w:strike w:val="0"/>
          <w:sz w:val="22"/>
          <w:highlight w:val="cyan"/>
          <w:u w:val="single"/>
        </w:rPr>
        <w:t>Today’s best-case</w:t>
      </w:r>
      <w:r>
        <w:rPr>
          <w:b w:val="0"/>
          <w:i w:val="0"/>
          <w:smallCaps w:val="0"/>
          <w:strike w:val="0"/>
          <w:sz w:val="22"/>
          <w:u w:val="single"/>
        </w:rPr>
        <w:t xml:space="preserve"> ecological scenario was </w:t>
      </w:r>
      <w:r>
        <w:rPr>
          <w:b w:val="0"/>
          <w:i w:val="0"/>
          <w:smallCaps w:val="0"/>
          <w:strike w:val="0"/>
          <w:sz w:val="22"/>
          <w:highlight w:val="cyan"/>
          <w:u w:val="single"/>
        </w:rPr>
        <w:t>a horror</w:t>
      </w:r>
      <w:r>
        <w:rPr>
          <w:b w:val="0"/>
          <w:i w:val="0"/>
          <w:smallCaps w:val="0"/>
          <w:strike w:val="0"/>
          <w:sz w:val="16"/>
          <w:highlight w:val="cyan"/>
          <w:u w:val="none"/>
        </w:rPr>
        <w:t xml:space="preserve"> </w:t>
      </w:r>
      <w:r>
        <w:rPr>
          <w:b w:val="0"/>
          <w:i w:val="0"/>
          <w:smallCaps w:val="0"/>
          <w:strike w:val="0"/>
          <w:sz w:val="16"/>
          <w:u w:val="none"/>
        </w:rPr>
        <w:t xml:space="preserve">story </w:t>
      </w:r>
      <w:r>
        <w:rPr>
          <w:b w:val="0"/>
          <w:i w:val="0"/>
          <w:smallCaps w:val="0"/>
          <w:strike w:val="0"/>
          <w:sz w:val="22"/>
          <w:highlight w:val="cyan"/>
          <w:u w:val="single"/>
        </w:rPr>
        <w:t>just three decades</w:t>
      </w:r>
      <w:r>
        <w:rPr>
          <w:b w:val="0"/>
          <w:i w:val="0"/>
          <w:smallCaps w:val="0"/>
          <w:strike w:val="0"/>
          <w:sz w:val="16"/>
          <w:u w:val="none"/>
        </w:rPr>
        <w:t xml:space="preserve"> ago. </w:t>
      </w:r>
      <w:r>
        <w:rPr>
          <w:b w:val="0"/>
          <w:i w:val="0"/>
          <w:smallCaps w:val="0"/>
          <w:strike w:val="0"/>
          <w:sz w:val="22"/>
          <w:u w:val="single"/>
        </w:rPr>
        <w:t>In 1993</w:t>
      </w:r>
      <w:r>
        <w:rPr>
          <w:b w:val="0"/>
          <w:i w:val="0"/>
          <w:smallCaps w:val="0"/>
          <w:strike w:val="0"/>
          <w:sz w:val="16"/>
          <w:u w:val="none"/>
        </w:rPr>
        <w:t xml:space="preserve">, Bill Clinton declared that global warming presented such a profound threat to civilization that the U.S. would have to bring its “emissions of greenhouse gases to their 1990 levels by the year 2000.” Instead, we waited until 2020 to do so; in the interim, </w:t>
      </w:r>
      <w:r>
        <w:rPr>
          <w:b/>
          <w:i w:val="0"/>
          <w:smallCaps w:val="0"/>
          <w:strike w:val="0"/>
          <w:sz w:val="22"/>
          <w:highlight w:val="cyan"/>
          <w:u w:val="single"/>
        </w:rPr>
        <w:t xml:space="preserve">humanity burned more carbon </w:t>
      </w:r>
      <w:r>
        <w:rPr>
          <w:b/>
          <w:i w:val="0"/>
          <w:smallCaps w:val="0"/>
          <w:strike w:val="0"/>
          <w:sz w:val="22"/>
          <w:u w:val="single"/>
        </w:rPr>
        <w:t>than it had since the advent of agriculture</w:t>
      </w:r>
      <w:r>
        <w:rPr>
          <w:b w:val="0"/>
          <w:i w:val="0"/>
          <w:smallCaps w:val="0"/>
          <w:strike w:val="0"/>
          <w:sz w:val="16"/>
          <w:u w:val="none"/>
        </w:rPr>
        <w:t xml:space="preserve">. </w:t>
      </w:r>
      <w:r>
        <w:rPr>
          <w:b w:val="0"/>
          <w:i w:val="0"/>
          <w:smallCaps w:val="0"/>
          <w:strike w:val="0"/>
          <w:sz w:val="22"/>
          <w:u w:val="single"/>
        </w:rPr>
        <w:t xml:space="preserve">Now, it </w:t>
      </w:r>
      <w:r>
        <w:rPr>
          <w:b w:val="0"/>
          <w:i w:val="0"/>
          <w:smallCaps w:val="0"/>
          <w:strike w:val="0"/>
          <w:sz w:val="22"/>
          <w:highlight w:val="cyan"/>
          <w:u w:val="single"/>
        </w:rPr>
        <w:t xml:space="preserve">will take </w:t>
      </w:r>
      <w:r>
        <w:rPr>
          <w:b w:val="0"/>
          <w:i w:val="0"/>
          <w:smallCaps w:val="0"/>
          <w:strike w:val="0"/>
          <w:sz w:val="22"/>
          <w:u w:val="single"/>
        </w:rPr>
        <w:t xml:space="preserve">a historically </w:t>
      </w:r>
      <w:r>
        <w:rPr>
          <w:b w:val="0"/>
          <w:i w:val="0"/>
          <w:smallCaps w:val="0"/>
          <w:strike w:val="0"/>
          <w:sz w:val="22"/>
          <w:highlight w:val="cyan"/>
          <w:u w:val="single"/>
        </w:rPr>
        <w:t>unprecedented</w:t>
      </w:r>
      <w:r>
        <w:rPr>
          <w:b w:val="0"/>
          <w:i w:val="0"/>
          <w:smallCaps w:val="0"/>
          <w:strike w:val="0"/>
          <w:sz w:val="22"/>
          <w:u w:val="single"/>
        </w:rPr>
        <w:t xml:space="preserve">, worldwide economic </w:t>
      </w:r>
      <w:r>
        <w:rPr>
          <w:b w:val="0"/>
          <w:i w:val="0"/>
          <w:smallCaps w:val="0"/>
          <w:strike w:val="0"/>
          <w:sz w:val="22"/>
          <w:highlight w:val="cyan"/>
          <w:u w:val="single"/>
        </w:rPr>
        <w:t>transformation to freeze warming</w:t>
      </w:r>
      <w:r>
        <w:rPr>
          <w:b w:val="0"/>
          <w:i w:val="0"/>
          <w:smallCaps w:val="0"/>
          <w:strike w:val="0"/>
          <w:sz w:val="22"/>
          <w:u w:val="single"/>
        </w:rPr>
        <w:t xml:space="preserve"> at </w:t>
      </w:r>
      <w:r>
        <w:rPr>
          <w:b/>
          <w:i w:val="0"/>
          <w:smallCaps w:val="0"/>
          <w:strike w:val="0"/>
          <w:sz w:val="22"/>
          <w:u w:val="single"/>
        </w:rPr>
        <w:t>“only” 2 degrees</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22"/>
          <w:u w:val="single"/>
        </w:rPr>
        <w:t xml:space="preserve">a level of temperature rise that will </w:t>
      </w:r>
      <w:r>
        <w:rPr>
          <w:b w:val="0"/>
          <w:i w:val="0"/>
          <w:smallCaps w:val="0"/>
          <w:strike w:val="0"/>
          <w:sz w:val="22"/>
          <w:u w:val="single"/>
        </w:rPr>
        <w:t xml:space="preserve">turn “once in a century” </w:t>
      </w:r>
      <w:r>
        <w:rPr>
          <w:b w:val="0"/>
          <w:i w:val="0"/>
          <w:smallCaps w:val="0"/>
          <w:strike w:val="0"/>
          <w:sz w:val="22"/>
          <w:highlight w:val="cyan"/>
          <w:u w:val="single"/>
        </w:rPr>
        <w:t>storms</w:t>
      </w:r>
      <w:r>
        <w:rPr>
          <w:b w:val="0"/>
          <w:i w:val="0"/>
          <w:smallCaps w:val="0"/>
          <w:strike w:val="0"/>
          <w:sz w:val="16"/>
          <w:highlight w:val="cyan"/>
          <w:u w:val="none"/>
        </w:rPr>
        <w:t xml:space="preserve"> </w:t>
      </w:r>
      <w:r>
        <w:rPr>
          <w:b w:val="0"/>
          <w:i w:val="0"/>
          <w:smallCaps w:val="0"/>
          <w:strike w:val="0"/>
          <w:sz w:val="16"/>
          <w:u w:val="none"/>
        </w:rPr>
        <w:t xml:space="preserve">into annual events, </w:t>
      </w:r>
      <w:r>
        <w:rPr>
          <w:b/>
          <w:i w:val="0"/>
          <w:smallCaps w:val="0"/>
          <w:strike w:val="0"/>
          <w:sz w:val="22"/>
          <w:highlight w:val="cyan"/>
          <w:u w:val="single"/>
        </w:rPr>
        <w:t>drown</w:t>
      </w:r>
      <w:r>
        <w:rPr>
          <w:b/>
          <w:i w:val="0"/>
          <w:smallCaps w:val="0"/>
          <w:strike w:val="0"/>
          <w:sz w:val="22"/>
          <w:u w:val="single"/>
        </w:rPr>
        <w:t xml:space="preserve"> entire island </w:t>
      </w:r>
      <w:r>
        <w:rPr>
          <w:b/>
          <w:i w:val="0"/>
          <w:smallCaps w:val="0"/>
          <w:strike w:val="0"/>
          <w:sz w:val="22"/>
          <w:highlight w:val="cyan"/>
          <w:u w:val="single"/>
        </w:rPr>
        <w:t>nations</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22"/>
          <w:u w:val="single"/>
        </w:rPr>
        <w:t xml:space="preserve">render </w:t>
      </w:r>
      <w:r>
        <w:rPr>
          <w:b/>
          <w:i w:val="0"/>
          <w:smallCaps w:val="0"/>
          <w:strike w:val="0"/>
          <w:sz w:val="22"/>
          <w:u w:val="single"/>
        </w:rPr>
        <w:t xml:space="preserve">major </w:t>
      </w:r>
      <w:r>
        <w:rPr>
          <w:b/>
          <w:i w:val="0"/>
          <w:smallCaps w:val="0"/>
          <w:strike w:val="0"/>
          <w:sz w:val="22"/>
          <w:highlight w:val="cyan"/>
          <w:u w:val="single"/>
        </w:rPr>
        <w:t>cities</w:t>
      </w:r>
      <w:r>
        <w:rPr>
          <w:b w:val="0"/>
          <w:i w:val="0"/>
          <w:smallCaps w:val="0"/>
          <w:strike w:val="0"/>
          <w:sz w:val="16"/>
          <w:highlight w:val="cyan"/>
          <w:u w:val="none"/>
        </w:rPr>
        <w:t xml:space="preserve"> </w:t>
      </w:r>
      <w:r>
        <w:rPr>
          <w:b w:val="0"/>
          <w:i w:val="0"/>
          <w:smallCaps w:val="0"/>
          <w:strike w:val="0"/>
          <w:sz w:val="16"/>
          <w:u w:val="none"/>
        </w:rPr>
        <w:t xml:space="preserve">in the Middle East </w:t>
      </w:r>
      <w:r>
        <w:rPr>
          <w:b/>
          <w:i w:val="0"/>
          <w:smallCaps w:val="0"/>
          <w:strike w:val="0"/>
          <w:sz w:val="22"/>
          <w:highlight w:val="cyan"/>
          <w:u w:val="single"/>
        </w:rPr>
        <w:t>uninhabitable</w:t>
      </w:r>
      <w:r>
        <w:rPr>
          <w:b w:val="0"/>
          <w:i w:val="0"/>
          <w:smallCaps w:val="0"/>
          <w:strike w:val="0"/>
          <w:sz w:val="16"/>
          <w:highlight w:val="cyan"/>
          <w:u w:val="none"/>
        </w:rPr>
        <w:t xml:space="preserve"> </w:t>
      </w:r>
      <w:r>
        <w:rPr>
          <w:b w:val="0"/>
          <w:i w:val="0"/>
          <w:smallCaps w:val="0"/>
          <w:strike w:val="0"/>
          <w:sz w:val="16"/>
          <w:u w:val="none"/>
        </w:rPr>
        <w:t xml:space="preserve">in summertime (at least for those whose lifestyles involve “walking outdoors without dying of heatstroke”). </w:t>
      </w:r>
      <w:r>
        <w:rPr>
          <w:b w:val="0"/>
          <w:i w:val="0"/>
          <w:smallCaps w:val="0"/>
          <w:strike w:val="0"/>
          <w:sz w:val="22"/>
          <w:u w:val="single"/>
        </w:rPr>
        <w:t xml:space="preserve">This is </w:t>
      </w:r>
      <w:r>
        <w:rPr>
          <w:b w:val="0"/>
          <w:i w:val="0"/>
          <w:smallCaps w:val="0"/>
          <w:strike w:val="0"/>
          <w:sz w:val="22"/>
          <w:u w:val="single"/>
        </w:rPr>
        <w:t xml:space="preserve">what passes for a </w:t>
      </w:r>
      <w:r>
        <w:rPr>
          <w:b/>
          <w:i w:val="0"/>
          <w:smallCaps w:val="0"/>
          <w:strike w:val="0"/>
          <w:sz w:val="22"/>
          <w:u w:val="single"/>
        </w:rPr>
        <w:t>utopia</w:t>
      </w:r>
      <w:r>
        <w:rPr>
          <w:b/>
          <w:i w:val="0"/>
          <w:smallCaps w:val="0"/>
          <w:strike w:val="0"/>
          <w:sz w:val="22"/>
          <w:u w:val="single"/>
        </w:rPr>
        <w:t xml:space="preserve">n vision </w:t>
      </w:r>
      <w:r>
        <w:rPr>
          <w:b/>
          <w:i w:val="0"/>
          <w:smallCaps w:val="0"/>
          <w:strike w:val="0"/>
          <w:sz w:val="22"/>
          <w:u w:val="single"/>
        </w:rPr>
        <w:t>in 2021</w:t>
      </w:r>
      <w:r>
        <w:rPr>
          <w:b w:val="0"/>
          <w:i w:val="0"/>
          <w:smallCaps w:val="0"/>
          <w:strike w:val="0"/>
          <w:sz w:val="16"/>
          <w:u w:val="none"/>
        </w:rPr>
        <w:t xml:space="preserve">. If we confine ourselves to mere </w:t>
      </w:r>
      <w:r>
        <w:rPr>
          <w:b/>
          <w:i w:val="0"/>
          <w:smallCaps w:val="0"/>
          <w:strike w:val="0"/>
          <w:sz w:val="22"/>
          <w:u w:val="single"/>
        </w:rPr>
        <w:t>optimism</w:t>
      </w:r>
      <w:r>
        <w:rPr>
          <w:b w:val="0"/>
          <w:i w:val="0"/>
          <w:smallCaps w:val="0"/>
          <w:strike w:val="0"/>
          <w:sz w:val="16"/>
          <w:u w:val="none"/>
        </w:rPr>
        <w:t xml:space="preserve"> — and assume that every Paris Agreement signatory meets its current pledged target for decarbonization — then warming </w:t>
      </w:r>
      <w:r>
        <w:rPr>
          <w:b w:val="0"/>
          <w:i w:val="0"/>
          <w:smallCaps w:val="0"/>
          <w:strike w:val="0"/>
          <w:sz w:val="22"/>
          <w:u w:val="single"/>
        </w:rPr>
        <w:t>will hit 2.4 degrees by century’s end</w:t>
      </w:r>
      <w:r>
        <w:rPr>
          <w:b w:val="0"/>
          <w:i w:val="0"/>
          <w:smallCaps w:val="0"/>
          <w:strike w:val="0"/>
          <w:sz w:val="16"/>
          <w:u w:val="none"/>
        </w:rPr>
        <w:t>.</w:t>
      </w:r>
    </w:p>
    <w:p>
      <w:pPr>
        <w:spacing w:after="60"/>
      </w:pPr>
      <w:r>
        <w:rPr>
          <w:b w:val="0"/>
          <w:i w:val="0"/>
          <w:smallCaps w:val="0"/>
          <w:strike w:val="0"/>
          <w:sz w:val="16"/>
          <w:u w:val="none"/>
        </w:rPr>
        <w:t xml:space="preserve">The reality of our ecological predicament invites denial of our political one. Put simply, </w:t>
      </w:r>
      <w:r>
        <w:rPr>
          <w:b w:val="0"/>
          <w:i w:val="0"/>
          <w:smallCaps w:val="0"/>
          <w:strike w:val="0"/>
          <w:sz w:val="22"/>
          <w:u w:val="single"/>
        </w:rPr>
        <w:t>it is hard to reconcile the scale of the climate crisis with the limits of</w:t>
      </w:r>
      <w:r>
        <w:rPr>
          <w:b w:val="0"/>
          <w:i w:val="0"/>
          <w:smallCaps w:val="0"/>
          <w:strike w:val="0"/>
          <w:sz w:val="16"/>
          <w:u w:val="none"/>
        </w:rPr>
        <w:t xml:space="preserve"> contemporary American </w:t>
      </w:r>
      <w:r>
        <w:rPr>
          <w:b w:val="0"/>
          <w:i w:val="0"/>
          <w:smallCaps w:val="0"/>
          <w:strike w:val="0"/>
          <w:sz w:val="22"/>
          <w:u w:val="single"/>
        </w:rPr>
        <w:t>politics</w:t>
      </w:r>
      <w:r>
        <w:rPr>
          <w:b w:val="0"/>
          <w:i w:val="0"/>
          <w:smallCaps w:val="0"/>
          <w:strike w:val="0"/>
          <w:sz w:val="16"/>
          <w:u w:val="none"/>
        </w:rPr>
        <w:t xml:space="preserve">. </w:t>
      </w:r>
      <w:r>
        <w:rPr>
          <w:b/>
          <w:i w:val="0"/>
          <w:smallCaps w:val="0"/>
          <w:strike w:val="0"/>
          <w:sz w:val="22"/>
          <w:highlight w:val="cyan"/>
          <w:u w:val="single"/>
        </w:rPr>
        <w:t>Delusions</w:t>
      </w:r>
      <w:r>
        <w:rPr>
          <w:b/>
          <w:i w:val="0"/>
          <w:smallCaps w:val="0"/>
          <w:strike w:val="0"/>
          <w:sz w:val="22"/>
          <w:u w:val="single"/>
        </w:rPr>
        <w:t xml:space="preserve"> </w:t>
      </w:r>
      <w:r>
        <w:rPr>
          <w:b/>
          <w:i w:val="0"/>
          <w:smallCaps w:val="0"/>
          <w:strike w:val="0"/>
          <w:sz w:val="22"/>
          <w:u w:val="single"/>
        </w:rPr>
        <w:t xml:space="preserve">rush in to </w:t>
      </w:r>
      <w:r>
        <w:rPr>
          <w:b/>
          <w:i w:val="0"/>
          <w:smallCaps w:val="0"/>
          <w:strike w:val="0"/>
          <w:sz w:val="22"/>
          <w:highlight w:val="cyan"/>
          <w:u w:val="single"/>
        </w:rPr>
        <w:t>fill the gap</w:t>
      </w:r>
      <w:r>
        <w:rPr>
          <w:b w:val="0"/>
          <w:i w:val="0"/>
          <w:smallCaps w:val="0"/>
          <w:strike w:val="0"/>
          <w:sz w:val="16"/>
          <w:u w:val="none"/>
        </w:rPr>
        <w:t>. Among these is the fantasy of national autonomy; the notion that the United States can save the planet or destroy it, depending on the precise timeline of its domestic decarbonization. A rapid energy transition in the U.S. is a vital cause, not least for its potential to expedite similar transformations abroad. But the battle for a sustainable planet will be won or lost in the developing world. Although American consumption played a central role in the history of the climate crisis, it is peripheral to the planet’s future: Over the coming century, U.S. emissions are expected to account for only 5 percent of the global total.</w:t>
      </w:r>
    </w:p>
    <w:p>
      <w:pPr>
        <w:spacing w:after="60"/>
      </w:pPr>
      <w:r>
        <w:rPr>
          <w:b w:val="0"/>
          <w:i w:val="0"/>
          <w:smallCaps w:val="0"/>
          <w:strike w:val="0"/>
          <w:sz w:val="22"/>
          <w:u w:val="single"/>
        </w:rPr>
        <w:t>There is</w:t>
      </w:r>
      <w:r>
        <w:rPr>
          <w:b w:val="0"/>
          <w:i w:val="0"/>
          <w:smallCaps w:val="0"/>
          <w:strike w:val="0"/>
          <w:sz w:val="16"/>
          <w:u w:val="none"/>
        </w:rPr>
        <w:t xml:space="preserve"> also </w:t>
      </w:r>
      <w:r>
        <w:rPr>
          <w:b w:val="0"/>
          <w:i w:val="0"/>
          <w:smallCaps w:val="0"/>
          <w:strike w:val="0"/>
          <w:sz w:val="22"/>
          <w:u w:val="single"/>
        </w:rPr>
        <w:t xml:space="preserve">the </w:t>
      </w:r>
      <w:r>
        <w:rPr>
          <w:b/>
          <w:i w:val="0"/>
          <w:smallCaps w:val="0"/>
          <w:strike w:val="0"/>
          <w:sz w:val="22"/>
          <w:u w:val="single"/>
        </w:rPr>
        <w:t xml:space="preserve">delusion of </w:t>
      </w:r>
      <w:r>
        <w:rPr>
          <w:b/>
          <w:i w:val="0"/>
          <w:smallCaps w:val="0"/>
          <w:strike w:val="0"/>
          <w:sz w:val="22"/>
          <w:u w:val="single"/>
        </w:rPr>
        <w:t>“de-growth’s” viability</w:t>
      </w:r>
      <w:r>
        <w:rPr>
          <w:b w:val="0"/>
          <w:i w:val="0"/>
          <w:smallCaps w:val="0"/>
          <w:strike w:val="0"/>
          <w:sz w:val="16"/>
          <w:u w:val="none"/>
        </w:rPr>
        <w:t xml:space="preserve">. </w:t>
      </w:r>
      <w:r>
        <w:rPr>
          <w:b w:val="0"/>
          <w:i w:val="0"/>
          <w:smallCaps w:val="0"/>
          <w:strike w:val="0"/>
          <w:sz w:val="22"/>
          <w:u w:val="single"/>
        </w:rPr>
        <w:t>The fact that there is no plausible path for global economic expansion that won’t entail climate-induced death</w:t>
      </w:r>
      <w:r>
        <w:rPr>
          <w:b w:val="0"/>
          <w:i w:val="0"/>
          <w:smallCaps w:val="0"/>
          <w:strike w:val="0"/>
          <w:sz w:val="16"/>
          <w:u w:val="none"/>
        </w:rPr>
        <w:t xml:space="preserve"> and displacement </w:t>
      </w:r>
      <w:r>
        <w:rPr>
          <w:b w:val="0"/>
          <w:i w:val="0"/>
          <w:smallCaps w:val="0"/>
          <w:strike w:val="0"/>
          <w:sz w:val="22"/>
          <w:u w:val="single"/>
        </w:rPr>
        <w:t>has led some</w:t>
      </w:r>
      <w:r>
        <w:rPr>
          <w:b w:val="0"/>
          <w:i w:val="0"/>
          <w:smallCaps w:val="0"/>
          <w:strike w:val="0"/>
          <w:sz w:val="16"/>
          <w:u w:val="none"/>
        </w:rPr>
        <w:t xml:space="preserve"> environmentalists </w:t>
      </w:r>
      <w:r>
        <w:rPr>
          <w:b w:val="0"/>
          <w:i w:val="0"/>
          <w:smallCaps w:val="0"/>
          <w:strike w:val="0"/>
          <w:sz w:val="22"/>
          <w:u w:val="single"/>
        </w:rPr>
        <w:t>to insist on global stagnation</w:t>
      </w:r>
      <w:r>
        <w:rPr>
          <w:b w:val="0"/>
          <w:i w:val="0"/>
          <w:smallCaps w:val="0"/>
          <w:strike w:val="0"/>
          <w:sz w:val="16"/>
          <w:u w:val="none"/>
        </w:rPr>
        <w:t xml:space="preserve">. Yet </w:t>
      </w:r>
      <w:r>
        <w:rPr>
          <w:b w:val="0"/>
          <w:i w:val="0"/>
          <w:smallCaps w:val="0"/>
          <w:strike w:val="0"/>
          <w:sz w:val="22"/>
          <w:u w:val="single"/>
        </w:rPr>
        <w:t xml:space="preserve">there is neither a mass constituency for this project, nor </w:t>
      </w:r>
      <w:r>
        <w:rPr>
          <w:b/>
          <w:i w:val="0"/>
          <w:smallCaps w:val="0"/>
          <w:strike w:val="0"/>
          <w:sz w:val="22"/>
          <w:u w:val="single"/>
        </w:rPr>
        <w:t>any reason to believe that there will be</w:t>
      </w:r>
      <w:r>
        <w:rPr>
          <w:b w:val="0"/>
          <w:i w:val="0"/>
          <w:smallCaps w:val="0"/>
          <w:strike w:val="0"/>
          <w:sz w:val="22"/>
          <w:u w:val="single"/>
        </w:rPr>
        <w:t xml:space="preserve"> any time soon</w:t>
      </w:r>
      <w:r>
        <w:rPr>
          <w:b w:val="0"/>
          <w:i w:val="0"/>
          <w:smallCaps w:val="0"/>
          <w:strike w:val="0"/>
          <w:sz w:val="16"/>
          <w:u w:val="none"/>
        </w:rPr>
        <w:t xml:space="preserve">. </w:t>
      </w:r>
      <w:r>
        <w:rPr>
          <w:b w:val="0"/>
          <w:i w:val="0"/>
          <w:smallCaps w:val="0"/>
          <w:strike w:val="0"/>
          <w:sz w:val="22"/>
          <w:u w:val="single"/>
        </w:rPr>
        <w:t>Freeze the status-quo</w:t>
      </w:r>
      <w:r>
        <w:rPr>
          <w:b w:val="0"/>
          <w:i w:val="0"/>
          <w:smallCaps w:val="0"/>
          <w:strike w:val="0"/>
          <w:sz w:val="16"/>
          <w:u w:val="none"/>
        </w:rPr>
        <w:t xml:space="preserve"> economy in amber, </w:t>
      </w:r>
      <w:r>
        <w:rPr>
          <w:b w:val="0"/>
          <w:i w:val="0"/>
          <w:smallCaps w:val="0"/>
          <w:strike w:val="0"/>
          <w:sz w:val="22"/>
          <w:u w:val="single"/>
        </w:rPr>
        <w:t xml:space="preserve">and you’ll </w:t>
      </w:r>
      <w:r>
        <w:rPr>
          <w:b/>
          <w:i w:val="0"/>
          <w:smallCaps w:val="0"/>
          <w:strike w:val="0"/>
          <w:sz w:val="22"/>
          <w:u w:val="single"/>
        </w:rPr>
        <w:t>condemn nearly half of humanity to permanent poverty</w:t>
      </w:r>
      <w:r>
        <w:rPr>
          <w:b w:val="0"/>
          <w:i w:val="0"/>
          <w:smallCaps w:val="0"/>
          <w:strike w:val="0"/>
          <w:sz w:val="16"/>
          <w:u w:val="none"/>
        </w:rPr>
        <w:t xml:space="preserve">. </w:t>
      </w:r>
      <w:r>
        <w:rPr>
          <w:b w:val="0"/>
          <w:i w:val="0"/>
          <w:smallCaps w:val="0"/>
          <w:strike w:val="0"/>
          <w:sz w:val="22"/>
          <w:u w:val="single"/>
        </w:rPr>
        <w:t xml:space="preserve">Divide existing GDP into perfectly even slices, and every person on the planet will live on about </w:t>
      </w:r>
      <w:r>
        <w:rPr>
          <w:b/>
          <w:i w:val="0"/>
          <w:smallCaps w:val="0"/>
          <w:strike w:val="0"/>
          <w:sz w:val="22"/>
          <w:u w:val="single"/>
        </w:rPr>
        <w:t>$5,500 a year</w:t>
      </w:r>
      <w:r>
        <w:rPr>
          <w:b w:val="0"/>
          <w:i w:val="0"/>
          <w:smallCaps w:val="0"/>
          <w:strike w:val="0"/>
          <w:sz w:val="16"/>
          <w:u w:val="none"/>
        </w:rPr>
        <w:t xml:space="preserve">. American </w:t>
      </w:r>
      <w:r>
        <w:rPr>
          <w:b w:val="0"/>
          <w:i w:val="0"/>
          <w:smallCaps w:val="0"/>
          <w:strike w:val="0"/>
          <w:sz w:val="22"/>
          <w:u w:val="single"/>
        </w:rPr>
        <w:t>voters</w:t>
      </w:r>
      <w:r>
        <w:rPr>
          <w:b w:val="0"/>
          <w:i w:val="0"/>
          <w:smallCaps w:val="0"/>
          <w:strike w:val="0"/>
          <w:sz w:val="16"/>
          <w:u w:val="none"/>
        </w:rPr>
        <w:t xml:space="preserve"> may express a generalized concern about the climate in surveys, but they </w:t>
      </w:r>
      <w:r>
        <w:rPr>
          <w:b w:val="0"/>
          <w:i w:val="0"/>
          <w:smallCaps w:val="0"/>
          <w:strike w:val="0"/>
          <w:sz w:val="22"/>
          <w:u w:val="single"/>
        </w:rPr>
        <w:t>don’t seem willing to accept even a modest rise in gas prices</w:t>
      </w:r>
      <w:r>
        <w:rPr>
          <w:b w:val="0"/>
          <w:i w:val="0"/>
          <w:smallCaps w:val="0"/>
          <w:strike w:val="0"/>
          <w:sz w:val="16"/>
          <w:u w:val="none"/>
        </w:rPr>
        <w:t xml:space="preserve"> — </w:t>
      </w:r>
      <w:r>
        <w:rPr>
          <w:b/>
          <w:i w:val="0"/>
          <w:smallCaps w:val="0"/>
          <w:strike w:val="0"/>
          <w:sz w:val="22"/>
          <w:u w:val="single"/>
        </w:rPr>
        <w:t>let alone a total collapse in living standards</w:t>
      </w:r>
      <w:r>
        <w:rPr>
          <w:b w:val="0"/>
          <w:i w:val="0"/>
          <w:smallCaps w:val="0"/>
          <w:strike w:val="0"/>
          <w:sz w:val="16"/>
          <w:u w:val="none"/>
        </w:rPr>
        <w:t xml:space="preserve"> — to address the issue. Meanwhile, </w:t>
      </w:r>
      <w:r>
        <w:rPr>
          <w:b w:val="0"/>
          <w:i w:val="0"/>
          <w:smallCaps w:val="0"/>
          <w:strike w:val="0"/>
          <w:sz w:val="22"/>
          <w:u w:val="single"/>
        </w:rPr>
        <w:t>any Chinese or Indian leader who attempted to stymy income growth</w:t>
      </w:r>
      <w:r>
        <w:rPr>
          <w:b w:val="0"/>
          <w:i w:val="0"/>
          <w:smallCaps w:val="0"/>
          <w:strike w:val="0"/>
          <w:sz w:val="16"/>
          <w:u w:val="none"/>
        </w:rPr>
        <w:t xml:space="preserve"> in the name of sustainability </w:t>
      </w:r>
      <w:r>
        <w:rPr>
          <w:b/>
          <w:i w:val="0"/>
          <w:smallCaps w:val="0"/>
          <w:strike w:val="0"/>
          <w:sz w:val="22"/>
          <w:u w:val="single"/>
        </w:rPr>
        <w:t>would be ousted</w:t>
      </w:r>
      <w:r>
        <w:rPr>
          <w:b w:val="0"/>
          <w:i w:val="0"/>
          <w:smallCaps w:val="0"/>
          <w:strike w:val="0"/>
          <w:sz w:val="16"/>
          <w:u w:val="none"/>
        </w:rPr>
        <w:t xml:space="preserve"> in short order. It’s conceivable that one could radically reorder advanced economies in a manner that enabled living standards to rise even as GDP fell; Americans might well find themselves happier and more secure in an ultra-low-carbon communal economy in which individual car ownership is heavily restricted, and housing, healthcare, and myriad low-carbon leisure activities are social rights. But </w:t>
      </w:r>
      <w:r>
        <w:rPr>
          <w:b w:val="0"/>
          <w:i w:val="0"/>
          <w:smallCaps w:val="0"/>
          <w:strike w:val="0"/>
          <w:sz w:val="22"/>
          <w:u w:val="single"/>
        </w:rPr>
        <w:t xml:space="preserve">nothing short of an </w:t>
      </w:r>
      <w:r>
        <w:rPr>
          <w:b/>
          <w:i w:val="0"/>
          <w:smallCaps w:val="0"/>
          <w:strike w:val="0"/>
          <w:sz w:val="22"/>
          <w:u w:val="single"/>
        </w:rPr>
        <w:t>absolute dictatorship</w:t>
      </w:r>
      <w:r>
        <w:rPr>
          <w:b w:val="0"/>
          <w:i w:val="0"/>
          <w:smallCaps w:val="0"/>
          <w:strike w:val="0"/>
          <w:sz w:val="22"/>
          <w:u w:val="single"/>
        </w:rPr>
        <w:t xml:space="preserve"> could</w:t>
      </w:r>
      <w:r>
        <w:rPr>
          <w:b w:val="0"/>
          <w:i w:val="0"/>
          <w:smallCaps w:val="0"/>
          <w:strike w:val="0"/>
          <w:sz w:val="22"/>
          <w:u w:val="single"/>
        </w:rPr>
        <w:t xml:space="preserve"> affect </w:t>
      </w:r>
      <w:r>
        <w:rPr>
          <w:b w:val="0"/>
          <w:i w:val="0"/>
          <w:smallCaps w:val="0"/>
          <w:strike w:val="0"/>
          <w:sz w:val="22"/>
          <w:u w:val="single"/>
        </w:rPr>
        <w:t xml:space="preserve">such </w:t>
      </w:r>
      <w:r>
        <w:rPr>
          <w:b w:val="0"/>
          <w:i w:val="0"/>
          <w:smallCaps w:val="0"/>
          <w:strike w:val="0"/>
          <w:sz w:val="22"/>
          <w:u w:val="single"/>
        </w:rPr>
        <w:t xml:space="preserve">a transformation </w:t>
      </w:r>
      <w:r>
        <w:rPr>
          <w:b w:val="0"/>
          <w:i w:val="0"/>
          <w:smallCaps w:val="0"/>
          <w:strike w:val="0"/>
          <w:sz w:val="22"/>
          <w:u w:val="single"/>
        </w:rPr>
        <w:t>at the necessary speed</w:t>
      </w:r>
      <w:r>
        <w:rPr>
          <w:b w:val="0"/>
          <w:i w:val="0"/>
          <w:smallCaps w:val="0"/>
          <w:strike w:val="0"/>
          <w:sz w:val="16"/>
          <w:u w:val="none"/>
        </w:rPr>
        <w:t xml:space="preserve">. And the specter of eco-Bolshevism does not haunt the Global North. </w:t>
      </w:r>
      <w:r>
        <w:rPr>
          <w:b w:val="0"/>
          <w:i w:val="0"/>
          <w:smallCaps w:val="0"/>
          <w:strike w:val="0"/>
          <w:sz w:val="22"/>
          <w:highlight w:val="cyan"/>
          <w:u w:val="single"/>
        </w:rPr>
        <w:t xml:space="preserve">Humanity is going </w:t>
      </w:r>
      <w:r>
        <w:rPr>
          <w:b w:val="0"/>
          <w:i w:val="0"/>
          <w:smallCaps w:val="0"/>
          <w:strike w:val="0"/>
          <w:sz w:val="22"/>
          <w:u w:val="single"/>
        </w:rPr>
        <w:t xml:space="preserve">to find a way </w:t>
      </w:r>
      <w:r>
        <w:rPr>
          <w:b w:val="0"/>
          <w:i w:val="0"/>
          <w:smallCaps w:val="0"/>
          <w:strike w:val="0"/>
          <w:sz w:val="22"/>
          <w:u w:val="single"/>
        </w:rPr>
        <w:t xml:space="preserve">to </w:t>
      </w:r>
      <w:r>
        <w:rPr>
          <w:b/>
          <w:i w:val="0"/>
          <w:smallCaps w:val="0"/>
          <w:strike w:val="0"/>
          <w:sz w:val="22"/>
          <w:u w:val="single"/>
        </w:rPr>
        <w:t xml:space="preserve">get rich </w:t>
      </w:r>
      <w:r>
        <w:rPr>
          <w:b/>
          <w:i w:val="0"/>
          <w:smallCaps w:val="0"/>
          <w:strike w:val="0"/>
          <w:sz w:val="22"/>
          <w:highlight w:val="cyan"/>
          <w:u w:val="single"/>
        </w:rPr>
        <w:t>sustain</w:t>
      </w:r>
      <w:r>
        <w:rPr>
          <w:b/>
          <w:i w:val="0"/>
          <w:smallCaps w:val="0"/>
          <w:strike w:val="0"/>
          <w:sz w:val="22"/>
          <w:u w:val="single"/>
        </w:rPr>
        <w:t xml:space="preserve">ably, </w:t>
      </w:r>
      <w:r>
        <w:rPr>
          <w:b/>
          <w:i w:val="0"/>
          <w:smallCaps w:val="0"/>
          <w:strike w:val="0"/>
          <w:sz w:val="22"/>
          <w:highlight w:val="cyan"/>
          <w:u w:val="single"/>
        </w:rPr>
        <w:t xml:space="preserve">or die </w:t>
      </w:r>
      <w:r>
        <w:rPr>
          <w:b/>
          <w:i w:val="0"/>
          <w:smallCaps w:val="0"/>
          <w:strike w:val="0"/>
          <w:sz w:val="22"/>
          <w:u w:val="single"/>
        </w:rPr>
        <w:t>trying</w:t>
      </w:r>
      <w:r>
        <w:rPr>
          <w:b w:val="0"/>
          <w:i w:val="0"/>
          <w:smallCaps w:val="0"/>
          <w:strike w:val="0"/>
          <w:sz w:val="16"/>
          <w:u w:val="none"/>
        </w:rPr>
        <w:t>.</w:t>
      </w:r>
    </w:p>
    <w:p>
      <w:pPr>
        <w:spacing w:after="60"/>
      </w:pPr>
      <w:r>
        <w:rPr>
          <w:b w:val="0"/>
          <w:i w:val="0"/>
          <w:smallCaps w:val="0"/>
          <w:strike w:val="0"/>
          <w:sz w:val="16"/>
          <w:u w:val="none"/>
        </w:rPr>
        <w:t xml:space="preserve">Thus, </w:t>
      </w:r>
      <w:r>
        <w:rPr>
          <w:b w:val="0"/>
          <w:i w:val="0"/>
          <w:smallCaps w:val="0"/>
          <w:strike w:val="0"/>
          <w:sz w:val="22"/>
          <w:u w:val="single"/>
        </w:rPr>
        <w:t xml:space="preserve">the chasm </w:t>
      </w:r>
      <w:r>
        <w:rPr>
          <w:b w:val="0"/>
          <w:i w:val="0"/>
          <w:smallCaps w:val="0"/>
          <w:strike w:val="0"/>
          <w:sz w:val="22"/>
          <w:u w:val="single"/>
        </w:rPr>
        <w:t xml:space="preserve">between the ecologically necessary and the politically possible </w:t>
      </w:r>
      <w:r>
        <w:rPr>
          <w:b w:val="0"/>
          <w:i w:val="0"/>
          <w:smallCaps w:val="0"/>
          <w:strike w:val="0"/>
          <w:sz w:val="22"/>
          <w:u w:val="single"/>
        </w:rPr>
        <w:t xml:space="preserve">can only be bridged by </w:t>
      </w:r>
      <w:r>
        <w:rPr>
          <w:b/>
          <w:i w:val="0"/>
          <w:smallCaps w:val="0"/>
          <w:strike w:val="0"/>
          <w:sz w:val="22"/>
          <w:u w:val="single"/>
        </w:rPr>
        <w:t>tech</w:t>
      </w:r>
      <w:r>
        <w:rPr>
          <w:b/>
          <w:i w:val="0"/>
          <w:smallCaps w:val="0"/>
          <w:strike w:val="0"/>
          <w:sz w:val="22"/>
          <w:u w:val="single"/>
        </w:rPr>
        <w:t>nological advance</w:t>
      </w:r>
      <w:r>
        <w:rPr>
          <w:b w:val="0"/>
          <w:i w:val="0"/>
          <w:smallCaps w:val="0"/>
          <w:strike w:val="0"/>
          <w:sz w:val="16"/>
          <w:u w:val="none"/>
        </w:rPr>
        <w:t xml:space="preserve">. And on that front, </w:t>
      </w:r>
      <w:r>
        <w:rPr>
          <w:b/>
          <w:i w:val="0"/>
          <w:smallCaps w:val="0"/>
          <w:strike w:val="0"/>
          <w:sz w:val="22"/>
          <w:u w:val="single"/>
        </w:rPr>
        <w:t>the U.S.</w:t>
      </w:r>
      <w:r>
        <w:rPr>
          <w:b w:val="0"/>
          <w:i w:val="0"/>
          <w:smallCaps w:val="0"/>
          <w:strike w:val="0"/>
          <w:sz w:val="16"/>
          <w:u w:val="none"/>
        </w:rPr>
        <w:t xml:space="preserve"> actually </w:t>
      </w:r>
      <w:r>
        <w:rPr>
          <w:b/>
          <w:i w:val="0"/>
          <w:smallCaps w:val="0"/>
          <w:strike w:val="0"/>
          <w:sz w:val="22"/>
          <w:u w:val="single"/>
        </w:rPr>
        <w:t>has the resources</w:t>
      </w:r>
      <w:r>
        <w:rPr>
          <w:b w:val="0"/>
          <w:i w:val="0"/>
          <w:smallCaps w:val="0"/>
          <w:strike w:val="0"/>
          <w:sz w:val="16"/>
          <w:u w:val="none"/>
        </w:rPr>
        <w:t xml:space="preserve"> to make a decisive contribution to global decarbonization — </w:t>
      </w:r>
      <w:r>
        <w:rPr>
          <w:b w:val="0"/>
          <w:i w:val="0"/>
          <w:smallCaps w:val="0"/>
          <w:strike w:val="0"/>
          <w:sz w:val="22"/>
          <w:u w:val="single"/>
        </w:rPr>
        <w:t xml:space="preserve">and some </w:t>
      </w:r>
      <w:r>
        <w:rPr>
          <w:b/>
          <w:i w:val="0"/>
          <w:smallCaps w:val="0"/>
          <w:strike w:val="0"/>
          <w:sz w:val="22"/>
          <w:u w:val="single"/>
        </w:rPr>
        <w:t>political will</w:t>
      </w:r>
      <w:r>
        <w:rPr>
          <w:b w:val="0"/>
          <w:i w:val="0"/>
          <w:smallCaps w:val="0"/>
          <w:strike w:val="0"/>
          <w:sz w:val="16"/>
          <w:u w:val="none"/>
        </w:rPr>
        <w:t xml:space="preserve"> to leverage those resources. Unfortunately, </w:t>
      </w:r>
      <w:r>
        <w:rPr>
          <w:b w:val="0"/>
          <w:i w:val="0"/>
          <w:smallCaps w:val="0"/>
          <w:strike w:val="0"/>
          <w:sz w:val="22"/>
          <w:u w:val="single"/>
        </w:rPr>
        <w:t>due to</w:t>
      </w:r>
      <w:r>
        <w:rPr>
          <w:b w:val="0"/>
          <w:i w:val="0"/>
          <w:smallCaps w:val="0"/>
          <w:strike w:val="0"/>
          <w:sz w:val="16"/>
          <w:u w:val="none"/>
        </w:rPr>
        <w:t xml:space="preserve"> some combination of fiscal superstitions and </w:t>
      </w:r>
      <w:r>
        <w:rPr>
          <w:b w:val="0"/>
          <w:i w:val="0"/>
          <w:smallCaps w:val="0"/>
          <w:strike w:val="0"/>
          <w:sz w:val="22"/>
          <w:u w:val="single"/>
        </w:rPr>
        <w:t>misplaced priorities</w:t>
      </w:r>
      <w:r>
        <w:rPr>
          <w:b w:val="0"/>
          <w:i w:val="0"/>
          <w:smallCaps w:val="0"/>
          <w:strike w:val="0"/>
          <w:sz w:val="16"/>
          <w:u w:val="none"/>
        </w:rPr>
        <w:t xml:space="preserve">, the </w:t>
      </w:r>
      <w:r>
        <w:rPr>
          <w:b w:val="0"/>
          <w:i w:val="0"/>
          <w:smallCaps w:val="0"/>
          <w:strike w:val="0"/>
          <w:sz w:val="22"/>
          <w:u w:val="single"/>
        </w:rPr>
        <w:t>Biden</w:t>
      </w:r>
      <w:r>
        <w:rPr>
          <w:b w:val="0"/>
          <w:i w:val="0"/>
          <w:smallCaps w:val="0"/>
          <w:strike w:val="0"/>
          <w:sz w:val="16"/>
          <w:u w:val="none"/>
        </w:rPr>
        <w:t xml:space="preserve"> administration’s proposed investments in green </w:t>
      </w:r>
      <w:r>
        <w:rPr>
          <w:b w:val="0"/>
          <w:i w:val="0"/>
          <w:smallCaps w:val="0"/>
          <w:strike w:val="0"/>
          <w:sz w:val="22"/>
          <w:u w:val="single"/>
        </w:rPr>
        <w:t>innovation remain paltry</w:t>
      </w:r>
      <w:r>
        <w:rPr>
          <w:b w:val="0"/>
          <w:i w:val="0"/>
          <w:smallCaps w:val="0"/>
          <w:strike w:val="0"/>
          <w:sz w:val="16"/>
          <w:u w:val="none"/>
        </w:rPr>
        <w:t>. An American Jobs Plan with much higher funding for green R&amp;D is both imminently winnable and environmentally imperative. U.S. climate hawks should make securing such legislation a top priority.</w:t>
      </w:r>
    </w:p>
    <w:p>
      <w:pPr>
        <w:spacing w:after="60"/>
      </w:pPr>
      <w:r>
        <w:rPr>
          <w:b w:val="0"/>
          <w:i w:val="0"/>
          <w:smallCaps w:val="0"/>
          <w:strike w:val="0"/>
          <w:sz w:val="22"/>
          <w:u w:val="single"/>
        </w:rPr>
        <w:t xml:space="preserve">The </w:t>
      </w:r>
      <w:r>
        <w:rPr>
          <w:b w:val="0"/>
          <w:i w:val="0"/>
          <w:smallCaps w:val="0"/>
          <w:strike w:val="0"/>
          <w:sz w:val="22"/>
          <w:highlight w:val="cyan"/>
          <w:u w:val="single"/>
        </w:rPr>
        <w:t>choice</w:t>
      </w:r>
      <w:r>
        <w:rPr>
          <w:b w:val="0"/>
          <w:i w:val="0"/>
          <w:smallCaps w:val="0"/>
          <w:strike w:val="0"/>
          <w:sz w:val="22"/>
          <w:u w:val="single"/>
        </w:rPr>
        <w:t xml:space="preserve"> before</w:t>
      </w:r>
      <w:r>
        <w:rPr>
          <w:b w:val="0"/>
          <w:i w:val="0"/>
          <w:smallCaps w:val="0"/>
          <w:strike w:val="0"/>
          <w:sz w:val="22"/>
          <w:u w:val="single"/>
        </w:rPr>
        <w:t xml:space="preserve"> us </w:t>
      </w:r>
      <w:r>
        <w:rPr>
          <w:b w:val="0"/>
          <w:i w:val="0"/>
          <w:smallCaps w:val="0"/>
          <w:strike w:val="0"/>
          <w:sz w:val="22"/>
          <w:highlight w:val="cyan"/>
          <w:u w:val="single"/>
        </w:rPr>
        <w:t xml:space="preserve">is </w:t>
      </w:r>
      <w:r>
        <w:rPr>
          <w:b/>
          <w:i w:val="0"/>
          <w:smallCaps w:val="0"/>
          <w:strike w:val="0"/>
          <w:sz w:val="22"/>
          <w:highlight w:val="cyan"/>
          <w:u w:val="single"/>
        </w:rPr>
        <w:t>tech</w:t>
      </w:r>
      <w:r>
        <w:rPr>
          <w:b/>
          <w:i w:val="0"/>
          <w:smallCaps w:val="0"/>
          <w:strike w:val="0"/>
          <w:sz w:val="22"/>
          <w:u w:val="single"/>
        </w:rPr>
        <w:t>n</w:t>
      </w:r>
      <w:r>
        <w:rPr>
          <w:b/>
          <w:i w:val="0"/>
          <w:smallCaps w:val="0"/>
          <w:strike w:val="0"/>
          <w:sz w:val="22"/>
          <w:u w:val="single"/>
        </w:rPr>
        <w:t>o-optimism</w:t>
      </w:r>
      <w:r>
        <w:rPr>
          <w:b w:val="0"/>
          <w:i w:val="0"/>
          <w:smallCaps w:val="0"/>
          <w:strike w:val="0"/>
          <w:sz w:val="22"/>
          <w:u w:val="single"/>
        </w:rPr>
        <w:t xml:space="preserve"> </w:t>
      </w:r>
      <w:r>
        <w:rPr>
          <w:b w:val="0"/>
          <w:i w:val="0"/>
          <w:smallCaps w:val="0"/>
          <w:strike w:val="0"/>
          <w:sz w:val="22"/>
          <w:highlight w:val="cyan"/>
          <w:u w:val="single"/>
        </w:rPr>
        <w:t xml:space="preserve">or </w:t>
      </w:r>
      <w:r>
        <w:rPr>
          <w:b/>
          <w:i w:val="0"/>
          <w:smallCaps w:val="0"/>
          <w:strike w:val="0"/>
          <w:sz w:val="22"/>
          <w:highlight w:val="cyan"/>
          <w:u w:val="single"/>
        </w:rPr>
        <w:t>barbarism</w:t>
      </w:r>
      <w:r>
        <w:rPr>
          <w:b w:val="0"/>
          <w:i w:val="0"/>
          <w:smallCaps w:val="0"/>
          <w:strike w:val="0"/>
          <w:sz w:val="16"/>
          <w:u w:val="none"/>
        </w:rPr>
        <w:t>.</w:t>
      </w:r>
    </w:p>
    <w:p>
      <w:pPr>
        <w:spacing w:after="60"/>
      </w:pPr>
      <w:r>
        <w:rPr>
          <w:b w:val="0"/>
          <w:i w:val="0"/>
          <w:smallCaps w:val="0"/>
          <w:strike w:val="0"/>
          <w:sz w:val="22"/>
          <w:u w:val="single"/>
        </w:rPr>
        <w:t>If</w:t>
      </w:r>
      <w:r>
        <w:rPr>
          <w:b w:val="0"/>
          <w:i w:val="0"/>
          <w:smallCaps w:val="0"/>
          <w:strike w:val="0"/>
          <w:sz w:val="16"/>
          <w:u w:val="none"/>
        </w:rPr>
        <w:t xml:space="preserve"> governments are </w:t>
      </w:r>
      <w:r>
        <w:rPr>
          <w:b w:val="0"/>
          <w:i w:val="0"/>
          <w:smallCaps w:val="0"/>
          <w:strike w:val="0"/>
          <w:sz w:val="22"/>
          <w:u w:val="single"/>
        </w:rPr>
        <w:t>forced to choose between increasing income growth</w:t>
      </w:r>
      <w:r>
        <w:rPr>
          <w:b w:val="0"/>
          <w:i w:val="0"/>
          <w:smallCaps w:val="0"/>
          <w:strike w:val="0"/>
          <w:sz w:val="16"/>
          <w:u w:val="none"/>
        </w:rPr>
        <w:t xml:space="preserve"> in the present, </w:t>
      </w:r>
      <w:r>
        <w:rPr>
          <w:b w:val="0"/>
          <w:i w:val="0"/>
          <w:smallCaps w:val="0"/>
          <w:strike w:val="0"/>
          <w:sz w:val="22"/>
          <w:u w:val="single"/>
        </w:rPr>
        <w:t>and mitigating temperature</w:t>
      </w:r>
      <w:r>
        <w:rPr>
          <w:b w:val="0"/>
          <w:i w:val="0"/>
          <w:smallCaps w:val="0"/>
          <w:strike w:val="0"/>
          <w:sz w:val="16"/>
          <w:u w:val="none"/>
        </w:rPr>
        <w:t xml:space="preserve"> rise in the future, </w:t>
      </w:r>
      <w:r>
        <w:rPr>
          <w:b w:val="0"/>
          <w:i w:val="0"/>
          <w:smallCaps w:val="0"/>
          <w:strike w:val="0"/>
          <w:sz w:val="22"/>
          <w:u w:val="single"/>
        </w:rPr>
        <w:t xml:space="preserve">they are going to pick the </w:t>
      </w:r>
      <w:r>
        <w:rPr>
          <w:b/>
          <w:i w:val="0"/>
          <w:smallCaps w:val="0"/>
          <w:strike w:val="0"/>
          <w:sz w:val="22"/>
          <w:u w:val="single"/>
        </w:rPr>
        <w:t>former</w:t>
      </w:r>
      <w:r>
        <w:rPr>
          <w:b w:val="0"/>
          <w:i w:val="0"/>
          <w:smallCaps w:val="0"/>
          <w:strike w:val="0"/>
          <w:sz w:val="16"/>
          <w:u w:val="none"/>
        </w:rPr>
        <w:t xml:space="preserve">. </w:t>
      </w:r>
      <w:r>
        <w:rPr>
          <w:b w:val="0"/>
          <w:i w:val="0"/>
          <w:smallCaps w:val="0"/>
          <w:strike w:val="0"/>
          <w:sz w:val="22"/>
          <w:u w:val="single"/>
        </w:rPr>
        <w:t xml:space="preserve">We’ll </w:t>
      </w:r>
      <w:r>
        <w:rPr>
          <w:b w:val="0"/>
          <w:i w:val="0"/>
          <w:smallCaps w:val="0"/>
          <w:strike w:val="0"/>
          <w:sz w:val="22"/>
          <w:highlight w:val="cyan"/>
          <w:u w:val="single"/>
        </w:rPr>
        <w:t>get</w:t>
      </w:r>
      <w:r>
        <w:rPr>
          <w:b w:val="0"/>
          <w:i w:val="0"/>
          <w:smallCaps w:val="0"/>
          <w:strike w:val="0"/>
          <w:sz w:val="16"/>
          <w:u w:val="none"/>
        </w:rPr>
        <w:t xml:space="preserve"> </w:t>
      </w:r>
      <w:r>
        <w:rPr>
          <w:b w:val="0"/>
          <w:i w:val="0"/>
          <w:smallCaps w:val="0"/>
          <w:strike w:val="0"/>
          <w:sz w:val="16"/>
          <w:u w:val="none"/>
        </w:rPr>
        <w:t xml:space="preserve">cheap, </w:t>
      </w:r>
      <w:r>
        <w:rPr>
          <w:b w:val="0"/>
          <w:i w:val="0"/>
          <w:smallCaps w:val="0"/>
          <w:strike w:val="0"/>
          <w:sz w:val="22"/>
          <w:u w:val="single"/>
        </w:rPr>
        <w:t>lab-grown Kobe beef</w:t>
      </w:r>
      <w:r>
        <w:rPr>
          <w:b w:val="0"/>
          <w:i w:val="0"/>
          <w:smallCaps w:val="0"/>
          <w:strike w:val="0"/>
          <w:sz w:val="16"/>
          <w:u w:val="none"/>
        </w:rPr>
        <w:t xml:space="preserve"> before we get a U.S. Senate willing to tax meat, </w:t>
      </w:r>
      <w:r>
        <w:rPr>
          <w:b w:val="0"/>
          <w:i w:val="0"/>
          <w:smallCaps w:val="0"/>
          <w:strike w:val="0"/>
          <w:sz w:val="22"/>
          <w:u w:val="single"/>
        </w:rPr>
        <w:t>and steel plants powered by “</w:t>
      </w:r>
      <w:r>
        <w:rPr>
          <w:b w:val="0"/>
          <w:i w:val="0"/>
          <w:smallCaps w:val="0"/>
          <w:strike w:val="0"/>
          <w:sz w:val="22"/>
          <w:u w:val="single"/>
        </w:rPr>
        <w:t>green hydro</w:t>
      </w:r>
      <w:r>
        <w:rPr>
          <w:b w:val="0"/>
          <w:i w:val="0"/>
          <w:smallCaps w:val="0"/>
          <w:strike w:val="0"/>
          <w:sz w:val="22"/>
          <w:u w:val="single"/>
        </w:rPr>
        <w:t xml:space="preserve">gen” </w:t>
      </w:r>
      <w:r>
        <w:rPr>
          <w:b w:val="0"/>
          <w:i w:val="0"/>
          <w:smallCaps w:val="0"/>
          <w:strike w:val="0"/>
          <w:sz w:val="22"/>
          <w:u w:val="single"/>
        </w:rPr>
        <w:t>before</w:t>
      </w:r>
      <w:r>
        <w:rPr>
          <w:b w:val="0"/>
          <w:i w:val="0"/>
          <w:smallCaps w:val="0"/>
          <w:strike w:val="0"/>
          <w:sz w:val="16"/>
          <w:u w:val="none"/>
        </w:rPr>
        <w:t xml:space="preserve"> </w:t>
      </w:r>
      <w:r>
        <w:rPr>
          <w:b w:val="0"/>
          <w:i w:val="0"/>
          <w:smallCaps w:val="0"/>
          <w:strike w:val="0"/>
          <w:sz w:val="16"/>
          <w:u w:val="none"/>
        </w:rPr>
        <w:t xml:space="preserve">we get </w:t>
      </w:r>
      <w:r>
        <w:rPr>
          <w:b/>
          <w:i w:val="0"/>
          <w:smallCaps w:val="0"/>
          <w:strike w:val="0"/>
          <w:sz w:val="22"/>
          <w:u w:val="single"/>
        </w:rPr>
        <w:t>anarcho-</w:t>
      </w:r>
      <w:r>
        <w:rPr>
          <w:b/>
          <w:i w:val="0"/>
          <w:smallCaps w:val="0"/>
          <w:strike w:val="0"/>
          <w:sz w:val="22"/>
          <w:u w:val="single"/>
        </w:rPr>
        <w:t>primitivism</w:t>
      </w:r>
      <w:r>
        <w:rPr>
          <w:b w:val="0"/>
          <w:i w:val="0"/>
          <w:smallCaps w:val="0"/>
          <w:strike w:val="0"/>
          <w:sz w:val="16"/>
          <w:u w:val="none"/>
        </w:rPr>
        <w:t xml:space="preserve"> </w:t>
      </w:r>
      <w:r>
        <w:rPr>
          <w:b w:val="0"/>
          <w:i w:val="0"/>
          <w:smallCaps w:val="0"/>
          <w:strike w:val="0"/>
          <w:sz w:val="16"/>
          <w:u w:val="none"/>
        </w:rPr>
        <w:t>with Chinese characteristics.</w:t>
      </w:r>
    </w:p>
    <w:p>
      <w:pPr>
        <w:spacing w:after="60"/>
      </w:pPr>
      <w:r>
        <w:rPr>
          <w:b w:val="0"/>
          <w:i w:val="0"/>
          <w:smallCaps w:val="0"/>
          <w:strike w:val="0"/>
          <w:sz w:val="22"/>
          <w:u w:val="single"/>
        </w:rPr>
        <w:t>The question is</w:t>
      </w:r>
      <w:r>
        <w:rPr>
          <w:b w:val="0"/>
          <w:i w:val="0"/>
          <w:smallCaps w:val="0"/>
          <w:strike w:val="0"/>
          <w:sz w:val="16"/>
          <w:u w:val="none"/>
        </w:rPr>
        <w:t xml:space="preserve"> whether we’ll get such </w:t>
      </w:r>
      <w:r>
        <w:rPr>
          <w:b/>
          <w:i w:val="0"/>
          <w:smallCaps w:val="0"/>
          <w:strike w:val="0"/>
          <w:sz w:val="22"/>
          <w:highlight w:val="cyan"/>
          <w:u w:val="single"/>
        </w:rPr>
        <w:t>breakthroughs before it’s too late</w:t>
      </w:r>
      <w:r>
        <w:rPr>
          <w:b w:val="0"/>
          <w:i w:val="0"/>
          <w:smallCaps w:val="0"/>
          <w:strike w:val="0"/>
          <w:sz w:val="22"/>
          <w:u w:val="single"/>
        </w:rPr>
        <w:t>.</w:t>
      </w:r>
    </w:p>
    <w:p>
      <w:pPr>
        <w:spacing w:after="60"/>
      </w:pPr>
      <w:r>
        <w:rPr>
          <w:b w:val="0"/>
          <w:i w:val="0"/>
          <w:smallCaps w:val="0"/>
          <w:strike w:val="0"/>
          <w:sz w:val="16"/>
          <w:u w:val="none"/>
        </w:rPr>
        <w:t xml:space="preserve">Techno-optimism has its hazards, but the </w:t>
      </w:r>
      <w:r>
        <w:rPr>
          <w:b w:val="0"/>
          <w:i w:val="0"/>
          <w:smallCaps w:val="0"/>
          <w:strike w:val="0"/>
          <w:sz w:val="22"/>
          <w:highlight w:val="cyan"/>
          <w:u w:val="single"/>
        </w:rPr>
        <w:t>progress</w:t>
      </w:r>
      <w:r>
        <w:rPr>
          <w:b w:val="0"/>
          <w:i w:val="0"/>
          <w:smallCaps w:val="0"/>
          <w:strike w:val="0"/>
          <w:sz w:val="16"/>
          <w:highlight w:val="cyan"/>
          <w:u w:val="none"/>
        </w:rPr>
        <w:t xml:space="preserve"> </w:t>
      </w:r>
      <w:r>
        <w:rPr>
          <w:b w:val="0"/>
          <w:i w:val="0"/>
          <w:smallCaps w:val="0"/>
          <w:strike w:val="0"/>
          <w:sz w:val="16"/>
          <w:u w:val="none"/>
        </w:rPr>
        <w:t xml:space="preserve">we’ve made toward decarbonization </w:t>
      </w:r>
      <w:r>
        <w:rPr>
          <w:b w:val="0"/>
          <w:i w:val="0"/>
          <w:smallCaps w:val="0"/>
          <w:strike w:val="0"/>
          <w:sz w:val="22"/>
          <w:highlight w:val="cyan"/>
          <w:u w:val="single"/>
        </w:rPr>
        <w:t>has come</w:t>
      </w:r>
      <w:r>
        <w:rPr>
          <w:b w:val="0"/>
          <w:i w:val="0"/>
          <w:smallCaps w:val="0"/>
          <w:strike w:val="0"/>
          <w:sz w:val="22"/>
          <w:u w:val="single"/>
        </w:rPr>
        <w:t xml:space="preserve"> </w:t>
      </w:r>
      <w:r>
        <w:rPr>
          <w:b w:val="0"/>
          <w:i w:val="0"/>
          <w:smallCaps w:val="0"/>
          <w:strike w:val="0"/>
          <w:sz w:val="22"/>
          <w:u w:val="single"/>
        </w:rPr>
        <w:t xml:space="preserve">largely </w:t>
      </w:r>
      <w:r>
        <w:rPr>
          <w:b w:val="0"/>
          <w:i w:val="0"/>
          <w:smallCaps w:val="0"/>
          <w:strike w:val="0"/>
          <w:sz w:val="22"/>
          <w:highlight w:val="cyan"/>
          <w:u w:val="single"/>
        </w:rPr>
        <w:t xml:space="preserve">through </w:t>
      </w:r>
      <w:r>
        <w:rPr>
          <w:b/>
          <w:i w:val="0"/>
          <w:smallCaps w:val="0"/>
          <w:strike w:val="0"/>
          <w:sz w:val="22"/>
          <w:highlight w:val="cyan"/>
          <w:u w:val="single"/>
        </w:rPr>
        <w:t>tech</w:t>
      </w:r>
      <w:r>
        <w:rPr>
          <w:b/>
          <w:i w:val="0"/>
          <w:smallCaps w:val="0"/>
          <w:strike w:val="0"/>
          <w:sz w:val="22"/>
          <w:u w:val="single"/>
        </w:rPr>
        <w:t>nological innovation</w:t>
      </w:r>
      <w:r>
        <w:rPr>
          <w:b w:val="0"/>
          <w:i w:val="0"/>
          <w:smallCaps w:val="0"/>
          <w:strike w:val="0"/>
          <w:sz w:val="16"/>
          <w:u w:val="none"/>
        </w:rPr>
        <w:t xml:space="preserve">. </w:t>
      </w:r>
      <w:r>
        <w:rPr>
          <w:b w:val="0"/>
          <w:i w:val="0"/>
          <w:smallCaps w:val="0"/>
          <w:strike w:val="0"/>
          <w:sz w:val="22"/>
          <w:u w:val="single"/>
        </w:rPr>
        <w:t xml:space="preserve">When </w:t>
      </w:r>
      <w:r>
        <w:rPr>
          <w:b w:val="0"/>
          <w:i w:val="0"/>
          <w:smallCaps w:val="0"/>
          <w:strike w:val="0"/>
          <w:sz w:val="22"/>
          <w:u w:val="single"/>
        </w:rPr>
        <w:t>India canceled plans to construct</w:t>
      </w:r>
      <w:r>
        <w:rPr>
          <w:b w:val="0"/>
          <w:i w:val="0"/>
          <w:smallCaps w:val="0"/>
          <w:strike w:val="0"/>
          <w:sz w:val="16"/>
          <w:u w:val="none"/>
        </w:rPr>
        <w:t xml:space="preserve"> 14 gigawatts of new </w:t>
      </w:r>
      <w:r>
        <w:rPr>
          <w:b/>
          <w:i w:val="0"/>
          <w:smallCaps w:val="0"/>
          <w:strike w:val="0"/>
          <w:sz w:val="22"/>
          <w:u w:val="single"/>
        </w:rPr>
        <w:t>coal</w:t>
      </w:r>
      <w:r>
        <w:rPr>
          <w:b w:val="0"/>
          <w:i w:val="0"/>
          <w:smallCaps w:val="0"/>
          <w:strike w:val="0"/>
          <w:sz w:val="16"/>
          <w:u w:val="none"/>
        </w:rPr>
        <w:t xml:space="preserve">-fired power stations in 2019, </w:t>
      </w:r>
      <w:r>
        <w:rPr>
          <w:b w:val="0"/>
          <w:i w:val="0"/>
          <w:smallCaps w:val="0"/>
          <w:strike w:val="0"/>
          <w:sz w:val="22"/>
          <w:u w:val="single"/>
        </w:rPr>
        <w:t xml:space="preserve">it did </w:t>
      </w:r>
      <w:r>
        <w:rPr>
          <w:b/>
          <w:i w:val="0"/>
          <w:smallCaps w:val="0"/>
          <w:strike w:val="0"/>
          <w:sz w:val="22"/>
          <w:u w:val="single"/>
        </w:rPr>
        <w:t>not do so in deference to</w:t>
      </w:r>
      <w:r>
        <w:rPr>
          <w:b w:val="0"/>
          <w:i w:val="0"/>
          <w:smallCaps w:val="0"/>
          <w:strike w:val="0"/>
          <w:sz w:val="16"/>
          <w:u w:val="none"/>
        </w:rPr>
        <w:t xml:space="preserve"> international pressure or domestic </w:t>
      </w:r>
      <w:r>
        <w:rPr>
          <w:b/>
          <w:i w:val="0"/>
          <w:smallCaps w:val="0"/>
          <w:strike w:val="0"/>
          <w:sz w:val="22"/>
          <w:u w:val="single"/>
        </w:rPr>
        <w:t>environmental movements</w:t>
      </w:r>
      <w:r>
        <w:rPr>
          <w:b w:val="0"/>
          <w:i w:val="0"/>
          <w:smallCaps w:val="0"/>
          <w:strike w:val="0"/>
          <w:sz w:val="22"/>
          <w:u w:val="single"/>
        </w:rPr>
        <w:t>, but</w:t>
      </w:r>
      <w:r>
        <w:rPr>
          <w:b w:val="0"/>
          <w:i w:val="0"/>
          <w:smallCaps w:val="0"/>
          <w:strike w:val="0"/>
          <w:sz w:val="16"/>
          <w:u w:val="none"/>
        </w:rPr>
        <w:t xml:space="preserve"> rather to the </w:t>
      </w:r>
      <w:r>
        <w:rPr>
          <w:b/>
          <w:i w:val="0"/>
          <w:smallCaps w:val="0"/>
          <w:strike w:val="0"/>
          <w:sz w:val="22"/>
          <w:u w:val="single"/>
        </w:rPr>
        <w:t>cost-competitiveness of solar</w:t>
      </w:r>
      <w:r>
        <w:rPr>
          <w:b w:val="0"/>
          <w:i w:val="0"/>
          <w:smallCaps w:val="0"/>
          <w:strike w:val="0"/>
          <w:sz w:val="16"/>
          <w:u w:val="none"/>
        </w:rPr>
        <w:t xml:space="preserve"> energy</w:t>
      </w:r>
      <w:r>
        <w:rPr>
          <w:b w:val="0"/>
          <w:i w:val="0"/>
          <w:smallCaps w:val="0"/>
          <w:strike w:val="0"/>
          <w:sz w:val="16"/>
          <w:u w:val="none"/>
        </w:rPr>
        <w:t xml:space="preserve">. </w:t>
      </w:r>
      <w:r>
        <w:rPr>
          <w:b w:val="0"/>
          <w:i w:val="0"/>
          <w:smallCaps w:val="0"/>
          <w:strike w:val="0"/>
          <w:sz w:val="22"/>
          <w:u w:val="single"/>
        </w:rPr>
        <w:t xml:space="preserve">The same story holds across </w:t>
      </w:r>
      <w:r>
        <w:rPr>
          <w:b/>
          <w:i w:val="0"/>
          <w:smallCaps w:val="0"/>
          <w:strike w:val="0"/>
          <w:sz w:val="22"/>
          <w:u w:val="single"/>
        </w:rPr>
        <w:t>Asia’s</w:t>
      </w:r>
      <w:r>
        <w:rPr>
          <w:b w:val="0"/>
          <w:i w:val="0"/>
          <w:smallCaps w:val="0"/>
          <w:strike w:val="0"/>
          <w:sz w:val="16"/>
          <w:u w:val="none"/>
        </w:rPr>
        <w:t xml:space="preserve"> developing </w:t>
      </w:r>
      <w:r>
        <w:rPr>
          <w:b/>
          <w:i w:val="0"/>
          <w:smallCaps w:val="0"/>
          <w:strike w:val="0"/>
          <w:sz w:val="22"/>
          <w:u w:val="single"/>
        </w:rPr>
        <w:t>countries</w:t>
      </w:r>
      <w:r>
        <w:rPr>
          <w:b w:val="0"/>
          <w:i w:val="0"/>
          <w:smallCaps w:val="0"/>
          <w:strike w:val="0"/>
          <w:sz w:val="16"/>
          <w:u w:val="none"/>
        </w:rPr>
        <w:t xml:space="preserve">: Thanks to a ninefold reduction in the cost of solar energy over the past decade, the number of new coal plants slated for construction in the region has fallen by 80 percent. Meanwhile, the road to an electric-car revolution was cleared by a collapse in the cost of lithium batteries, the challenge of powering cities with solar energy on cloudy days was eased by a 70 percent drop in the price of utility-scale batteries, and wind power grew 40 percent cheaper. </w:t>
      </w:r>
      <w:r>
        <w:rPr>
          <w:b w:val="0"/>
          <w:i w:val="0"/>
          <w:smallCaps w:val="0"/>
          <w:strike w:val="0"/>
          <w:sz w:val="22"/>
          <w:u w:val="single"/>
        </w:rPr>
        <w:t xml:space="preserve">Our species remains </w:t>
      </w:r>
      <w:r>
        <w:rPr>
          <w:b/>
          <w:i w:val="0"/>
          <w:smallCaps w:val="0"/>
          <w:strike w:val="0"/>
          <w:sz w:val="22"/>
          <w:u w:val="single"/>
        </w:rPr>
        <w:t>lackluster at solidarity</w:t>
      </w:r>
      <w:r>
        <w:rPr>
          <w:b w:val="0"/>
          <w:i w:val="0"/>
          <w:smallCaps w:val="0"/>
          <w:strike w:val="0"/>
          <w:sz w:val="22"/>
          <w:u w:val="single"/>
        </w:rPr>
        <w:t xml:space="preserve"> and self-government, </w:t>
      </w:r>
      <w:r>
        <w:rPr>
          <w:b w:val="0"/>
          <w:i w:val="0"/>
          <w:smallCaps w:val="0"/>
          <w:strike w:val="0"/>
          <w:sz w:val="22"/>
          <w:u w:val="single"/>
        </w:rPr>
        <w:t xml:space="preserve">but </w:t>
      </w:r>
      <w:r>
        <w:rPr>
          <w:b/>
          <w:i w:val="0"/>
          <w:smallCaps w:val="0"/>
          <w:strike w:val="0"/>
          <w:sz w:val="22"/>
          <w:highlight w:val="cyan"/>
          <w:u w:val="single"/>
        </w:rPr>
        <w:t>we’ve got a</w:t>
      </w:r>
      <w:r>
        <w:rPr>
          <w:b/>
          <w:i w:val="0"/>
          <w:smallCaps w:val="0"/>
          <w:strike w:val="0"/>
          <w:sz w:val="22"/>
          <w:u w:val="single"/>
        </w:rPr>
        <w:t xml:space="preserve"> </w:t>
      </w:r>
      <w:r>
        <w:rPr>
          <w:b/>
          <w:i w:val="0"/>
          <w:smallCaps w:val="0"/>
          <w:strike w:val="0"/>
          <w:sz w:val="22"/>
          <w:u w:val="single"/>
        </w:rPr>
        <w:t xml:space="preserve">real </w:t>
      </w:r>
      <w:r>
        <w:rPr>
          <w:b/>
          <w:i w:val="0"/>
          <w:smallCaps w:val="0"/>
          <w:strike w:val="0"/>
          <w:sz w:val="22"/>
          <w:highlight w:val="cyan"/>
          <w:u w:val="single"/>
        </w:rPr>
        <w:t>knack for building</w:t>
      </w:r>
      <w:r>
        <w:rPr>
          <w:b/>
          <w:i w:val="0"/>
          <w:smallCaps w:val="0"/>
          <w:strike w:val="0"/>
          <w:sz w:val="22"/>
          <w:u w:val="single"/>
        </w:rPr>
        <w:t xml:space="preserve"> </w:t>
      </w:r>
      <w:r>
        <w:rPr>
          <w:b/>
          <w:i w:val="0"/>
          <w:smallCaps w:val="0"/>
          <w:strike w:val="0"/>
          <w:sz w:val="22"/>
          <w:u w:val="single"/>
        </w:rPr>
        <w:t xml:space="preserve">cool </w:t>
      </w:r>
      <w:r>
        <w:rPr>
          <w:b/>
          <w:i w:val="0"/>
          <w:smallCaps w:val="0"/>
          <w:strike w:val="0"/>
          <w:sz w:val="22"/>
          <w:highlight w:val="cyan"/>
          <w:u w:val="single"/>
        </w:rPr>
        <w:t>shit</w:t>
      </w:r>
      <w:r>
        <w:rPr>
          <w:b w:val="0"/>
          <w:i w:val="0"/>
          <w:smallCaps w:val="0"/>
          <w:strike w:val="0"/>
          <w:sz w:val="16"/>
          <w:u w:val="none"/>
        </w:rPr>
        <w:t>.</w:t>
      </w:r>
    </w:p>
    <w:p>
      <w:pPr>
        <w:spacing w:after="60"/>
      </w:pPr>
      <w:r>
        <w:rPr>
          <w:b w:val="0"/>
          <w:i w:val="0"/>
          <w:smallCaps w:val="0"/>
          <w:strike w:val="0"/>
          <w:sz w:val="16"/>
          <w:u w:val="none"/>
        </w:rPr>
        <w:t>The technological progress of the past decade was not sufficient to compensate for tepid climate policy. But real techno-utopianism has never been tried: As of 2019, global spending on clean energy R&amp;D totaled $22 billion a year, or 3 percent of the Pentagon’s annual budget. Increasing spending on such research — while expediting cost-reductions in existing technologies by deploying them en masse — should be twin priorities of American climate policy.</w:t>
      </w:r>
    </w:p>
    <w:p>
      <w:pPr>
        <w:spacing w:after="60"/>
      </w:pPr>
      <w:r>
        <w:rPr>
          <w:b/>
          <w:i w:val="0"/>
          <w:smallCaps w:val="0"/>
          <w:strike w:val="0"/>
          <w:sz w:val="22"/>
          <w:u w:val="single"/>
        </w:rPr>
        <w:t xml:space="preserve">The preconditions for </w:t>
      </w:r>
      <w:r>
        <w:rPr>
          <w:b/>
          <w:i w:val="0"/>
          <w:smallCaps w:val="0"/>
          <w:strike w:val="0"/>
          <w:sz w:val="22"/>
          <w:highlight w:val="cyan"/>
          <w:u w:val="single"/>
        </w:rPr>
        <w:t>green industrialization can be made in America</w:t>
      </w:r>
      <w:r>
        <w:rPr>
          <w:b w:val="0"/>
          <w:i w:val="0"/>
          <w:smallCaps w:val="0"/>
          <w:strike w:val="0"/>
          <w:sz w:val="16"/>
          <w:u w:val="none"/>
        </w:rPr>
        <w:t>.</w:t>
      </w:r>
    </w:p>
    <w:p>
      <w:pPr>
        <w:spacing w:after="60"/>
      </w:pPr>
      <w:r>
        <w:rPr>
          <w:b w:val="0"/>
          <w:i w:val="0"/>
          <w:smallCaps w:val="0"/>
          <w:strike w:val="0"/>
          <w:sz w:val="16"/>
          <w:u w:val="none"/>
        </w:rPr>
        <w:t xml:space="preserve">The United States has more fiscal capacity and better-financed research universities than any nation on the planet. And, for all the pathologies of our politics, public </w:t>
      </w:r>
      <w:r>
        <w:rPr>
          <w:b w:val="0"/>
          <w:i w:val="0"/>
          <w:smallCaps w:val="0"/>
          <w:strike w:val="0"/>
          <w:sz w:val="22"/>
          <w:u w:val="single"/>
        </w:rPr>
        <w:t xml:space="preserve">investment in green tech inspires </w:t>
      </w:r>
      <w:r>
        <w:rPr>
          <w:b/>
          <w:i w:val="0"/>
          <w:smallCaps w:val="0"/>
          <w:strike w:val="0"/>
          <w:sz w:val="22"/>
          <w:u w:val="single"/>
        </w:rPr>
        <w:t>far weaker opposition</w:t>
      </w:r>
      <w:r>
        <w:rPr>
          <w:b w:val="0"/>
          <w:i w:val="0"/>
          <w:smallCaps w:val="0"/>
          <w:strike w:val="0"/>
          <w:sz w:val="22"/>
          <w:u w:val="single"/>
        </w:rPr>
        <w:t xml:space="preserve"> than many less-indispensable climate policies</w:t>
      </w:r>
      <w:r>
        <w:rPr>
          <w:b w:val="0"/>
          <w:i w:val="0"/>
          <w:smallCaps w:val="0"/>
          <w:strike w:val="0"/>
          <w:sz w:val="16"/>
          <w:u w:val="none"/>
        </w:rPr>
        <w:t xml:space="preserve">. In fact, late last year, with Republicans controlling the Senate and Donald Trump in the White House, the U.S. increased funding for zero-emission technology R&amp;D by $35 billion. </w:t>
      </w:r>
      <w:r>
        <w:rPr>
          <w:b w:val="0"/>
          <w:i w:val="0"/>
          <w:smallCaps w:val="0"/>
          <w:strike w:val="0"/>
          <w:sz w:val="22"/>
          <w:highlight w:val="cyan"/>
          <w:u w:val="single"/>
        </w:rPr>
        <w:t>America</w:t>
      </w:r>
      <w:r>
        <w:rPr>
          <w:b w:val="0"/>
          <w:i w:val="0"/>
          <w:smallCaps w:val="0"/>
          <w:strike w:val="0"/>
          <w:sz w:val="22"/>
          <w:u w:val="single"/>
        </w:rPr>
        <w:t xml:space="preserve"> does not have </w:t>
      </w:r>
      <w:r>
        <w:rPr>
          <w:b/>
          <w:i w:val="0"/>
          <w:smallCaps w:val="0"/>
          <w:strike w:val="0"/>
          <w:sz w:val="22"/>
          <w:u w:val="single"/>
        </w:rPr>
        <w:t>sovereignty over enough humans to save the planet by slashing our domestic emissions</w:t>
      </w:r>
      <w:r>
        <w:rPr>
          <w:b w:val="0"/>
          <w:i w:val="0"/>
          <w:smallCaps w:val="0"/>
          <w:strike w:val="0"/>
          <w:sz w:val="22"/>
          <w:u w:val="single"/>
        </w:rPr>
        <w:t xml:space="preserve">. But we just might </w:t>
      </w:r>
      <w:r>
        <w:rPr>
          <w:b w:val="0"/>
          <w:i w:val="0"/>
          <w:smallCaps w:val="0"/>
          <w:strike w:val="0"/>
          <w:sz w:val="22"/>
          <w:highlight w:val="cyan"/>
          <w:u w:val="single"/>
        </w:rPr>
        <w:t xml:space="preserve">have the </w:t>
      </w:r>
      <w:r>
        <w:rPr>
          <w:b/>
          <w:i w:val="0"/>
          <w:smallCaps w:val="0"/>
          <w:strike w:val="0"/>
          <w:sz w:val="22"/>
          <w:highlight w:val="cyan"/>
          <w:u w:val="single"/>
        </w:rPr>
        <w:t>resources</w:t>
      </w:r>
      <w:r>
        <w:rPr>
          <w:b/>
          <w:i w:val="0"/>
          <w:smallCaps w:val="0"/>
          <w:strike w:val="0"/>
          <w:sz w:val="22"/>
          <w:u w:val="single"/>
        </w:rPr>
        <w:t xml:space="preserve"> </w:t>
      </w:r>
      <w:r>
        <w:rPr>
          <w:b/>
          <w:i w:val="0"/>
          <w:smallCaps w:val="0"/>
          <w:strike w:val="0"/>
          <w:sz w:val="22"/>
          <w:u w:val="single"/>
        </w:rPr>
        <w:t xml:space="preserve">and political economy necessary </w:t>
      </w:r>
      <w:r>
        <w:rPr>
          <w:b/>
          <w:i w:val="0"/>
          <w:smallCaps w:val="0"/>
          <w:strike w:val="0"/>
          <w:sz w:val="22"/>
          <w:highlight w:val="cyan"/>
          <w:u w:val="single"/>
        </w:rPr>
        <w:t>to help</w:t>
      </w:r>
      <w:r>
        <w:rPr>
          <w:b/>
          <w:i w:val="0"/>
          <w:smallCaps w:val="0"/>
          <w:strike w:val="0"/>
          <w:sz w:val="22"/>
          <w:u w:val="single"/>
        </w:rPr>
        <w:t xml:space="preserve"> the developing world </w:t>
      </w:r>
      <w:r>
        <w:rPr>
          <w:b/>
          <w:i w:val="0"/>
          <w:smallCaps w:val="0"/>
          <w:strike w:val="0"/>
          <w:sz w:val="22"/>
          <w:highlight w:val="cyan"/>
          <w:u w:val="single"/>
        </w:rPr>
        <w:t>save us all</w:t>
      </w:r>
      <w:r>
        <w:rPr>
          <w:b w:val="0"/>
          <w:i w:val="0"/>
          <w:smallCaps w:val="0"/>
          <w:strike w:val="0"/>
          <w:sz w:val="22"/>
          <w:u w:val="single"/>
        </w:rPr>
        <w:t>.</w:t>
      </w:r>
    </w:p>
    <w:p>
      <w:pPr>
        <w:spacing w:after="60"/>
      </w:pPr>
      <w:r>
        <w:rPr>
          <w:b w:val="0"/>
          <w:i w:val="0"/>
          <w:smallCaps w:val="0"/>
          <w:strike w:val="0"/>
          <w:sz w:val="16"/>
          <w:u w:val="none"/>
        </w:rPr>
        <w:t xml:space="preserve">Although progress on renewables has exceeded optimistic expectations, the technical obstacles to </w:t>
      </w:r>
      <w:r>
        <w:rPr>
          <w:b w:val="0"/>
          <w:i w:val="0"/>
          <w:smallCaps w:val="0"/>
          <w:strike w:val="0"/>
          <w:sz w:val="22"/>
          <w:u w:val="single"/>
        </w:rPr>
        <w:t xml:space="preserve">global </w:t>
      </w:r>
      <w:r>
        <w:rPr>
          <w:b w:val="0"/>
          <w:i w:val="0"/>
          <w:smallCaps w:val="0"/>
          <w:strike w:val="0"/>
          <w:sz w:val="22"/>
          <w:highlight w:val="cyan"/>
          <w:u w:val="single"/>
        </w:rPr>
        <w:t>decarbonization</w:t>
      </w:r>
      <w:r>
        <w:rPr>
          <w:b w:val="0"/>
          <w:i w:val="0"/>
          <w:smallCaps w:val="0"/>
          <w:strike w:val="0"/>
          <w:sz w:val="16"/>
          <w:u w:val="none"/>
        </w:rPr>
        <w:t xml:space="preserve"> </w:t>
      </w:r>
      <w:r>
        <w:rPr>
          <w:b w:val="0"/>
          <w:i w:val="0"/>
          <w:smallCaps w:val="0"/>
          <w:strike w:val="0"/>
          <w:sz w:val="16"/>
          <w:u w:val="none"/>
        </w:rPr>
        <w:t xml:space="preserve">remain immense. In the most optimistic scenario, scaling up existing, cost-competitive technologies can get us about 16 percent of the emissions reductions necessary for achieving net-zero by 2050, according to the International Energy Agency. Driving down the price of tech we already have will get us another 39 percent. The rest </w:t>
      </w:r>
      <w:r>
        <w:rPr>
          <w:b/>
          <w:i w:val="0"/>
          <w:smallCaps w:val="0"/>
          <w:strike w:val="0"/>
          <w:sz w:val="22"/>
          <w:highlight w:val="cyan"/>
          <w:u w:val="single"/>
        </w:rPr>
        <w:t>must come from techn</w:t>
      </w:r>
      <w:r>
        <w:rPr>
          <w:b/>
          <w:i w:val="0"/>
          <w:smallCaps w:val="0"/>
          <w:strike w:val="0"/>
          <w:sz w:val="22"/>
          <w:u w:val="single"/>
        </w:rPr>
        <w:t>ologies</w:t>
      </w:r>
      <w:r>
        <w:rPr>
          <w:b w:val="0"/>
          <w:i w:val="0"/>
          <w:smallCaps w:val="0"/>
          <w:strike w:val="0"/>
          <w:sz w:val="22"/>
          <w:u w:val="single"/>
        </w:rPr>
        <w:t xml:space="preserve"> that have yet to be fully developed. We need electrified cement, hydrogen-powered steel plants, and evaporative cooling. We need utility-scale energy storage, electric airplanes, and ultra-high voltage transmission lines</w:t>
      </w:r>
      <w:r>
        <w:rPr>
          <w:b w:val="0"/>
          <w:i w:val="0"/>
          <w:smallCaps w:val="0"/>
          <w:strike w:val="0"/>
          <w:sz w:val="16"/>
          <w:u w:val="none"/>
        </w:rPr>
        <w:t xml:space="preserve">. And </w:t>
      </w:r>
      <w:r>
        <w:rPr>
          <w:b w:val="0"/>
          <w:i w:val="0"/>
          <w:smallCaps w:val="0"/>
          <w:strike w:val="0"/>
          <w:sz w:val="22"/>
          <w:u w:val="single"/>
        </w:rPr>
        <w:t>we’d be remiss to not toss</w:t>
      </w:r>
      <w:r>
        <w:rPr>
          <w:b w:val="0"/>
          <w:i w:val="0"/>
          <w:smallCaps w:val="0"/>
          <w:strike w:val="0"/>
          <w:sz w:val="16"/>
          <w:u w:val="none"/>
        </w:rPr>
        <w:t xml:space="preserve"> a bit of </w:t>
      </w:r>
      <w:r>
        <w:rPr>
          <w:b w:val="0"/>
          <w:i w:val="0"/>
          <w:smallCaps w:val="0"/>
          <w:strike w:val="0"/>
          <w:sz w:val="22"/>
          <w:u w:val="single"/>
        </w:rPr>
        <w:t>our collective wealth</w:t>
      </w:r>
      <w:r>
        <w:rPr>
          <w:b w:val="0"/>
          <w:i w:val="0"/>
          <w:smallCaps w:val="0"/>
          <w:strike w:val="0"/>
          <w:sz w:val="16"/>
          <w:u w:val="none"/>
        </w:rPr>
        <w:t xml:space="preserve"> at </w:t>
      </w:r>
      <w:r>
        <w:rPr>
          <w:b/>
          <w:i w:val="0"/>
          <w:smallCaps w:val="0"/>
          <w:strike w:val="0"/>
          <w:sz w:val="22"/>
          <w:u w:val="single"/>
        </w:rPr>
        <w:t>game-changing hail marys like nuclear fusion</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