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Breaches also empower </w:t>
      </w:r>
      <w:r>
        <w:rPr>
          <w:b/>
          <w:i w:val="0"/>
          <w:smallCaps w:val="0"/>
          <w:strike w:val="0"/>
          <w:sz w:val="26"/>
          <w:u w:val="single"/>
        </w:rPr>
        <w:t>weaponized AI</w:t>
      </w:r>
      <w:r>
        <w:rPr>
          <w:b/>
          <w:i w:val="0"/>
          <w:smallCaps w:val="0"/>
          <w:strike w:val="0"/>
          <w:sz w:val="26"/>
          <w:u w:val="none"/>
        </w:rPr>
        <w:t xml:space="preserve">. </w:t>
      </w:r>
    </w:p>
    <w:p>
      <w:pPr>
        <w:spacing w:after="80"/>
      </w:pPr>
      <w:r>
        <w:rPr>
          <w:b w:val="0"/>
          <w:i w:val="0"/>
          <w:smallCaps w:val="0"/>
          <w:strike w:val="0"/>
          <w:u w:val="none"/>
        </w:rPr>
        <w:t xml:space="preserve">Katherine </w:t>
      </w:r>
      <w:r>
        <w:rPr>
          <w:b/>
          <w:i w:val="0"/>
          <w:smallCaps w:val="0"/>
          <w:strike w:val="0"/>
          <w:sz w:val="26"/>
          <w:u w:val="none"/>
        </w:rPr>
        <w:t>Mansted 19</w:t>
      </w:r>
      <w:r>
        <w:rPr>
          <w:b w:val="0"/>
          <w:i w:val="0"/>
          <w:smallCaps w:val="0"/>
          <w:strike w:val="0"/>
          <w:u w:val="none"/>
        </w:rPr>
        <w:t xml:space="preserve">, Senior Adviser for Public Policy at the Australian National University’s National Security College; Eric Rosenbach, Co-Director of the Belfer Center at the Harvard Kennedy School and Former Assistant Secretary of Defense, 9/17/2019, </w:t>
      </w:r>
      <w:r>
        <w:rPr>
          <w:b w:val="0"/>
          <w:i w:val="0"/>
          <w:smallCaps w:val="0"/>
          <w:strike w:val="0"/>
          <w:u w:val="none"/>
        </w:rPr>
        <w:t xml:space="preserve">“How to Win the Battle Over Data,” </w:t>
      </w:r>
      <w:r>
        <w:rPr>
          <w:b w:val="0"/>
          <w:i w:val="0"/>
          <w:smallCaps w:val="0"/>
          <w:strike w:val="0"/>
          <w:u w:val="none"/>
        </w:rPr>
        <w:t>https://www.foreignaffairs.com/articles/2019-09-17/how-win-battle-over-data</w:t>
      </w:r>
    </w:p>
    <w:p>
      <w:pPr>
        <w:spacing w:after="60"/>
      </w:pPr>
      <w:r>
        <w:rPr>
          <w:b w:val="0"/>
          <w:i w:val="0"/>
          <w:smallCaps w:val="0"/>
          <w:strike w:val="0"/>
          <w:sz w:val="22"/>
          <w:u w:val="single"/>
        </w:rPr>
        <w:t xml:space="preserve">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 xml:space="preserve">tates has </w:t>
      </w:r>
      <w:r>
        <w:rPr>
          <w:b/>
          <w:i w:val="0"/>
          <w:smallCaps w:val="0"/>
          <w:strike w:val="0"/>
          <w:sz w:val="22"/>
          <w:u w:val="single"/>
        </w:rPr>
        <w:t>yet to show up</w:t>
      </w:r>
      <w:r>
        <w:rPr>
          <w:b w:val="0"/>
          <w:i w:val="0"/>
          <w:smallCaps w:val="0"/>
          <w:strike w:val="0"/>
          <w:sz w:val="22"/>
          <w:u w:val="single"/>
        </w:rPr>
        <w:t xml:space="preserve"> to this info</w:t>
      </w:r>
      <w:r>
        <w:rPr>
          <w:b w:val="0"/>
          <w:i w:val="0"/>
          <w:smallCaps w:val="0"/>
          <w:strike w:val="0"/>
          <w:sz w:val="22"/>
          <w:u w:val="single"/>
        </w:rPr>
        <w:t>rmation fight</w:t>
      </w:r>
      <w:r>
        <w:rPr>
          <w:b w:val="0"/>
          <w:i w:val="0"/>
          <w:smallCaps w:val="0"/>
          <w:strike w:val="0"/>
          <w:sz w:val="16"/>
          <w:u w:val="none"/>
        </w:rPr>
        <w:t xml:space="preserve">. U.S. cyberstrategists prioritize defending physical infrastructure—routers, servers, and endpoint devices such as laptops and smartphones—but consistently underestimate the economic and political significance of the information carried on that infrastructure. </w:t>
      </w:r>
      <w:r>
        <w:rPr>
          <w:b w:val="0"/>
          <w:i w:val="0"/>
          <w:smallCaps w:val="0"/>
          <w:strike w:val="0"/>
          <w:sz w:val="22"/>
          <w:u w:val="single"/>
        </w:rPr>
        <w:t>The</w:t>
      </w:r>
      <w:r>
        <w:rPr>
          <w:b w:val="0"/>
          <w:i w:val="0"/>
          <w:smallCaps w:val="0"/>
          <w:strike w:val="0"/>
          <w:sz w:val="22"/>
          <w:u w:val="single"/>
        </w:rPr>
        <w:t xml:space="preserve"> U.S. </w:t>
      </w:r>
      <w:r>
        <w:rPr>
          <w:b/>
          <w:i w:val="0"/>
          <w:smallCaps w:val="0"/>
          <w:strike w:val="0"/>
          <w:sz w:val="22"/>
          <w:highlight w:val="cyan"/>
          <w:u w:val="single"/>
        </w:rPr>
        <w:t>private sector</w:t>
      </w:r>
      <w:r>
        <w:rPr>
          <w:b w:val="0"/>
          <w:i w:val="0"/>
          <w:smallCaps w:val="0"/>
          <w:strike w:val="0"/>
          <w:sz w:val="16"/>
          <w:u w:val="none"/>
        </w:rPr>
        <w:t xml:space="preserve">, which rarely acts in the American national interest, </w:t>
      </w:r>
      <w:r>
        <w:rPr>
          <w:b w:val="0"/>
          <w:i w:val="0"/>
          <w:smallCaps w:val="0"/>
          <w:strike w:val="0"/>
          <w:sz w:val="22"/>
          <w:highlight w:val="cyan"/>
          <w:u w:val="single"/>
        </w:rPr>
        <w:t xml:space="preserve">is </w:t>
      </w:r>
      <w:r>
        <w:rPr>
          <w:b/>
          <w:i w:val="0"/>
          <w:smallCaps w:val="0"/>
          <w:strike w:val="0"/>
          <w:sz w:val="22"/>
          <w:u w:val="single"/>
        </w:rPr>
        <w:t>p</w:t>
      </w:r>
      <w:r>
        <w:rPr>
          <w:b/>
          <w:i w:val="0"/>
          <w:smallCaps w:val="0"/>
          <w:strike w:val="0"/>
          <w:sz w:val="22"/>
          <w:u w:val="single"/>
        </w:rPr>
        <w:t xml:space="preserve">rimarily </w:t>
      </w:r>
      <w:r>
        <w:rPr>
          <w:b/>
          <w:i w:val="0"/>
          <w:smallCaps w:val="0"/>
          <w:strike w:val="0"/>
          <w:sz w:val="22"/>
          <w:highlight w:val="cyan"/>
          <w:u w:val="single"/>
        </w:rPr>
        <w:t>responsible</w:t>
      </w:r>
      <w:r>
        <w:rPr>
          <w:b w:val="0"/>
          <w:i w:val="0"/>
          <w:smallCaps w:val="0"/>
          <w:strike w:val="0"/>
          <w:sz w:val="22"/>
          <w:highlight w:val="cyan"/>
          <w:u w:val="single"/>
        </w:rPr>
        <w:t xml:space="preserve"> for </w:t>
      </w:r>
      <w:r>
        <w:rPr>
          <w:b/>
          <w:i w:val="0"/>
          <w:smallCaps w:val="0"/>
          <w:strike w:val="0"/>
          <w:sz w:val="22"/>
          <w:u w:val="single"/>
        </w:rPr>
        <w:t>p</w:t>
      </w:r>
      <w:r>
        <w:rPr>
          <w:b/>
          <w:i w:val="0"/>
          <w:smallCaps w:val="0"/>
          <w:strike w:val="0"/>
          <w:sz w:val="22"/>
          <w:u w:val="single"/>
        </w:rPr>
        <w:t xml:space="preserve">rotecting </w:t>
      </w:r>
      <w:r>
        <w:rPr>
          <w:b/>
          <w:i w:val="0"/>
          <w:smallCaps w:val="0"/>
          <w:strike w:val="0"/>
          <w:sz w:val="22"/>
          <w:highlight w:val="cyan"/>
          <w:u w:val="single"/>
        </w:rPr>
        <w:t>data</w:t>
      </w:r>
      <w:r>
        <w:rPr>
          <w:b w:val="0"/>
          <w:i w:val="0"/>
          <w:smallCaps w:val="0"/>
          <w:strike w:val="0"/>
          <w:sz w:val="22"/>
          <w:u w:val="single"/>
        </w:rPr>
        <w:t xml:space="preserve"> and </w:t>
      </w:r>
      <w:r>
        <w:rPr>
          <w:b/>
          <w:i w:val="0"/>
          <w:smallCaps w:val="0"/>
          <w:strike w:val="0"/>
          <w:sz w:val="22"/>
          <w:u w:val="single"/>
        </w:rPr>
        <w:t>information</w:t>
      </w:r>
      <w:r>
        <w:rPr>
          <w:b w:val="0"/>
          <w:i w:val="0"/>
          <w:smallCaps w:val="0"/>
          <w:strike w:val="0"/>
          <w:sz w:val="22"/>
          <w:u w:val="single"/>
        </w:rPr>
        <w:t xml:space="preserve"> platforms</w:t>
      </w:r>
      <w:r>
        <w:rPr>
          <w:b w:val="0"/>
          <w:i w:val="0"/>
          <w:smallCaps w:val="0"/>
          <w:strike w:val="0"/>
          <w:sz w:val="16"/>
          <w:u w:val="none"/>
        </w:rPr>
        <w:t>.</w:t>
      </w:r>
    </w:p>
    <w:p>
      <w:pPr>
        <w:spacing w:after="60"/>
      </w:pPr>
      <w:r>
        <w:rPr>
          <w:b w:val="0"/>
          <w:i w:val="0"/>
          <w:smallCaps w:val="0"/>
          <w:strike w:val="0"/>
          <w:sz w:val="16"/>
          <w:u w:val="none"/>
        </w:rPr>
        <w:t xml:space="preserve">It can be tough to craft regulations and national security policies for data and technology that do not fall afoul of democratic and capitalist values. A national information strategy can sound, or indeed become, Orwellian without the right political leadership. But </w:t>
      </w:r>
      <w:r>
        <w:rPr>
          <w:b w:val="0"/>
          <w:i w:val="0"/>
          <w:smallCaps w:val="0"/>
          <w:strike w:val="0"/>
          <w:sz w:val="22"/>
          <w:u w:val="single"/>
        </w:rPr>
        <w:t>to thrive in the</w:t>
      </w:r>
      <w:r>
        <w:rPr>
          <w:b w:val="0"/>
          <w:i w:val="0"/>
          <w:smallCaps w:val="0"/>
          <w:strike w:val="0"/>
          <w:sz w:val="22"/>
          <w:u w:val="single"/>
        </w:rPr>
        <w:t xml:space="preserve"> </w:t>
      </w:r>
      <w:r>
        <w:rPr>
          <w:b w:val="0"/>
          <w:i w:val="0"/>
          <w:smallCaps w:val="0"/>
          <w:strike w:val="0"/>
          <w:sz w:val="22"/>
          <w:u w:val="single"/>
        </w:rPr>
        <w:t xml:space="preserve">twenty-first century, </w:t>
      </w:r>
      <w:r>
        <w:rPr>
          <w:b/>
          <w:i w:val="0"/>
          <w:smallCaps w:val="0"/>
          <w:strike w:val="0"/>
          <w:sz w:val="22"/>
          <w:u w:val="single"/>
        </w:rPr>
        <w:t>democracies</w:t>
      </w:r>
      <w:r>
        <w:rPr>
          <w:b w:val="0"/>
          <w:i w:val="0"/>
          <w:smallCaps w:val="0"/>
          <w:strike w:val="0"/>
          <w:sz w:val="22"/>
          <w:u w:val="single"/>
        </w:rPr>
        <w:t xml:space="preserve"> must</w:t>
      </w:r>
      <w:r>
        <w:rPr>
          <w:b w:val="0"/>
          <w:i w:val="0"/>
          <w:smallCaps w:val="0"/>
          <w:strike w:val="0"/>
          <w:sz w:val="16"/>
          <w:u w:val="none"/>
        </w:rPr>
        <w:t xml:space="preserve"> now </w:t>
      </w:r>
      <w:r>
        <w:rPr>
          <w:b w:val="0"/>
          <w:i w:val="0"/>
          <w:smallCaps w:val="0"/>
          <w:strike w:val="0"/>
          <w:sz w:val="22"/>
          <w:u w:val="single"/>
        </w:rPr>
        <w:t xml:space="preserve">put </w:t>
      </w:r>
      <w:r>
        <w:rPr>
          <w:b/>
          <w:i w:val="0"/>
          <w:smallCaps w:val="0"/>
          <w:strike w:val="0"/>
          <w:sz w:val="22"/>
          <w:u w:val="single"/>
        </w:rPr>
        <w:t>information</w:t>
      </w:r>
      <w:r>
        <w:rPr>
          <w:b w:val="0"/>
          <w:i w:val="0"/>
          <w:smallCaps w:val="0"/>
          <w:strike w:val="0"/>
          <w:sz w:val="22"/>
          <w:u w:val="single"/>
        </w:rPr>
        <w:t xml:space="preserve"> at the </w:t>
      </w:r>
      <w:r>
        <w:rPr>
          <w:b/>
          <w:i w:val="0"/>
          <w:smallCaps w:val="0"/>
          <w:strike w:val="0"/>
          <w:sz w:val="22"/>
          <w:u w:val="single"/>
        </w:rPr>
        <w:t>center</w:t>
      </w:r>
      <w:r>
        <w:rPr>
          <w:b w:val="0"/>
          <w:i w:val="0"/>
          <w:smallCaps w:val="0"/>
          <w:strike w:val="0"/>
          <w:sz w:val="22"/>
          <w:u w:val="single"/>
        </w:rPr>
        <w:t xml:space="preserve"> of </w:t>
      </w:r>
      <w:r>
        <w:rPr>
          <w:b w:val="0"/>
          <w:i w:val="0"/>
          <w:smallCaps w:val="0"/>
          <w:strike w:val="0"/>
          <w:sz w:val="16"/>
          <w:u w:val="none"/>
        </w:rPr>
        <w:t xml:space="preserve">domestic, </w:t>
      </w:r>
      <w:r>
        <w:rPr>
          <w:b w:val="0"/>
          <w:i w:val="0"/>
          <w:smallCaps w:val="0"/>
          <w:strike w:val="0"/>
          <w:sz w:val="22"/>
          <w:u w:val="single"/>
        </w:rPr>
        <w:t>security</w:t>
      </w:r>
      <w:r>
        <w:rPr>
          <w:b w:val="0"/>
          <w:i w:val="0"/>
          <w:smallCaps w:val="0"/>
          <w:strike w:val="0"/>
          <w:sz w:val="16"/>
          <w:u w:val="none"/>
        </w:rPr>
        <w:t>, and foreign policy.</w:t>
      </w:r>
    </w:p>
    <w:p>
      <w:pPr>
        <w:spacing w:after="60"/>
      </w:pPr>
      <w:r>
        <w:rPr>
          <w:b w:val="0"/>
          <w:i w:val="0"/>
          <w:smallCaps w:val="0"/>
          <w:strike w:val="0"/>
          <w:sz w:val="16"/>
          <w:u w:val="none"/>
        </w:rPr>
        <w:t>Marshaling Data</w:t>
      </w:r>
    </w:p>
    <w:p>
      <w:pPr>
        <w:spacing w:after="60"/>
      </w:pPr>
      <w:r>
        <w:rPr>
          <w:b/>
          <w:i w:val="0"/>
          <w:smallCaps w:val="0"/>
          <w:strike w:val="0"/>
          <w:sz w:val="22"/>
          <w:u w:val="single"/>
        </w:rPr>
        <w:t>Russia’s</w:t>
      </w:r>
      <w:r>
        <w:rPr>
          <w:b w:val="0"/>
          <w:i w:val="0"/>
          <w:smallCaps w:val="0"/>
          <w:strike w:val="0"/>
          <w:sz w:val="22"/>
          <w:u w:val="single"/>
        </w:rPr>
        <w:t xml:space="preserve"> interference in</w:t>
      </w:r>
      <w:r>
        <w:rPr>
          <w:b w:val="0"/>
          <w:i w:val="0"/>
          <w:smallCaps w:val="0"/>
          <w:strike w:val="0"/>
          <w:sz w:val="16"/>
          <w:u w:val="none"/>
        </w:rPr>
        <w:t xml:space="preserve"> U.S. </w:t>
      </w:r>
      <w:r>
        <w:rPr>
          <w:b w:val="0"/>
          <w:i w:val="0"/>
          <w:smallCaps w:val="0"/>
          <w:strike w:val="0"/>
          <w:sz w:val="22"/>
          <w:u w:val="single"/>
        </w:rPr>
        <w:t>elections</w:t>
      </w:r>
      <w:r>
        <w:rPr>
          <w:b w:val="0"/>
          <w:i w:val="0"/>
          <w:smallCaps w:val="0"/>
          <w:strike w:val="0"/>
          <w:sz w:val="16"/>
          <w:u w:val="none"/>
        </w:rPr>
        <w:t xml:space="preserve"> may be the most well-known case of a state using sensitive political and social information to attack another, but it </w:t>
      </w:r>
      <w:r>
        <w:rPr>
          <w:b w:val="0"/>
          <w:i w:val="0"/>
          <w:smallCaps w:val="0"/>
          <w:strike w:val="0"/>
          <w:sz w:val="22"/>
          <w:u w:val="single"/>
        </w:rPr>
        <w:t>is by no means the only example</w:t>
      </w:r>
      <w:r>
        <w:rPr>
          <w:b w:val="0"/>
          <w:i w:val="0"/>
          <w:smallCaps w:val="0"/>
          <w:strike w:val="0"/>
          <w:sz w:val="16"/>
          <w:u w:val="none"/>
        </w:rPr>
        <w:t>. In 2014,</w:t>
      </w:r>
      <w:r>
        <w:rPr>
          <w:b w:val="0"/>
          <w:i w:val="0"/>
          <w:smallCaps w:val="0"/>
          <w:strike w:val="0"/>
          <w:sz w:val="16"/>
          <w:u w:val="none"/>
        </w:rPr>
        <w:t xml:space="preserve"> </w:t>
      </w:r>
      <w:r>
        <w:rPr>
          <w:b/>
          <w:i w:val="0"/>
          <w:smallCaps w:val="0"/>
          <w:strike w:val="0"/>
          <w:sz w:val="22"/>
          <w:highlight w:val="cyan"/>
          <w:u w:val="single"/>
        </w:rPr>
        <w:t>Chinese</w:t>
      </w:r>
      <w:r>
        <w:rPr>
          <w:b w:val="0"/>
          <w:i w:val="0"/>
          <w:smallCaps w:val="0"/>
          <w:strike w:val="0"/>
          <w:sz w:val="22"/>
          <w:highlight w:val="cyan"/>
          <w:u w:val="single"/>
        </w:rPr>
        <w:t xml:space="preserve"> hackers</w:t>
      </w:r>
      <w:r>
        <w:rPr>
          <w:b w:val="0"/>
          <w:i w:val="0"/>
          <w:smallCaps w:val="0"/>
          <w:strike w:val="0"/>
          <w:sz w:val="22"/>
          <w:u w:val="single"/>
        </w:rPr>
        <w:t xml:space="preserve"> stole</w:t>
      </w:r>
      <w:r>
        <w:rPr>
          <w:b w:val="0"/>
          <w:i w:val="0"/>
          <w:smallCaps w:val="0"/>
          <w:strike w:val="0"/>
          <w:sz w:val="16"/>
          <w:u w:val="none"/>
        </w:rPr>
        <w:t xml:space="preserve"> the personal </w:t>
      </w:r>
      <w:r>
        <w:rPr>
          <w:b w:val="0"/>
          <w:i w:val="0"/>
          <w:smallCaps w:val="0"/>
          <w:strike w:val="0"/>
          <w:sz w:val="22"/>
          <w:u w:val="single"/>
        </w:rPr>
        <w:t>information of</w:t>
      </w:r>
      <w:r>
        <w:rPr>
          <w:b w:val="0"/>
          <w:i w:val="0"/>
          <w:smallCaps w:val="0"/>
          <w:strike w:val="0"/>
          <w:sz w:val="16"/>
          <w:u w:val="none"/>
        </w:rPr>
        <w:t xml:space="preserve"> more than </w:t>
      </w:r>
      <w:r>
        <w:rPr>
          <w:b w:val="0"/>
          <w:i w:val="0"/>
          <w:smallCaps w:val="0"/>
          <w:strike w:val="0"/>
          <w:sz w:val="22"/>
          <w:u w:val="single"/>
        </w:rPr>
        <w:t>22 million</w:t>
      </w:r>
      <w:r>
        <w:rPr>
          <w:b w:val="0"/>
          <w:i w:val="0"/>
          <w:smallCaps w:val="0"/>
          <w:strike w:val="0"/>
          <w:sz w:val="16"/>
          <w:u w:val="none"/>
        </w:rPr>
        <w:t xml:space="preserve"> people connected to U.S. security clearance processes. That breach not only demonstrated the vulnerability of U.S. government systems to hostile actors but also provided China with a tremendous resource. China could use the stolen data to profile and target U.S. officials and their families. </w:t>
      </w:r>
      <w:r>
        <w:rPr>
          <w:b w:val="0"/>
          <w:i w:val="0"/>
          <w:smallCaps w:val="0"/>
          <w:strike w:val="0"/>
          <w:sz w:val="22"/>
          <w:u w:val="single"/>
        </w:rPr>
        <w:t>It could</w:t>
      </w:r>
      <w:r>
        <w:rPr>
          <w:b w:val="0"/>
          <w:i w:val="0"/>
          <w:smallCaps w:val="0"/>
          <w:strike w:val="0"/>
          <w:sz w:val="16"/>
          <w:u w:val="none"/>
        </w:rPr>
        <w:t xml:space="preserve"> also </w:t>
      </w:r>
      <w:r>
        <w:rPr>
          <w:b w:val="0"/>
          <w:i w:val="0"/>
          <w:smallCaps w:val="0"/>
          <w:strike w:val="0"/>
          <w:sz w:val="22"/>
          <w:highlight w:val="cyan"/>
          <w:u w:val="single"/>
        </w:rPr>
        <w:t>use</w:t>
      </w:r>
      <w:r>
        <w:rPr>
          <w:b w:val="0"/>
          <w:i w:val="0"/>
          <w:smallCaps w:val="0"/>
          <w:strike w:val="0"/>
          <w:sz w:val="22"/>
          <w:u w:val="single"/>
        </w:rPr>
        <w:t xml:space="preserve"> </w:t>
      </w:r>
      <w:r>
        <w:rPr>
          <w:b w:val="0"/>
          <w:i w:val="0"/>
          <w:smallCaps w:val="0"/>
          <w:strike w:val="0"/>
          <w:sz w:val="22"/>
          <w:u w:val="single"/>
        </w:rPr>
        <w:t>the “</w:t>
      </w:r>
      <w:r>
        <w:rPr>
          <w:b/>
          <w:i w:val="0"/>
          <w:smallCaps w:val="0"/>
          <w:strike w:val="0"/>
          <w:sz w:val="22"/>
          <w:u w:val="single"/>
        </w:rPr>
        <w:t>clean</w:t>
      </w:r>
      <w:r>
        <w:rPr>
          <w:b w:val="0"/>
          <w:i w:val="0"/>
          <w:smallCaps w:val="0"/>
          <w:strike w:val="0"/>
          <w:sz w:val="22"/>
          <w:u w:val="single"/>
        </w:rPr>
        <w:t>” and</w:t>
      </w:r>
      <w:r>
        <w:rPr>
          <w:b w:val="0"/>
          <w:i w:val="0"/>
          <w:smallCaps w:val="0"/>
          <w:strike w:val="0"/>
          <w:sz w:val="16"/>
          <w:u w:val="none"/>
        </w:rPr>
        <w:t xml:space="preserve"> highly </w:t>
      </w:r>
      <w:r>
        <w:rPr>
          <w:b w:val="0"/>
          <w:i w:val="0"/>
          <w:smallCaps w:val="0"/>
          <w:strike w:val="0"/>
          <w:sz w:val="22"/>
          <w:u w:val="single"/>
        </w:rPr>
        <w:t xml:space="preserve">structured </w:t>
      </w:r>
      <w:r>
        <w:rPr>
          <w:b w:val="0"/>
          <w:i w:val="0"/>
          <w:smallCaps w:val="0"/>
          <w:strike w:val="0"/>
          <w:sz w:val="22"/>
          <w:highlight w:val="cyan"/>
          <w:u w:val="single"/>
        </w:rPr>
        <w:t xml:space="preserve">data to </w:t>
      </w:r>
      <w:r>
        <w:rPr>
          <w:b/>
          <w:i w:val="0"/>
          <w:smallCaps w:val="0"/>
          <w:strike w:val="0"/>
          <w:sz w:val="22"/>
          <w:highlight w:val="cyan"/>
          <w:u w:val="single"/>
        </w:rPr>
        <w:t>train</w:t>
      </w:r>
      <w:r>
        <w:rPr>
          <w:b w:val="0"/>
          <w:i w:val="0"/>
          <w:smallCaps w:val="0"/>
          <w:strike w:val="0"/>
          <w:sz w:val="22"/>
          <w:u w:val="single"/>
        </w:rPr>
        <w:t xml:space="preserve"> the </w:t>
      </w:r>
      <w:r>
        <w:rPr>
          <w:b/>
          <w:i w:val="0"/>
          <w:smallCaps w:val="0"/>
          <w:strike w:val="0"/>
          <w:sz w:val="22"/>
          <w:u w:val="single"/>
        </w:rPr>
        <w:t>algorithms</w:t>
      </w:r>
      <w:r>
        <w:rPr>
          <w:b w:val="0"/>
          <w:i w:val="0"/>
          <w:smallCaps w:val="0"/>
          <w:strike w:val="0"/>
          <w:sz w:val="22"/>
          <w:u w:val="single"/>
        </w:rPr>
        <w:t xml:space="preserve"> that power military-related </w:t>
      </w:r>
      <w:r>
        <w:rPr>
          <w:b/>
          <w:i w:val="0"/>
          <w:smallCaps w:val="0"/>
          <w:strike w:val="0"/>
          <w:sz w:val="22"/>
          <w:highlight w:val="cyan"/>
          <w:u w:val="single"/>
        </w:rPr>
        <w:t>a</w:t>
      </w:r>
      <w:r>
        <w:rPr>
          <w:b w:val="0"/>
          <w:i w:val="0"/>
          <w:smallCaps w:val="0"/>
          <w:strike w:val="0"/>
          <w:sz w:val="16"/>
          <w:u w:val="none"/>
        </w:rPr>
        <w:t xml:space="preserve">rtificial </w:t>
      </w:r>
      <w:r>
        <w:rPr>
          <w:b/>
          <w:i w:val="0"/>
          <w:smallCaps w:val="0"/>
          <w:strike w:val="0"/>
          <w:sz w:val="22"/>
          <w:highlight w:val="cyan"/>
          <w:u w:val="single"/>
        </w:rPr>
        <w:t>i</w:t>
      </w:r>
      <w:r>
        <w:rPr>
          <w:b w:val="0"/>
          <w:i w:val="0"/>
          <w:smallCaps w:val="0"/>
          <w:strike w:val="0"/>
          <w:sz w:val="16"/>
          <w:u w:val="none"/>
        </w:rPr>
        <w:t xml:space="preserve">ntelligence </w:t>
      </w:r>
      <w:r>
        <w:rPr>
          <w:b w:val="0"/>
          <w:i w:val="0"/>
          <w:smallCaps w:val="0"/>
          <w:strike w:val="0"/>
          <w:sz w:val="22"/>
          <w:u w:val="single"/>
        </w:rPr>
        <w:t xml:space="preserve">projects, </w:t>
      </w:r>
      <w:r>
        <w:rPr>
          <w:b/>
          <w:i w:val="0"/>
          <w:smallCaps w:val="0"/>
          <w:strike w:val="0"/>
          <w:sz w:val="22"/>
          <w:u w:val="single"/>
        </w:rPr>
        <w:t>sharpening</w:t>
      </w:r>
      <w:r>
        <w:rPr>
          <w:b w:val="0"/>
          <w:i w:val="0"/>
          <w:smallCaps w:val="0"/>
          <w:strike w:val="0"/>
          <w:sz w:val="22"/>
          <w:u w:val="single"/>
        </w:rPr>
        <w:t xml:space="preserve"> the weapons </w:t>
      </w:r>
      <w:r>
        <w:rPr>
          <w:b w:val="0"/>
          <w:i w:val="0"/>
          <w:smallCaps w:val="0"/>
          <w:strike w:val="0"/>
          <w:sz w:val="22"/>
          <w:highlight w:val="cyan"/>
          <w:u w:val="single"/>
        </w:rPr>
        <w:t>in</w:t>
      </w:r>
      <w:r>
        <w:rPr>
          <w:b w:val="0"/>
          <w:i w:val="0"/>
          <w:smallCaps w:val="0"/>
          <w:strike w:val="0"/>
          <w:sz w:val="22"/>
          <w:u w:val="single"/>
        </w:rPr>
        <w:t xml:space="preserve"> its </w:t>
      </w:r>
      <w:r>
        <w:rPr>
          <w:b/>
          <w:i w:val="0"/>
          <w:smallCaps w:val="0"/>
          <w:strike w:val="0"/>
          <w:sz w:val="22"/>
          <w:highlight w:val="cyan"/>
          <w:u w:val="single"/>
        </w:rPr>
        <w:t>cyberwar</w:t>
      </w:r>
      <w:r>
        <w:rPr>
          <w:b/>
          <w:i w:val="0"/>
          <w:smallCaps w:val="0"/>
          <w:strike w:val="0"/>
          <w:sz w:val="22"/>
          <w:u w:val="single"/>
        </w:rPr>
        <w:t xml:space="preserve"> arsenal</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16"/>
          <w:u w:val="none"/>
        </w:rPr>
        <w:t xml:space="preserve">For similar reasons, </w:t>
      </w:r>
      <w:r>
        <w:rPr>
          <w:b w:val="0"/>
          <w:i w:val="0"/>
          <w:smallCaps w:val="0"/>
          <w:strike w:val="0"/>
          <w:sz w:val="22"/>
          <w:u w:val="single"/>
        </w:rPr>
        <w:t>China sponsors</w:t>
      </w:r>
      <w:r>
        <w:rPr>
          <w:b w:val="0"/>
          <w:i w:val="0"/>
          <w:smallCaps w:val="0"/>
          <w:strike w:val="0"/>
          <w:sz w:val="16"/>
          <w:u w:val="none"/>
        </w:rPr>
        <w:t xml:space="preserve"> the </w:t>
      </w:r>
      <w:r>
        <w:rPr>
          <w:b/>
          <w:i w:val="0"/>
          <w:smallCaps w:val="0"/>
          <w:strike w:val="0"/>
          <w:sz w:val="22"/>
          <w:u w:val="single"/>
        </w:rPr>
        <w:t>theft</w:t>
      </w:r>
      <w:r>
        <w:rPr>
          <w:b w:val="0"/>
          <w:i w:val="0"/>
          <w:smallCaps w:val="0"/>
          <w:strike w:val="0"/>
          <w:sz w:val="22"/>
          <w:u w:val="single"/>
        </w:rPr>
        <w:t xml:space="preserve"> of commercial data</w:t>
      </w:r>
      <w:r>
        <w:rPr>
          <w:b w:val="0"/>
          <w:i w:val="0"/>
          <w:smallCaps w:val="0"/>
          <w:strike w:val="0"/>
          <w:sz w:val="16"/>
          <w:u w:val="none"/>
        </w:rPr>
        <w:t>. Security officials believe that the</w:t>
      </w:r>
      <w:r>
        <w:rPr>
          <w:b w:val="0"/>
          <w:i w:val="0"/>
          <w:smallCaps w:val="0"/>
          <w:strike w:val="0"/>
          <w:sz w:val="16"/>
          <w:u w:val="none"/>
        </w:rPr>
        <w:t xml:space="preserve"> </w:t>
      </w:r>
      <w:r>
        <w:rPr>
          <w:b w:val="0"/>
          <w:i w:val="0"/>
          <w:smallCaps w:val="0"/>
          <w:strike w:val="0"/>
          <w:sz w:val="16"/>
          <w:u w:val="none"/>
        </w:rPr>
        <w:t xml:space="preserve">data breach that rocked credit reporting giant Equifax in 2017—in which hackers stole the financial and personal information of approximately 147 million Americans—originated in China. That </w:t>
      </w:r>
      <w:r>
        <w:rPr>
          <w:b w:val="0"/>
          <w:i w:val="0"/>
          <w:smallCaps w:val="0"/>
          <w:strike w:val="0"/>
          <w:sz w:val="22"/>
          <w:u w:val="single"/>
        </w:rPr>
        <w:t xml:space="preserve">stolen </w:t>
      </w:r>
      <w:r>
        <w:rPr>
          <w:b w:val="0"/>
          <w:i w:val="0"/>
          <w:smallCaps w:val="0"/>
          <w:strike w:val="0"/>
          <w:sz w:val="22"/>
          <w:highlight w:val="cyan"/>
          <w:u w:val="single"/>
        </w:rPr>
        <w:t>U.S. info</w:t>
      </w:r>
      <w:r>
        <w:rPr>
          <w:b w:val="0"/>
          <w:i w:val="0"/>
          <w:smallCaps w:val="0"/>
          <w:strike w:val="0"/>
          <w:sz w:val="22"/>
          <w:u w:val="single"/>
        </w:rPr>
        <w:t>rmation</w:t>
      </w:r>
      <w:r>
        <w:rPr>
          <w:b w:val="0"/>
          <w:i w:val="0"/>
          <w:smallCaps w:val="0"/>
          <w:strike w:val="0"/>
          <w:sz w:val="16"/>
          <w:u w:val="none"/>
        </w:rPr>
        <w:t xml:space="preserve"> can </w:t>
      </w:r>
      <w:r>
        <w:rPr>
          <w:b w:val="0"/>
          <w:i w:val="0"/>
          <w:smallCaps w:val="0"/>
          <w:strike w:val="0"/>
          <w:sz w:val="22"/>
          <w:highlight w:val="cyan"/>
          <w:u w:val="single"/>
        </w:rPr>
        <w:t xml:space="preserve">make up for </w:t>
      </w:r>
      <w:r>
        <w:rPr>
          <w:b/>
          <w:i w:val="0"/>
          <w:smallCaps w:val="0"/>
          <w:strike w:val="0"/>
          <w:sz w:val="22"/>
          <w:highlight w:val="cyan"/>
          <w:u w:val="single"/>
        </w:rPr>
        <w:t>gaps</w:t>
      </w:r>
      <w:r>
        <w:rPr>
          <w:b w:val="0"/>
          <w:i w:val="0"/>
          <w:smallCaps w:val="0"/>
          <w:strike w:val="0"/>
          <w:sz w:val="22"/>
          <w:highlight w:val="cyan"/>
          <w:u w:val="single"/>
        </w:rPr>
        <w:t xml:space="preserve"> in China’s</w:t>
      </w:r>
      <w:r>
        <w:rPr>
          <w:b w:val="0"/>
          <w:i w:val="0"/>
          <w:smallCaps w:val="0"/>
          <w:strike w:val="0"/>
          <w:sz w:val="22"/>
          <w:u w:val="single"/>
        </w:rPr>
        <w:t xml:space="preserve"> </w:t>
      </w:r>
      <w:r>
        <w:rPr>
          <w:b/>
          <w:i w:val="0"/>
          <w:smallCaps w:val="0"/>
          <w:strike w:val="0"/>
          <w:sz w:val="22"/>
          <w:u w:val="single"/>
        </w:rPr>
        <w:t xml:space="preserve">own </w:t>
      </w:r>
      <w:r>
        <w:rPr>
          <w:b/>
          <w:i w:val="0"/>
          <w:smallCaps w:val="0"/>
          <w:strike w:val="0"/>
          <w:sz w:val="22"/>
          <w:highlight w:val="cyan"/>
          <w:u w:val="single"/>
        </w:rPr>
        <w:t>data</w:t>
      </w:r>
      <w:r>
        <w:rPr>
          <w:b/>
          <w:i w:val="0"/>
          <w:smallCaps w:val="0"/>
          <w:strike w:val="0"/>
          <w:sz w:val="22"/>
          <w:u w:val="single"/>
        </w:rPr>
        <w:t>sets</w:t>
      </w:r>
      <w:r>
        <w:rPr>
          <w:b w:val="0"/>
          <w:i w:val="0"/>
          <w:smallCaps w:val="0"/>
          <w:strike w:val="0"/>
          <w:sz w:val="16"/>
          <w:u w:val="none"/>
        </w:rPr>
        <w:t>. Al</w:t>
      </w:r>
      <w:r>
        <w:rPr>
          <w:b w:val="0"/>
          <w:i w:val="0"/>
          <w:smallCaps w:val="0"/>
          <w:strike w:val="0"/>
          <w:sz w:val="16"/>
          <w:u w:val="none"/>
        </w:rPr>
        <w:t xml:space="preserve">though consumers provide plenty of data to Chinese e-commerce giants, China’s financial and health-care industries are threadbare compared to their U.S. counterparts. The Equifax operation provided the Chinese with detailed, organized information on nearly half the American population. </w:t>
      </w:r>
      <w:r>
        <w:rPr>
          <w:b w:val="0"/>
          <w:i w:val="0"/>
          <w:smallCaps w:val="0"/>
          <w:strike w:val="0"/>
          <w:sz w:val="22"/>
          <w:u w:val="single"/>
        </w:rPr>
        <w:t>Neat</w:t>
      </w:r>
      <w:r>
        <w:rPr>
          <w:b w:val="0"/>
          <w:i w:val="0"/>
          <w:smallCaps w:val="0"/>
          <w:strike w:val="0"/>
          <w:sz w:val="16"/>
          <w:u w:val="none"/>
        </w:rPr>
        <w:t xml:space="preserve">, easily </w:t>
      </w:r>
      <w:r>
        <w:rPr>
          <w:b w:val="0"/>
          <w:i w:val="0"/>
          <w:smallCaps w:val="0"/>
          <w:strike w:val="0"/>
          <w:sz w:val="22"/>
          <w:u w:val="single"/>
        </w:rPr>
        <w:t>searchable data</w:t>
      </w:r>
      <w:r>
        <w:rPr>
          <w:b w:val="0"/>
          <w:i w:val="0"/>
          <w:smallCaps w:val="0"/>
          <w:strike w:val="0"/>
          <w:sz w:val="16"/>
          <w:u w:val="none"/>
        </w:rPr>
        <w:t xml:space="preserve">, however acquired, </w:t>
      </w:r>
      <w:r>
        <w:rPr>
          <w:b w:val="0"/>
          <w:i w:val="0"/>
          <w:smallCaps w:val="0"/>
          <w:strike w:val="0"/>
          <w:sz w:val="22"/>
          <w:u w:val="single"/>
        </w:rPr>
        <w:t xml:space="preserve">is vital for companies to </w:t>
      </w:r>
      <w:r>
        <w:rPr>
          <w:b w:val="0"/>
          <w:i w:val="0"/>
          <w:smallCaps w:val="0"/>
          <w:strike w:val="0"/>
          <w:sz w:val="22"/>
          <w:highlight w:val="cyan"/>
          <w:u w:val="single"/>
        </w:rPr>
        <w:t xml:space="preserve">train </w:t>
      </w:r>
      <w:r>
        <w:rPr>
          <w:b/>
          <w:i w:val="0"/>
          <w:smallCaps w:val="0"/>
          <w:strike w:val="0"/>
          <w:sz w:val="22"/>
          <w:highlight w:val="cyan"/>
          <w:u w:val="single"/>
        </w:rPr>
        <w:t>a</w:t>
      </w:r>
      <w:r>
        <w:rPr>
          <w:b w:val="0"/>
          <w:i w:val="0"/>
          <w:smallCaps w:val="0"/>
          <w:strike w:val="0"/>
          <w:sz w:val="16"/>
          <w:u w:val="none"/>
        </w:rPr>
        <w:t xml:space="preserve">rtificial </w:t>
      </w:r>
      <w:r>
        <w:rPr>
          <w:b/>
          <w:i w:val="0"/>
          <w:smallCaps w:val="0"/>
          <w:strike w:val="0"/>
          <w:sz w:val="22"/>
          <w:highlight w:val="cyan"/>
          <w:u w:val="single"/>
        </w:rPr>
        <w:t>i</w:t>
      </w:r>
      <w:r>
        <w:rPr>
          <w:b w:val="0"/>
          <w:i w:val="0"/>
          <w:smallCaps w:val="0"/>
          <w:strike w:val="0"/>
          <w:sz w:val="16"/>
          <w:u w:val="none"/>
        </w:rPr>
        <w:t xml:space="preserve">ntelligence applications </w:t>
      </w:r>
      <w:r>
        <w:rPr>
          <w:b w:val="0"/>
          <w:i w:val="0"/>
          <w:smallCaps w:val="0"/>
          <w:strike w:val="0"/>
          <w:sz w:val="22"/>
          <w:highlight w:val="cyan"/>
          <w:u w:val="single"/>
        </w:rPr>
        <w:t>for</w:t>
      </w:r>
      <w:r>
        <w:rPr>
          <w:b w:val="0"/>
          <w:i w:val="0"/>
          <w:smallCaps w:val="0"/>
          <w:strike w:val="0"/>
          <w:sz w:val="16"/>
          <w:u w:val="none"/>
        </w:rPr>
        <w:t xml:space="preserve"> both </w:t>
      </w:r>
      <w:r>
        <w:rPr>
          <w:b/>
          <w:i w:val="0"/>
          <w:smallCaps w:val="0"/>
          <w:strike w:val="0"/>
          <w:sz w:val="22"/>
          <w:highlight w:val="cyan"/>
          <w:u w:val="single"/>
        </w:rPr>
        <w:t>military</w:t>
      </w:r>
      <w:r>
        <w:rPr>
          <w:b w:val="0"/>
          <w:i w:val="0"/>
          <w:smallCaps w:val="0"/>
          <w:strike w:val="0"/>
          <w:sz w:val="16"/>
          <w:u w:val="none"/>
        </w:rPr>
        <w:t xml:space="preserve"> and commercial </w:t>
      </w:r>
      <w:r>
        <w:rPr>
          <w:b/>
          <w:i w:val="0"/>
          <w:smallCaps w:val="0"/>
          <w:strike w:val="0"/>
          <w:sz w:val="22"/>
          <w:highlight w:val="cyan"/>
          <w:u w:val="single"/>
        </w:rPr>
        <w:t>use</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22"/>
          <w:u w:val="single"/>
        </w:rPr>
        <w:t>No</w:t>
      </w:r>
      <w:r>
        <w:rPr>
          <w:b w:val="0"/>
          <w:i w:val="0"/>
          <w:smallCaps w:val="0"/>
          <w:strike w:val="0"/>
          <w:sz w:val="16"/>
          <w:u w:val="none"/>
        </w:rPr>
        <w:t xml:space="preserve"> advanced </w:t>
      </w:r>
      <w:r>
        <w:rPr>
          <w:b w:val="0"/>
          <w:i w:val="0"/>
          <w:smallCaps w:val="0"/>
          <w:strike w:val="0"/>
          <w:sz w:val="22"/>
          <w:u w:val="single"/>
        </w:rPr>
        <w:t>economy boasts a</w:t>
      </w:r>
      <w:r>
        <w:rPr>
          <w:b w:val="0"/>
          <w:i w:val="0"/>
          <w:smallCaps w:val="0"/>
          <w:strike w:val="0"/>
          <w:sz w:val="16"/>
          <w:u w:val="none"/>
        </w:rPr>
        <w:t xml:space="preserve"> national </w:t>
      </w:r>
      <w:r>
        <w:rPr>
          <w:b/>
          <w:i w:val="0"/>
          <w:smallCaps w:val="0"/>
          <w:strike w:val="0"/>
          <w:sz w:val="22"/>
          <w:u w:val="single"/>
        </w:rPr>
        <w:t>a</w:t>
      </w:r>
      <w:r>
        <w:rPr>
          <w:b w:val="0"/>
          <w:i w:val="0"/>
          <w:smallCaps w:val="0"/>
          <w:strike w:val="0"/>
          <w:sz w:val="16"/>
          <w:u w:val="none"/>
        </w:rPr>
        <w:t xml:space="preserve">rtificial </w:t>
      </w:r>
      <w:r>
        <w:rPr>
          <w:b/>
          <w:i w:val="0"/>
          <w:smallCaps w:val="0"/>
          <w:strike w:val="0"/>
          <w:sz w:val="22"/>
          <w:u w:val="single"/>
        </w:rPr>
        <w:t>i</w:t>
      </w:r>
      <w:r>
        <w:rPr>
          <w:b w:val="0"/>
          <w:i w:val="0"/>
          <w:smallCaps w:val="0"/>
          <w:strike w:val="0"/>
          <w:sz w:val="16"/>
          <w:u w:val="none"/>
        </w:rPr>
        <w:t xml:space="preserve">ntelligence </w:t>
      </w:r>
      <w:r>
        <w:rPr>
          <w:b w:val="0"/>
          <w:i w:val="0"/>
          <w:smallCaps w:val="0"/>
          <w:strike w:val="0"/>
          <w:sz w:val="22"/>
          <w:u w:val="single"/>
        </w:rPr>
        <w:t xml:space="preserve">strategy more </w:t>
      </w:r>
      <w:r>
        <w:rPr>
          <w:b/>
          <w:i w:val="0"/>
          <w:smallCaps w:val="0"/>
          <w:strike w:val="0"/>
          <w:sz w:val="22"/>
          <w:u w:val="single"/>
        </w:rPr>
        <w:t>mercantilist</w:t>
      </w:r>
      <w:r>
        <w:rPr>
          <w:b w:val="0"/>
          <w:i w:val="0"/>
          <w:smallCaps w:val="0"/>
          <w:strike w:val="0"/>
          <w:sz w:val="22"/>
          <w:u w:val="single"/>
        </w:rPr>
        <w:t xml:space="preserve"> than China’s. </w:t>
      </w:r>
      <w:r>
        <w:rPr>
          <w:b w:val="0"/>
          <w:i w:val="0"/>
          <w:smallCaps w:val="0"/>
          <w:strike w:val="0"/>
          <w:sz w:val="22"/>
          <w:highlight w:val="cyan"/>
          <w:u w:val="single"/>
        </w:rPr>
        <w:t xml:space="preserve">Beijing seeks to </w:t>
      </w:r>
      <w:r>
        <w:rPr>
          <w:b/>
          <w:i w:val="0"/>
          <w:smallCaps w:val="0"/>
          <w:strike w:val="0"/>
          <w:sz w:val="22"/>
          <w:highlight w:val="cyan"/>
          <w:u w:val="single"/>
        </w:rPr>
        <w:t>lead</w:t>
      </w:r>
      <w:r>
        <w:rPr>
          <w:b/>
          <w:i w:val="0"/>
          <w:smallCaps w:val="0"/>
          <w:strike w:val="0"/>
          <w:sz w:val="22"/>
          <w:u w:val="single"/>
        </w:rPr>
        <w:t xml:space="preserve"> the </w:t>
      </w:r>
      <w:r>
        <w:rPr>
          <w:b/>
          <w:i w:val="0"/>
          <w:smallCaps w:val="0"/>
          <w:strike w:val="0"/>
          <w:sz w:val="22"/>
          <w:highlight w:val="cyan"/>
          <w:u w:val="single"/>
        </w:rPr>
        <w:t>world</w:t>
      </w:r>
      <w:r>
        <w:rPr>
          <w:b w:val="0"/>
          <w:i w:val="0"/>
          <w:smallCaps w:val="0"/>
          <w:strike w:val="0"/>
          <w:sz w:val="22"/>
          <w:highlight w:val="cyan"/>
          <w:u w:val="single"/>
        </w:rPr>
        <w:t xml:space="preserve"> in</w:t>
      </w:r>
      <w:r>
        <w:rPr>
          <w:b w:val="0"/>
          <w:i w:val="0"/>
          <w:smallCaps w:val="0"/>
          <w:strike w:val="0"/>
          <w:sz w:val="16"/>
          <w:u w:val="none"/>
        </w:rPr>
        <w:t xml:space="preserve"> this area by </w:t>
      </w:r>
      <w:r>
        <w:rPr>
          <w:b w:val="0"/>
          <w:i w:val="0"/>
          <w:smallCaps w:val="0"/>
          <w:strike w:val="0"/>
          <w:sz w:val="22"/>
          <w:highlight w:val="cyan"/>
          <w:u w:val="single"/>
        </w:rPr>
        <w:t>2030</w:t>
      </w:r>
      <w:r>
        <w:rPr>
          <w:b w:val="0"/>
          <w:i w:val="0"/>
          <w:smallCaps w:val="0"/>
          <w:strike w:val="0"/>
          <w:sz w:val="16"/>
          <w:u w:val="none"/>
        </w:rPr>
        <w:t>. Xi’s doctrine of civil-military fusion yokes together</w:t>
      </w:r>
      <w:r>
        <w:rPr>
          <w:b w:val="0"/>
          <w:i w:val="0"/>
          <w:smallCaps w:val="0"/>
          <w:strike w:val="0"/>
          <w:sz w:val="16"/>
          <w:u w:val="none"/>
        </w:rPr>
        <w:t xml:space="preserve"> </w:t>
      </w:r>
      <w:r>
        <w:rPr>
          <w:b w:val="0"/>
          <w:i w:val="0"/>
          <w:smallCaps w:val="0"/>
          <w:strike w:val="0"/>
          <w:sz w:val="16"/>
          <w:u w:val="none"/>
        </w:rPr>
        <w:t xml:space="preserve">the research efforts of private corporations, China’s military industrial base, and the intelligence agencies of the People’s Liberation Army. </w:t>
      </w:r>
      <w:r>
        <w:rPr>
          <w:b w:val="0"/>
          <w:i w:val="0"/>
          <w:smallCaps w:val="0"/>
          <w:strike w:val="0"/>
          <w:sz w:val="22"/>
          <w:u w:val="single"/>
        </w:rPr>
        <w:t xml:space="preserve">China subscribes to the </w:t>
      </w:r>
      <w:r>
        <w:rPr>
          <w:b/>
          <w:i w:val="0"/>
          <w:smallCaps w:val="0"/>
          <w:strike w:val="0"/>
          <w:sz w:val="22"/>
          <w:highlight w:val="cyan"/>
          <w:u w:val="single"/>
        </w:rPr>
        <w:t>zero-sum</w:t>
      </w:r>
      <w:r>
        <w:rPr>
          <w:b/>
          <w:i w:val="0"/>
          <w:smallCaps w:val="0"/>
          <w:strike w:val="0"/>
          <w:sz w:val="22"/>
          <w:u w:val="single"/>
        </w:rPr>
        <w:t xml:space="preserve"> ethos</w:t>
      </w:r>
      <w:r>
        <w:rPr>
          <w:b w:val="0"/>
          <w:i w:val="0"/>
          <w:smallCaps w:val="0"/>
          <w:strike w:val="0"/>
          <w:sz w:val="22"/>
          <w:u w:val="single"/>
        </w:rPr>
        <w:t xml:space="preserve"> of </w:t>
      </w:r>
      <w:r>
        <w:rPr>
          <w:b w:val="0"/>
          <w:i w:val="0"/>
          <w:smallCaps w:val="0"/>
          <w:strike w:val="0"/>
          <w:sz w:val="22"/>
          <w:highlight w:val="cyan"/>
          <w:u w:val="single"/>
        </w:rPr>
        <w:t>data competition</w:t>
      </w:r>
      <w:r>
        <w:rPr>
          <w:b w:val="0"/>
          <w:i w:val="0"/>
          <w:smallCaps w:val="0"/>
          <w:strike w:val="0"/>
          <w:sz w:val="16"/>
          <w:u w:val="none"/>
        </w:rPr>
        <w:t>; states want to acquire data from others, while limiting access to their own data. To t</w:t>
      </w:r>
      <w:r>
        <w:rPr>
          <w:b w:val="0"/>
          <w:i w:val="0"/>
          <w:smallCaps w:val="0"/>
          <w:strike w:val="0"/>
          <w:sz w:val="16"/>
          <w:u w:val="none"/>
        </w:rPr>
        <w:t xml:space="preserve">hat end, </w:t>
      </w:r>
      <w:r>
        <w:rPr>
          <w:b/>
          <w:i w:val="0"/>
          <w:smallCaps w:val="0"/>
          <w:strike w:val="0"/>
          <w:sz w:val="22"/>
          <w:u w:val="single"/>
        </w:rPr>
        <w:t>China</w:t>
      </w:r>
      <w:r>
        <w:rPr>
          <w:b w:val="0"/>
          <w:i w:val="0"/>
          <w:smallCaps w:val="0"/>
          <w:strike w:val="0"/>
          <w:sz w:val="22"/>
          <w:u w:val="single"/>
        </w:rPr>
        <w:t xml:space="preserve">, </w:t>
      </w:r>
      <w:r>
        <w:rPr>
          <w:b/>
          <w:i w:val="0"/>
          <w:smallCaps w:val="0"/>
          <w:strike w:val="0"/>
          <w:sz w:val="22"/>
          <w:u w:val="single"/>
        </w:rPr>
        <w:t>India</w:t>
      </w:r>
      <w:r>
        <w:rPr>
          <w:b w:val="0"/>
          <w:i w:val="0"/>
          <w:smallCaps w:val="0"/>
          <w:strike w:val="0"/>
          <w:sz w:val="22"/>
          <w:u w:val="single"/>
        </w:rPr>
        <w:t xml:space="preserve">, </w:t>
      </w:r>
      <w:r>
        <w:rPr>
          <w:b/>
          <w:i w:val="0"/>
          <w:smallCaps w:val="0"/>
          <w:strike w:val="0"/>
          <w:sz w:val="22"/>
          <w:u w:val="single"/>
        </w:rPr>
        <w:t>Russia</w:t>
      </w:r>
      <w:r>
        <w:rPr>
          <w:b w:val="0"/>
          <w:i w:val="0"/>
          <w:smallCaps w:val="0"/>
          <w:strike w:val="0"/>
          <w:sz w:val="22"/>
          <w:u w:val="single"/>
        </w:rPr>
        <w:t xml:space="preserve">, and </w:t>
      </w:r>
      <w:r>
        <w:rPr>
          <w:b/>
          <w:i w:val="0"/>
          <w:smallCaps w:val="0"/>
          <w:strike w:val="0"/>
          <w:sz w:val="22"/>
          <w:u w:val="single"/>
        </w:rPr>
        <w:t>other</w:t>
      </w:r>
      <w:r>
        <w:rPr>
          <w:b w:val="0"/>
          <w:i w:val="0"/>
          <w:smallCaps w:val="0"/>
          <w:strike w:val="0"/>
          <w:sz w:val="22"/>
          <w:u w:val="single"/>
        </w:rPr>
        <w:t xml:space="preserve"> countrie</w:t>
      </w:r>
      <w:r>
        <w:rPr>
          <w:b/>
          <w:i w:val="0"/>
          <w:smallCaps w:val="0"/>
          <w:strike w:val="0"/>
          <w:sz w:val="22"/>
          <w:u w:val="single"/>
        </w:rPr>
        <w:t>s</w:t>
      </w:r>
      <w:r>
        <w:rPr>
          <w:b w:val="0"/>
          <w:i w:val="0"/>
          <w:smallCaps w:val="0"/>
          <w:strike w:val="0"/>
          <w:sz w:val="16"/>
          <w:u w:val="none"/>
        </w:rPr>
        <w:t xml:space="preserve"> have </w:t>
      </w:r>
      <w:r>
        <w:rPr>
          <w:b w:val="0"/>
          <w:i w:val="0"/>
          <w:smallCaps w:val="0"/>
          <w:strike w:val="0"/>
          <w:sz w:val="22"/>
          <w:u w:val="single"/>
        </w:rPr>
        <w:t>introduced</w:t>
      </w:r>
      <w:r>
        <w:rPr>
          <w:b w:val="0"/>
          <w:i w:val="0"/>
          <w:smallCaps w:val="0"/>
          <w:strike w:val="0"/>
          <w:sz w:val="16"/>
          <w:u w:val="none"/>
        </w:rPr>
        <w:t xml:space="preserve"> tough </w:t>
      </w:r>
      <w:r>
        <w:rPr>
          <w:b/>
          <w:i w:val="0"/>
          <w:smallCaps w:val="0"/>
          <w:strike w:val="0"/>
          <w:sz w:val="22"/>
          <w:u w:val="single"/>
        </w:rPr>
        <w:t>data localization</w:t>
      </w:r>
      <w:r>
        <w:rPr>
          <w:b w:val="0"/>
          <w:i w:val="0"/>
          <w:smallCaps w:val="0"/>
          <w:strike w:val="0"/>
          <w:sz w:val="22"/>
          <w:u w:val="single"/>
        </w:rPr>
        <w:t xml:space="preserve"> laws to prevent companies</w:t>
      </w:r>
      <w:r>
        <w:rPr>
          <w:b w:val="0"/>
          <w:i w:val="0"/>
          <w:smallCaps w:val="0"/>
          <w:strike w:val="0"/>
          <w:sz w:val="16"/>
          <w:u w:val="none"/>
        </w:rPr>
        <w:t xml:space="preserve"> from </w:t>
      </w:r>
      <w:r>
        <w:rPr>
          <w:b w:val="0"/>
          <w:i w:val="0"/>
          <w:smallCaps w:val="0"/>
          <w:strike w:val="0"/>
          <w:sz w:val="22"/>
          <w:u w:val="single"/>
        </w:rPr>
        <w:t>taking</w:t>
      </w:r>
      <w:r>
        <w:rPr>
          <w:b w:val="0"/>
          <w:i w:val="0"/>
          <w:smallCaps w:val="0"/>
          <w:strike w:val="0"/>
          <w:sz w:val="16"/>
          <w:u w:val="none"/>
        </w:rPr>
        <w:t xml:space="preserve"> certain types of </w:t>
      </w:r>
      <w:r>
        <w:rPr>
          <w:b w:val="0"/>
          <w:i w:val="0"/>
          <w:smallCaps w:val="0"/>
          <w:strike w:val="0"/>
          <w:sz w:val="22"/>
          <w:u w:val="single"/>
        </w:rPr>
        <w:t>information across</w:t>
      </w:r>
      <w:r>
        <w:rPr>
          <w:b w:val="0"/>
          <w:i w:val="0"/>
          <w:smallCaps w:val="0"/>
          <w:strike w:val="0"/>
          <w:sz w:val="16"/>
          <w:u w:val="none"/>
        </w:rPr>
        <w:t xml:space="preserve"> national </w:t>
      </w:r>
      <w:r>
        <w:rPr>
          <w:b w:val="0"/>
          <w:i w:val="0"/>
          <w:smallCaps w:val="0"/>
          <w:strike w:val="0"/>
          <w:sz w:val="22"/>
          <w:u w:val="single"/>
        </w:rPr>
        <w:t>borders</w:t>
      </w:r>
      <w:r>
        <w:rPr>
          <w:b w:val="0"/>
          <w:i w:val="0"/>
          <w:smallCaps w:val="0"/>
          <w:strike w:val="0"/>
          <w:sz w:val="16"/>
          <w:u w:val="none"/>
        </w:rPr>
        <w:t xml:space="preserve">. </w:t>
      </w:r>
    </w:p>
    <w:p>
      <w:pPr>
        <w:spacing w:after="60"/>
      </w:pPr>
      <w:r>
        <w:rPr>
          <w:b w:val="0"/>
          <w:i w:val="0"/>
          <w:smallCaps w:val="0"/>
          <w:strike w:val="0"/>
          <w:sz w:val="22"/>
          <w:u w:val="single"/>
        </w:rPr>
        <w:t xml:space="preserve">In the </w:t>
      </w:r>
      <w:r>
        <w:rPr>
          <w:b/>
          <w:i w:val="0"/>
          <w:smallCaps w:val="0"/>
          <w:strike w:val="0"/>
          <w:sz w:val="22"/>
          <w:u w:val="single"/>
        </w:rPr>
        <w:t>private sector</w:t>
      </w:r>
      <w:r>
        <w:rPr>
          <w:b w:val="0"/>
          <w:i w:val="0"/>
          <w:smallCaps w:val="0"/>
          <w:strike w:val="0"/>
          <w:sz w:val="22"/>
          <w:u w:val="single"/>
        </w:rPr>
        <w:t>, access to data</w:t>
      </w:r>
      <w:r>
        <w:rPr>
          <w:b w:val="0"/>
          <w:i w:val="0"/>
          <w:smallCaps w:val="0"/>
          <w:strike w:val="0"/>
          <w:sz w:val="16"/>
          <w:u w:val="none"/>
        </w:rPr>
        <w:t xml:space="preserve"> tends to </w:t>
      </w:r>
      <w:r>
        <w:rPr>
          <w:b w:val="0"/>
          <w:i w:val="0"/>
          <w:smallCaps w:val="0"/>
          <w:strike w:val="0"/>
          <w:sz w:val="22"/>
          <w:u w:val="single"/>
        </w:rPr>
        <w:t xml:space="preserve">create a </w:t>
      </w:r>
      <w:r>
        <w:rPr>
          <w:b/>
          <w:i w:val="0"/>
          <w:smallCaps w:val="0"/>
          <w:strike w:val="0"/>
          <w:sz w:val="22"/>
          <w:u w:val="single"/>
        </w:rPr>
        <w:t>virtuous cycle</w:t>
      </w:r>
      <w:r>
        <w:rPr>
          <w:b w:val="0"/>
          <w:i w:val="0"/>
          <w:smallCaps w:val="0"/>
          <w:strike w:val="0"/>
          <w:sz w:val="22"/>
          <w:u w:val="single"/>
        </w:rPr>
        <w:t>: more</w:t>
      </w:r>
      <w:r>
        <w:rPr>
          <w:b w:val="0"/>
          <w:i w:val="0"/>
          <w:smallCaps w:val="0"/>
          <w:strike w:val="0"/>
          <w:sz w:val="16"/>
          <w:u w:val="none"/>
        </w:rPr>
        <w:t xml:space="preserve"> data lets companies build better applications, which makes them more profitable and allows them to harvest and monetize even more data. The dynamic explains why information giants, like Alibaba, Amazon, Facebook, Google, and Tencent</w:t>
      </w:r>
      <w:r>
        <w:rPr>
          <w:b w:val="0"/>
          <w:i w:val="0"/>
          <w:smallCaps w:val="0"/>
          <w:strike w:val="0"/>
          <w:sz w:val="16"/>
          <w:u w:val="none"/>
        </w:rPr>
        <w:t xml:space="preserve"> are monopolies. But this commercial logic also prompts states to think in zero-sum terms.</w:t>
      </w:r>
      <w:r>
        <w:rPr>
          <w:b w:val="0"/>
          <w:i w:val="0"/>
          <w:smallCaps w:val="0"/>
          <w:strike w:val="0"/>
          <w:sz w:val="16"/>
          <w:u w:val="none"/>
        </w:rPr>
        <w:t xml:space="preserve"> </w:t>
      </w:r>
    </w:p>
    <w:p>
      <w:pPr>
        <w:spacing w:after="60"/>
      </w:pPr>
      <w:r>
        <w:rPr>
          <w:b w:val="0"/>
          <w:i w:val="0"/>
          <w:smallCaps w:val="0"/>
          <w:strike w:val="0"/>
          <w:sz w:val="22"/>
          <w:u w:val="single"/>
        </w:rPr>
        <w:t xml:space="preserve">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should prepare for</w:t>
      </w:r>
      <w:r>
        <w:rPr>
          <w:b w:val="0"/>
          <w:i w:val="0"/>
          <w:smallCaps w:val="0"/>
          <w:strike w:val="0"/>
          <w:sz w:val="16"/>
          <w:u w:val="none"/>
        </w:rPr>
        <w:t xml:space="preserve"> the prospect of </w:t>
      </w:r>
      <w:r>
        <w:rPr>
          <w:b/>
          <w:i w:val="0"/>
          <w:smallCaps w:val="0"/>
          <w:strike w:val="0"/>
          <w:sz w:val="22"/>
          <w:highlight w:val="cyan"/>
          <w:u w:val="single"/>
        </w:rPr>
        <w:t>authoritarian</w:t>
      </w:r>
      <w:r>
        <w:rPr>
          <w:b w:val="0"/>
          <w:i w:val="0"/>
          <w:smallCaps w:val="0"/>
          <w:strike w:val="0"/>
          <w:sz w:val="22"/>
          <w:u w:val="single"/>
        </w:rPr>
        <w:t xml:space="preserve"> regimes ramping up </w:t>
      </w:r>
      <w:r>
        <w:rPr>
          <w:b/>
          <w:i w:val="0"/>
          <w:smallCaps w:val="0"/>
          <w:strike w:val="0"/>
          <w:sz w:val="22"/>
          <w:u w:val="single"/>
        </w:rPr>
        <w:t>cyber</w:t>
      </w:r>
      <w:r>
        <w:rPr>
          <w:b/>
          <w:i w:val="0"/>
          <w:smallCaps w:val="0"/>
          <w:strike w:val="0"/>
          <w:sz w:val="22"/>
          <w:highlight w:val="cyan"/>
          <w:u w:val="single"/>
        </w:rPr>
        <w:t>attacks</w:t>
      </w:r>
      <w:r>
        <w:rPr>
          <w:b w:val="0"/>
          <w:i w:val="0"/>
          <w:smallCaps w:val="0"/>
          <w:strike w:val="0"/>
          <w:sz w:val="22"/>
          <w:highlight w:val="cyan"/>
          <w:u w:val="single"/>
        </w:rPr>
        <w:t xml:space="preserve"> against</w:t>
      </w:r>
      <w:r>
        <w:rPr>
          <w:b w:val="0"/>
          <w:i w:val="0"/>
          <w:smallCaps w:val="0"/>
          <w:strike w:val="0"/>
          <w:sz w:val="22"/>
          <w:u w:val="single"/>
        </w:rPr>
        <w:t xml:space="preserve"> </w:t>
      </w:r>
      <w:r>
        <w:rPr>
          <w:b w:val="0"/>
          <w:i w:val="0"/>
          <w:smallCaps w:val="0"/>
          <w:strike w:val="0"/>
          <w:sz w:val="22"/>
          <w:u w:val="single"/>
        </w:rPr>
        <w:t>th</w:t>
      </w:r>
      <w:r>
        <w:rPr>
          <w:b w:val="0"/>
          <w:i w:val="0"/>
          <w:smallCaps w:val="0"/>
          <w:strike w:val="0"/>
          <w:sz w:val="22"/>
          <w:u w:val="single"/>
        </w:rPr>
        <w:t xml:space="preserve">e </w:t>
      </w:r>
      <w:r>
        <w:rPr>
          <w:b/>
          <w:i w:val="0"/>
          <w:smallCaps w:val="0"/>
          <w:strike w:val="0"/>
          <w:sz w:val="22"/>
          <w:u w:val="single"/>
        </w:rPr>
        <w:t>databases</w:t>
      </w:r>
      <w:r>
        <w:rPr>
          <w:b w:val="0"/>
          <w:i w:val="0"/>
          <w:smallCaps w:val="0"/>
          <w:strike w:val="0"/>
          <w:sz w:val="22"/>
          <w:u w:val="single"/>
        </w:rPr>
        <w:t xml:space="preserve"> of its </w:t>
      </w:r>
      <w:r>
        <w:rPr>
          <w:b/>
          <w:i w:val="0"/>
          <w:smallCaps w:val="0"/>
          <w:strike w:val="0"/>
          <w:sz w:val="22"/>
          <w:u w:val="single"/>
        </w:rPr>
        <w:t>m</w:t>
      </w:r>
      <w:r>
        <w:rPr>
          <w:b/>
          <w:i w:val="0"/>
          <w:smallCaps w:val="0"/>
          <w:strike w:val="0"/>
          <w:sz w:val="22"/>
          <w:u w:val="single"/>
        </w:rPr>
        <w:t xml:space="preserve">ajor </w:t>
      </w:r>
      <w:r>
        <w:rPr>
          <w:b/>
          <w:i w:val="0"/>
          <w:smallCaps w:val="0"/>
          <w:strike w:val="0"/>
          <w:sz w:val="22"/>
          <w:highlight w:val="cyan"/>
          <w:u w:val="single"/>
        </w:rPr>
        <w:t>companies</w:t>
      </w:r>
      <w:r>
        <w:rPr>
          <w:b w:val="0"/>
          <w:i w:val="0"/>
          <w:smallCaps w:val="0"/>
          <w:strike w:val="0"/>
          <w:sz w:val="22"/>
          <w:u w:val="single"/>
        </w:rPr>
        <w:t xml:space="preserve">. </w:t>
      </w:r>
    </w:p>
    <w:p>
      <w:pPr>
        <w:spacing w:after="60"/>
      </w:pPr>
      <w:r>
        <w:rPr>
          <w:b w:val="0"/>
          <w:i w:val="0"/>
          <w:smallCaps w:val="0"/>
          <w:strike w:val="0"/>
          <w:sz w:val="22"/>
          <w:u w:val="single"/>
        </w:rPr>
        <w:t>China</w:t>
      </w:r>
      <w:r>
        <w:rPr>
          <w:b w:val="0"/>
          <w:i w:val="0"/>
          <w:smallCaps w:val="0"/>
          <w:strike w:val="0"/>
          <w:sz w:val="16"/>
          <w:u w:val="none"/>
        </w:rPr>
        <w:t xml:space="preserve">, for instance, </w:t>
      </w:r>
      <w:r>
        <w:rPr>
          <w:b w:val="0"/>
          <w:i w:val="0"/>
          <w:smallCaps w:val="0"/>
          <w:strike w:val="0"/>
          <w:sz w:val="22"/>
          <w:u w:val="single"/>
        </w:rPr>
        <w:t>wanted to boost its</w:t>
      </w:r>
      <w:r>
        <w:rPr>
          <w:b w:val="0"/>
          <w:i w:val="0"/>
          <w:smallCaps w:val="0"/>
          <w:strike w:val="0"/>
          <w:sz w:val="16"/>
          <w:u w:val="none"/>
        </w:rPr>
        <w:t xml:space="preserve"> own </w:t>
      </w:r>
      <w:r>
        <w:rPr>
          <w:b w:val="0"/>
          <w:i w:val="0"/>
          <w:smallCaps w:val="0"/>
          <w:strike w:val="0"/>
          <w:sz w:val="22"/>
          <w:u w:val="single"/>
        </w:rPr>
        <w:t xml:space="preserve">national champion as the </w:t>
      </w:r>
      <w:r>
        <w:rPr>
          <w:b/>
          <w:i w:val="0"/>
          <w:smallCaps w:val="0"/>
          <w:strike w:val="0"/>
          <w:sz w:val="22"/>
          <w:u w:val="single"/>
        </w:rPr>
        <w:t>dominant player</w:t>
      </w:r>
      <w:r>
        <w:rPr>
          <w:b w:val="0"/>
          <w:i w:val="0"/>
          <w:smallCaps w:val="0"/>
          <w:strike w:val="0"/>
          <w:sz w:val="16"/>
          <w:u w:val="none"/>
        </w:rPr>
        <w:t xml:space="preserve"> in a particular market, </w:t>
      </w:r>
      <w:r>
        <w:rPr>
          <w:b w:val="0"/>
          <w:i w:val="0"/>
          <w:smallCaps w:val="0"/>
          <w:strike w:val="0"/>
          <w:sz w:val="22"/>
          <w:u w:val="single"/>
        </w:rPr>
        <w:t xml:space="preserve">even a </w:t>
      </w:r>
      <w:r>
        <w:rPr>
          <w:b/>
          <w:i w:val="0"/>
          <w:smallCaps w:val="0"/>
          <w:strike w:val="0"/>
          <w:sz w:val="22"/>
          <w:u w:val="single"/>
        </w:rPr>
        <w:t>minor cyberattack</w:t>
      </w:r>
      <w:r>
        <w:rPr>
          <w:b w:val="0"/>
          <w:i w:val="0"/>
          <w:smallCaps w:val="0"/>
          <w:strike w:val="0"/>
          <w:sz w:val="16"/>
          <w:u w:val="none"/>
        </w:rPr>
        <w:t xml:space="preserve"> against a rival firm </w:t>
      </w:r>
      <w:r>
        <w:rPr>
          <w:b w:val="0"/>
          <w:i w:val="0"/>
          <w:smallCaps w:val="0"/>
          <w:strike w:val="0"/>
          <w:sz w:val="22"/>
          <w:u w:val="single"/>
        </w:rPr>
        <w:t>could be very damaging</w:t>
      </w:r>
      <w:r>
        <w:rPr>
          <w:b w:val="0"/>
          <w:i w:val="0"/>
          <w:smallCaps w:val="0"/>
          <w:strike w:val="0"/>
          <w:sz w:val="16"/>
          <w:u w:val="none"/>
        </w:rPr>
        <w:t>. Stealthily disrupting or “poisoning” inputs through a data-integrity attack or by manipulating the quality-control algorithms that govern industrial processes and the delivery of products could result in inferior, potentially harmful outcomes. Before an affected company even detects this kind of attack, it could face numerous economic, legal, and reputational problems, losing consumers and becoming dislodged from supply chains.</w:t>
      </w:r>
      <w:r>
        <w:rPr>
          <w:b w:val="0"/>
          <w:i w:val="0"/>
          <w:smallCaps w:val="0"/>
          <w:strike w:val="0"/>
          <w:sz w:val="16"/>
          <w:u w:val="none"/>
        </w:rPr>
        <w:t xml:space="preserve"> </w:t>
      </w:r>
    </w:p>
    <w:p>
      <w:pPr>
        <w:spacing w:after="60"/>
      </w:pPr>
      <w:r>
        <w:rPr>
          <w:b w:val="0"/>
          <w:i w:val="0"/>
          <w:smallCaps w:val="0"/>
          <w:strike w:val="0"/>
          <w:sz w:val="16"/>
          <w:u w:val="none"/>
        </w:rPr>
        <w:t xml:space="preserve">Data-driven machine learning systems now assist decision-making in many areas of the private and public sectors. </w:t>
      </w:r>
      <w:r>
        <w:rPr>
          <w:b w:val="0"/>
          <w:i w:val="0"/>
          <w:smallCaps w:val="0"/>
          <w:strike w:val="0"/>
          <w:sz w:val="22"/>
          <w:u w:val="single"/>
        </w:rPr>
        <w:t xml:space="preserve">A </w:t>
      </w:r>
      <w:r>
        <w:rPr>
          <w:b/>
          <w:i w:val="0"/>
          <w:smallCaps w:val="0"/>
          <w:strike w:val="0"/>
          <w:sz w:val="22"/>
          <w:u w:val="single"/>
        </w:rPr>
        <w:t>data integrity</w:t>
      </w:r>
      <w:r>
        <w:rPr>
          <w:b w:val="0"/>
          <w:i w:val="0"/>
          <w:smallCaps w:val="0"/>
          <w:strike w:val="0"/>
          <w:sz w:val="22"/>
          <w:u w:val="single"/>
        </w:rPr>
        <w:t xml:space="preserve"> attack does not</w:t>
      </w:r>
      <w:r>
        <w:rPr>
          <w:b w:val="0"/>
          <w:i w:val="0"/>
          <w:smallCaps w:val="0"/>
          <w:strike w:val="0"/>
          <w:sz w:val="16"/>
          <w:u w:val="none"/>
        </w:rPr>
        <w:t xml:space="preserve"> even </w:t>
      </w:r>
      <w:r>
        <w:rPr>
          <w:b w:val="0"/>
          <w:i w:val="0"/>
          <w:smallCaps w:val="0"/>
          <w:strike w:val="0"/>
          <w:sz w:val="22"/>
          <w:u w:val="single"/>
        </w:rPr>
        <w:t xml:space="preserve">need to be successful to be </w:t>
      </w:r>
      <w:r>
        <w:rPr>
          <w:b/>
          <w:i w:val="0"/>
          <w:smallCaps w:val="0"/>
          <w:strike w:val="0"/>
          <w:sz w:val="22"/>
          <w:u w:val="single"/>
        </w:rPr>
        <w:t>catastrophic</w:t>
      </w:r>
      <w:r>
        <w:rPr>
          <w:b w:val="0"/>
          <w:i w:val="0"/>
          <w:smallCaps w:val="0"/>
          <w:strike w:val="0"/>
          <w:sz w:val="22"/>
          <w:u w:val="single"/>
        </w:rPr>
        <w:t xml:space="preserve">. The </w:t>
      </w:r>
      <w:r>
        <w:rPr>
          <w:b/>
          <w:i w:val="0"/>
          <w:smallCaps w:val="0"/>
          <w:strike w:val="0"/>
          <w:sz w:val="22"/>
          <w:u w:val="single"/>
        </w:rPr>
        <w:t>perception</w:t>
      </w:r>
      <w:r>
        <w:rPr>
          <w:b w:val="0"/>
          <w:i w:val="0"/>
          <w:smallCaps w:val="0"/>
          <w:strike w:val="0"/>
          <w:sz w:val="16"/>
          <w:u w:val="none"/>
        </w:rPr>
        <w:t xml:space="preserve"> that </w:t>
      </w:r>
      <w:r>
        <w:rPr>
          <w:b w:val="0"/>
          <w:i w:val="0"/>
          <w:smallCaps w:val="0"/>
          <w:strike w:val="0"/>
          <w:sz w:val="22"/>
          <w:u w:val="single"/>
        </w:rPr>
        <w:t xml:space="preserve">an organization’s data is </w:t>
      </w:r>
      <w:r>
        <w:rPr>
          <w:b/>
          <w:i w:val="0"/>
          <w:smallCaps w:val="0"/>
          <w:strike w:val="0"/>
          <w:sz w:val="22"/>
          <w:u w:val="single"/>
        </w:rPr>
        <w:t>poisoned</w:t>
      </w:r>
      <w:r>
        <w:rPr>
          <w:b w:val="0"/>
          <w:i w:val="0"/>
          <w:smallCaps w:val="0"/>
          <w:strike w:val="0"/>
          <w:sz w:val="16"/>
          <w:u w:val="none"/>
        </w:rPr>
        <w:t xml:space="preserve"> and its decision-making processes corrupted </w:t>
      </w:r>
      <w:r>
        <w:rPr>
          <w:b w:val="0"/>
          <w:i w:val="0"/>
          <w:smallCaps w:val="0"/>
          <w:strike w:val="0"/>
          <w:sz w:val="22"/>
          <w:u w:val="single"/>
        </w:rPr>
        <w:t>could reduce</w:t>
      </w:r>
      <w:r>
        <w:rPr>
          <w:b w:val="0"/>
          <w:i w:val="0"/>
          <w:smallCaps w:val="0"/>
          <w:strike w:val="0"/>
          <w:sz w:val="16"/>
          <w:u w:val="none"/>
        </w:rPr>
        <w:t xml:space="preserve"> public </w:t>
      </w:r>
      <w:r>
        <w:rPr>
          <w:b w:val="0"/>
          <w:i w:val="0"/>
          <w:smallCaps w:val="0"/>
          <w:strike w:val="0"/>
          <w:sz w:val="22"/>
          <w:u w:val="single"/>
        </w:rPr>
        <w:t>trust</w:t>
      </w:r>
      <w:r>
        <w:rPr>
          <w:b w:val="0"/>
          <w:i w:val="0"/>
          <w:smallCaps w:val="0"/>
          <w:strike w:val="0"/>
          <w:sz w:val="16"/>
          <w:u w:val="none"/>
        </w:rPr>
        <w:t xml:space="preserve"> in a company, in a government agency, and even </w:t>
      </w:r>
      <w:r>
        <w:rPr>
          <w:b w:val="0"/>
          <w:i w:val="0"/>
          <w:smallCaps w:val="0"/>
          <w:strike w:val="0"/>
          <w:sz w:val="22"/>
          <w:u w:val="single"/>
        </w:rPr>
        <w:t>in democratic process</w:t>
      </w:r>
      <w:r>
        <w:rPr>
          <w:b w:val="0"/>
          <w:i w:val="0"/>
          <w:smallCaps w:val="0"/>
          <w:strike w:val="0"/>
          <w:sz w:val="16"/>
          <w:u w:val="none"/>
        </w:rPr>
        <w:t>.</w:t>
      </w:r>
    </w:p>
    <w:p>
      <w:pPr>
        <w:spacing w:after="60"/>
      </w:pPr>
      <w:r>
        <w:rPr>
          <w:b w:val="0"/>
          <w:i w:val="0"/>
          <w:smallCaps w:val="0"/>
          <w:strike w:val="0"/>
          <w:sz w:val="16"/>
          <w:u w:val="none"/>
        </w:rPr>
        <w:t xml:space="preserve">Since the Internet was introduced in China in the 1990s, </w:t>
      </w:r>
      <w:r>
        <w:rPr>
          <w:b/>
          <w:i w:val="0"/>
          <w:smallCaps w:val="0"/>
          <w:strike w:val="0"/>
          <w:sz w:val="22"/>
          <w:u w:val="single"/>
        </w:rPr>
        <w:t>China</w:t>
      </w:r>
      <w:r>
        <w:rPr>
          <w:b w:val="0"/>
          <w:i w:val="0"/>
          <w:smallCaps w:val="0"/>
          <w:strike w:val="0"/>
          <w:sz w:val="16"/>
          <w:u w:val="none"/>
        </w:rPr>
        <w:t xml:space="preserve"> has </w:t>
      </w:r>
      <w:r>
        <w:rPr>
          <w:b w:val="0"/>
          <w:i w:val="0"/>
          <w:smallCaps w:val="0"/>
          <w:strike w:val="0"/>
          <w:sz w:val="22"/>
          <w:u w:val="single"/>
        </w:rPr>
        <w:t>developed</w:t>
      </w:r>
      <w:r>
        <w:rPr>
          <w:b w:val="0"/>
          <w:i w:val="0"/>
          <w:smallCaps w:val="0"/>
          <w:strike w:val="0"/>
          <w:sz w:val="16"/>
          <w:u w:val="none"/>
        </w:rPr>
        <w:t xml:space="preserve"> the world’s most sophisticated system of </w:t>
      </w:r>
      <w:r>
        <w:rPr>
          <w:b w:val="0"/>
          <w:i w:val="0"/>
          <w:smallCaps w:val="0"/>
          <w:strike w:val="0"/>
          <w:sz w:val="22"/>
          <w:u w:val="single"/>
        </w:rPr>
        <w:t>network control</w:t>
      </w:r>
      <w:r>
        <w:rPr>
          <w:b w:val="0"/>
          <w:i w:val="0"/>
          <w:smallCaps w:val="0"/>
          <w:strike w:val="0"/>
          <w:sz w:val="16"/>
          <w:u w:val="none"/>
        </w:rPr>
        <w:t xml:space="preserve">, censorship, and propaganda, and has maintained heavy restrictions on market access for foreign media and technology companies. </w:t>
      </w:r>
      <w:r>
        <w:rPr>
          <w:b/>
          <w:i w:val="0"/>
          <w:smallCaps w:val="0"/>
          <w:strike w:val="0"/>
          <w:sz w:val="22"/>
          <w:highlight w:val="cyan"/>
          <w:u w:val="single"/>
        </w:rPr>
        <w:t>Russia</w:t>
      </w:r>
      <w:r>
        <w:rPr>
          <w:b w:val="0"/>
          <w:i w:val="0"/>
          <w:smallCaps w:val="0"/>
          <w:strike w:val="0"/>
          <w:sz w:val="22"/>
          <w:highlight w:val="cyan"/>
          <w:u w:val="single"/>
        </w:rPr>
        <w:t xml:space="preserve"> is </w:t>
      </w:r>
      <w:r>
        <w:rPr>
          <w:b/>
          <w:i w:val="0"/>
          <w:smallCaps w:val="0"/>
          <w:strike w:val="0"/>
          <w:sz w:val="22"/>
          <w:highlight w:val="cyan"/>
          <w:u w:val="single"/>
        </w:rPr>
        <w:t>following</w:t>
      </w:r>
      <w:r>
        <w:rPr>
          <w:b w:val="0"/>
          <w:i w:val="0"/>
          <w:smallCaps w:val="0"/>
          <w:strike w:val="0"/>
          <w:sz w:val="22"/>
          <w:highlight w:val="cyan"/>
          <w:u w:val="single"/>
        </w:rPr>
        <w:t xml:space="preserve"> China</w:t>
      </w:r>
      <w:r>
        <w:rPr>
          <w:b w:val="0"/>
          <w:i w:val="0"/>
          <w:smallCaps w:val="0"/>
          <w:strike w:val="0"/>
          <w:sz w:val="22"/>
          <w:u w:val="single"/>
        </w:rPr>
        <w:t>’s lead</w:t>
      </w:r>
      <w:r>
        <w:rPr>
          <w:b w:val="0"/>
          <w:i w:val="0"/>
          <w:smallCaps w:val="0"/>
          <w:strike w:val="0"/>
          <w:sz w:val="16"/>
          <w:u w:val="none"/>
        </w:rPr>
        <w:t xml:space="preserve">. During recent protests in Moscow, authorities jammed mobile Internet access in the city to keep protestors from communicating with one another. In a more ambitious gambit, </w:t>
      </w:r>
      <w:r>
        <w:rPr>
          <w:b w:val="0"/>
          <w:i w:val="0"/>
          <w:smallCaps w:val="0"/>
          <w:strike w:val="0"/>
          <w:sz w:val="22"/>
          <w:u w:val="single"/>
        </w:rPr>
        <w:t xml:space="preserve">Russia plans </w:t>
      </w:r>
      <w:r>
        <w:rPr>
          <w:b w:val="0"/>
          <w:i w:val="0"/>
          <w:smallCaps w:val="0"/>
          <w:strike w:val="0"/>
          <w:sz w:val="22"/>
          <w:highlight w:val="cyan"/>
          <w:u w:val="single"/>
        </w:rPr>
        <w:t>to</w:t>
      </w:r>
      <w:r>
        <w:rPr>
          <w:b w:val="0"/>
          <w:i w:val="0"/>
          <w:smallCaps w:val="0"/>
          <w:strike w:val="0"/>
          <w:sz w:val="22"/>
          <w:u w:val="single"/>
        </w:rPr>
        <w:t xml:space="preserve"> test a procedure that would</w:t>
      </w:r>
      <w:r>
        <w:rPr>
          <w:b w:val="0"/>
          <w:i w:val="0"/>
          <w:smallCaps w:val="0"/>
          <w:strike w:val="0"/>
          <w:sz w:val="16"/>
          <w:u w:val="none"/>
        </w:rPr>
        <w:t xml:space="preserve"> altogether </w:t>
      </w:r>
      <w:r>
        <w:rPr>
          <w:b/>
          <w:i w:val="0"/>
          <w:smallCaps w:val="0"/>
          <w:strike w:val="0"/>
          <w:sz w:val="22"/>
          <w:highlight w:val="cyan"/>
          <w:u w:val="single"/>
        </w:rPr>
        <w:t>disconnect</w:t>
      </w:r>
      <w:r>
        <w:rPr>
          <w:b w:val="0"/>
          <w:i w:val="0"/>
          <w:smallCaps w:val="0"/>
          <w:strike w:val="0"/>
          <w:sz w:val="22"/>
          <w:u w:val="single"/>
        </w:rPr>
        <w:t xml:space="preserve"> Russian</w:t>
      </w:r>
      <w:r>
        <w:rPr>
          <w:b w:val="0"/>
          <w:i w:val="0"/>
          <w:smallCaps w:val="0"/>
          <w:strike w:val="0"/>
          <w:sz w:val="16"/>
          <w:u w:val="none"/>
        </w:rPr>
        <w:t xml:space="preserve"> Internet </w:t>
      </w:r>
      <w:r>
        <w:rPr>
          <w:b w:val="0"/>
          <w:i w:val="0"/>
          <w:smallCaps w:val="0"/>
          <w:strike w:val="0"/>
          <w:sz w:val="22"/>
          <w:u w:val="single"/>
        </w:rPr>
        <w:t xml:space="preserve">users </w:t>
      </w:r>
      <w:r>
        <w:rPr>
          <w:b w:val="0"/>
          <w:i w:val="0"/>
          <w:smallCaps w:val="0"/>
          <w:strike w:val="0"/>
          <w:sz w:val="22"/>
          <w:highlight w:val="cyan"/>
          <w:u w:val="single"/>
        </w:rPr>
        <w:t xml:space="preserve">from the </w:t>
      </w:r>
      <w:r>
        <w:rPr>
          <w:b/>
          <w:i w:val="0"/>
          <w:smallCaps w:val="0"/>
          <w:strike w:val="0"/>
          <w:sz w:val="22"/>
          <w:u w:val="single"/>
        </w:rPr>
        <w:t>g</w:t>
      </w:r>
      <w:r>
        <w:rPr>
          <w:b/>
          <w:i w:val="0"/>
          <w:smallCaps w:val="0"/>
          <w:strike w:val="0"/>
          <w:sz w:val="22"/>
          <w:u w:val="single"/>
        </w:rPr>
        <w:t xml:space="preserve">lobal </w:t>
      </w:r>
      <w:r>
        <w:rPr>
          <w:b/>
          <w:i w:val="0"/>
          <w:smallCaps w:val="0"/>
          <w:strike w:val="0"/>
          <w:sz w:val="22"/>
          <w:highlight w:val="cyan"/>
          <w:u w:val="single"/>
        </w:rPr>
        <w:t>Internet</w:t>
      </w:r>
      <w:r>
        <w:rPr>
          <w:b w:val="0"/>
          <w:i w:val="0"/>
          <w:smallCaps w:val="0"/>
          <w:strike w:val="0"/>
          <w:sz w:val="16"/>
          <w:u w:val="none"/>
        </w:rPr>
        <w:t>. Even the United Kingdom’s Ministry of Defense has warned that democracies may need to step back from a commitment to the open Internet and consider “national or regional cyber borders.”</w:t>
      </w:r>
      <w:r>
        <w:rPr>
          <w:b w:val="0"/>
          <w:i w:val="0"/>
          <w:smallCaps w:val="0"/>
          <w:strike w:val="0"/>
          <w:sz w:val="16"/>
          <w:u w:val="none"/>
        </w:rPr>
        <w:t xml:space="preserve"> </w:t>
      </w:r>
      <w:r>
        <w:rPr>
          <w:b w:val="0"/>
          <w:i w:val="0"/>
          <w:smallCaps w:val="0"/>
          <w:strike w:val="0"/>
          <w:sz w:val="22"/>
          <w:u w:val="single"/>
        </w:rPr>
        <w:t xml:space="preserve">Such </w:t>
      </w:r>
      <w:r>
        <w:rPr>
          <w:b w:val="0"/>
          <w:i w:val="0"/>
          <w:smallCaps w:val="0"/>
          <w:strike w:val="0"/>
          <w:sz w:val="22"/>
          <w:highlight w:val="cyan"/>
          <w:u w:val="single"/>
        </w:rPr>
        <w:t>moves</w:t>
      </w:r>
      <w:r>
        <w:rPr>
          <w:b w:val="0"/>
          <w:i w:val="0"/>
          <w:smallCaps w:val="0"/>
          <w:strike w:val="0"/>
          <w:sz w:val="22"/>
          <w:u w:val="single"/>
        </w:rPr>
        <w:t xml:space="preserve"> would </w:t>
      </w:r>
      <w:r>
        <w:rPr>
          <w:b/>
          <w:i w:val="0"/>
          <w:smallCaps w:val="0"/>
          <w:strike w:val="0"/>
          <w:sz w:val="22"/>
          <w:highlight w:val="cyan"/>
          <w:u w:val="single"/>
        </w:rPr>
        <w:t>unwind</w:t>
      </w:r>
      <w:r>
        <w:rPr>
          <w:b w:val="0"/>
          <w:i w:val="0"/>
          <w:smallCaps w:val="0"/>
          <w:strike w:val="0"/>
          <w:sz w:val="22"/>
          <w:u w:val="single"/>
        </w:rPr>
        <w:t xml:space="preserve"> decades of </w:t>
      </w:r>
      <w:r>
        <w:rPr>
          <w:b/>
          <w:i w:val="0"/>
          <w:smallCaps w:val="0"/>
          <w:strike w:val="0"/>
          <w:sz w:val="22"/>
          <w:u w:val="single"/>
        </w:rPr>
        <w:t xml:space="preserve">economic </w:t>
      </w:r>
      <w:r>
        <w:rPr>
          <w:b/>
          <w:i w:val="0"/>
          <w:smallCaps w:val="0"/>
          <w:strike w:val="0"/>
          <w:sz w:val="22"/>
          <w:highlight w:val="cyan"/>
          <w:u w:val="single"/>
        </w:rPr>
        <w:t>liberalism</w:t>
      </w:r>
      <w:r>
        <w:rPr>
          <w:b w:val="0"/>
          <w:i w:val="0"/>
          <w:smallCaps w:val="0"/>
          <w:strike w:val="0"/>
          <w:sz w:val="22"/>
          <w:highlight w:val="cyan"/>
          <w:u w:val="single"/>
        </w:rPr>
        <w:t xml:space="preserve">, </w:t>
      </w:r>
      <w:r>
        <w:rPr>
          <w:b/>
          <w:i w:val="0"/>
          <w:smallCaps w:val="0"/>
          <w:strike w:val="0"/>
          <w:sz w:val="22"/>
          <w:highlight w:val="cyan"/>
          <w:u w:val="single"/>
        </w:rPr>
        <w:t>fragment</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2"/>
          <w:u w:val="single"/>
        </w:rPr>
        <w:t xml:space="preserve">relative </w:t>
      </w:r>
      <w:r>
        <w:rPr>
          <w:b/>
          <w:i w:val="0"/>
          <w:smallCaps w:val="0"/>
          <w:strike w:val="0"/>
          <w:sz w:val="22"/>
          <w:highlight w:val="cyan"/>
          <w:u w:val="single"/>
        </w:rPr>
        <w:t>openness</w:t>
      </w:r>
      <w:r>
        <w:rPr>
          <w:b w:val="0"/>
          <w:i w:val="0"/>
          <w:smallCaps w:val="0"/>
          <w:strike w:val="0"/>
          <w:sz w:val="22"/>
          <w:highlight w:val="cyan"/>
          <w:u w:val="single"/>
        </w:rPr>
        <w:t xml:space="preserve"> of</w:t>
      </w:r>
      <w:r>
        <w:rPr>
          <w:b w:val="0"/>
          <w:i w:val="0"/>
          <w:smallCaps w:val="0"/>
          <w:strike w:val="0"/>
          <w:sz w:val="16"/>
          <w:u w:val="none"/>
        </w:rPr>
        <w:t xml:space="preserve"> current </w:t>
      </w:r>
      <w:r>
        <w:rPr>
          <w:b w:val="0"/>
          <w:i w:val="0"/>
          <w:smallCaps w:val="0"/>
          <w:strike w:val="0"/>
          <w:sz w:val="22"/>
          <w:highlight w:val="cyan"/>
          <w:u w:val="single"/>
        </w:rPr>
        <w:t>information</w:t>
      </w:r>
      <w:r>
        <w:rPr>
          <w:b w:val="0"/>
          <w:i w:val="0"/>
          <w:smallCaps w:val="0"/>
          <w:strike w:val="0"/>
          <w:sz w:val="22"/>
          <w:u w:val="single"/>
        </w:rPr>
        <w:t xml:space="preserve"> flows, and give rise</w:t>
      </w:r>
      <w:r>
        <w:rPr>
          <w:b w:val="0"/>
          <w:i w:val="0"/>
          <w:smallCaps w:val="0"/>
          <w:strike w:val="0"/>
          <w:sz w:val="16"/>
          <w:u w:val="none"/>
        </w:rPr>
        <w:t xml:space="preserve"> to </w:t>
      </w:r>
      <w:r>
        <w:rPr>
          <w:b w:val="0"/>
          <w:i w:val="0"/>
          <w:smallCaps w:val="0"/>
          <w:strike w:val="0"/>
          <w:sz w:val="16"/>
          <w:u w:val="none"/>
        </w:rPr>
        <w:t xml:space="preserve">suspicion and </w:t>
      </w:r>
      <w:r>
        <w:rPr>
          <w:b w:val="0"/>
          <w:i w:val="0"/>
          <w:smallCaps w:val="0"/>
          <w:strike w:val="0"/>
          <w:sz w:val="22"/>
          <w:u w:val="single"/>
        </w:rPr>
        <w:t xml:space="preserve">animosity. Unless the </w:t>
      </w:r>
      <w:r>
        <w:rPr>
          <w:b/>
          <w:i w:val="0"/>
          <w:smallCaps w:val="0"/>
          <w:strike w:val="0"/>
          <w:sz w:val="22"/>
          <w:u w:val="single"/>
        </w:rPr>
        <w:t>U</w:t>
      </w:r>
      <w:r>
        <w:rPr>
          <w:b w:val="0"/>
          <w:i w:val="0"/>
          <w:smallCaps w:val="0"/>
          <w:strike w:val="0"/>
          <w:sz w:val="22"/>
          <w:u w:val="single"/>
        </w:rPr>
        <w:t xml:space="preserve">nited </w:t>
      </w:r>
      <w:r>
        <w:rPr>
          <w:b/>
          <w:i w:val="0"/>
          <w:smallCaps w:val="0"/>
          <w:strike w:val="0"/>
          <w:sz w:val="22"/>
          <w:u w:val="single"/>
        </w:rPr>
        <w:t>S</w:t>
      </w:r>
      <w:r>
        <w:rPr>
          <w:b w:val="0"/>
          <w:i w:val="0"/>
          <w:smallCaps w:val="0"/>
          <w:strike w:val="0"/>
          <w:sz w:val="22"/>
          <w:u w:val="single"/>
        </w:rPr>
        <w:t>tates</w:t>
      </w:r>
      <w:r>
        <w:rPr>
          <w:b w:val="0"/>
          <w:i w:val="0"/>
          <w:smallCaps w:val="0"/>
          <w:strike w:val="0"/>
          <w:sz w:val="16"/>
          <w:u w:val="none"/>
        </w:rPr>
        <w:t xml:space="preserve"> can </w:t>
      </w:r>
      <w:r>
        <w:rPr>
          <w:b w:val="0"/>
          <w:i w:val="0"/>
          <w:smallCaps w:val="0"/>
          <w:strike w:val="0"/>
          <w:sz w:val="22"/>
          <w:u w:val="single"/>
        </w:rPr>
        <w:t xml:space="preserve">chart a </w:t>
      </w:r>
      <w:r>
        <w:rPr>
          <w:b/>
          <w:i w:val="0"/>
          <w:smallCaps w:val="0"/>
          <w:strike w:val="0"/>
          <w:sz w:val="22"/>
          <w:u w:val="single"/>
        </w:rPr>
        <w:t>different course</w:t>
      </w:r>
      <w:r>
        <w:rPr>
          <w:b w:val="0"/>
          <w:i w:val="0"/>
          <w:smallCaps w:val="0"/>
          <w:strike w:val="0"/>
          <w:sz w:val="22"/>
          <w:u w:val="single"/>
        </w:rPr>
        <w:t>, the world</w:t>
      </w:r>
      <w:r>
        <w:rPr>
          <w:b w:val="0"/>
          <w:i w:val="0"/>
          <w:smallCaps w:val="0"/>
          <w:strike w:val="0"/>
          <w:sz w:val="16"/>
          <w:u w:val="none"/>
        </w:rPr>
        <w:t xml:space="preserve"> might </w:t>
      </w:r>
      <w:r>
        <w:rPr>
          <w:b w:val="0"/>
          <w:i w:val="0"/>
          <w:smallCaps w:val="0"/>
          <w:strike w:val="0"/>
          <w:sz w:val="22"/>
          <w:u w:val="single"/>
        </w:rPr>
        <w:t>stumble down this path</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