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Grid collapse is an impact multiplier – multiple scenarios lead to extinction.</w:t>
      </w:r>
    </w:p>
    <w:p>
      <w:pPr>
        <w:spacing w:after="80"/>
      </w:pPr>
      <w:r>
        <w:rPr>
          <w:b w:val="0"/>
          <w:i w:val="0"/>
          <w:smallCaps w:val="0"/>
          <w:strike w:val="0"/>
          <w:color w:val="000000"/>
          <w:u w:val="none"/>
        </w:rPr>
        <w:t xml:space="preserve">Richard </w:t>
      </w:r>
      <w:r>
        <w:rPr>
          <w:b/>
          <w:i w:val="0"/>
          <w:smallCaps w:val="0"/>
          <w:strike w:val="0"/>
          <w:color w:val="000000"/>
          <w:sz w:val="26"/>
          <w:u w:val="none"/>
        </w:rPr>
        <w:t>Gray</w:t>
      </w:r>
      <w:r>
        <w:rPr>
          <w:b w:val="0"/>
          <w:i w:val="0"/>
          <w:smallCaps w:val="0"/>
          <w:strike w:val="0"/>
          <w:color w:val="000000"/>
          <w:u w:val="none"/>
        </w:rPr>
        <w:t xml:space="preserve">, 24th October </w:t>
      </w:r>
      <w:r>
        <w:rPr>
          <w:b/>
          <w:i w:val="0"/>
          <w:smallCaps w:val="0"/>
          <w:strike w:val="0"/>
          <w:color w:val="000000"/>
          <w:sz w:val="26"/>
          <w:u w:val="none"/>
        </w:rPr>
        <w:t>2019</w:t>
      </w:r>
      <w:r>
        <w:rPr>
          <w:b w:val="0"/>
          <w:i w:val="0"/>
          <w:smallCaps w:val="0"/>
          <w:strike w:val="0"/>
          <w:color w:val="000000"/>
          <w:u w:val="none"/>
        </w:rPr>
        <w:t>, What would happen in an apocalyptic blackout?, BBC Future, https://www.bbc.com/future/article/20191023-what-would-happen-in-an-apocalyptic-blackout, Accessed: 8-3-2022</w:t>
      </w:r>
    </w:p>
    <w:p>
      <w:pPr>
        <w:spacing w:after="60"/>
      </w:pPr>
      <w:r>
        <w:rPr>
          <w:b w:val="0"/>
          <w:i w:val="0"/>
          <w:smallCaps w:val="0"/>
          <w:strike w:val="0"/>
          <w:color w:val="000000"/>
          <w:sz w:val="16"/>
          <w:u w:val="none"/>
        </w:rPr>
        <w:t xml:space="preserve">There was nothing the doctors could do. In almost total darkness, broken only by the beam of a couple of torches and the glow from their mobile phones, the hospital staff watched helplessly as their patient died in front of them. The elderly woman was suffering a blood clot in her lungs – a common, but life-threatening problem that can be treated with the right drugs and equipment. Everything the doctors needed to save the woman – including a mechanical ventilator – was tantalisingly close, in the intensive care unit several floors below. But with no power in the nine-floor hospital in Maracay, they had no way to reach it. Without electricity the lifts did not work. </w:t>
      </w:r>
      <w:r>
        <w:rPr>
          <w:b w:val="0"/>
          <w:i w:val="0"/>
          <w:smallCaps w:val="0"/>
          <w:strike w:val="0"/>
          <w:color w:val="000000"/>
          <w:u w:val="single"/>
        </w:rPr>
        <w:t>It</w:t>
      </w:r>
      <w:r>
        <w:rPr>
          <w:b w:val="0"/>
          <w:i w:val="0"/>
          <w:smallCaps w:val="0"/>
          <w:strike w:val="0"/>
          <w:color w:val="000000"/>
          <w:sz w:val="16"/>
          <w:u w:val="none"/>
        </w:rPr>
        <w:t xml:space="preserve"> </w:t>
      </w:r>
      <w:r>
        <w:rPr>
          <w:b w:val="0"/>
          <w:i w:val="0"/>
          <w:smallCaps w:val="0"/>
          <w:strike w:val="0"/>
          <w:color w:val="000000"/>
          <w:u w:val="single"/>
        </w:rPr>
        <w:t>was</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situation</w:t>
      </w:r>
      <w:r>
        <w:rPr>
          <w:b w:val="0"/>
          <w:i w:val="0"/>
          <w:smallCaps w:val="0"/>
          <w:strike w:val="0"/>
          <w:color w:val="000000"/>
          <w:sz w:val="16"/>
          <w:u w:val="none"/>
        </w:rPr>
        <w:t xml:space="preserve"> </w:t>
      </w:r>
      <w:r>
        <w:rPr>
          <w:b w:val="0"/>
          <w:i w:val="0"/>
          <w:smallCaps w:val="0"/>
          <w:strike w:val="0"/>
          <w:color w:val="000000"/>
          <w:u w:val="single"/>
        </w:rPr>
        <w:t>being</w:t>
      </w:r>
      <w:r>
        <w:rPr>
          <w:b w:val="0"/>
          <w:i w:val="0"/>
          <w:smallCaps w:val="0"/>
          <w:strike w:val="0"/>
          <w:color w:val="000000"/>
          <w:sz w:val="16"/>
          <w:u w:val="none"/>
        </w:rPr>
        <w:t xml:space="preserve"> </w:t>
      </w:r>
      <w:r>
        <w:rPr>
          <w:b w:val="0"/>
          <w:i w:val="0"/>
          <w:smallCaps w:val="0"/>
          <w:strike w:val="0"/>
          <w:color w:val="000000"/>
          <w:u w:val="single"/>
        </w:rPr>
        <w:t>played</w:t>
      </w:r>
      <w:r>
        <w:rPr>
          <w:b w:val="0"/>
          <w:i w:val="0"/>
          <w:smallCaps w:val="0"/>
          <w:strike w:val="0"/>
          <w:color w:val="000000"/>
          <w:sz w:val="16"/>
          <w:u w:val="none"/>
        </w:rPr>
        <w:t xml:space="preserve"> </w:t>
      </w:r>
      <w:r>
        <w:rPr>
          <w:b w:val="0"/>
          <w:i w:val="0"/>
          <w:smallCaps w:val="0"/>
          <w:strike w:val="0"/>
          <w:color w:val="000000"/>
          <w:u w:val="single"/>
        </w:rPr>
        <w:t>out</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hospitals</w:t>
      </w:r>
      <w:r>
        <w:rPr>
          <w:b w:val="0"/>
          <w:i w:val="0"/>
          <w:smallCaps w:val="0"/>
          <w:strike w:val="0"/>
          <w:color w:val="000000"/>
          <w:sz w:val="16"/>
          <w:u w:val="none"/>
        </w:rPr>
        <w:t xml:space="preserve"> </w:t>
      </w:r>
      <w:r>
        <w:rPr>
          <w:b w:val="0"/>
          <w:i w:val="0"/>
          <w:smallCaps w:val="0"/>
          <w:strike w:val="0"/>
          <w:color w:val="000000"/>
          <w:u w:val="single"/>
        </w:rPr>
        <w:t>dotted</w:t>
      </w:r>
      <w:r>
        <w:rPr>
          <w:b w:val="0"/>
          <w:i w:val="0"/>
          <w:smallCaps w:val="0"/>
          <w:strike w:val="0"/>
          <w:color w:val="000000"/>
          <w:sz w:val="16"/>
          <w:u w:val="none"/>
        </w:rPr>
        <w:t xml:space="preserve"> </w:t>
      </w:r>
      <w:r>
        <w:rPr>
          <w:b w:val="0"/>
          <w:i w:val="0"/>
          <w:smallCaps w:val="0"/>
          <w:strike w:val="0"/>
          <w:color w:val="000000"/>
          <w:u w:val="single"/>
        </w:rPr>
        <w:t>all</w:t>
      </w:r>
      <w:r>
        <w:rPr>
          <w:b w:val="0"/>
          <w:i w:val="0"/>
          <w:smallCaps w:val="0"/>
          <w:strike w:val="0"/>
          <w:color w:val="000000"/>
          <w:sz w:val="16"/>
          <w:u w:val="none"/>
        </w:rPr>
        <w:t xml:space="preserve"> </w:t>
      </w:r>
      <w:r>
        <w:rPr>
          <w:b w:val="0"/>
          <w:i w:val="0"/>
          <w:smallCaps w:val="0"/>
          <w:strike w:val="0"/>
          <w:color w:val="000000"/>
          <w:u w:val="single"/>
        </w:rPr>
        <w:t>over</w:t>
      </w:r>
      <w:r>
        <w:rPr>
          <w:b w:val="0"/>
          <w:i w:val="0"/>
          <w:smallCaps w:val="0"/>
          <w:strike w:val="0"/>
          <w:color w:val="000000"/>
          <w:sz w:val="16"/>
          <w:u w:val="none"/>
        </w:rPr>
        <w:t xml:space="preserve"> </w:t>
      </w:r>
      <w:r>
        <w:rPr>
          <w:b w:val="0"/>
          <w:i w:val="0"/>
          <w:smallCaps w:val="0"/>
          <w:strike w:val="0"/>
          <w:color w:val="000000"/>
          <w:u w:val="single"/>
        </w:rPr>
        <w:t>Venezuela</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March</w:t>
      </w:r>
      <w:r>
        <w:rPr>
          <w:b w:val="0"/>
          <w:i w:val="0"/>
          <w:smallCaps w:val="0"/>
          <w:strike w:val="0"/>
          <w:color w:val="000000"/>
          <w:sz w:val="16"/>
          <w:u w:val="none"/>
        </w:rPr>
        <w:t xml:space="preserve"> </w:t>
      </w:r>
      <w:r>
        <w:rPr>
          <w:b w:val="0"/>
          <w:i w:val="0"/>
          <w:smallCaps w:val="0"/>
          <w:strike w:val="0"/>
          <w:color w:val="000000"/>
          <w:u w:val="single"/>
        </w:rPr>
        <w:t>2019</w:t>
      </w:r>
      <w:r>
        <w:rPr>
          <w:b w:val="0"/>
          <w:i w:val="0"/>
          <w:smallCaps w:val="0"/>
          <w:strike w:val="0"/>
          <w:color w:val="000000"/>
          <w:sz w:val="16"/>
          <w:u w:val="none"/>
        </w:rPr>
        <w:t xml:space="preserve"> </w:t>
      </w:r>
      <w:r>
        <w:rPr>
          <w:b w:val="0"/>
          <w:i w:val="0"/>
          <w:smallCaps w:val="0"/>
          <w:strike w:val="0"/>
          <w:color w:val="000000"/>
          <w:u w:val="single"/>
        </w:rPr>
        <w:t>during</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accompanied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growing</w:t>
      </w:r>
      <w:r>
        <w:rPr>
          <w:b w:val="0"/>
          <w:i w:val="0"/>
          <w:smallCaps w:val="0"/>
          <w:strike w:val="0"/>
          <w:color w:val="000000"/>
          <w:sz w:val="16"/>
          <w:u w:val="none"/>
        </w:rPr>
        <w:t xml:space="preserve"> </w:t>
      </w:r>
      <w:r>
        <w:rPr>
          <w:b w:val="0"/>
          <w:i w:val="0"/>
          <w:smallCaps w:val="0"/>
          <w:strike w:val="0"/>
          <w:color w:val="000000"/>
          <w:u w:val="single"/>
        </w:rPr>
        <w:t>political</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economic</w:t>
      </w:r>
      <w:r>
        <w:rPr>
          <w:b w:val="0"/>
          <w:i w:val="0"/>
          <w:smallCaps w:val="0"/>
          <w:strike w:val="0"/>
          <w:color w:val="000000"/>
          <w:sz w:val="16"/>
          <w:u w:val="none"/>
        </w:rPr>
        <w:t xml:space="preserve"> </w:t>
      </w:r>
      <w:r>
        <w:rPr>
          <w:b w:val="0"/>
          <w:i w:val="0"/>
          <w:smallCaps w:val="0"/>
          <w:strike w:val="0"/>
          <w:color w:val="000000"/>
          <w:u w:val="single"/>
        </w:rPr>
        <w:t>crisis</w:t>
      </w:r>
      <w:r>
        <w:rPr>
          <w:b w:val="0"/>
          <w:i w:val="0"/>
          <w:smallCaps w:val="0"/>
          <w:strike w:val="0"/>
          <w:color w:val="000000"/>
          <w:sz w:val="16"/>
          <w:u w:val="none"/>
        </w:rPr>
        <w:t xml:space="preserve"> </w:t>
      </w:r>
      <w:r>
        <w:rPr>
          <w:b w:val="0"/>
          <w:i w:val="0"/>
          <w:smallCaps w:val="0"/>
          <w:strike w:val="0"/>
          <w:color w:val="000000"/>
          <w:u w:val="single"/>
        </w:rPr>
        <w:t>facing</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South</w:t>
      </w:r>
      <w:r>
        <w:rPr>
          <w:b w:val="0"/>
          <w:i w:val="0"/>
          <w:smallCaps w:val="0"/>
          <w:strike w:val="0"/>
          <w:color w:val="000000"/>
          <w:sz w:val="16"/>
          <w:u w:val="none"/>
        </w:rPr>
        <w:t xml:space="preserve"> </w:t>
      </w:r>
      <w:r>
        <w:rPr>
          <w:b w:val="0"/>
          <w:i w:val="0"/>
          <w:smallCaps w:val="0"/>
          <w:strike w:val="0"/>
          <w:color w:val="000000"/>
          <w:u w:val="single"/>
        </w:rPr>
        <w:t>American</w:t>
      </w:r>
      <w:r>
        <w:rPr>
          <w:b w:val="0"/>
          <w:i w:val="0"/>
          <w:smallCaps w:val="0"/>
          <w:strike w:val="0"/>
          <w:color w:val="000000"/>
          <w:sz w:val="16"/>
          <w:u w:val="none"/>
        </w:rPr>
        <w:t xml:space="preserve"> </w:t>
      </w:r>
      <w:r>
        <w:rPr>
          <w:b w:val="0"/>
          <w:i w:val="0"/>
          <w:smallCaps w:val="0"/>
          <w:strike w:val="0"/>
          <w:color w:val="000000"/>
          <w:u w:val="single"/>
        </w:rPr>
        <w:t>country.</w:t>
      </w:r>
      <w:r>
        <w:rPr>
          <w:b w:val="0"/>
          <w:i w:val="0"/>
          <w:smallCaps w:val="0"/>
          <w:strike w:val="0"/>
          <w:color w:val="000000"/>
          <w:sz w:val="16"/>
          <w:u w:val="none"/>
        </w:rPr>
        <w:t xml:space="preserve"> </w:t>
      </w:r>
      <w:r>
        <w:rPr>
          <w:b w:val="0"/>
          <w:i w:val="0"/>
          <w:smallCaps w:val="0"/>
          <w:strike w:val="0"/>
          <w:color w:val="000000"/>
          <w:u w:val="single"/>
        </w:rPr>
        <w:t>Unprepared</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sudden</w:t>
      </w:r>
      <w:r>
        <w:rPr>
          <w:b w:val="0"/>
          <w:i w:val="0"/>
          <w:smallCaps w:val="0"/>
          <w:strike w:val="0"/>
          <w:color w:val="000000"/>
          <w:sz w:val="16"/>
          <w:u w:val="none"/>
        </w:rPr>
        <w:t xml:space="preserve"> </w:t>
      </w:r>
      <w:r>
        <w:rPr>
          <w:b w:val="0"/>
          <w:i w:val="0"/>
          <w:smallCaps w:val="0"/>
          <w:strike w:val="0"/>
          <w:color w:val="000000"/>
          <w:u w:val="single"/>
        </w:rPr>
        <w:t>loss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while</w:t>
      </w:r>
      <w:r>
        <w:rPr>
          <w:b w:val="0"/>
          <w:i w:val="0"/>
          <w:smallCaps w:val="0"/>
          <w:strike w:val="0"/>
          <w:color w:val="000000"/>
          <w:sz w:val="16"/>
          <w:u w:val="none"/>
        </w:rPr>
        <w:t xml:space="preserve"> </w:t>
      </w:r>
      <w:r>
        <w:rPr>
          <w:b w:val="0"/>
          <w:i w:val="0"/>
          <w:smallCaps w:val="0"/>
          <w:strike w:val="0"/>
          <w:color w:val="000000"/>
          <w:u w:val="single"/>
        </w:rPr>
        <w:t>others</w:t>
      </w:r>
      <w:r>
        <w:rPr>
          <w:b w:val="0"/>
          <w:i w:val="0"/>
          <w:smallCaps w:val="0"/>
          <w:strike w:val="0"/>
          <w:color w:val="000000"/>
          <w:sz w:val="16"/>
          <w:u w:val="none"/>
        </w:rPr>
        <w:t xml:space="preserve"> </w:t>
      </w:r>
      <w:r>
        <w:rPr>
          <w:b w:val="0"/>
          <w:i w:val="0"/>
          <w:smallCaps w:val="0"/>
          <w:strike w:val="0"/>
          <w:color w:val="000000"/>
          <w:u w:val="single"/>
        </w:rPr>
        <w:t>only</w:t>
      </w:r>
      <w:r>
        <w:rPr>
          <w:b w:val="0"/>
          <w:i w:val="0"/>
          <w:smallCaps w:val="0"/>
          <w:strike w:val="0"/>
          <w:color w:val="000000"/>
          <w:sz w:val="16"/>
          <w:u w:val="none"/>
        </w:rPr>
        <w:t xml:space="preserve"> </w:t>
      </w:r>
      <w:r>
        <w:rPr>
          <w:b w:val="0"/>
          <w:i w:val="0"/>
          <w:smallCaps w:val="0"/>
          <w:strike w:val="0"/>
          <w:color w:val="000000"/>
          <w:u w:val="single"/>
        </w:rPr>
        <w:t>had</w:t>
      </w:r>
      <w:r>
        <w:rPr>
          <w:b w:val="0"/>
          <w:i w:val="0"/>
          <w:smallCaps w:val="0"/>
          <w:strike w:val="0"/>
          <w:color w:val="000000"/>
          <w:sz w:val="16"/>
          <w:u w:val="none"/>
        </w:rPr>
        <w:t xml:space="preserve"> </w:t>
      </w:r>
      <w:r>
        <w:rPr>
          <w:b w:val="0"/>
          <w:i w:val="0"/>
          <w:smallCaps w:val="0"/>
          <w:strike w:val="0"/>
          <w:color w:val="000000"/>
          <w:u w:val="single"/>
        </w:rPr>
        <w:t>enough</w:t>
      </w:r>
      <w:r>
        <w:rPr>
          <w:b w:val="0"/>
          <w:i w:val="0"/>
          <w:smallCaps w:val="0"/>
          <w:strike w:val="0"/>
          <w:color w:val="000000"/>
          <w:sz w:val="16"/>
          <w:u w:val="none"/>
        </w:rPr>
        <w:t xml:space="preserve"> </w:t>
      </w:r>
      <w:r>
        <w:rPr>
          <w:b w:val="0"/>
          <w:i w:val="0"/>
          <w:smallCaps w:val="0"/>
          <w:strike w:val="0"/>
          <w:color w:val="000000"/>
          <w:u w:val="single"/>
        </w:rPr>
        <w:t>energy</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keep</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few</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most</w:t>
      </w:r>
      <w:r>
        <w:rPr>
          <w:b w:val="0"/>
          <w:i w:val="0"/>
          <w:smallCaps w:val="0"/>
          <w:strike w:val="0"/>
          <w:color w:val="000000"/>
          <w:sz w:val="16"/>
          <w:u w:val="none"/>
        </w:rPr>
        <w:t xml:space="preserve"> </w:t>
      </w:r>
      <w:r>
        <w:rPr>
          <w:b w:val="0"/>
          <w:i w:val="0"/>
          <w:smallCaps w:val="0"/>
          <w:strike w:val="0"/>
          <w:color w:val="000000"/>
          <w:u w:val="single"/>
        </w:rPr>
        <w:t>vital</w:t>
      </w:r>
      <w:r>
        <w:rPr>
          <w:b w:val="0"/>
          <w:i w:val="0"/>
          <w:smallCaps w:val="0"/>
          <w:strike w:val="0"/>
          <w:color w:val="000000"/>
          <w:sz w:val="16"/>
          <w:u w:val="none"/>
        </w:rPr>
        <w:t xml:space="preserve"> </w:t>
      </w:r>
      <w:r>
        <w:rPr>
          <w:b w:val="0"/>
          <w:i w:val="0"/>
          <w:smallCaps w:val="0"/>
          <w:strike w:val="0"/>
          <w:color w:val="000000"/>
          <w:u w:val="single"/>
        </w:rPr>
        <w:t>wards</w:t>
      </w:r>
      <w:r>
        <w:rPr>
          <w:b w:val="0"/>
          <w:i w:val="0"/>
          <w:smallCaps w:val="0"/>
          <w:strike w:val="0"/>
          <w:color w:val="000000"/>
          <w:sz w:val="16"/>
          <w:u w:val="none"/>
        </w:rPr>
        <w:t xml:space="preserve"> </w:t>
      </w:r>
      <w:r>
        <w:rPr>
          <w:b w:val="0"/>
          <w:i w:val="0"/>
          <w:smallCaps w:val="0"/>
          <w:strike w:val="0"/>
          <w:color w:val="000000"/>
          <w:u w:val="single"/>
        </w:rPr>
        <w:t>functioning.</w:t>
      </w:r>
      <w:r>
        <w:rPr>
          <w:b w:val="0"/>
          <w:i w:val="0"/>
          <w:smallCaps w:val="0"/>
          <w:strike w:val="0"/>
          <w:color w:val="000000"/>
          <w:sz w:val="16"/>
          <w:u w:val="none"/>
        </w:rPr>
        <w:t xml:space="preserve"> </w:t>
      </w:r>
      <w:r>
        <w:rPr>
          <w:b w:val="0"/>
          <w:i w:val="0"/>
          <w:smallCaps w:val="0"/>
          <w:strike w:val="0"/>
          <w:color w:val="000000"/>
          <w:u w:val="single"/>
        </w:rPr>
        <w:t>By</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end</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five</w:t>
      </w:r>
      <w:r>
        <w:rPr>
          <w:b w:val="0"/>
          <w:i w:val="0"/>
          <w:smallCaps w:val="0"/>
          <w:strike w:val="0"/>
          <w:color w:val="000000"/>
          <w:sz w:val="16"/>
          <w:u w:val="none"/>
        </w:rPr>
        <w:t xml:space="preserve"> </w:t>
      </w:r>
      <w:r>
        <w:rPr>
          <w:b w:val="0"/>
          <w:i w:val="0"/>
          <w:smallCaps w:val="0"/>
          <w:strike w:val="0"/>
          <w:color w:val="000000"/>
          <w:u w:val="single"/>
        </w:rPr>
        <w:t>days</w:t>
      </w:r>
      <w:r>
        <w:rPr>
          <w:b w:val="0"/>
          <w:i w:val="0"/>
          <w:smallCaps w:val="0"/>
          <w:strike w:val="0"/>
          <w:color w:val="000000"/>
          <w:sz w:val="16"/>
          <w:u w:val="none"/>
        </w:rPr>
        <w:t xml:space="preserve"> </w:t>
      </w:r>
      <w:r>
        <w:rPr>
          <w:b w:val="0"/>
          <w:i w:val="0"/>
          <w:smallCaps w:val="0"/>
          <w:strike w:val="0"/>
          <w:color w:val="000000"/>
          <w:u w:val="single"/>
        </w:rPr>
        <w:t>an</w:t>
      </w:r>
      <w:r>
        <w:rPr>
          <w:b w:val="0"/>
          <w:i w:val="0"/>
          <w:smallCaps w:val="0"/>
          <w:strike w:val="0"/>
          <w:color w:val="000000"/>
          <w:sz w:val="16"/>
          <w:u w:val="none"/>
        </w:rPr>
        <w:t xml:space="preserve"> </w:t>
      </w:r>
      <w:r>
        <w:rPr>
          <w:b w:val="0"/>
          <w:i w:val="0"/>
          <w:smallCaps w:val="0"/>
          <w:strike w:val="0"/>
          <w:color w:val="000000"/>
          <w:u w:val="single"/>
        </w:rPr>
        <w:t>estimated</w:t>
      </w:r>
      <w:r>
        <w:rPr>
          <w:b w:val="0"/>
          <w:i w:val="0"/>
          <w:smallCaps w:val="0"/>
          <w:strike w:val="0"/>
          <w:color w:val="000000"/>
          <w:sz w:val="16"/>
          <w:u w:val="none"/>
        </w:rPr>
        <w:t xml:space="preserve"> </w:t>
      </w:r>
      <w:r>
        <w:rPr>
          <w:b w:val="0"/>
          <w:i w:val="0"/>
          <w:smallCaps w:val="0"/>
          <w:strike w:val="0"/>
          <w:color w:val="000000"/>
          <w:u w:val="single"/>
        </w:rPr>
        <w:t>26</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had</w:t>
      </w:r>
      <w:r>
        <w:rPr>
          <w:b w:val="0"/>
          <w:i w:val="0"/>
          <w:smallCaps w:val="0"/>
          <w:strike w:val="0"/>
          <w:color w:val="000000"/>
          <w:sz w:val="16"/>
          <w:u w:val="none"/>
        </w:rPr>
        <w:t xml:space="preserve"> </w:t>
      </w:r>
      <w:r>
        <w:rPr>
          <w:b w:val="0"/>
          <w:i w:val="0"/>
          <w:smallCaps w:val="0"/>
          <w:strike w:val="0"/>
          <w:color w:val="000000"/>
          <w:u w:val="single"/>
        </w:rPr>
        <w:t>died</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country’s</w:t>
      </w:r>
      <w:r>
        <w:rPr>
          <w:b w:val="0"/>
          <w:i w:val="0"/>
          <w:smallCaps w:val="0"/>
          <w:strike w:val="0"/>
          <w:color w:val="000000"/>
          <w:sz w:val="16"/>
          <w:u w:val="none"/>
        </w:rPr>
        <w:t xml:space="preserve"> </w:t>
      </w:r>
      <w:r>
        <w:rPr>
          <w:b w:val="0"/>
          <w:i w:val="0"/>
          <w:smallCaps w:val="0"/>
          <w:strike w:val="0"/>
          <w:color w:val="000000"/>
          <w:u w:val="single"/>
        </w:rPr>
        <w:t>hospitals</w:t>
      </w:r>
      <w:r>
        <w:rPr>
          <w:b w:val="0"/>
          <w:i w:val="0"/>
          <w:smallCaps w:val="0"/>
          <w:strike w:val="0"/>
          <w:color w:val="000000"/>
          <w:sz w:val="16"/>
          <w:u w:val="none"/>
        </w:rPr>
        <w:t xml:space="preserve"> </w:t>
      </w:r>
      <w:r>
        <w:rPr>
          <w:b w:val="0"/>
          <w:i w:val="0"/>
          <w:smallCaps w:val="0"/>
          <w:strike w:val="0"/>
          <w:color w:val="000000"/>
          <w:u w:val="single"/>
        </w:rPr>
        <w:t>as</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result</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outage,</w:t>
      </w:r>
      <w:r>
        <w:rPr>
          <w:b w:val="0"/>
          <w:i w:val="0"/>
          <w:smallCaps w:val="0"/>
          <w:strike w:val="0"/>
          <w:color w:val="000000"/>
          <w:sz w:val="16"/>
          <w:u w:val="none"/>
        </w:rPr>
        <w:t xml:space="preserve"> </w:t>
      </w:r>
      <w:r>
        <w:rPr>
          <w:b w:val="0"/>
          <w:i w:val="0"/>
          <w:smallCaps w:val="0"/>
          <w:strike w:val="0"/>
          <w:color w:val="000000"/>
          <w:u w:val="single"/>
        </w:rPr>
        <w:t>according</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figures</w:t>
      </w:r>
      <w:r>
        <w:rPr>
          <w:b w:val="0"/>
          <w:i w:val="0"/>
          <w:smallCaps w:val="0"/>
          <w:strike w:val="0"/>
          <w:color w:val="000000"/>
          <w:sz w:val="16"/>
          <w:u w:val="none"/>
        </w:rPr>
        <w:t xml:space="preserve"> </w:t>
      </w:r>
      <w:r>
        <w:rPr>
          <w:b w:val="0"/>
          <w:i w:val="0"/>
          <w:smallCaps w:val="0"/>
          <w:strike w:val="0"/>
          <w:color w:val="000000"/>
          <w:u w:val="single"/>
        </w:rPr>
        <w:t>collated</w:t>
      </w:r>
      <w:r>
        <w:rPr>
          <w:b w:val="0"/>
          <w:i w:val="0"/>
          <w:smallCaps w:val="0"/>
          <w:strike w:val="0"/>
          <w:color w:val="000000"/>
          <w:sz w:val="16"/>
          <w:u w:val="none"/>
        </w:rPr>
        <w:t xml:space="preserve"> </w:t>
      </w:r>
      <w:r>
        <w:rPr>
          <w:b w:val="0"/>
          <w:i w:val="0"/>
          <w:smallCaps w:val="0"/>
          <w:strike w:val="0"/>
          <w:color w:val="000000"/>
          <w:u w:val="single"/>
        </w:rPr>
        <w:t>by</w:t>
      </w:r>
      <w:r>
        <w:rPr>
          <w:b w:val="0"/>
          <w:i w:val="0"/>
          <w:smallCaps w:val="0"/>
          <w:strike w:val="0"/>
          <w:color w:val="000000"/>
          <w:sz w:val="16"/>
          <w:u w:val="none"/>
        </w:rPr>
        <w:t xml:space="preserve"> </w:t>
      </w:r>
      <w:r>
        <w:rPr>
          <w:b w:val="0"/>
          <w:i w:val="0"/>
          <w:smallCaps w:val="0"/>
          <w:strike w:val="0"/>
          <w:color w:val="000000"/>
          <w:u w:val="single"/>
        </w:rPr>
        <w:t>Doctors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Health,</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group</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concerned</w:t>
      </w:r>
      <w:r>
        <w:rPr>
          <w:b w:val="0"/>
          <w:i w:val="0"/>
          <w:smallCaps w:val="0"/>
          <w:strike w:val="0"/>
          <w:color w:val="000000"/>
          <w:sz w:val="16"/>
          <w:u w:val="none"/>
        </w:rPr>
        <w:t xml:space="preserve"> </w:t>
      </w:r>
      <w:r>
        <w:rPr>
          <w:b w:val="0"/>
          <w:i w:val="0"/>
          <w:smallCaps w:val="0"/>
          <w:strike w:val="0"/>
          <w:color w:val="000000"/>
          <w:u w:val="single"/>
        </w:rPr>
        <w:t>medics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have</w:t>
      </w:r>
      <w:r>
        <w:rPr>
          <w:b w:val="0"/>
          <w:i w:val="0"/>
          <w:smallCaps w:val="0"/>
          <w:strike w:val="0"/>
          <w:color w:val="000000"/>
          <w:sz w:val="16"/>
          <w:u w:val="none"/>
        </w:rPr>
        <w:t xml:space="preserve"> </w:t>
      </w:r>
      <w:r>
        <w:rPr>
          <w:b w:val="0"/>
          <w:i w:val="0"/>
          <w:smallCaps w:val="0"/>
          <w:strike w:val="0"/>
          <w:color w:val="000000"/>
          <w:u w:val="single"/>
        </w:rPr>
        <w:t>been</w:t>
      </w:r>
      <w:r>
        <w:rPr>
          <w:b w:val="0"/>
          <w:i w:val="0"/>
          <w:smallCaps w:val="0"/>
          <w:strike w:val="0"/>
          <w:color w:val="000000"/>
          <w:sz w:val="16"/>
          <w:u w:val="none"/>
        </w:rPr>
        <w:t xml:space="preserve"> </w:t>
      </w:r>
      <w:r>
        <w:rPr>
          <w:b w:val="0"/>
          <w:i w:val="0"/>
          <w:smallCaps w:val="0"/>
          <w:strike w:val="0"/>
          <w:color w:val="000000"/>
          <w:u w:val="single"/>
        </w:rPr>
        <w:t>monitoring</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growing</w:t>
      </w:r>
      <w:r>
        <w:rPr>
          <w:b w:val="0"/>
          <w:i w:val="0"/>
          <w:smallCaps w:val="0"/>
          <w:strike w:val="0"/>
          <w:color w:val="000000"/>
          <w:sz w:val="16"/>
          <w:u w:val="none"/>
        </w:rPr>
        <w:t xml:space="preserve"> </w:t>
      </w:r>
      <w:r>
        <w:rPr>
          <w:b w:val="0"/>
          <w:i w:val="0"/>
          <w:smallCaps w:val="0"/>
          <w:strike w:val="0"/>
          <w:color w:val="000000"/>
          <w:u w:val="single"/>
        </w:rPr>
        <w:t>health</w:t>
      </w:r>
      <w:r>
        <w:rPr>
          <w:b w:val="0"/>
          <w:i w:val="0"/>
          <w:smallCaps w:val="0"/>
          <w:strike w:val="0"/>
          <w:color w:val="000000"/>
          <w:sz w:val="16"/>
          <w:u w:val="none"/>
        </w:rPr>
        <w:t xml:space="preserve"> </w:t>
      </w:r>
      <w:r>
        <w:rPr>
          <w:b w:val="0"/>
          <w:i w:val="0"/>
          <w:smallCaps w:val="0"/>
          <w:strike w:val="0"/>
          <w:color w:val="000000"/>
          <w:u w:val="single"/>
        </w:rPr>
        <w:t>crisis</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Venezuela.</w:t>
      </w:r>
      <w:r>
        <w:rPr>
          <w:b w:val="0"/>
          <w:i w:val="0"/>
          <w:smallCaps w:val="0"/>
          <w:strike w:val="0"/>
          <w:color w:val="000000"/>
          <w:sz w:val="16"/>
          <w:u w:val="none"/>
        </w:rPr>
        <w:t xml:space="preserve"> Among those who died were kidney failure patients who could not get the vital dialysis treatment they needed, and gunshot victims on whom surgeons could not operate in the near darkness. Alongside the deaths were stories of pregnant women giving birth in dark hospital wards, doctors treating patients and surgeons performing operations , and babies in failing incubators. “These babies need special care and without electricity for the incubators staff in neonatal units had to find blankets to keep the babies warm,” says Julio Castro, from the school of medicine at the Central University of Venezuela, who has been compiling the data for Doctors for Health, describing some of the stories that hospital staff had told him about the power outages. “When the ventilators failed, by squeezing a rubber lung,” he says. “They were taking it in turns to keep these patients alive.”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problems extended beyond the hospitals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Elderly</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high-rise</w:t>
      </w:r>
      <w:r>
        <w:rPr>
          <w:b w:val="0"/>
          <w:i w:val="0"/>
          <w:smallCaps w:val="0"/>
          <w:strike w:val="0"/>
          <w:color w:val="000000"/>
          <w:sz w:val="16"/>
          <w:u w:val="none"/>
        </w:rPr>
        <w:t xml:space="preserve"> </w:t>
      </w:r>
      <w:r>
        <w:rPr>
          <w:b w:val="0"/>
          <w:i w:val="0"/>
          <w:smallCaps w:val="0"/>
          <w:strike w:val="0"/>
          <w:color w:val="000000"/>
          <w:u w:val="single"/>
        </w:rPr>
        <w:t>flats</w:t>
      </w:r>
      <w:r>
        <w:rPr>
          <w:b w:val="0"/>
          <w:i w:val="0"/>
          <w:smallCaps w:val="0"/>
          <w:strike w:val="0"/>
          <w:color w:val="000000"/>
          <w:sz w:val="16"/>
          <w:u w:val="none"/>
        </w:rPr>
        <w:t xml:space="preserve"> </w:t>
      </w:r>
      <w:r>
        <w:rPr>
          <w:b w:val="0"/>
          <w:i w:val="0"/>
          <w:smallCaps w:val="0"/>
          <w:strike w:val="0"/>
          <w:color w:val="000000"/>
          <w:u w:val="single"/>
        </w:rPr>
        <w:t>had</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carried</w:t>
      </w:r>
      <w:r>
        <w:rPr>
          <w:b w:val="0"/>
          <w:i w:val="0"/>
          <w:smallCaps w:val="0"/>
          <w:strike w:val="0"/>
          <w:color w:val="000000"/>
          <w:sz w:val="16"/>
          <w:u w:val="none"/>
        </w:rPr>
        <w:t xml:space="preserve"> </w:t>
      </w:r>
      <w:r>
        <w:rPr>
          <w:b w:val="0"/>
          <w:i w:val="0"/>
          <w:smallCaps w:val="0"/>
          <w:strike w:val="0"/>
          <w:color w:val="000000"/>
          <w:u w:val="single"/>
        </w:rPr>
        <w:t>down</w:t>
      </w:r>
      <w:r>
        <w:rPr>
          <w:b w:val="0"/>
          <w:i w:val="0"/>
          <w:smallCaps w:val="0"/>
          <w:strike w:val="0"/>
          <w:color w:val="000000"/>
          <w:sz w:val="16"/>
          <w:u w:val="none"/>
        </w:rPr>
        <w:t xml:space="preserve"> </w:t>
      </w:r>
      <w:r>
        <w:rPr>
          <w:b w:val="0"/>
          <w:i w:val="0"/>
          <w:smallCaps w:val="0"/>
          <w:strike w:val="0"/>
          <w:color w:val="000000"/>
          <w:u w:val="single"/>
        </w:rPr>
        <w:t>stairs.</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cooked</w:t>
      </w:r>
      <w:r>
        <w:rPr>
          <w:b w:val="0"/>
          <w:i w:val="0"/>
          <w:smallCaps w:val="0"/>
          <w:strike w:val="0"/>
          <w:color w:val="000000"/>
          <w:sz w:val="16"/>
          <w:u w:val="none"/>
        </w:rPr>
        <w:t xml:space="preserve"> </w:t>
      </w:r>
      <w:r>
        <w:rPr>
          <w:b w:val="0"/>
          <w:i w:val="0"/>
          <w:smallCaps w:val="0"/>
          <w:strike w:val="0"/>
          <w:color w:val="000000"/>
          <w:u w:val="single"/>
        </w:rPr>
        <w:t>food</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val="0"/>
          <w:i w:val="0"/>
          <w:smallCaps w:val="0"/>
          <w:strike w:val="0"/>
          <w:color w:val="000000"/>
          <w:u w:val="single"/>
        </w:rPr>
        <w:t>fire</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ate</w:t>
      </w:r>
      <w:r>
        <w:rPr>
          <w:b w:val="0"/>
          <w:i w:val="0"/>
          <w:smallCaps w:val="0"/>
          <w:strike w:val="0"/>
          <w:color w:val="000000"/>
          <w:sz w:val="16"/>
          <w:u w:val="none"/>
        </w:rPr>
        <w:t xml:space="preserve"> </w:t>
      </w:r>
      <w:r>
        <w:rPr>
          <w:b w:val="0"/>
          <w:i w:val="0"/>
          <w:smallCaps w:val="0"/>
          <w:strike w:val="0"/>
          <w:color w:val="000000"/>
          <w:u w:val="single"/>
        </w:rPr>
        <w:t>by</w:t>
      </w:r>
      <w:r>
        <w:rPr>
          <w:b w:val="0"/>
          <w:i w:val="0"/>
          <w:smallCaps w:val="0"/>
          <w:strike w:val="0"/>
          <w:color w:val="000000"/>
          <w:sz w:val="16"/>
          <w:u w:val="none"/>
        </w:rPr>
        <w:t xml:space="preserve"> </w:t>
      </w:r>
      <w:r>
        <w:rPr>
          <w:b w:val="0"/>
          <w:i w:val="0"/>
          <w:smallCaps w:val="0"/>
          <w:strike w:val="0"/>
          <w:color w:val="000000"/>
          <w:u w:val="single"/>
        </w:rPr>
        <w:t>candlelight.</w:t>
      </w:r>
      <w:r>
        <w:rPr>
          <w:b w:val="0"/>
          <w:i w:val="0"/>
          <w:smallCaps w:val="0"/>
          <w:strike w:val="0"/>
          <w:color w:val="000000"/>
          <w:sz w:val="16"/>
          <w:u w:val="none"/>
        </w:rPr>
        <w:t xml:space="preserve"> </w:t>
      </w:r>
      <w:r>
        <w:rPr>
          <w:b w:val="0"/>
          <w:i w:val="0"/>
          <w:smallCaps w:val="0"/>
          <w:strike w:val="0"/>
          <w:color w:val="000000"/>
          <w:u w:val="single"/>
        </w:rPr>
        <w:t>Without</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food spoiled</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warming</w:t>
      </w:r>
      <w:r>
        <w:rPr>
          <w:b w:val="0"/>
          <w:i w:val="0"/>
          <w:smallCaps w:val="0"/>
          <w:strike w:val="0"/>
          <w:color w:val="000000"/>
          <w:sz w:val="16"/>
          <w:u w:val="none"/>
        </w:rPr>
        <w:t xml:space="preserve"> </w:t>
      </w:r>
      <w:r>
        <w:rPr>
          <w:b w:val="0"/>
          <w:i w:val="0"/>
          <w:smallCaps w:val="0"/>
          <w:strike w:val="0"/>
          <w:color w:val="000000"/>
          <w:u w:val="single"/>
        </w:rPr>
        <w:t>refrigerators,</w:t>
      </w:r>
      <w:r>
        <w:rPr>
          <w:b w:val="0"/>
          <w:i w:val="0"/>
          <w:smallCaps w:val="0"/>
          <w:strike w:val="0"/>
          <w:color w:val="000000"/>
          <w:sz w:val="16"/>
          <w:u w:val="none"/>
        </w:rPr>
        <w:t xml:space="preserve"> </w:t>
      </w:r>
      <w:r>
        <w:rPr>
          <w:b w:val="0"/>
          <w:i w:val="0"/>
          <w:smallCaps w:val="0"/>
          <w:strike w:val="0"/>
          <w:color w:val="000000"/>
          <w:u w:val="single"/>
        </w:rPr>
        <w:t>traffic</w:t>
      </w:r>
      <w:r>
        <w:rPr>
          <w:b w:val="0"/>
          <w:i w:val="0"/>
          <w:smallCaps w:val="0"/>
          <w:strike w:val="0"/>
          <w:color w:val="000000"/>
          <w:sz w:val="16"/>
          <w:u w:val="none"/>
        </w:rPr>
        <w:t xml:space="preserve"> </w:t>
      </w:r>
      <w:r>
        <w:rPr>
          <w:b w:val="0"/>
          <w:i w:val="0"/>
          <w:smallCaps w:val="0"/>
          <w:strike w:val="0"/>
          <w:color w:val="000000"/>
          <w:u w:val="single"/>
        </w:rPr>
        <w:t>lights</w:t>
      </w:r>
      <w:r>
        <w:rPr>
          <w:b w:val="0"/>
          <w:i w:val="0"/>
          <w:smallCaps w:val="0"/>
          <w:strike w:val="0"/>
          <w:color w:val="000000"/>
          <w:sz w:val="16"/>
          <w:u w:val="none"/>
        </w:rPr>
        <w:t xml:space="preserve"> </w:t>
      </w:r>
      <w:r>
        <w:rPr>
          <w:b w:val="0"/>
          <w:i w:val="0"/>
          <w:smallCaps w:val="0"/>
          <w:strike w:val="0"/>
          <w:color w:val="000000"/>
          <w:u w:val="single"/>
        </w:rPr>
        <w:t>failed</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transport systems ground to a halt</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pumps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drove</w:t>
      </w:r>
      <w:r>
        <w:rPr>
          <w:b w:val="0"/>
          <w:i w:val="0"/>
          <w:smallCaps w:val="0"/>
          <w:strike w:val="0"/>
          <w:color w:val="000000"/>
          <w:sz w:val="16"/>
          <w:u w:val="none"/>
        </w:rPr>
        <w:t xml:space="preserve"> </w:t>
      </w:r>
      <w:r>
        <w:rPr>
          <w:b w:val="0"/>
          <w:i w:val="0"/>
          <w:smallCaps w:val="0"/>
          <w:strike w:val="0"/>
          <w:color w:val="000000"/>
          <w:u w:val="single"/>
        </w:rPr>
        <w:t>running</w:t>
      </w:r>
      <w:r>
        <w:rPr>
          <w:b w:val="0"/>
          <w:i w:val="0"/>
          <w:smallCaps w:val="0"/>
          <w:strike w:val="0"/>
          <w:color w:val="000000"/>
          <w:sz w:val="16"/>
          <w:u w:val="none"/>
        </w:rPr>
        <w:t xml:space="preserve"> </w:t>
      </w:r>
      <w:r>
        <w:rPr>
          <w:b w:val="0"/>
          <w:i w:val="0"/>
          <w:smallCaps w:val="0"/>
          <w:strike w:val="0"/>
          <w:color w:val="000000"/>
          <w:u w:val="single"/>
        </w:rPr>
        <w:t>water</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people’s</w:t>
      </w:r>
      <w:r>
        <w:rPr>
          <w:b w:val="0"/>
          <w:i w:val="0"/>
          <w:smallCaps w:val="0"/>
          <w:strike w:val="0"/>
          <w:color w:val="000000"/>
          <w:sz w:val="16"/>
          <w:u w:val="none"/>
        </w:rPr>
        <w:t xml:space="preserve"> </w:t>
      </w:r>
      <w:r>
        <w:rPr>
          <w:b w:val="0"/>
          <w:i w:val="0"/>
          <w:smallCaps w:val="0"/>
          <w:strike w:val="0"/>
          <w:color w:val="000000"/>
          <w:u w:val="single"/>
        </w:rPr>
        <w:t>homes</w:t>
      </w:r>
      <w:r>
        <w:rPr>
          <w:b w:val="0"/>
          <w:i w:val="0"/>
          <w:smallCaps w:val="0"/>
          <w:strike w:val="0"/>
          <w:color w:val="000000"/>
          <w:sz w:val="16"/>
          <w:u w:val="none"/>
        </w:rPr>
        <w:t xml:space="preserve"> </w:t>
      </w:r>
      <w:r>
        <w:rPr>
          <w:b w:val="0"/>
          <w:i w:val="0"/>
          <w:smallCaps w:val="0"/>
          <w:strike w:val="0"/>
          <w:color w:val="000000"/>
          <w:u w:val="single"/>
        </w:rPr>
        <w:t>stopped,</w:t>
      </w:r>
      <w:r>
        <w:rPr>
          <w:b w:val="0"/>
          <w:i w:val="0"/>
          <w:smallCaps w:val="0"/>
          <w:strike w:val="0"/>
          <w:color w:val="000000"/>
          <w:sz w:val="16"/>
          <w:u w:val="none"/>
        </w:rPr>
        <w:t xml:space="preserve"> </w:t>
      </w:r>
      <w:r>
        <w:rPr>
          <w:b w:val="0"/>
          <w:i w:val="0"/>
          <w:smallCaps w:val="0"/>
          <w:strike w:val="0"/>
          <w:color w:val="000000"/>
          <w:u w:val="single"/>
        </w:rPr>
        <w:t>sending</w:t>
      </w:r>
      <w:r>
        <w:rPr>
          <w:b w:val="0"/>
          <w:i w:val="0"/>
          <w:smallCaps w:val="0"/>
          <w:strike w:val="0"/>
          <w:color w:val="000000"/>
          <w:sz w:val="16"/>
          <w:u w:val="none"/>
        </w:rPr>
        <w:t xml:space="preserve"> </w:t>
      </w:r>
      <w:r>
        <w:rPr>
          <w:b w:val="0"/>
          <w:i w:val="0"/>
          <w:smallCaps w:val="0"/>
          <w:strike w:val="0"/>
          <w:color w:val="000000"/>
          <w:u w:val="single"/>
        </w:rPr>
        <w:t>residents</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desperate</w:t>
      </w:r>
      <w:r>
        <w:rPr>
          <w:b w:val="0"/>
          <w:i w:val="0"/>
          <w:smallCaps w:val="0"/>
          <w:strike w:val="0"/>
          <w:color w:val="000000"/>
          <w:sz w:val="16"/>
          <w:u w:val="none"/>
        </w:rPr>
        <w:t xml:space="preserve"> </w:t>
      </w:r>
      <w:r>
        <w:rPr>
          <w:b w:val="0"/>
          <w:i w:val="0"/>
          <w:smallCaps w:val="0"/>
          <w:strike w:val="0"/>
          <w:color w:val="000000"/>
          <w:u w:val="single"/>
        </w:rPr>
        <w:t>search</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Throughout the year, Venezuela . Some are short and localised, lasting just a few minutes, others take hours for the power to come back, but some go on for days. As they have continued, Castro and his colleagues have recorded more deaths as a result. “If you have even four hours without electricity in a hospital, it is far from normal,” says Castro. “The situation with the water is even worse. There are some hospitals that are having to ask patients to bring in their own water with them because they simply cannot get enough supply.” The situation he describes seems almost apocalyptic in a country that until a few years ago was one of the richest in South America and . Although the Venezuelan government , others have pointed to years of as the cause.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such</w:t>
      </w:r>
      <w:r>
        <w:rPr>
          <w:b w:val="0"/>
          <w:i w:val="0"/>
          <w:smallCaps w:val="0"/>
          <w:strike w:val="0"/>
          <w:color w:val="000000"/>
          <w:sz w:val="16"/>
          <w:u w:val="none"/>
        </w:rPr>
        <w:t xml:space="preserve"> </w:t>
      </w:r>
      <w:r>
        <w:rPr>
          <w:b w:val="0"/>
          <w:i w:val="0"/>
          <w:smallCaps w:val="0"/>
          <w:strike w:val="0"/>
          <w:color w:val="000000"/>
          <w:u w:val="single"/>
        </w:rPr>
        <w:t>widespread</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long</w:t>
      </w:r>
      <w:r>
        <w:rPr>
          <w:b w:val="0"/>
          <w:i w:val="0"/>
          <w:smallCaps w:val="0"/>
          <w:strike w:val="0"/>
          <w:color w:val="000000"/>
          <w:sz w:val="16"/>
          <w:u w:val="none"/>
        </w:rPr>
        <w:t xml:space="preserve"> </w:t>
      </w:r>
      <w:r>
        <w:rPr>
          <w:b w:val="0"/>
          <w:i w:val="0"/>
          <w:smallCaps w:val="0"/>
          <w:strike w:val="0"/>
          <w:color w:val="000000"/>
          <w:u w:val="single"/>
        </w:rPr>
        <w:t>lasting</w:t>
      </w:r>
      <w:r>
        <w:rPr>
          <w:b w:val="0"/>
          <w:i w:val="0"/>
          <w:smallCaps w:val="0"/>
          <w:strike w:val="0"/>
          <w:color w:val="000000"/>
          <w:sz w:val="16"/>
          <w:u w:val="none"/>
        </w:rPr>
        <w:t xml:space="preserve"> </w:t>
      </w:r>
      <w:r>
        <w:rPr>
          <w:b w:val="0"/>
          <w:i w:val="0"/>
          <w:smallCaps w:val="0"/>
          <w:strike w:val="0"/>
          <w:color w:val="000000"/>
          <w:u w:val="single"/>
        </w:rPr>
        <w:t>power cuts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known</w:t>
      </w:r>
      <w:r>
        <w:rPr>
          <w:b w:val="0"/>
          <w:i w:val="0"/>
          <w:smallCaps w:val="0"/>
          <w:strike w:val="0"/>
          <w:color w:val="000000"/>
          <w:sz w:val="16"/>
          <w:u w:val="none"/>
        </w:rPr>
        <w:t xml:space="preserve"> </w:t>
      </w:r>
      <w:r>
        <w:rPr>
          <w:b w:val="0"/>
          <w:i w:val="0"/>
          <w:smallCaps w:val="0"/>
          <w:strike w:val="0"/>
          <w:color w:val="000000"/>
          <w:u w:val="single"/>
        </w:rPr>
        <w:t>as</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not restricted to countries teetering on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brink</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collapse</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Each</w:t>
      </w:r>
      <w:r>
        <w:rPr>
          <w:b w:val="0"/>
          <w:i w:val="0"/>
          <w:smallCaps w:val="0"/>
          <w:strike w:val="0"/>
          <w:color w:val="000000"/>
          <w:sz w:val="16"/>
          <w:u w:val="none"/>
        </w:rPr>
        <w:t xml:space="preserve"> </w:t>
      </w:r>
      <w:r>
        <w:rPr>
          <w:b w:val="0"/>
          <w:i w:val="0"/>
          <w:smallCaps w:val="0"/>
          <w:strike w:val="0"/>
          <w:color w:val="000000"/>
          <w:u w:val="single"/>
        </w:rPr>
        <w:t>year</w:t>
      </w:r>
      <w:r>
        <w:rPr>
          <w:b w:val="0"/>
          <w:i w:val="0"/>
          <w:smallCaps w:val="0"/>
          <w:strike w:val="0"/>
          <w:color w:val="000000"/>
          <w:sz w:val="16"/>
          <w:u w:val="none"/>
        </w:rPr>
        <w:t xml:space="preserve"> </w:t>
      </w:r>
      <w:r>
        <w:rPr>
          <w:b w:val="0"/>
          <w:i w:val="0"/>
          <w:smallCaps w:val="0"/>
          <w:strike w:val="0"/>
          <w:color w:val="000000"/>
          <w:u w:val="single"/>
        </w:rPr>
        <w:t>millions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US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Canada</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plunged</w:t>
      </w:r>
      <w:r>
        <w:rPr>
          <w:b w:val="0"/>
          <w:i w:val="0"/>
          <w:smallCaps w:val="0"/>
          <w:strike w:val="0"/>
          <w:color w:val="000000"/>
          <w:sz w:val="16"/>
          <w:u w:val="none"/>
        </w:rPr>
        <w:t xml:space="preserve"> </w:t>
      </w:r>
      <w:r>
        <w:rPr>
          <w:b w:val="0"/>
          <w:i w:val="0"/>
          <w:smallCaps w:val="0"/>
          <w:strike w:val="0"/>
          <w:color w:val="000000"/>
          <w:u w:val="single"/>
        </w:rPr>
        <w:t>into</w:t>
      </w:r>
      <w:r>
        <w:rPr>
          <w:b w:val="0"/>
          <w:i w:val="0"/>
          <w:smallCaps w:val="0"/>
          <w:strike w:val="0"/>
          <w:color w:val="000000"/>
          <w:sz w:val="16"/>
          <w:u w:val="none"/>
        </w:rPr>
        <w:t xml:space="preserve"> </w:t>
      </w:r>
      <w:r>
        <w:rPr>
          <w:b w:val="0"/>
          <w:i w:val="0"/>
          <w:smallCaps w:val="0"/>
          <w:strike w:val="0"/>
          <w:color w:val="000000"/>
          <w:u w:val="single"/>
        </w:rPr>
        <w:t>darkness</w:t>
      </w:r>
      <w:r>
        <w:rPr>
          <w:b w:val="0"/>
          <w:i w:val="0"/>
          <w:smallCaps w:val="0"/>
          <w:strike w:val="0"/>
          <w:color w:val="000000"/>
          <w:sz w:val="16"/>
          <w:u w:val="none"/>
        </w:rPr>
        <w:t xml:space="preserve"> </w:t>
      </w:r>
      <w:r>
        <w:rPr>
          <w:b w:val="0"/>
          <w:i w:val="0"/>
          <w:smallCaps w:val="0"/>
          <w:strike w:val="0"/>
          <w:color w:val="000000"/>
          <w:u w:val="single"/>
        </w:rPr>
        <w:t>by</w:t>
      </w:r>
      <w:r>
        <w:rPr>
          <w:b w:val="0"/>
          <w:i w:val="0"/>
          <w:smallCaps w:val="0"/>
          <w:strike w:val="0"/>
          <w:color w:val="000000"/>
          <w:sz w:val="16"/>
          <w:u w:val="none"/>
        </w:rPr>
        <w:t xml:space="preserve"> . In June 2019, almost all of Argentina, Uruguay and Paraguay were hit by a power outage that left nearly 40 million people without electricity. In August, almost , trapping commuters on busy trains, when lightning strikes caused a gas-fired power plant and an offshore wind farm to shut down simultaneously. </w:t>
      </w:r>
      <w:r>
        <w:rPr>
          <w:b w:val="0"/>
          <w:i w:val="0"/>
          <w:smallCaps w:val="0"/>
          <w:strike w:val="0"/>
          <w:color w:val="000000"/>
          <w:u w:val="single"/>
        </w:rPr>
        <w:t>These</w:t>
      </w:r>
      <w:r>
        <w:rPr>
          <w:b w:val="0"/>
          <w:i w:val="0"/>
          <w:smallCaps w:val="0"/>
          <w:strike w:val="0"/>
          <w:color w:val="000000"/>
          <w:sz w:val="16"/>
          <w:u w:val="none"/>
        </w:rPr>
        <w:t xml:space="preserve"> </w:t>
      </w:r>
      <w:r>
        <w:rPr>
          <w:b w:val="0"/>
          <w:i w:val="0"/>
          <w:smallCaps w:val="0"/>
          <w:strike w:val="0"/>
          <w:color w:val="000000"/>
          <w:u w:val="single"/>
        </w:rPr>
        <w:t>events,</w:t>
      </w:r>
      <w:r>
        <w:rPr>
          <w:b w:val="0"/>
          <w:i w:val="0"/>
          <w:smallCaps w:val="0"/>
          <w:strike w:val="0"/>
          <w:color w:val="000000"/>
          <w:sz w:val="16"/>
          <w:u w:val="none"/>
        </w:rPr>
        <w:t xml:space="preserve"> </w:t>
      </w:r>
      <w:r>
        <w:rPr>
          <w:b w:val="0"/>
          <w:i w:val="0"/>
          <w:smallCaps w:val="0"/>
          <w:strike w:val="0"/>
          <w:color w:val="000000"/>
          <w:u w:val="single"/>
        </w:rPr>
        <w:t>however,</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minor</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comparison</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kind</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outages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experts</w:t>
      </w:r>
      <w:r>
        <w:rPr>
          <w:b w:val="0"/>
          <w:i w:val="0"/>
          <w:smallCaps w:val="0"/>
          <w:strike w:val="0"/>
          <w:color w:val="000000"/>
          <w:sz w:val="16"/>
          <w:u w:val="none"/>
        </w:rPr>
        <w:t xml:space="preserve"> </w:t>
      </w:r>
      <w:r>
        <w:rPr>
          <w:b w:val="0"/>
          <w:i w:val="0"/>
          <w:smallCaps w:val="0"/>
          <w:strike w:val="0"/>
          <w:color w:val="000000"/>
          <w:u w:val="single"/>
        </w:rPr>
        <w:t>fear</w:t>
      </w:r>
      <w:r>
        <w:rPr>
          <w:b w:val="0"/>
          <w:i w:val="0"/>
          <w:smallCaps w:val="0"/>
          <w:strike w:val="0"/>
          <w:color w:val="000000"/>
          <w:sz w:val="16"/>
          <w:u w:val="none"/>
        </w:rPr>
        <w:t xml:space="preserve"> </w:t>
      </w:r>
      <w:r>
        <w:rPr>
          <w:b w:val="0"/>
          <w:i w:val="0"/>
          <w:smallCaps w:val="0"/>
          <w:strike w:val="0"/>
          <w:color w:val="000000"/>
          <w:u w:val="single"/>
        </w:rPr>
        <w:t>could</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store</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future.</w:t>
      </w:r>
      <w:r>
        <w:rPr>
          <w:b w:val="0"/>
          <w:i w:val="0"/>
          <w:smallCaps w:val="0"/>
          <w:strike w:val="0"/>
          <w:color w:val="000000"/>
          <w:sz w:val="16"/>
          <w:u w:val="none"/>
        </w:rPr>
        <w:t xml:space="preserve"> </w:t>
      </w:r>
      <w:r>
        <w:rPr>
          <w:b w:val="0"/>
          <w:i w:val="0"/>
          <w:smallCaps w:val="0"/>
          <w:strike w:val="0"/>
          <w:color w:val="000000"/>
          <w:u w:val="single"/>
        </w:rPr>
        <w:t>Growing</w:t>
      </w:r>
      <w:r>
        <w:rPr>
          <w:b w:val="0"/>
          <w:i w:val="0"/>
          <w:smallCaps w:val="0"/>
          <w:strike w:val="0"/>
          <w:color w:val="000000"/>
          <w:sz w:val="16"/>
          <w:u w:val="none"/>
        </w:rPr>
        <w:t xml:space="preserve"> </w:t>
      </w:r>
      <w:r>
        <w:rPr>
          <w:b w:val="0"/>
          <w:i w:val="0"/>
          <w:smallCaps w:val="0"/>
          <w:strike w:val="0"/>
          <w:color w:val="000000"/>
          <w:u w:val="single"/>
        </w:rPr>
        <w:t>demand</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supplies</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rising</w:t>
      </w:r>
      <w:r>
        <w:rPr>
          <w:b w:val="0"/>
          <w:i w:val="0"/>
          <w:smallCaps w:val="0"/>
          <w:strike w:val="0"/>
          <w:color w:val="000000"/>
          <w:sz w:val="16"/>
          <w:u w:val="none"/>
        </w:rPr>
        <w:t xml:space="preserve"> </w:t>
      </w:r>
      <w:r>
        <w:rPr>
          <w:b w:val="0"/>
          <w:i w:val="0"/>
          <w:smallCaps w:val="0"/>
          <w:strike w:val="0"/>
          <w:color w:val="000000"/>
          <w:u w:val="single"/>
        </w:rPr>
        <w:t>populations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new</w:t>
      </w:r>
      <w:r>
        <w:rPr>
          <w:b w:val="0"/>
          <w:i w:val="0"/>
          <w:smallCaps w:val="0"/>
          <w:strike w:val="0"/>
          <w:color w:val="000000"/>
          <w:sz w:val="16"/>
          <w:u w:val="none"/>
        </w:rPr>
        <w:t xml:space="preserve"> </w:t>
      </w:r>
      <w:r>
        <w:rPr>
          <w:b w:val="0"/>
          <w:i w:val="0"/>
          <w:smallCaps w:val="0"/>
          <w:strike w:val="0"/>
          <w:color w:val="000000"/>
          <w:u w:val="single"/>
        </w:rPr>
        <w:t>technologies</w:t>
      </w:r>
      <w:r>
        <w:rPr>
          <w:b w:val="0"/>
          <w:i w:val="0"/>
          <w:smallCaps w:val="0"/>
          <w:strike w:val="0"/>
          <w:color w:val="000000"/>
          <w:sz w:val="16"/>
          <w:u w:val="none"/>
        </w:rPr>
        <w:t xml:space="preserve"> </w:t>
      </w:r>
      <w:r>
        <w:rPr>
          <w:b w:val="0"/>
          <w:i w:val="0"/>
          <w:smallCaps w:val="0"/>
          <w:strike w:val="0"/>
          <w:color w:val="000000"/>
          <w:u w:val="single"/>
        </w:rPr>
        <w:t>like</w:t>
      </w:r>
      <w:r>
        <w:rPr>
          <w:b w:val="0"/>
          <w:i w:val="0"/>
          <w:smallCaps w:val="0"/>
          <w:strike w:val="0"/>
          <w:color w:val="000000"/>
          <w:sz w:val="16"/>
          <w:u w:val="none"/>
        </w:rPr>
        <w:t xml:space="preserve"> </w:t>
      </w:r>
      <w:r>
        <w:rPr>
          <w:b w:val="0"/>
          <w:i w:val="0"/>
          <w:smallCaps w:val="0"/>
          <w:strike w:val="0"/>
          <w:color w:val="000000"/>
          <w:u w:val="single"/>
        </w:rPr>
        <w:t>electric</w:t>
      </w:r>
      <w:r>
        <w:rPr>
          <w:b w:val="0"/>
          <w:i w:val="0"/>
          <w:smallCaps w:val="0"/>
          <w:strike w:val="0"/>
          <w:color w:val="000000"/>
          <w:sz w:val="16"/>
          <w:u w:val="none"/>
        </w:rPr>
        <w:t xml:space="preserve"> </w:t>
      </w:r>
      <w:r>
        <w:rPr>
          <w:b w:val="0"/>
          <w:i w:val="0"/>
          <w:smallCaps w:val="0"/>
          <w:strike w:val="0"/>
          <w:color w:val="000000"/>
          <w:u w:val="single"/>
        </w:rPr>
        <w:t>cars</w:t>
      </w:r>
      <w:r>
        <w:rPr>
          <w:b w:val="0"/>
          <w:i w:val="0"/>
          <w:smallCaps w:val="0"/>
          <w:strike w:val="0"/>
          <w:color w:val="000000"/>
          <w:sz w:val="16"/>
          <w:u w:val="none"/>
        </w:rPr>
        <w:t xml:space="preserve"> </w:t>
      </w:r>
      <w:r>
        <w:rPr>
          <w:b w:val="0"/>
          <w:i w:val="0"/>
          <w:smallCaps w:val="0"/>
          <w:strike w:val="0"/>
          <w:color w:val="000000"/>
          <w:u w:val="single"/>
        </w:rPr>
        <w:t>will</w:t>
      </w:r>
      <w:r>
        <w:rPr>
          <w:b w:val="0"/>
          <w:i w:val="0"/>
          <w:smallCaps w:val="0"/>
          <w:strike w:val="0"/>
          <w:color w:val="000000"/>
          <w:sz w:val="16"/>
          <w:u w:val="none"/>
        </w:rPr>
        <w:t xml:space="preserve"> </w:t>
      </w:r>
      <w:r>
        <w:rPr>
          <w:b w:val="0"/>
          <w:i w:val="0"/>
          <w:smallCaps w:val="0"/>
          <w:strike w:val="0"/>
          <w:color w:val="000000"/>
          <w:u w:val="single"/>
        </w:rPr>
        <w:t>face</w:t>
      </w:r>
      <w:r>
        <w:rPr>
          <w:b w:val="0"/>
          <w:i w:val="0"/>
          <w:smallCaps w:val="0"/>
          <w:strike w:val="0"/>
          <w:color w:val="000000"/>
          <w:sz w:val="16"/>
          <w:u w:val="none"/>
        </w:rPr>
        <w:t xml:space="preserve"> </w:t>
      </w:r>
      <w:r>
        <w:rPr>
          <w:b w:val="0"/>
          <w:i w:val="0"/>
          <w:smallCaps w:val="0"/>
          <w:strike w:val="0"/>
          <w:color w:val="000000"/>
          <w:u w:val="single"/>
        </w:rPr>
        <w:t>like</w:t>
      </w:r>
      <w:r>
        <w:rPr>
          <w:b w:val="0"/>
          <w:i w:val="0"/>
          <w:smallCaps w:val="0"/>
          <w:strike w:val="0"/>
          <w:color w:val="000000"/>
          <w:sz w:val="16"/>
          <w:u w:val="none"/>
        </w:rPr>
        <w:t xml:space="preserve"> </w:t>
      </w:r>
      <w:r>
        <w:rPr>
          <w:b w:val="0"/>
          <w:i w:val="0"/>
          <w:smallCaps w:val="0"/>
          <w:strike w:val="0"/>
          <w:color w:val="000000"/>
          <w:u w:val="single"/>
        </w:rPr>
        <w:t>wind</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solar</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Extreme</w:t>
      </w:r>
      <w:r>
        <w:rPr>
          <w:b w:val="0"/>
          <w:i w:val="0"/>
          <w:smallCaps w:val="0"/>
          <w:strike w:val="0"/>
          <w:color w:val="000000"/>
          <w:sz w:val="16"/>
          <w:u w:val="none"/>
        </w:rPr>
        <w:t xml:space="preserve"> </w:t>
      </w:r>
      <w:r>
        <w:rPr>
          <w:b w:val="0"/>
          <w:i w:val="0"/>
          <w:smallCaps w:val="0"/>
          <w:strike w:val="0"/>
          <w:color w:val="000000"/>
          <w:u w:val="single"/>
        </w:rPr>
        <w:t>weather</w:t>
      </w:r>
      <w:r>
        <w:rPr>
          <w:b w:val="0"/>
          <w:i w:val="0"/>
          <w:smallCaps w:val="0"/>
          <w:strike w:val="0"/>
          <w:color w:val="000000"/>
          <w:sz w:val="16"/>
          <w:u w:val="none"/>
        </w:rPr>
        <w:t xml:space="preserve"> </w:t>
      </w:r>
      <w:r>
        <w:rPr>
          <w:b w:val="0"/>
          <w:i w:val="0"/>
          <w:smallCaps w:val="0"/>
          <w:strike w:val="0"/>
          <w:color w:val="000000"/>
          <w:u w:val="single"/>
        </w:rPr>
        <w:t>events</w:t>
      </w:r>
      <w:r>
        <w:rPr>
          <w:b w:val="0"/>
          <w:i w:val="0"/>
          <w:smallCaps w:val="0"/>
          <w:strike w:val="0"/>
          <w:color w:val="000000"/>
          <w:sz w:val="16"/>
          <w:u w:val="none"/>
        </w:rPr>
        <w:t xml:space="preserve"> </w:t>
      </w:r>
      <w:r>
        <w:rPr>
          <w:b w:val="0"/>
          <w:i w:val="0"/>
          <w:smallCaps w:val="0"/>
          <w:strike w:val="0"/>
          <w:color w:val="000000"/>
          <w:u w:val="single"/>
        </w:rPr>
        <w:t>driven</w:t>
      </w:r>
      <w:r>
        <w:rPr>
          <w:b w:val="0"/>
          <w:i w:val="0"/>
          <w:smallCaps w:val="0"/>
          <w:strike w:val="0"/>
          <w:color w:val="000000"/>
          <w:sz w:val="16"/>
          <w:u w:val="none"/>
        </w:rPr>
        <w:t xml:space="preserve"> </w:t>
      </w:r>
      <w:r>
        <w:rPr>
          <w:b w:val="0"/>
          <w:i w:val="0"/>
          <w:smallCaps w:val="0"/>
          <w:strike w:val="0"/>
          <w:color w:val="000000"/>
          <w:u w:val="single"/>
        </w:rPr>
        <w:t>by</w:t>
      </w:r>
      <w:r>
        <w:rPr>
          <w:b w:val="0"/>
          <w:i w:val="0"/>
          <w:smallCaps w:val="0"/>
          <w:strike w:val="0"/>
          <w:color w:val="000000"/>
          <w:sz w:val="16"/>
          <w:u w:val="none"/>
        </w:rPr>
        <w:t xml:space="preserve"> </w:t>
      </w:r>
      <w:r>
        <w:rPr>
          <w:b w:val="0"/>
          <w:i w:val="0"/>
          <w:smallCaps w:val="0"/>
          <w:strike w:val="0"/>
          <w:color w:val="000000"/>
          <w:u w:val="single"/>
        </w:rPr>
        <w:t>climate</w:t>
      </w:r>
      <w:r>
        <w:rPr>
          <w:b w:val="0"/>
          <w:i w:val="0"/>
          <w:smallCaps w:val="0"/>
          <w:strike w:val="0"/>
          <w:color w:val="000000"/>
          <w:sz w:val="16"/>
          <w:u w:val="none"/>
        </w:rPr>
        <w:t xml:space="preserve"> </w:t>
      </w:r>
      <w:r>
        <w:rPr>
          <w:b w:val="0"/>
          <w:i w:val="0"/>
          <w:smallCaps w:val="0"/>
          <w:strike w:val="0"/>
          <w:color w:val="000000"/>
          <w:u w:val="single"/>
        </w:rPr>
        <w:t>change</w:t>
      </w:r>
      <w:r>
        <w:rPr>
          <w:b w:val="0"/>
          <w:i w:val="0"/>
          <w:smallCaps w:val="0"/>
          <w:strike w:val="0"/>
          <w:color w:val="000000"/>
          <w:sz w:val="16"/>
          <w:u w:val="none"/>
        </w:rPr>
        <w:t xml:space="preserve"> </w:t>
      </w:r>
      <w:r>
        <w:rPr>
          <w:b w:val="0"/>
          <w:i w:val="0"/>
          <w:smallCaps w:val="0"/>
          <w:strike w:val="0"/>
          <w:color w:val="000000"/>
          <w:u w:val="single"/>
        </w:rPr>
        <w:t>will</w:t>
      </w:r>
      <w:r>
        <w:rPr>
          <w:b w:val="0"/>
          <w:i w:val="0"/>
          <w:smallCaps w:val="0"/>
          <w:strike w:val="0"/>
          <w:color w:val="000000"/>
          <w:sz w:val="16"/>
          <w:u w:val="none"/>
        </w:rPr>
        <w:t xml:space="preserve"> </w:t>
      </w:r>
      <w:r>
        <w:rPr>
          <w:b w:val="0"/>
          <w:i w:val="0"/>
          <w:smallCaps w:val="0"/>
          <w:strike w:val="0"/>
          <w:color w:val="000000"/>
          <w:u w:val="single"/>
        </w:rPr>
        <w:t>only</w:t>
      </w:r>
      <w:r>
        <w:rPr>
          <w:b w:val="0"/>
          <w:i w:val="0"/>
          <w:smallCaps w:val="0"/>
          <w:strike w:val="0"/>
          <w:color w:val="000000"/>
          <w:sz w:val="16"/>
          <w:u w:val="none"/>
        </w:rPr>
        <w:t xml:space="preserve"> </w:t>
      </w:r>
      <w:r>
        <w:rPr>
          <w:b w:val="0"/>
          <w:i w:val="0"/>
          <w:smallCaps w:val="0"/>
          <w:strike w:val="0"/>
          <w:color w:val="000000"/>
          <w:u w:val="single"/>
        </w:rPr>
        <w:t>heighten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risk</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supplies</w:t>
      </w:r>
      <w:r>
        <w:rPr>
          <w:b w:val="0"/>
          <w:i w:val="0"/>
          <w:smallCaps w:val="0"/>
          <w:strike w:val="0"/>
          <w:color w:val="000000"/>
          <w:sz w:val="16"/>
          <w:u w:val="none"/>
        </w:rPr>
        <w:t xml:space="preserve"> </w:t>
      </w:r>
      <w:r>
        <w:rPr>
          <w:b w:val="0"/>
          <w:i w:val="0"/>
          <w:smallCaps w:val="0"/>
          <w:strike w:val="0"/>
          <w:color w:val="000000"/>
          <w:u w:val="single"/>
        </w:rPr>
        <w:t>further.</w:t>
      </w:r>
      <w:r>
        <w:rPr>
          <w:b w:val="0"/>
          <w:i w:val="0"/>
          <w:smallCaps w:val="0"/>
          <w:strike w:val="0"/>
          <w:color w:val="000000"/>
          <w:sz w:val="16"/>
          <w:u w:val="none"/>
        </w:rPr>
        <w:t xml:space="preserve"> </w:t>
      </w:r>
      <w:r>
        <w:rPr>
          <w:b w:val="0"/>
          <w:i w:val="0"/>
          <w:smallCaps w:val="0"/>
          <w:strike w:val="0"/>
          <w:color w:val="000000"/>
          <w:u w:val="single"/>
        </w:rPr>
        <w:t>“So</w:t>
      </w:r>
      <w:r>
        <w:rPr>
          <w:b w:val="0"/>
          <w:i w:val="0"/>
          <w:smallCaps w:val="0"/>
          <w:strike w:val="0"/>
          <w:color w:val="000000"/>
          <w:sz w:val="16"/>
          <w:u w:val="none"/>
        </w:rPr>
        <w:t xml:space="preserve"> </w:t>
      </w:r>
      <w:r>
        <w:rPr>
          <w:b w:val="0"/>
          <w:i w:val="0"/>
          <w:smallCaps w:val="0"/>
          <w:strike w:val="0"/>
          <w:color w:val="000000"/>
          <w:u w:val="single"/>
        </w:rPr>
        <w:t>much</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our lives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almost</w:t>
      </w:r>
      <w:r>
        <w:rPr>
          <w:b w:val="0"/>
          <w:i w:val="0"/>
          <w:smallCaps w:val="0"/>
          <w:strike w:val="0"/>
          <w:color w:val="000000"/>
          <w:sz w:val="16"/>
          <w:u w:val="none"/>
        </w:rPr>
        <w:t xml:space="preserve"> </w:t>
      </w:r>
      <w:r>
        <w:rPr>
          <w:b w:val="0"/>
          <w:i w:val="0"/>
          <w:smallCaps w:val="0"/>
          <w:strike w:val="0"/>
          <w:color w:val="000000"/>
          <w:u w:val="single"/>
        </w:rPr>
        <w:t>everything</w:t>
      </w:r>
      <w:r>
        <w:rPr>
          <w:b w:val="0"/>
          <w:i w:val="0"/>
          <w:smallCaps w:val="0"/>
          <w:strike w:val="0"/>
          <w:color w:val="000000"/>
          <w:sz w:val="16"/>
          <w:u w:val="none"/>
        </w:rPr>
        <w:t xml:space="preserve"> </w:t>
      </w:r>
      <w:r>
        <w:rPr>
          <w:b w:val="0"/>
          <w:i w:val="0"/>
          <w:smallCaps w:val="0"/>
          <w:strike w:val="0"/>
          <w:color w:val="000000"/>
          <w:u w:val="single"/>
        </w:rPr>
        <w:t>we</w:t>
      </w:r>
      <w:r>
        <w:rPr>
          <w:b w:val="0"/>
          <w:i w:val="0"/>
          <w:smallCaps w:val="0"/>
          <w:strike w:val="0"/>
          <w:color w:val="000000"/>
          <w:sz w:val="16"/>
          <w:u w:val="none"/>
        </w:rPr>
        <w:t xml:space="preserve"> </w:t>
      </w:r>
      <w:r>
        <w:rPr>
          <w:b w:val="0"/>
          <w:i w:val="0"/>
          <w:smallCaps w:val="0"/>
          <w:strike w:val="0"/>
          <w:color w:val="000000"/>
          <w:u w:val="single"/>
        </w:rPr>
        <w:t>do</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now</w:t>
      </w:r>
      <w:r>
        <w:rPr>
          <w:b w:val="0"/>
          <w:i w:val="0"/>
          <w:smallCaps w:val="0"/>
          <w:strike w:val="0"/>
          <w:color w:val="000000"/>
          <w:sz w:val="16"/>
          <w:u w:val="none"/>
        </w:rPr>
        <w:t xml:space="preserve"> </w:t>
      </w:r>
      <w:r>
        <w:rPr>
          <w:b w:val="0"/>
          <w:i w:val="0"/>
          <w:smallCaps w:val="0"/>
          <w:strike w:val="0"/>
          <w:color w:val="000000"/>
          <w:u w:val="single"/>
        </w:rPr>
        <w:t>dependent on energy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particularly</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supplies,”</w:t>
      </w:r>
      <w:r>
        <w:rPr>
          <w:b w:val="0"/>
          <w:i w:val="0"/>
          <w:smallCaps w:val="0"/>
          <w:strike w:val="0"/>
          <w:color w:val="000000"/>
          <w:sz w:val="16"/>
          <w:u w:val="none"/>
        </w:rPr>
        <w:t xml:space="preserve"> </w:t>
      </w:r>
      <w:r>
        <w:rPr>
          <w:b w:val="0"/>
          <w:i w:val="0"/>
          <w:smallCaps w:val="0"/>
          <w:strike w:val="0"/>
          <w:color w:val="000000"/>
          <w:u w:val="single"/>
        </w:rPr>
        <w:t>says</w:t>
      </w:r>
      <w:r>
        <w:rPr>
          <w:b w:val="0"/>
          <w:i w:val="0"/>
          <w:smallCaps w:val="0"/>
          <w:strike w:val="0"/>
          <w:color w:val="000000"/>
          <w:sz w:val="16"/>
          <w:u w:val="none"/>
        </w:rPr>
        <w:t xml:space="preserve"> </w:t>
      </w:r>
      <w:r>
        <w:rPr>
          <w:b w:val="0"/>
          <w:i w:val="0"/>
          <w:smallCaps w:val="0"/>
          <w:strike w:val="0"/>
          <w:color w:val="000000"/>
          <w:u w:val="single"/>
        </w:rPr>
        <w:t>Juliet</w:t>
      </w:r>
      <w:r>
        <w:rPr>
          <w:b w:val="0"/>
          <w:i w:val="0"/>
          <w:smallCaps w:val="0"/>
          <w:strike w:val="0"/>
          <w:color w:val="000000"/>
          <w:sz w:val="16"/>
          <w:u w:val="none"/>
        </w:rPr>
        <w:t xml:space="preserve"> </w:t>
      </w:r>
      <w:r>
        <w:rPr>
          <w:b w:val="0"/>
          <w:i w:val="0"/>
          <w:smallCaps w:val="0"/>
          <w:strike w:val="0"/>
          <w:color w:val="000000"/>
          <w:u w:val="single"/>
        </w:rPr>
        <w:t>Mian,</w:t>
      </w:r>
      <w:r>
        <w:rPr>
          <w:b w:val="0"/>
          <w:i w:val="0"/>
          <w:smallCaps w:val="0"/>
          <w:strike w:val="0"/>
          <w:color w:val="000000"/>
          <w:sz w:val="16"/>
          <w:u w:val="none"/>
        </w:rPr>
        <w:t xml:space="preserve"> </w:t>
      </w:r>
      <w:r>
        <w:rPr>
          <w:b w:val="0"/>
          <w:i w:val="0"/>
          <w:smallCaps w:val="0"/>
          <w:strike w:val="0"/>
          <w:color w:val="000000"/>
          <w:u w:val="single"/>
        </w:rPr>
        <w:t>technical</w:t>
      </w:r>
      <w:r>
        <w:rPr>
          <w:b w:val="0"/>
          <w:i w:val="0"/>
          <w:smallCaps w:val="0"/>
          <w:strike w:val="0"/>
          <w:color w:val="000000"/>
          <w:sz w:val="16"/>
          <w:u w:val="none"/>
        </w:rPr>
        <w:t xml:space="preserve"> </w:t>
      </w:r>
      <w:r>
        <w:rPr>
          <w:b w:val="0"/>
          <w:i w:val="0"/>
          <w:smallCaps w:val="0"/>
          <w:strike w:val="0"/>
          <w:color w:val="000000"/>
          <w:u w:val="single"/>
        </w:rPr>
        <w:t>director</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w:t>
      </w:r>
      <w:r>
        <w:rPr>
          <w:b w:val="0"/>
          <w:i w:val="0"/>
          <w:smallCaps w:val="0"/>
          <w:strike w:val="0"/>
          <w:color w:val="000000"/>
          <w:sz w:val="16"/>
          <w:u w:val="none"/>
        </w:rPr>
        <w:t xml:space="preserve"> </w:t>
      </w:r>
      <w:r>
        <w:rPr>
          <w:b w:val="0"/>
          <w:i w:val="0"/>
          <w:smallCaps w:val="0"/>
          <w:strike w:val="0"/>
          <w:color w:val="000000"/>
          <w:u w:val="single"/>
        </w:rPr>
        <w:t>initiative</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help</w:t>
      </w:r>
      <w:r>
        <w:rPr>
          <w:b w:val="0"/>
          <w:i w:val="0"/>
          <w:smallCaps w:val="0"/>
          <w:strike w:val="0"/>
          <w:color w:val="000000"/>
          <w:sz w:val="16"/>
          <w:u w:val="none"/>
        </w:rPr>
        <w:t xml:space="preserve"> </w:t>
      </w:r>
      <w:r>
        <w:rPr>
          <w:b w:val="0"/>
          <w:i w:val="0"/>
          <w:smallCaps w:val="0"/>
          <w:strike w:val="0"/>
          <w:color w:val="000000"/>
          <w:u w:val="single"/>
        </w:rPr>
        <w:t>organisations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individuals</w:t>
      </w:r>
      <w:r>
        <w:rPr>
          <w:b w:val="0"/>
          <w:i w:val="0"/>
          <w:smallCaps w:val="0"/>
          <w:strike w:val="0"/>
          <w:color w:val="000000"/>
          <w:sz w:val="16"/>
          <w:u w:val="none"/>
        </w:rPr>
        <w:t xml:space="preserve"> </w:t>
      </w:r>
      <w:r>
        <w:rPr>
          <w:b w:val="0"/>
          <w:i w:val="0"/>
          <w:smallCaps w:val="0"/>
          <w:strike w:val="0"/>
          <w:color w:val="000000"/>
          <w:u w:val="single"/>
        </w:rPr>
        <w:t>prepare</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failures</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critical</w:t>
      </w:r>
      <w:r>
        <w:rPr>
          <w:b w:val="0"/>
          <w:i w:val="0"/>
          <w:smallCaps w:val="0"/>
          <w:strike w:val="0"/>
          <w:color w:val="000000"/>
          <w:sz w:val="16"/>
          <w:u w:val="none"/>
        </w:rPr>
        <w:t xml:space="preserve"> </w:t>
      </w:r>
      <w:r>
        <w:rPr>
          <w:b w:val="0"/>
          <w:i w:val="0"/>
          <w:smallCaps w:val="0"/>
          <w:strike w:val="0"/>
          <w:color w:val="000000"/>
          <w:u w:val="single"/>
        </w:rPr>
        <w:t>infrastructure.</w:t>
      </w:r>
      <w:r>
        <w:rPr>
          <w:b w:val="0"/>
          <w:i w:val="0"/>
          <w:smallCaps w:val="0"/>
          <w:strike w:val="0"/>
          <w:color w:val="000000"/>
          <w:sz w:val="16"/>
          <w:u w:val="none"/>
        </w:rPr>
        <w:t xml:space="preserve"> “We used to use the phrase ‘when the lights go out’, but the lights not working are the least of our worries now.” She is right. While the term “black sky” events illustrates perhaps the most visible impact of widespread power failures, it fails to convey the scale of the impact these can have.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modern</w:t>
      </w:r>
      <w:r>
        <w:rPr>
          <w:b w:val="0"/>
          <w:i w:val="0"/>
          <w:smallCaps w:val="0"/>
          <w:strike w:val="0"/>
          <w:color w:val="000000"/>
          <w:sz w:val="16"/>
          <w:u w:val="none"/>
        </w:rPr>
        <w:t xml:space="preserve"> </w:t>
      </w:r>
      <w:r>
        <w:rPr>
          <w:b w:val="0"/>
          <w:i w:val="0"/>
          <w:smallCaps w:val="0"/>
          <w:strike w:val="0"/>
          <w:color w:val="000000"/>
          <w:u w:val="single"/>
        </w:rPr>
        <w:t>world,</w:t>
      </w:r>
      <w:r>
        <w:rPr>
          <w:b w:val="0"/>
          <w:i w:val="0"/>
          <w:smallCaps w:val="0"/>
          <w:strike w:val="0"/>
          <w:color w:val="000000"/>
          <w:sz w:val="16"/>
          <w:u w:val="none"/>
        </w:rPr>
        <w:t xml:space="preserve"> </w:t>
      </w:r>
      <w:r>
        <w:rPr>
          <w:b w:val="0"/>
          <w:i w:val="0"/>
          <w:smallCaps w:val="0"/>
          <w:strike w:val="0"/>
          <w:color w:val="000000"/>
          <w:u w:val="single"/>
        </w:rPr>
        <w:t>almost</w:t>
      </w:r>
      <w:r>
        <w:rPr>
          <w:b w:val="0"/>
          <w:i w:val="0"/>
          <w:smallCaps w:val="0"/>
          <w:strike w:val="0"/>
          <w:color w:val="000000"/>
          <w:sz w:val="16"/>
          <w:u w:val="none"/>
        </w:rPr>
        <w:t xml:space="preserve"> </w:t>
      </w:r>
      <w:r>
        <w:rPr>
          <w:b w:val="0"/>
          <w:i w:val="0"/>
          <w:smallCaps w:val="0"/>
          <w:strike w:val="0"/>
          <w:color w:val="000000"/>
          <w:u w:val="single"/>
        </w:rPr>
        <w:t>everything,</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financial systems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communication</w:t>
      </w:r>
      <w:r>
        <w:rPr>
          <w:b w:val="0"/>
          <w:i w:val="0"/>
          <w:smallCaps w:val="0"/>
          <w:strike w:val="0"/>
          <w:color w:val="000000"/>
          <w:sz w:val="16"/>
          <w:u w:val="none"/>
        </w:rPr>
        <w:t xml:space="preserve"> </w:t>
      </w:r>
      <w:r>
        <w:rPr>
          <w:b w:val="0"/>
          <w:i w:val="0"/>
          <w:smallCaps w:val="0"/>
          <w:strike w:val="0"/>
          <w:color w:val="000000"/>
          <w:u w:val="single"/>
        </w:rPr>
        <w:t>networks,</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utterly</w:t>
      </w:r>
      <w:r>
        <w:rPr>
          <w:b w:val="0"/>
          <w:i w:val="0"/>
          <w:smallCaps w:val="0"/>
          <w:strike w:val="0"/>
          <w:color w:val="000000"/>
          <w:sz w:val="16"/>
          <w:u w:val="none"/>
        </w:rPr>
        <w:t xml:space="preserve"> </w:t>
      </w:r>
      <w:r>
        <w:rPr>
          <w:b w:val="0"/>
          <w:i w:val="0"/>
          <w:smallCaps w:val="0"/>
          <w:strike w:val="0"/>
          <w:color w:val="000000"/>
          <w:u w:val="single"/>
        </w:rPr>
        <w:t>reliant upon electricity. Other c</w:t>
      </w:r>
      <w:r>
        <w:rPr>
          <w:b w:val="0"/>
          <w:i w:val="0"/>
          <w:smallCaps w:val="0"/>
          <w:strike w:val="0"/>
          <w:color w:val="000000"/>
          <w:u w:val="single"/>
        </w:rPr>
        <w:t>ritical</w:t>
      </w:r>
      <w:r>
        <w:rPr>
          <w:b w:val="0"/>
          <w:i w:val="0"/>
          <w:smallCaps w:val="0"/>
          <w:strike w:val="0"/>
          <w:color w:val="000000"/>
          <w:sz w:val="16"/>
          <w:u w:val="none"/>
        </w:rPr>
        <w:t xml:space="preserve"> </w:t>
      </w:r>
      <w:r>
        <w:rPr>
          <w:b w:val="0"/>
          <w:i w:val="0"/>
          <w:smallCaps w:val="0"/>
          <w:strike w:val="0"/>
          <w:color w:val="000000"/>
          <w:u w:val="single"/>
        </w:rPr>
        <w:t>i</w:t>
      </w:r>
      <w:r>
        <w:rPr>
          <w:b w:val="0"/>
          <w:i w:val="0"/>
          <w:smallCaps w:val="0"/>
          <w:strike w:val="0"/>
          <w:color w:val="000000"/>
          <w:u w:val="single"/>
        </w:rPr>
        <w:t>nfrastructure</w:t>
      </w:r>
      <w:r>
        <w:rPr>
          <w:b w:val="0"/>
          <w:i w:val="0"/>
          <w:smallCaps w:val="0"/>
          <w:strike w:val="0"/>
          <w:color w:val="000000"/>
          <w:sz w:val="16"/>
          <w:u w:val="none"/>
        </w:rPr>
        <w:t xml:space="preserve"> </w:t>
      </w:r>
      <w:r>
        <w:rPr>
          <w:b w:val="0"/>
          <w:i w:val="0"/>
          <w:smallCaps w:val="0"/>
          <w:strike w:val="0"/>
          <w:color w:val="000000"/>
          <w:u w:val="single"/>
        </w:rPr>
        <w:t>like water supplies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sewer</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rely</w:t>
      </w:r>
      <w:r>
        <w:rPr>
          <w:b w:val="0"/>
          <w:i w:val="0"/>
          <w:smallCaps w:val="0"/>
          <w:strike w:val="0"/>
          <w:color w:val="000000"/>
          <w:sz w:val="16"/>
          <w:u w:val="none"/>
        </w:rPr>
        <w:t xml:space="preserve"> </w:t>
      </w:r>
      <w:r>
        <w:rPr>
          <w:b w:val="0"/>
          <w:i w:val="0"/>
          <w:smallCaps w:val="0"/>
          <w:strike w:val="0"/>
          <w:color w:val="000000"/>
          <w:u w:val="single"/>
        </w:rPr>
        <w:t>upon</w:t>
      </w:r>
      <w:r>
        <w:rPr>
          <w:b w:val="0"/>
          <w:i w:val="0"/>
          <w:smallCaps w:val="0"/>
          <w:strike w:val="0"/>
          <w:color w:val="000000"/>
          <w:sz w:val="16"/>
          <w:u w:val="none"/>
        </w:rPr>
        <w:t xml:space="preserve"> </w:t>
      </w:r>
      <w:r>
        <w:rPr>
          <w:b w:val="0"/>
          <w:i w:val="0"/>
          <w:smallCaps w:val="0"/>
          <w:strike w:val="0"/>
          <w:color w:val="000000"/>
          <w:u w:val="single"/>
        </w:rPr>
        <w:t>electric</w:t>
      </w:r>
      <w:r>
        <w:rPr>
          <w:b w:val="0"/>
          <w:i w:val="0"/>
          <w:smallCaps w:val="0"/>
          <w:strike w:val="0"/>
          <w:color w:val="000000"/>
          <w:sz w:val="16"/>
          <w:u w:val="none"/>
        </w:rPr>
        <w:t xml:space="preserve"> </w:t>
      </w:r>
      <w:r>
        <w:rPr>
          <w:b w:val="0"/>
          <w:i w:val="0"/>
          <w:smallCaps w:val="0"/>
          <w:strike w:val="0"/>
          <w:color w:val="000000"/>
          <w:u w:val="single"/>
        </w:rPr>
        <w:t>powered</w:t>
      </w:r>
      <w:r>
        <w:rPr>
          <w:b w:val="0"/>
          <w:i w:val="0"/>
          <w:smallCaps w:val="0"/>
          <w:strike w:val="0"/>
          <w:color w:val="000000"/>
          <w:sz w:val="16"/>
          <w:u w:val="none"/>
        </w:rPr>
        <w:t xml:space="preserve"> </w:t>
      </w:r>
      <w:r>
        <w:rPr>
          <w:b w:val="0"/>
          <w:i w:val="0"/>
          <w:smallCaps w:val="0"/>
          <w:strike w:val="0"/>
          <w:color w:val="000000"/>
          <w:u w:val="single"/>
        </w:rPr>
        <w:t>pumps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keep</w:t>
      </w:r>
      <w:r>
        <w:rPr>
          <w:b w:val="0"/>
          <w:i w:val="0"/>
          <w:smallCaps w:val="0"/>
          <w:strike w:val="0"/>
          <w:color w:val="000000"/>
          <w:sz w:val="16"/>
          <w:u w:val="none"/>
        </w:rPr>
        <w:t xml:space="preserve"> </w:t>
      </w:r>
      <w:r>
        <w:rPr>
          <w:b w:val="0"/>
          <w:i w:val="0"/>
          <w:smallCaps w:val="0"/>
          <w:strike w:val="0"/>
          <w:color w:val="000000"/>
          <w:u w:val="single"/>
        </w:rPr>
        <w:t>them</w:t>
      </w:r>
      <w:r>
        <w:rPr>
          <w:b w:val="0"/>
          <w:i w:val="0"/>
          <w:smallCaps w:val="0"/>
          <w:strike w:val="0"/>
          <w:color w:val="000000"/>
          <w:sz w:val="16"/>
          <w:u w:val="none"/>
        </w:rPr>
        <w:t xml:space="preserve"> </w:t>
      </w:r>
      <w:r>
        <w:rPr>
          <w:b w:val="0"/>
          <w:i w:val="0"/>
          <w:smallCaps w:val="0"/>
          <w:strike w:val="0"/>
          <w:color w:val="000000"/>
          <w:u w:val="single"/>
        </w:rPr>
        <w:t>running.</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val="0"/>
          <w:i w:val="0"/>
          <w:smallCaps w:val="0"/>
          <w:strike w:val="0"/>
          <w:color w:val="000000"/>
          <w:u w:val="single"/>
        </w:rPr>
        <w:t>no</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fuel</w:t>
      </w:r>
      <w:r>
        <w:rPr>
          <w:b w:val="0"/>
          <w:i w:val="0"/>
          <w:smallCaps w:val="0"/>
          <w:strike w:val="0"/>
          <w:color w:val="000000"/>
          <w:sz w:val="16"/>
          <w:u w:val="none"/>
        </w:rPr>
        <w:t xml:space="preserve"> </w:t>
      </w:r>
      <w:r>
        <w:rPr>
          <w:b w:val="0"/>
          <w:i w:val="0"/>
          <w:smallCaps w:val="0"/>
          <w:strike w:val="0"/>
          <w:color w:val="000000"/>
          <w:u w:val="single"/>
        </w:rPr>
        <w:t>pumps</w:t>
      </w:r>
      <w:r>
        <w:rPr>
          <w:b w:val="0"/>
          <w:i w:val="0"/>
          <w:smallCaps w:val="0"/>
          <w:strike w:val="0"/>
          <w:color w:val="000000"/>
          <w:sz w:val="16"/>
          <w:u w:val="none"/>
        </w:rPr>
        <w:t xml:space="preserve"> </w:t>
      </w:r>
      <w:r>
        <w:rPr>
          <w:b w:val="0"/>
          <w:i w:val="0"/>
          <w:smallCaps w:val="0"/>
          <w:strike w:val="0"/>
          <w:color w:val="000000"/>
          <w:u w:val="single"/>
        </w:rPr>
        <w:t>at</w:t>
      </w:r>
      <w:r>
        <w:rPr>
          <w:b w:val="0"/>
          <w:i w:val="0"/>
          <w:smallCaps w:val="0"/>
          <w:strike w:val="0"/>
          <w:color w:val="000000"/>
          <w:sz w:val="16"/>
          <w:u w:val="none"/>
        </w:rPr>
        <w:t xml:space="preserve"> </w:t>
      </w:r>
      <w:r>
        <w:rPr>
          <w:b w:val="0"/>
          <w:i w:val="0"/>
          <w:smallCaps w:val="0"/>
          <w:strike w:val="0"/>
          <w:color w:val="000000"/>
          <w:u w:val="single"/>
        </w:rPr>
        <w:t>petrol</w:t>
      </w:r>
      <w:r>
        <w:rPr>
          <w:b w:val="0"/>
          <w:i w:val="0"/>
          <w:smallCaps w:val="0"/>
          <w:strike w:val="0"/>
          <w:color w:val="000000"/>
          <w:sz w:val="16"/>
          <w:u w:val="none"/>
        </w:rPr>
        <w:t xml:space="preserve"> </w:t>
      </w:r>
      <w:r>
        <w:rPr>
          <w:b w:val="0"/>
          <w:i w:val="0"/>
          <w:smallCaps w:val="0"/>
          <w:strike w:val="0"/>
          <w:color w:val="000000"/>
          <w:u w:val="single"/>
        </w:rPr>
        <w:t>stations</w:t>
      </w:r>
      <w:r>
        <w:rPr>
          <w:b w:val="0"/>
          <w:i w:val="0"/>
          <w:smallCaps w:val="0"/>
          <w:strike w:val="0"/>
          <w:color w:val="000000"/>
          <w:sz w:val="16"/>
          <w:u w:val="none"/>
        </w:rPr>
        <w:t xml:space="preserve"> </w:t>
      </w:r>
      <w:r>
        <w:rPr>
          <w:b w:val="0"/>
          <w:i w:val="0"/>
          <w:smallCaps w:val="0"/>
          <w:strike w:val="0"/>
          <w:color w:val="000000"/>
          <w:u w:val="single"/>
        </w:rPr>
        <w:t>stop</w:t>
      </w:r>
      <w:r>
        <w:rPr>
          <w:b w:val="0"/>
          <w:i w:val="0"/>
          <w:smallCaps w:val="0"/>
          <w:strike w:val="0"/>
          <w:color w:val="000000"/>
          <w:sz w:val="16"/>
          <w:u w:val="none"/>
        </w:rPr>
        <w:t xml:space="preserve"> </w:t>
      </w:r>
      <w:r>
        <w:rPr>
          <w:b w:val="0"/>
          <w:i w:val="0"/>
          <w:smallCaps w:val="0"/>
          <w:strike w:val="0"/>
          <w:color w:val="000000"/>
          <w:u w:val="single"/>
        </w:rPr>
        <w:t>working,</w:t>
      </w:r>
      <w:r>
        <w:rPr>
          <w:b w:val="0"/>
          <w:i w:val="0"/>
          <w:smallCaps w:val="0"/>
          <w:strike w:val="0"/>
          <w:color w:val="000000"/>
          <w:sz w:val="16"/>
          <w:u w:val="none"/>
        </w:rPr>
        <w:t xml:space="preserve"> </w:t>
      </w:r>
      <w:r>
        <w:rPr>
          <w:b w:val="0"/>
          <w:i w:val="0"/>
          <w:smallCaps w:val="0"/>
          <w:strike w:val="0"/>
          <w:color w:val="000000"/>
          <w:u w:val="single"/>
        </w:rPr>
        <w:t>road</w:t>
      </w:r>
      <w:r>
        <w:rPr>
          <w:b w:val="0"/>
          <w:i w:val="0"/>
          <w:smallCaps w:val="0"/>
          <w:strike w:val="0"/>
          <w:color w:val="000000"/>
          <w:sz w:val="16"/>
          <w:u w:val="none"/>
        </w:rPr>
        <w:t xml:space="preserve"> </w:t>
      </w:r>
      <w:r>
        <w:rPr>
          <w:b w:val="0"/>
          <w:i w:val="0"/>
          <w:smallCaps w:val="0"/>
          <w:strike w:val="0"/>
          <w:color w:val="000000"/>
          <w:u w:val="single"/>
        </w:rPr>
        <w:t>signs,</w:t>
      </w:r>
      <w:r>
        <w:rPr>
          <w:b w:val="0"/>
          <w:i w:val="0"/>
          <w:smallCaps w:val="0"/>
          <w:strike w:val="0"/>
          <w:color w:val="000000"/>
          <w:sz w:val="16"/>
          <w:u w:val="none"/>
        </w:rPr>
        <w:t xml:space="preserve"> </w:t>
      </w:r>
      <w:r>
        <w:rPr>
          <w:b w:val="0"/>
          <w:i w:val="0"/>
          <w:smallCaps w:val="0"/>
          <w:strike w:val="0"/>
          <w:color w:val="000000"/>
          <w:u w:val="single"/>
        </w:rPr>
        <w:t>traffic</w:t>
      </w:r>
      <w:r>
        <w:rPr>
          <w:b w:val="0"/>
          <w:i w:val="0"/>
          <w:smallCaps w:val="0"/>
          <w:strike w:val="0"/>
          <w:color w:val="000000"/>
          <w:sz w:val="16"/>
          <w:u w:val="none"/>
        </w:rPr>
        <w:t xml:space="preserve"> </w:t>
      </w:r>
      <w:r>
        <w:rPr>
          <w:b w:val="0"/>
          <w:i w:val="0"/>
          <w:smallCaps w:val="0"/>
          <w:strike w:val="0"/>
          <w:color w:val="000000"/>
          <w:u w:val="single"/>
        </w:rPr>
        <w:t>lights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train</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go</w:t>
      </w:r>
      <w:r>
        <w:rPr>
          <w:b w:val="0"/>
          <w:i w:val="0"/>
          <w:smallCaps w:val="0"/>
          <w:strike w:val="0"/>
          <w:color w:val="000000"/>
          <w:sz w:val="16"/>
          <w:u w:val="none"/>
        </w:rPr>
        <w:t xml:space="preserve"> </w:t>
      </w:r>
      <w:r>
        <w:rPr>
          <w:b w:val="0"/>
          <w:i w:val="0"/>
          <w:smallCaps w:val="0"/>
          <w:strike w:val="0"/>
          <w:color w:val="000000"/>
          <w:u w:val="single"/>
        </w:rPr>
        <w:t>dead.</w:t>
      </w:r>
      <w:r>
        <w:rPr>
          <w:b w:val="0"/>
          <w:i w:val="0"/>
          <w:smallCaps w:val="0"/>
          <w:strike w:val="0"/>
          <w:color w:val="000000"/>
          <w:sz w:val="16"/>
          <w:u w:val="none"/>
        </w:rPr>
        <w:t xml:space="preserve"> </w:t>
      </w:r>
      <w:r>
        <w:rPr>
          <w:b w:val="0"/>
          <w:i w:val="0"/>
          <w:smallCaps w:val="0"/>
          <w:strike w:val="0"/>
          <w:color w:val="000000"/>
          <w:u w:val="single"/>
        </w:rPr>
        <w:t>Transport</w:t>
      </w:r>
      <w:r>
        <w:rPr>
          <w:b w:val="0"/>
          <w:i w:val="0"/>
          <w:smallCaps w:val="0"/>
          <w:strike w:val="0"/>
          <w:color w:val="000000"/>
          <w:sz w:val="16"/>
          <w:u w:val="none"/>
        </w:rPr>
        <w:t xml:space="preserve"> </w:t>
      </w:r>
      <w:r>
        <w:rPr>
          <w:b w:val="0"/>
          <w:i w:val="0"/>
          <w:smallCaps w:val="0"/>
          <w:strike w:val="0"/>
          <w:color w:val="000000"/>
          <w:u w:val="single"/>
        </w:rPr>
        <w:t>networks</w:t>
      </w:r>
      <w:r>
        <w:rPr>
          <w:b w:val="0"/>
          <w:i w:val="0"/>
          <w:smallCaps w:val="0"/>
          <w:strike w:val="0"/>
          <w:color w:val="000000"/>
          <w:sz w:val="16"/>
          <w:u w:val="none"/>
        </w:rPr>
        <w:t xml:space="preserve"> </w:t>
      </w:r>
      <w:r>
        <w:rPr>
          <w:b w:val="0"/>
          <w:i w:val="0"/>
          <w:smallCaps w:val="0"/>
          <w:strike w:val="0"/>
          <w:color w:val="000000"/>
          <w:u w:val="single"/>
        </w:rPr>
        <w:t>grind</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halt.</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complex</w:t>
      </w:r>
      <w:r>
        <w:rPr>
          <w:b w:val="0"/>
          <w:i w:val="0"/>
          <w:smallCaps w:val="0"/>
          <w:strike w:val="0"/>
          <w:color w:val="000000"/>
          <w:sz w:val="16"/>
          <w:u w:val="none"/>
        </w:rPr>
        <w:t xml:space="preserve"> </w:t>
      </w:r>
      <w:r>
        <w:rPr>
          <w:b w:val="0"/>
          <w:i w:val="0"/>
          <w:smallCaps w:val="0"/>
          <w:strike w:val="0"/>
          <w:color w:val="000000"/>
          <w:u w:val="single"/>
        </w:rPr>
        <w:t>food</w:t>
      </w:r>
      <w:r>
        <w:rPr>
          <w:b w:val="0"/>
          <w:i w:val="0"/>
          <w:smallCaps w:val="0"/>
          <w:strike w:val="0"/>
          <w:color w:val="000000"/>
          <w:sz w:val="16"/>
          <w:u w:val="none"/>
        </w:rPr>
        <w:t xml:space="preserve"> </w:t>
      </w:r>
      <w:r>
        <w:rPr>
          <w:b w:val="0"/>
          <w:i w:val="0"/>
          <w:smallCaps w:val="0"/>
          <w:strike w:val="0"/>
          <w:color w:val="000000"/>
          <w:u w:val="single"/>
        </w:rPr>
        <w:t>supply</w:t>
      </w:r>
      <w:r>
        <w:rPr>
          <w:b w:val="0"/>
          <w:i w:val="0"/>
          <w:smallCaps w:val="0"/>
          <w:strike w:val="0"/>
          <w:color w:val="000000"/>
          <w:sz w:val="16"/>
          <w:u w:val="none"/>
        </w:rPr>
        <w:t xml:space="preserve"> </w:t>
      </w:r>
      <w:r>
        <w:rPr>
          <w:b w:val="0"/>
          <w:i w:val="0"/>
          <w:smallCaps w:val="0"/>
          <w:strike w:val="0"/>
          <w:color w:val="000000"/>
          <w:u w:val="single"/>
        </w:rPr>
        <w:t>chains</w:t>
      </w:r>
      <w:r>
        <w:rPr>
          <w:b w:val="0"/>
          <w:i w:val="0"/>
          <w:smallCaps w:val="0"/>
          <w:strike w:val="0"/>
          <w:color w:val="000000"/>
          <w:sz w:val="16"/>
          <w:u w:val="none"/>
        </w:rPr>
        <w:t xml:space="preserve"> </w:t>
      </w:r>
      <w:r>
        <w:rPr>
          <w:b w:val="0"/>
          <w:i w:val="0"/>
          <w:smallCaps w:val="0"/>
          <w:strike w:val="0"/>
          <w:color w:val="000000"/>
          <w:u w:val="single"/>
        </w:rPr>
        <w:t>quickly</w:t>
      </w:r>
      <w:r>
        <w:rPr>
          <w:b w:val="0"/>
          <w:i w:val="0"/>
          <w:smallCaps w:val="0"/>
          <w:strike w:val="0"/>
          <w:color w:val="000000"/>
          <w:sz w:val="16"/>
          <w:u w:val="none"/>
        </w:rPr>
        <w:t xml:space="preserve"> </w:t>
      </w:r>
      <w:r>
        <w:rPr>
          <w:b w:val="0"/>
          <w:i w:val="0"/>
          <w:smallCaps w:val="0"/>
          <w:strike w:val="0"/>
          <w:color w:val="000000"/>
          <w:u w:val="single"/>
        </w:rPr>
        <w:t>fall</w:t>
      </w:r>
      <w:r>
        <w:rPr>
          <w:b w:val="0"/>
          <w:i w:val="0"/>
          <w:smallCaps w:val="0"/>
          <w:strike w:val="0"/>
          <w:color w:val="000000"/>
          <w:sz w:val="16"/>
          <w:u w:val="none"/>
        </w:rPr>
        <w:t xml:space="preserve"> </w:t>
      </w:r>
      <w:r>
        <w:rPr>
          <w:b w:val="0"/>
          <w:i w:val="0"/>
          <w:smallCaps w:val="0"/>
          <w:strike w:val="0"/>
          <w:color w:val="000000"/>
          <w:u w:val="single"/>
        </w:rPr>
        <w:t>apart</w:t>
      </w:r>
      <w:r>
        <w:rPr>
          <w:b w:val="0"/>
          <w:i w:val="0"/>
          <w:smallCaps w:val="0"/>
          <w:strike w:val="0"/>
          <w:color w:val="000000"/>
          <w:sz w:val="16"/>
          <w:u w:val="none"/>
        </w:rPr>
        <w:t xml:space="preserve"> </w:t>
      </w:r>
      <w:r>
        <w:rPr>
          <w:b w:val="0"/>
          <w:i w:val="0"/>
          <w:smallCaps w:val="0"/>
          <w:strike w:val="0"/>
          <w:color w:val="000000"/>
          <w:u w:val="single"/>
        </w:rPr>
        <w:t>without</w:t>
      </w:r>
      <w:r>
        <w:rPr>
          <w:b w:val="0"/>
          <w:i w:val="0"/>
          <w:smallCaps w:val="0"/>
          <w:strike w:val="0"/>
          <w:color w:val="000000"/>
          <w:sz w:val="16"/>
          <w:u w:val="none"/>
        </w:rPr>
        <w:t xml:space="preserve"> </w:t>
      </w:r>
      <w:r>
        <w:rPr>
          <w:b w:val="0"/>
          <w:i w:val="0"/>
          <w:smallCaps w:val="0"/>
          <w:strike w:val="0"/>
          <w:color w:val="000000"/>
          <w:u w:val="single"/>
        </w:rPr>
        <w:t>computers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coordinate</w:t>
      </w:r>
      <w:r>
        <w:rPr>
          <w:b w:val="0"/>
          <w:i w:val="0"/>
          <w:smallCaps w:val="0"/>
          <w:strike w:val="0"/>
          <w:color w:val="000000"/>
          <w:sz w:val="16"/>
          <w:u w:val="none"/>
        </w:rPr>
        <w:t xml:space="preserve"> </w:t>
      </w:r>
      <w:r>
        <w:rPr>
          <w:b w:val="0"/>
          <w:i w:val="0"/>
          <w:smallCaps w:val="0"/>
          <w:strike w:val="0"/>
          <w:color w:val="000000"/>
          <w:u w:val="single"/>
        </w:rPr>
        <w:t>where</w:t>
      </w:r>
      <w:r>
        <w:rPr>
          <w:b w:val="0"/>
          <w:i w:val="0"/>
          <w:smallCaps w:val="0"/>
          <w:strike w:val="0"/>
          <w:color w:val="000000"/>
          <w:sz w:val="16"/>
          <w:u w:val="none"/>
        </w:rPr>
        <w:t xml:space="preserve"> </w:t>
      </w:r>
      <w:r>
        <w:rPr>
          <w:b w:val="0"/>
          <w:i w:val="0"/>
          <w:smallCaps w:val="0"/>
          <w:strike w:val="0"/>
          <w:color w:val="000000"/>
          <w:u w:val="single"/>
        </w:rPr>
        <w:t>produce</w:t>
      </w:r>
      <w:r>
        <w:rPr>
          <w:b w:val="0"/>
          <w:i w:val="0"/>
          <w:smallCaps w:val="0"/>
          <w:strike w:val="0"/>
          <w:color w:val="000000"/>
          <w:sz w:val="16"/>
          <w:u w:val="none"/>
        </w:rPr>
        <w:t xml:space="preserve"> </w:t>
      </w:r>
      <w:r>
        <w:rPr>
          <w:b w:val="0"/>
          <w:i w:val="0"/>
          <w:smallCaps w:val="0"/>
          <w:strike w:val="0"/>
          <w:color w:val="000000"/>
          <w:u w:val="single"/>
        </w:rPr>
        <w:t>needs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or</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fuel</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transport</w:t>
      </w:r>
      <w:r>
        <w:rPr>
          <w:b w:val="0"/>
          <w:i w:val="0"/>
          <w:smallCaps w:val="0"/>
          <w:strike w:val="0"/>
          <w:color w:val="000000"/>
          <w:sz w:val="16"/>
          <w:u w:val="none"/>
        </w:rPr>
        <w:t xml:space="preserve"> </w:t>
      </w:r>
      <w:r>
        <w:rPr>
          <w:b w:val="0"/>
          <w:i w:val="0"/>
          <w:smallCaps w:val="0"/>
          <w:strike w:val="0"/>
          <w:color w:val="000000"/>
          <w:u w:val="single"/>
        </w:rPr>
        <w:t>it</w:t>
      </w:r>
      <w:r>
        <w:rPr>
          <w:b w:val="0"/>
          <w:i w:val="0"/>
          <w:smallCaps w:val="0"/>
          <w:strike w:val="0"/>
          <w:color w:val="000000"/>
          <w:sz w:val="16"/>
          <w:u w:val="none"/>
        </w:rPr>
        <w:t xml:space="preserve"> </w:t>
      </w:r>
      <w:r>
        <w:rPr>
          <w:b w:val="0"/>
          <w:i w:val="0"/>
          <w:smallCaps w:val="0"/>
          <w:strike w:val="0"/>
          <w:color w:val="000000"/>
          <w:u w:val="single"/>
        </w:rPr>
        <w:t>or</w:t>
      </w:r>
      <w:r>
        <w:rPr>
          <w:b w:val="0"/>
          <w:i w:val="0"/>
          <w:smallCaps w:val="0"/>
          <w:strike w:val="0"/>
          <w:color w:val="000000"/>
          <w:sz w:val="16"/>
          <w:u w:val="none"/>
        </w:rPr>
        <w:t xml:space="preserve"> </w:t>
      </w:r>
      <w:r>
        <w:rPr>
          <w:b w:val="0"/>
          <w:i w:val="0"/>
          <w:smallCaps w:val="0"/>
          <w:strike w:val="0"/>
          <w:color w:val="000000"/>
          <w:u w:val="single"/>
        </w:rPr>
        <w:t>refrigeration</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preserve</w:t>
      </w:r>
      <w:r>
        <w:rPr>
          <w:b w:val="0"/>
          <w:i w:val="0"/>
          <w:smallCaps w:val="0"/>
          <w:strike w:val="0"/>
          <w:color w:val="000000"/>
          <w:sz w:val="16"/>
          <w:u w:val="none"/>
        </w:rPr>
        <w:t xml:space="preserve"> </w:t>
      </w:r>
      <w:r>
        <w:rPr>
          <w:b w:val="0"/>
          <w:i w:val="0"/>
          <w:smallCaps w:val="0"/>
          <w:strike w:val="0"/>
          <w:color w:val="000000"/>
          <w:u w:val="single"/>
        </w:rPr>
        <w:t>it.</w:t>
      </w:r>
      <w:r>
        <w:rPr>
          <w:b w:val="0"/>
          <w:i w:val="0"/>
          <w:smallCaps w:val="0"/>
          <w:strike w:val="0"/>
          <w:color w:val="000000"/>
          <w:sz w:val="16"/>
          <w:u w:val="none"/>
        </w:rPr>
        <w:t xml:space="preserve"> </w:t>
      </w:r>
      <w:r>
        <w:rPr>
          <w:b w:val="0"/>
          <w:i w:val="0"/>
          <w:smallCaps w:val="0"/>
          <w:strike w:val="0"/>
          <w:color w:val="000000"/>
          <w:u w:val="single"/>
        </w:rPr>
        <w:t>Air</w:t>
      </w:r>
      <w:r>
        <w:rPr>
          <w:b w:val="0"/>
          <w:i w:val="0"/>
          <w:smallCaps w:val="0"/>
          <w:strike w:val="0"/>
          <w:color w:val="000000"/>
          <w:sz w:val="16"/>
          <w:u w:val="none"/>
        </w:rPr>
        <w:t xml:space="preserve"> </w:t>
      </w:r>
      <w:r>
        <w:rPr>
          <w:b w:val="0"/>
          <w:i w:val="0"/>
          <w:smallCaps w:val="0"/>
          <w:strike w:val="0"/>
          <w:color w:val="000000"/>
          <w:u w:val="single"/>
        </w:rPr>
        <w:t>conditioning,</w:t>
      </w:r>
      <w:r>
        <w:rPr>
          <w:b w:val="0"/>
          <w:i w:val="0"/>
          <w:smallCaps w:val="0"/>
          <w:strike w:val="0"/>
          <w:color w:val="000000"/>
          <w:sz w:val="16"/>
          <w:u w:val="none"/>
        </w:rPr>
        <w:t xml:space="preserve"> </w:t>
      </w:r>
      <w:r>
        <w:rPr>
          <w:b w:val="0"/>
          <w:i w:val="0"/>
          <w:smallCaps w:val="0"/>
          <w:strike w:val="0"/>
          <w:color w:val="000000"/>
          <w:u w:val="single"/>
        </w:rPr>
        <w:t>gas</w:t>
      </w:r>
      <w:r>
        <w:rPr>
          <w:b w:val="0"/>
          <w:i w:val="0"/>
          <w:smallCaps w:val="0"/>
          <w:strike w:val="0"/>
          <w:color w:val="000000"/>
          <w:sz w:val="16"/>
          <w:u w:val="none"/>
        </w:rPr>
        <w:t xml:space="preserve"> </w:t>
      </w:r>
      <w:r>
        <w:rPr>
          <w:b w:val="0"/>
          <w:i w:val="0"/>
          <w:smallCaps w:val="0"/>
          <w:strike w:val="0"/>
          <w:color w:val="000000"/>
          <w:u w:val="single"/>
        </w:rPr>
        <w:t>boilers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heating</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also</w:t>
      </w:r>
      <w:r>
        <w:rPr>
          <w:b w:val="0"/>
          <w:i w:val="0"/>
          <w:smallCaps w:val="0"/>
          <w:strike w:val="0"/>
          <w:color w:val="000000"/>
          <w:sz w:val="16"/>
          <w:u w:val="none"/>
        </w:rPr>
        <w:t xml:space="preserve"> </w:t>
      </w:r>
      <w:r>
        <w:rPr>
          <w:b w:val="0"/>
          <w:i w:val="0"/>
          <w:smallCaps w:val="0"/>
          <w:strike w:val="0"/>
          <w:color w:val="000000"/>
          <w:u w:val="single"/>
        </w:rPr>
        <w:t>rely</w:t>
      </w:r>
      <w:r>
        <w:rPr>
          <w:b w:val="0"/>
          <w:i w:val="0"/>
          <w:smallCaps w:val="0"/>
          <w:strike w:val="0"/>
          <w:color w:val="000000"/>
          <w:sz w:val="16"/>
          <w:u w:val="none"/>
        </w:rPr>
        <w:t xml:space="preserve"> </w:t>
      </w:r>
      <w:r>
        <w:rPr>
          <w:b w:val="0"/>
          <w:i w:val="0"/>
          <w:smallCaps w:val="0"/>
          <w:strike w:val="0"/>
          <w:color w:val="000000"/>
          <w:u w:val="single"/>
        </w:rPr>
        <w:t>upon</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work</w:t>
      </w:r>
      <w:r>
        <w:rPr>
          <w:b w:val="0"/>
          <w:i w:val="0"/>
          <w:smallCaps w:val="0"/>
          <w:strike w:val="0"/>
          <w:color w:val="000000"/>
          <w:sz w:val="16"/>
          <w:u w:val="none"/>
        </w:rPr>
        <w:t xml:space="preserve">. A little over 100 years ago, our cities ran on human and animal muscle power to ferry goods and waste around. </w:t>
      </w:r>
      <w:r>
        <w:rPr>
          <w:b w:val="0"/>
          <w:i w:val="0"/>
          <w:smallCaps w:val="0"/>
          <w:strike w:val="0"/>
          <w:color w:val="000000"/>
          <w:u w:val="single"/>
        </w:rPr>
        <w:t>Modern</w:t>
      </w:r>
      <w:r>
        <w:rPr>
          <w:b w:val="0"/>
          <w:i w:val="0"/>
          <w:smallCaps w:val="0"/>
          <w:strike w:val="0"/>
          <w:color w:val="000000"/>
          <w:sz w:val="16"/>
          <w:u w:val="none"/>
        </w:rPr>
        <w:t xml:space="preserve"> </w:t>
      </w:r>
      <w:r>
        <w:rPr>
          <w:b w:val="0"/>
          <w:i w:val="0"/>
          <w:smallCaps w:val="0"/>
          <w:strike w:val="0"/>
          <w:color w:val="000000"/>
          <w:u w:val="single"/>
        </w:rPr>
        <w:t>infrastructure</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now</w:t>
      </w:r>
      <w:r>
        <w:rPr>
          <w:b w:val="0"/>
          <w:i w:val="0"/>
          <w:smallCaps w:val="0"/>
          <w:strike w:val="0"/>
          <w:color w:val="000000"/>
          <w:sz w:val="16"/>
          <w:u w:val="none"/>
        </w:rPr>
        <w:t xml:space="preserve"> </w:t>
      </w:r>
      <w:r>
        <w:rPr>
          <w:b w:val="0"/>
          <w:i w:val="0"/>
          <w:smallCaps w:val="0"/>
          <w:strike w:val="0"/>
          <w:color w:val="000000"/>
          <w:u w:val="single"/>
        </w:rPr>
        <w:t>utterly</w:t>
      </w:r>
      <w:r>
        <w:rPr>
          <w:b w:val="0"/>
          <w:i w:val="0"/>
          <w:smallCaps w:val="0"/>
          <w:strike w:val="0"/>
          <w:color w:val="000000"/>
          <w:sz w:val="16"/>
          <w:u w:val="none"/>
        </w:rPr>
        <w:t xml:space="preserve"> </w:t>
      </w:r>
      <w:r>
        <w:rPr>
          <w:b w:val="0"/>
          <w:i w:val="0"/>
          <w:smallCaps w:val="0"/>
          <w:strike w:val="0"/>
          <w:color w:val="000000"/>
          <w:u w:val="single"/>
        </w:rPr>
        <w:t>reliant</w:t>
      </w:r>
      <w:r>
        <w:rPr>
          <w:b w:val="0"/>
          <w:i w:val="0"/>
          <w:smallCaps w:val="0"/>
          <w:strike w:val="0"/>
          <w:color w:val="000000"/>
          <w:sz w:val="16"/>
          <w:u w:val="none"/>
        </w:rPr>
        <w:t xml:space="preserve"> </w:t>
      </w:r>
      <w:r>
        <w:rPr>
          <w:b w:val="0"/>
          <w:i w:val="0"/>
          <w:smallCaps w:val="0"/>
          <w:strike w:val="0"/>
          <w:color w:val="000000"/>
          <w:u w:val="single"/>
        </w:rPr>
        <w:t>upon</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today’s</w:t>
      </w:r>
      <w:r>
        <w:rPr>
          <w:b w:val="0"/>
          <w:i w:val="0"/>
          <w:smallCaps w:val="0"/>
          <w:strike w:val="0"/>
          <w:color w:val="000000"/>
          <w:sz w:val="16"/>
          <w:u w:val="none"/>
        </w:rPr>
        <w:t xml:space="preserve"> </w:t>
      </w:r>
      <w:r>
        <w:rPr>
          <w:b w:val="0"/>
          <w:i w:val="0"/>
          <w:smallCaps w:val="0"/>
          <w:strike w:val="0"/>
          <w:color w:val="000000"/>
          <w:u w:val="single"/>
        </w:rPr>
        <w:t>world,</w:t>
      </w:r>
      <w:r>
        <w:rPr>
          <w:b w:val="0"/>
          <w:i w:val="0"/>
          <w:smallCaps w:val="0"/>
          <w:strike w:val="0"/>
          <w:color w:val="000000"/>
          <w:sz w:val="16"/>
          <w:u w:val="none"/>
        </w:rPr>
        <w:t xml:space="preserve"> </w:t>
      </w:r>
      <w:r>
        <w:rPr>
          <w:b w:val="0"/>
          <w:i w:val="0"/>
          <w:smallCaps w:val="0"/>
          <w:strike w:val="0"/>
          <w:color w:val="000000"/>
          <w:u w:val="single"/>
        </w:rPr>
        <w:t>our systems are highly interdependent</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it</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very</w:t>
      </w:r>
      <w:r>
        <w:rPr>
          <w:b w:val="0"/>
          <w:i w:val="0"/>
          <w:smallCaps w:val="0"/>
          <w:strike w:val="0"/>
          <w:color w:val="000000"/>
          <w:sz w:val="16"/>
          <w:u w:val="none"/>
        </w:rPr>
        <w:t xml:space="preserve"> </w:t>
      </w:r>
      <w:r>
        <w:rPr>
          <w:b w:val="0"/>
          <w:i w:val="0"/>
          <w:smallCaps w:val="0"/>
          <w:strike w:val="0"/>
          <w:color w:val="000000"/>
          <w:u w:val="single"/>
        </w:rPr>
        <w:t>hard</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find</w:t>
      </w:r>
      <w:r>
        <w:rPr>
          <w:b w:val="0"/>
          <w:i w:val="0"/>
          <w:smallCaps w:val="0"/>
          <w:strike w:val="0"/>
          <w:color w:val="000000"/>
          <w:sz w:val="16"/>
          <w:u w:val="none"/>
        </w:rPr>
        <w:t xml:space="preserve"> </w:t>
      </w:r>
      <w:r>
        <w:rPr>
          <w:b w:val="0"/>
          <w:i w:val="0"/>
          <w:smallCaps w:val="0"/>
          <w:strike w:val="0"/>
          <w:color w:val="000000"/>
          <w:u w:val="single"/>
        </w:rPr>
        <w:t>many</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not</w:t>
      </w:r>
      <w:r>
        <w:rPr>
          <w:b w:val="0"/>
          <w:i w:val="0"/>
          <w:smallCaps w:val="0"/>
          <w:strike w:val="0"/>
          <w:color w:val="000000"/>
          <w:sz w:val="16"/>
          <w:u w:val="none"/>
        </w:rPr>
        <w:t xml:space="preserve"> </w:t>
      </w:r>
      <w:r>
        <w:rPr>
          <w:b w:val="0"/>
          <w:i w:val="0"/>
          <w:smallCaps w:val="0"/>
          <w:strike w:val="0"/>
          <w:color w:val="000000"/>
          <w:u w:val="single"/>
        </w:rPr>
        <w:t>fundamentally</w:t>
      </w:r>
      <w:r>
        <w:rPr>
          <w:b w:val="0"/>
          <w:i w:val="0"/>
          <w:smallCaps w:val="0"/>
          <w:strike w:val="0"/>
          <w:color w:val="000000"/>
          <w:sz w:val="16"/>
          <w:u w:val="none"/>
        </w:rPr>
        <w:t xml:space="preserve"> </w:t>
      </w:r>
      <w:r>
        <w:rPr>
          <w:b w:val="0"/>
          <w:i w:val="0"/>
          <w:smallCaps w:val="0"/>
          <w:strike w:val="0"/>
          <w:color w:val="000000"/>
          <w:u w:val="single"/>
        </w:rPr>
        <w:t>reliant</w:t>
      </w:r>
      <w:r>
        <w:rPr>
          <w:b w:val="0"/>
          <w:i w:val="0"/>
          <w:smallCaps w:val="0"/>
          <w:strike w:val="0"/>
          <w:color w:val="000000"/>
          <w:sz w:val="16"/>
          <w:u w:val="none"/>
        </w:rPr>
        <w:t xml:space="preserve"> </w:t>
      </w:r>
      <w:r>
        <w:rPr>
          <w:b w:val="0"/>
          <w:i w:val="0"/>
          <w:smallCaps w:val="0"/>
          <w:strike w:val="0"/>
          <w:color w:val="000000"/>
          <w:u w:val="single"/>
        </w:rPr>
        <w:t>upon</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says Mian. “A black sky scenario will affect everyone.” The causes of a black sky event are many. They vary from natural disasters like hurricanes or earthquakes to , or coronal mass ejections, that send a barrage of electrically charged particles racing across the Solar System and . One intense geomagnetic disturbance caused . The Electric Infrastructure Security Council, an international body that reviews threats to power grids, also . </w:t>
      </w:r>
      <w:r>
        <w:rPr>
          <w:b w:val="0"/>
          <w:i w:val="0"/>
          <w:smallCaps w:val="0"/>
          <w:strike w:val="0"/>
          <w:color w:val="000000"/>
          <w:u w:val="single"/>
        </w:rPr>
        <w:t>These</w:t>
      </w:r>
      <w:r>
        <w:rPr>
          <w:b w:val="0"/>
          <w:i w:val="0"/>
          <w:smallCaps w:val="0"/>
          <w:strike w:val="0"/>
          <w:color w:val="000000"/>
          <w:sz w:val="16"/>
          <w:u w:val="none"/>
        </w:rPr>
        <w:t xml:space="preserve"> </w:t>
      </w:r>
      <w:r>
        <w:rPr>
          <w:b w:val="0"/>
          <w:i w:val="0"/>
          <w:smallCaps w:val="0"/>
          <w:strike w:val="0"/>
          <w:color w:val="000000"/>
          <w:u w:val="single"/>
        </w:rPr>
        <w:t>include</w:t>
      </w:r>
      <w:r>
        <w:rPr>
          <w:b w:val="0"/>
          <w:i w:val="0"/>
          <w:smallCaps w:val="0"/>
          <w:strike w:val="0"/>
          <w:color w:val="000000"/>
          <w:sz w:val="16"/>
          <w:u w:val="none"/>
        </w:rPr>
        <w:t xml:space="preserve"> </w:t>
      </w:r>
      <w:r>
        <w:rPr>
          <w:b w:val="0"/>
          <w:i w:val="0"/>
          <w:smallCaps w:val="0"/>
          <w:strike w:val="0"/>
          <w:color w:val="000000"/>
          <w:u w:val="single"/>
        </w:rPr>
        <w:t>cyberterrorism attacks</w:t>
      </w:r>
      <w:r>
        <w:rPr>
          <w:b w:val="0"/>
          <w:i w:val="0"/>
          <w:smallCaps w:val="0"/>
          <w:strike w:val="0"/>
          <w:color w:val="000000"/>
          <w:sz w:val="16"/>
          <w:u w:val="none"/>
        </w:rPr>
        <w:t xml:space="preserve"> </w:t>
      </w:r>
      <w:r>
        <w:rPr>
          <w:b w:val="0"/>
          <w:i w:val="0"/>
          <w:smallCaps w:val="0"/>
          <w:strike w:val="0"/>
          <w:color w:val="000000"/>
          <w:u w:val="single"/>
        </w:rPr>
        <w:t>or</w:t>
      </w:r>
      <w:r>
        <w:rPr>
          <w:b w:val="0"/>
          <w:i w:val="0"/>
          <w:smallCaps w:val="0"/>
          <w:strike w:val="0"/>
          <w:color w:val="000000"/>
          <w:sz w:val="16"/>
          <w:u w:val="none"/>
        </w:rPr>
        <w:t xml:space="preserve"> </w:t>
      </w:r>
      <w:r>
        <w:rPr>
          <w:b w:val="0"/>
          <w:i w:val="0"/>
          <w:smallCaps w:val="0"/>
          <w:strike w:val="0"/>
          <w:color w:val="000000"/>
          <w:u w:val="single"/>
        </w:rPr>
        <w:t>coordinated</w:t>
      </w:r>
      <w:r>
        <w:rPr>
          <w:b w:val="0"/>
          <w:i w:val="0"/>
          <w:smallCaps w:val="0"/>
          <w:strike w:val="0"/>
          <w:color w:val="000000"/>
          <w:sz w:val="16"/>
          <w:u w:val="none"/>
        </w:rPr>
        <w:t xml:space="preserve"> </w:t>
      </w:r>
      <w:r>
        <w:rPr>
          <w:b w:val="0"/>
          <w:i w:val="0"/>
          <w:smallCaps w:val="0"/>
          <w:strike w:val="0"/>
          <w:color w:val="000000"/>
          <w:u w:val="single"/>
        </w:rPr>
        <w:t>physical</w:t>
      </w:r>
      <w:r>
        <w:rPr>
          <w:b w:val="0"/>
          <w:i w:val="0"/>
          <w:smallCaps w:val="0"/>
          <w:strike w:val="0"/>
          <w:color w:val="000000"/>
          <w:sz w:val="16"/>
          <w:u w:val="none"/>
        </w:rPr>
        <w:t xml:space="preserve"> </w:t>
      </w:r>
      <w:r>
        <w:rPr>
          <w:b w:val="0"/>
          <w:i w:val="0"/>
          <w:smallCaps w:val="0"/>
          <w:strike w:val="0"/>
          <w:color w:val="000000"/>
          <w:u w:val="single"/>
        </w:rPr>
        <w:t>assaults</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energy</w:t>
      </w:r>
      <w:r>
        <w:rPr>
          <w:b w:val="0"/>
          <w:i w:val="0"/>
          <w:smallCaps w:val="0"/>
          <w:strike w:val="0"/>
          <w:color w:val="000000"/>
          <w:sz w:val="16"/>
          <w:u w:val="none"/>
        </w:rPr>
        <w:t xml:space="preserve"> </w:t>
      </w:r>
      <w:r>
        <w:rPr>
          <w:b w:val="0"/>
          <w:i w:val="0"/>
          <w:smallCaps w:val="0"/>
          <w:strike w:val="0"/>
          <w:color w:val="000000"/>
          <w:u w:val="single"/>
        </w:rPr>
        <w:t>infrastructure</w:t>
      </w:r>
      <w:r>
        <w:rPr>
          <w:b w:val="0"/>
          <w:i w:val="0"/>
          <w:smallCaps w:val="0"/>
          <w:strike w:val="0"/>
          <w:color w:val="000000"/>
          <w:sz w:val="16"/>
          <w:u w:val="none"/>
        </w:rPr>
        <w:t xml:space="preserve"> </w:t>
      </w:r>
      <w:r>
        <w:rPr>
          <w:b w:val="0"/>
          <w:i w:val="0"/>
          <w:smallCaps w:val="0"/>
          <w:strike w:val="0"/>
          <w:color w:val="000000"/>
          <w:u w:val="single"/>
        </w:rPr>
        <w:t>such</w:t>
      </w:r>
      <w:r>
        <w:rPr>
          <w:b w:val="0"/>
          <w:i w:val="0"/>
          <w:smallCaps w:val="0"/>
          <w:strike w:val="0"/>
          <w:color w:val="000000"/>
          <w:sz w:val="16"/>
          <w:u w:val="none"/>
        </w:rPr>
        <w:t xml:space="preserve"> </w:t>
      </w:r>
      <w:r>
        <w:rPr>
          <w:b w:val="0"/>
          <w:i w:val="0"/>
          <w:smallCaps w:val="0"/>
          <w:strike w:val="0"/>
          <w:color w:val="000000"/>
          <w:u w:val="single"/>
        </w:rPr>
        <w:t>as</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stations,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electromagnetic</w:t>
      </w:r>
      <w:r>
        <w:rPr>
          <w:b w:val="0"/>
          <w:i w:val="0"/>
          <w:smallCaps w:val="0"/>
          <w:strike w:val="0"/>
          <w:color w:val="000000"/>
          <w:sz w:val="16"/>
          <w:u w:val="none"/>
        </w:rPr>
        <w:t xml:space="preserve"> </w:t>
      </w:r>
      <w:r>
        <w:rPr>
          <w:b w:val="0"/>
          <w:i w:val="0"/>
          <w:smallCaps w:val="0"/>
          <w:strike w:val="0"/>
          <w:color w:val="000000"/>
          <w:u w:val="single"/>
        </w:rPr>
        <w:t>pulses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can disable</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grids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national</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grids</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tremendous</w:t>
      </w:r>
      <w:r>
        <w:rPr>
          <w:b w:val="0"/>
          <w:i w:val="0"/>
          <w:smallCaps w:val="0"/>
          <w:strike w:val="0"/>
          <w:color w:val="000000"/>
          <w:sz w:val="16"/>
          <w:u w:val="none"/>
        </w:rPr>
        <w:t xml:space="preserve"> </w:t>
      </w:r>
      <w:r>
        <w:rPr>
          <w:b w:val="0"/>
          <w:i w:val="0"/>
          <w:smallCaps w:val="0"/>
          <w:strike w:val="0"/>
          <w:color w:val="000000"/>
          <w:u w:val="single"/>
        </w:rPr>
        <w:t>feats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engineering</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operations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have</w:t>
      </w:r>
      <w:r>
        <w:rPr>
          <w:b w:val="0"/>
          <w:i w:val="0"/>
          <w:smallCaps w:val="0"/>
          <w:strike w:val="0"/>
          <w:color w:val="000000"/>
          <w:sz w:val="16"/>
          <w:u w:val="none"/>
        </w:rPr>
        <w:t xml:space="preserve"> </w:t>
      </w:r>
      <w:r>
        <w:rPr>
          <w:b w:val="0"/>
          <w:i w:val="0"/>
          <w:smallCaps w:val="0"/>
          <w:strike w:val="0"/>
          <w:color w:val="000000"/>
          <w:u w:val="single"/>
        </w:rPr>
        <w:t>supported</w:t>
      </w:r>
      <w:r>
        <w:rPr>
          <w:b w:val="0"/>
          <w:i w:val="0"/>
          <w:smallCaps w:val="0"/>
          <w:strike w:val="0"/>
          <w:color w:val="000000"/>
          <w:sz w:val="16"/>
          <w:u w:val="none"/>
        </w:rPr>
        <w:t xml:space="preserve"> </w:t>
      </w:r>
      <w:r>
        <w:rPr>
          <w:b w:val="0"/>
          <w:i w:val="0"/>
          <w:smallCaps w:val="0"/>
          <w:strike w:val="0"/>
          <w:color w:val="000000"/>
          <w:u w:val="single"/>
        </w:rPr>
        <w:t>rapid</w:t>
      </w:r>
      <w:r>
        <w:rPr>
          <w:b w:val="0"/>
          <w:i w:val="0"/>
          <w:smallCaps w:val="0"/>
          <w:strike w:val="0"/>
          <w:color w:val="000000"/>
          <w:sz w:val="16"/>
          <w:u w:val="none"/>
        </w:rPr>
        <w:t xml:space="preserve"> </w:t>
      </w:r>
      <w:r>
        <w:rPr>
          <w:b w:val="0"/>
          <w:i w:val="0"/>
          <w:smallCaps w:val="0"/>
          <w:strike w:val="0"/>
          <w:color w:val="000000"/>
          <w:u w:val="single"/>
        </w:rPr>
        <w:t>economic</w:t>
      </w:r>
      <w:r>
        <w:rPr>
          <w:b w:val="0"/>
          <w:i w:val="0"/>
          <w:smallCaps w:val="0"/>
          <w:strike w:val="0"/>
          <w:color w:val="000000"/>
          <w:sz w:val="16"/>
          <w:u w:val="none"/>
        </w:rPr>
        <w:t xml:space="preserve"> </w:t>
      </w:r>
      <w:r>
        <w:rPr>
          <w:b w:val="0"/>
          <w:i w:val="0"/>
          <w:smallCaps w:val="0"/>
          <w:strike w:val="0"/>
          <w:color w:val="000000"/>
          <w:u w:val="single"/>
        </w:rPr>
        <w:t>growth</w:t>
      </w:r>
      <w:r>
        <w:rPr>
          <w:b w:val="0"/>
          <w:i w:val="0"/>
          <w:smallCaps w:val="0"/>
          <w:strike w:val="0"/>
          <w:color w:val="000000"/>
          <w:sz w:val="16"/>
          <w:u w:val="none"/>
        </w:rPr>
        <w:t xml:space="preserve"> </w:t>
      </w:r>
      <w:r>
        <w:rPr>
          <w:b w:val="0"/>
          <w:i w:val="0"/>
          <w:smallCaps w:val="0"/>
          <w:strike w:val="0"/>
          <w:color w:val="000000"/>
          <w:u w:val="single"/>
        </w:rPr>
        <w:t>around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world</w:t>
      </w:r>
      <w:r>
        <w:rPr>
          <w:b w:val="0"/>
          <w:i w:val="0"/>
          <w:smallCaps w:val="0"/>
          <w:strike w:val="0"/>
          <w:color w:val="000000"/>
          <w:sz w:val="16"/>
          <w:u w:val="none"/>
        </w:rPr>
        <w:t xml:space="preserve">,” say Melissa Lott, a research fellow at the Center on Global Energy Policy at Columbia University in New York. “But more </w:t>
      </w:r>
      <w:r>
        <w:rPr>
          <w:b w:val="0"/>
          <w:i w:val="0"/>
          <w:smallCaps w:val="0"/>
          <w:strike w:val="0"/>
          <w:color w:val="000000"/>
          <w:u w:val="single"/>
        </w:rPr>
        <w:t>investment is needed if</w:t>
      </w:r>
      <w:r>
        <w:rPr>
          <w:b w:val="0"/>
          <w:i w:val="0"/>
          <w:smallCaps w:val="0"/>
          <w:strike w:val="0"/>
          <w:color w:val="000000"/>
          <w:sz w:val="16"/>
          <w:u w:val="none"/>
        </w:rPr>
        <w:t xml:space="preserve"> </w:t>
      </w:r>
      <w:r>
        <w:rPr>
          <w:b w:val="0"/>
          <w:i w:val="0"/>
          <w:smallCaps w:val="0"/>
          <w:strike w:val="0"/>
          <w:color w:val="000000"/>
          <w:u w:val="single"/>
        </w:rPr>
        <w:t>electric</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grids are going to keep up with rapid technology shifts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increasingly</w:t>
      </w:r>
      <w:r>
        <w:rPr>
          <w:b w:val="0"/>
          <w:i w:val="0"/>
          <w:smallCaps w:val="0"/>
          <w:strike w:val="0"/>
          <w:color w:val="000000"/>
          <w:sz w:val="16"/>
          <w:u w:val="none"/>
        </w:rPr>
        <w:t xml:space="preserve"> </w:t>
      </w:r>
      <w:r>
        <w:rPr>
          <w:b w:val="0"/>
          <w:i w:val="0"/>
          <w:smallCaps w:val="0"/>
          <w:strike w:val="0"/>
          <w:color w:val="000000"/>
          <w:u w:val="single"/>
        </w:rPr>
        <w:t>extreme</w:t>
      </w:r>
      <w:r>
        <w:rPr>
          <w:b w:val="0"/>
          <w:i w:val="0"/>
          <w:smallCaps w:val="0"/>
          <w:strike w:val="0"/>
          <w:color w:val="000000"/>
          <w:sz w:val="16"/>
          <w:u w:val="none"/>
        </w:rPr>
        <w:t xml:space="preserve"> </w:t>
      </w:r>
      <w:r>
        <w:rPr>
          <w:b w:val="0"/>
          <w:i w:val="0"/>
          <w:smallCaps w:val="0"/>
          <w:strike w:val="0"/>
          <w:color w:val="000000"/>
          <w:u w:val="single"/>
        </w:rPr>
        <w:t>weather</w:t>
      </w:r>
      <w:r>
        <w:rPr>
          <w:b w:val="0"/>
          <w:i w:val="0"/>
          <w:smallCaps w:val="0"/>
          <w:strike w:val="0"/>
          <w:color w:val="000000"/>
          <w:sz w:val="16"/>
          <w:u w:val="none"/>
        </w:rPr>
        <w:t xml:space="preserve"> </w:t>
      </w:r>
      <w:r>
        <w:rPr>
          <w:b w:val="0"/>
          <w:i w:val="0"/>
          <w:smallCaps w:val="0"/>
          <w:strike w:val="0"/>
          <w:color w:val="000000"/>
          <w:u w:val="single"/>
        </w:rPr>
        <w:t>events</w:t>
      </w:r>
      <w:r>
        <w:rPr>
          <w:b w:val="0"/>
          <w:i w:val="0"/>
          <w:smallCaps w:val="0"/>
          <w:strike w:val="0"/>
          <w:color w:val="000000"/>
          <w:sz w:val="16"/>
          <w:u w:val="none"/>
        </w:rPr>
        <w:t xml:space="preserve">.” She says that while true black sky events are mercifully rare, the deep impact they have on businesses and people means more needs to not only update grid technology and management, but also improve infrastructure so it can be more resilient against physical threats like flooding. “In the summer of 2012, blackouts in India cut power to more than 600 million people over two days. In Puerto Rico, Hurricane Maria crippled infrastructure across the island, leaving people in the dark and triggering a humanitarian crisis. In 2018, an earthquake on Japan’s Hokkaido island left more than 5 million people without power. In order to keep these events from becoming more common and to minimise their impact, we need to invest in our grids.” Putting measures in place to counter all of these potential threats is difficult and expensive. </w:t>
      </w:r>
      <w:r>
        <w:rPr>
          <w:b w:val="0"/>
          <w:i w:val="0"/>
          <w:smallCaps w:val="0"/>
          <w:strike w:val="0"/>
          <w:color w:val="000000"/>
          <w:u w:val="single"/>
        </w:rPr>
        <w:t>Critical</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guarded</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human</w:t>
      </w:r>
      <w:r>
        <w:rPr>
          <w:b w:val="0"/>
          <w:i w:val="0"/>
          <w:smallCaps w:val="0"/>
          <w:strike w:val="0"/>
          <w:color w:val="000000"/>
          <w:sz w:val="16"/>
          <w:u w:val="none"/>
        </w:rPr>
        <w:t xml:space="preserve"> </w:t>
      </w:r>
      <w:r>
        <w:rPr>
          <w:b w:val="0"/>
          <w:i w:val="0"/>
          <w:smallCaps w:val="0"/>
          <w:strike w:val="0"/>
          <w:color w:val="000000"/>
          <w:u w:val="single"/>
        </w:rPr>
        <w:t>attacks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they</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shielded</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electromagnetic</w:t>
      </w:r>
      <w:r>
        <w:rPr>
          <w:b w:val="0"/>
          <w:i w:val="0"/>
          <w:smallCaps w:val="0"/>
          <w:strike w:val="0"/>
          <w:color w:val="000000"/>
          <w:sz w:val="16"/>
          <w:u w:val="none"/>
        </w:rPr>
        <w:t xml:space="preserve"> </w:t>
      </w:r>
      <w:r>
        <w:rPr>
          <w:b w:val="0"/>
          <w:i w:val="0"/>
          <w:smallCaps w:val="0"/>
          <w:strike w:val="0"/>
          <w:color w:val="000000"/>
          <w:u w:val="single"/>
        </w:rPr>
        <w:t>pulses</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val="0"/>
          <w:i w:val="0"/>
          <w:smallCaps w:val="0"/>
          <w:strike w:val="0"/>
          <w:color w:val="000000"/>
          <w:u w:val="single"/>
        </w:rPr>
        <w:t>enough</w:t>
      </w:r>
      <w:r>
        <w:rPr>
          <w:b w:val="0"/>
          <w:i w:val="0"/>
          <w:smallCaps w:val="0"/>
          <w:strike w:val="0"/>
          <w:color w:val="000000"/>
          <w:sz w:val="16"/>
          <w:u w:val="none"/>
        </w:rPr>
        <w:t xml:space="preserve"> </w:t>
      </w:r>
      <w:r>
        <w:rPr>
          <w:b w:val="0"/>
          <w:i w:val="0"/>
          <w:smallCaps w:val="0"/>
          <w:strike w:val="0"/>
          <w:color w:val="000000"/>
          <w:u w:val="single"/>
        </w:rPr>
        <w:t>money</w:t>
      </w:r>
      <w:r>
        <w:rPr>
          <w:b w:val="0"/>
          <w:i w:val="0"/>
          <w:smallCaps w:val="0"/>
          <w:strike w:val="0"/>
          <w:color w:val="000000"/>
          <w:sz w:val="16"/>
          <w:u w:val="none"/>
        </w:rPr>
        <w:t xml:space="preserve"> </w:t>
      </w:r>
      <w:r>
        <w:rPr>
          <w:b w:val="0"/>
          <w:i w:val="0"/>
          <w:smallCaps w:val="0"/>
          <w:strike w:val="0"/>
          <w:color w:val="000000"/>
          <w:u w:val="single"/>
        </w:rPr>
        <w:t>being</w:t>
      </w:r>
      <w:r>
        <w:rPr>
          <w:b w:val="0"/>
          <w:i w:val="0"/>
          <w:smallCaps w:val="0"/>
          <w:strike w:val="0"/>
          <w:color w:val="000000"/>
          <w:sz w:val="16"/>
          <w:u w:val="none"/>
        </w:rPr>
        <w:t xml:space="preserve"> </w:t>
      </w:r>
      <w:r>
        <w:rPr>
          <w:b w:val="0"/>
          <w:i w:val="0"/>
          <w:smallCaps w:val="0"/>
          <w:strike w:val="0"/>
          <w:color w:val="000000"/>
          <w:u w:val="single"/>
        </w:rPr>
        <w:t>spent</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them.</w:t>
      </w:r>
      <w:r>
        <w:rPr>
          <w:b w:val="0"/>
          <w:i w:val="0"/>
          <w:smallCaps w:val="0"/>
          <w:strike w:val="0"/>
          <w:color w:val="000000"/>
          <w:sz w:val="16"/>
          <w:u w:val="none"/>
        </w:rPr>
        <w:t xml:space="preserve"> </w:t>
      </w:r>
      <w:r>
        <w:rPr>
          <w:b w:val="0"/>
          <w:i w:val="0"/>
          <w:smallCaps w:val="0"/>
          <w:strike w:val="0"/>
          <w:color w:val="000000"/>
          <w:u w:val="single"/>
        </w:rPr>
        <w:t>Building</w:t>
      </w:r>
      <w:r>
        <w:rPr>
          <w:b w:val="0"/>
          <w:i w:val="0"/>
          <w:smallCaps w:val="0"/>
          <w:strike w:val="0"/>
          <w:color w:val="000000"/>
          <w:sz w:val="16"/>
          <w:u w:val="none"/>
        </w:rPr>
        <w:t xml:space="preserve"> </w:t>
      </w:r>
      <w:r>
        <w:rPr>
          <w:b w:val="0"/>
          <w:i w:val="0"/>
          <w:smallCaps w:val="0"/>
          <w:strike w:val="0"/>
          <w:color w:val="000000"/>
          <w:u w:val="single"/>
        </w:rPr>
        <w:t>new</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also</w:t>
      </w:r>
      <w:r>
        <w:rPr>
          <w:b w:val="0"/>
          <w:i w:val="0"/>
          <w:smallCaps w:val="0"/>
          <w:strike w:val="0"/>
          <w:color w:val="000000"/>
          <w:sz w:val="16"/>
          <w:u w:val="none"/>
        </w:rPr>
        <w:t xml:space="preserve"> </w:t>
      </w:r>
      <w:r>
        <w:rPr>
          <w:b w:val="0"/>
          <w:i w:val="0"/>
          <w:smallCaps w:val="0"/>
          <w:strike w:val="0"/>
          <w:color w:val="000000"/>
          <w:u w:val="single"/>
        </w:rPr>
        <w:t>help</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keep</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safe.</w:t>
      </w:r>
      <w:r>
        <w:rPr>
          <w:b w:val="0"/>
          <w:i w:val="0"/>
          <w:smallCaps w:val="0"/>
          <w:strike w:val="0"/>
          <w:color w:val="000000"/>
          <w:sz w:val="16"/>
          <w:u w:val="none"/>
        </w:rPr>
        <w:t xml:space="preserve">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there</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some</w:t>
      </w:r>
      <w:r>
        <w:rPr>
          <w:b w:val="0"/>
          <w:i w:val="0"/>
          <w:smallCaps w:val="0"/>
          <w:strike w:val="0"/>
          <w:color w:val="000000"/>
          <w:sz w:val="16"/>
          <w:u w:val="none"/>
        </w:rPr>
        <w:t xml:space="preserve"> </w:t>
      </w:r>
      <w:r>
        <w:rPr>
          <w:b w:val="0"/>
          <w:i w:val="0"/>
          <w:smallCaps w:val="0"/>
          <w:strike w:val="0"/>
          <w:color w:val="000000"/>
          <w:u w:val="single"/>
        </w:rPr>
        <w:t>events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cannot</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planned</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complex,</w:t>
      </w:r>
      <w:r>
        <w:rPr>
          <w:b w:val="0"/>
          <w:i w:val="0"/>
          <w:smallCaps w:val="0"/>
          <w:strike w:val="0"/>
          <w:color w:val="000000"/>
          <w:sz w:val="16"/>
          <w:u w:val="none"/>
        </w:rPr>
        <w:t xml:space="preserve"> </w:t>
      </w:r>
      <w:r>
        <w:rPr>
          <w:b w:val="0"/>
          <w:i w:val="0"/>
          <w:smallCaps w:val="0"/>
          <w:strike w:val="0"/>
          <w:color w:val="000000"/>
          <w:u w:val="single"/>
        </w:rPr>
        <w:t>interconnected</w:t>
      </w:r>
      <w:r>
        <w:rPr>
          <w:b w:val="0"/>
          <w:i w:val="0"/>
          <w:smallCaps w:val="0"/>
          <w:strike w:val="0"/>
          <w:color w:val="000000"/>
          <w:sz w:val="16"/>
          <w:u w:val="none"/>
        </w:rPr>
        <w:t xml:space="preserve"> </w:t>
      </w:r>
      <w:r>
        <w:rPr>
          <w:b w:val="0"/>
          <w:i w:val="0"/>
          <w:smallCaps w:val="0"/>
          <w:strike w:val="0"/>
          <w:color w:val="000000"/>
          <w:u w:val="single"/>
        </w:rPr>
        <w:t>nature</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grids are remarkably vulnerable</w:t>
      </w:r>
      <w:r>
        <w:rPr>
          <w:b w:val="0"/>
          <w:i w:val="0"/>
          <w:smallCaps w:val="0"/>
          <w:strike w:val="0"/>
          <w:color w:val="000000"/>
          <w:sz w:val="16"/>
          <w:u w:val="none"/>
        </w:rPr>
        <w:t xml:space="preserve">. Take what happened in September 2003 when a fallen tree brought down a power line in Switzerland’s Lukmanier Pass over the Alps into Italy and 24 minutes later another tree came down onto a line in the nearby Great St Bernard pass. The sudden failure of these two key lines caused other connections to Europe’s electricity network to trip, which triggered . The whole of Italy was left without power because of two fallen trees starting a cascade of events. </w:t>
      </w:r>
      <w:r>
        <w:rPr>
          <w:b w:val="0"/>
          <w:i w:val="0"/>
          <w:smallCaps w:val="0"/>
          <w:strike w:val="0"/>
          <w:color w:val="000000"/>
          <w:u w:val="single"/>
        </w:rPr>
        <w:t>Modern</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grids are increasingly interconnected and complicated</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making</w:t>
      </w:r>
      <w:r>
        <w:rPr>
          <w:b w:val="0"/>
          <w:i w:val="0"/>
          <w:smallCaps w:val="0"/>
          <w:strike w:val="0"/>
          <w:color w:val="000000"/>
          <w:sz w:val="16"/>
          <w:u w:val="none"/>
        </w:rPr>
        <w:t xml:space="preserve"> </w:t>
      </w:r>
      <w:r>
        <w:rPr>
          <w:b w:val="0"/>
          <w:i w:val="0"/>
          <w:smallCaps w:val="0"/>
          <w:strike w:val="0"/>
          <w:color w:val="000000"/>
          <w:u w:val="single"/>
        </w:rPr>
        <w:t>failures</w:t>
      </w:r>
      <w:r>
        <w:rPr>
          <w:b w:val="0"/>
          <w:i w:val="0"/>
          <w:smallCaps w:val="0"/>
          <w:strike w:val="0"/>
          <w:color w:val="000000"/>
          <w:sz w:val="16"/>
          <w:u w:val="none"/>
        </w:rPr>
        <w:t xml:space="preserve"> </w:t>
      </w:r>
      <w:r>
        <w:rPr>
          <w:b w:val="0"/>
          <w:i w:val="0"/>
          <w:smallCaps w:val="0"/>
          <w:strike w:val="0"/>
          <w:color w:val="000000"/>
          <w:u w:val="single"/>
        </w:rPr>
        <w:t>like</w:t>
      </w:r>
      <w:r>
        <w:rPr>
          <w:b w:val="0"/>
          <w:i w:val="0"/>
          <w:smallCaps w:val="0"/>
          <w:strike w:val="0"/>
          <w:color w:val="000000"/>
          <w:sz w:val="16"/>
          <w:u w:val="none"/>
        </w:rPr>
        <w:t xml:space="preserve">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difficult</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predict.</w:t>
      </w:r>
      <w:r>
        <w:rPr>
          <w:b w:val="0"/>
          <w:i w:val="0"/>
          <w:smallCaps w:val="0"/>
          <w:strike w:val="0"/>
          <w:color w:val="000000"/>
          <w:sz w:val="16"/>
          <w:u w:val="none"/>
        </w:rPr>
        <w:t xml:space="preserve"> </w:t>
      </w:r>
      <w:r>
        <w:rPr>
          <w:b w:val="0"/>
          <w:i w:val="0"/>
          <w:smallCaps w:val="0"/>
          <w:strike w:val="0"/>
          <w:color w:val="000000"/>
          <w:u w:val="single"/>
        </w:rPr>
        <w:t>Most</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Europe</w:t>
      </w:r>
      <w:r>
        <w:rPr>
          <w:b w:val="0"/>
          <w:i w:val="0"/>
          <w:smallCaps w:val="0"/>
          <w:strike w:val="0"/>
          <w:color w:val="000000"/>
          <w:sz w:val="16"/>
          <w:u w:val="none"/>
        </w:rPr>
        <w:t xml:space="preserve"> </w:t>
      </w:r>
      <w:r>
        <w:rPr>
          <w:b w:val="0"/>
          <w:i w:val="0"/>
          <w:smallCaps w:val="0"/>
          <w:strike w:val="0"/>
          <w:color w:val="000000"/>
          <w:u w:val="single"/>
        </w:rPr>
        <w:t>now</w:t>
      </w:r>
      <w:r>
        <w:rPr>
          <w:b w:val="0"/>
          <w:i w:val="0"/>
          <w:smallCaps w:val="0"/>
          <w:strike w:val="0"/>
          <w:color w:val="000000"/>
          <w:sz w:val="16"/>
          <w:u w:val="none"/>
        </w:rPr>
        <w:t xml:space="preserve"> </w:t>
      </w:r>
      <w:r>
        <w:rPr>
          <w:b w:val="0"/>
          <w:i w:val="0"/>
          <w:smallCaps w:val="0"/>
          <w:strike w:val="0"/>
          <w:color w:val="000000"/>
          <w:u w:val="single"/>
        </w:rPr>
        <w:t>runs</w:t>
      </w:r>
      <w:r>
        <w:rPr>
          <w:b w:val="0"/>
          <w:i w:val="0"/>
          <w:smallCaps w:val="0"/>
          <w:strike w:val="0"/>
          <w:color w:val="000000"/>
          <w:sz w:val="16"/>
          <w:u w:val="none"/>
        </w:rPr>
        <w:t xml:space="preserve"> </w:t>
      </w:r>
      <w:r>
        <w:rPr>
          <w:b w:val="0"/>
          <w:i w:val="0"/>
          <w:smallCaps w:val="0"/>
          <w:strike w:val="0"/>
          <w:color w:val="000000"/>
          <w:u w:val="single"/>
        </w:rPr>
        <w:t>off</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probably</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largest</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world</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supplies</w:t>
      </w:r>
      <w:r>
        <w:rPr>
          <w:b w:val="0"/>
          <w:i w:val="0"/>
          <w:smallCaps w:val="0"/>
          <w:strike w:val="0"/>
          <w:color w:val="000000"/>
          <w:sz w:val="16"/>
          <w:u w:val="none"/>
        </w:rPr>
        <w:t xml:space="preserve"> </w:t>
      </w:r>
      <w:r>
        <w:rPr>
          <w:b w:val="0"/>
          <w:i w:val="0"/>
          <w:smallCaps w:val="0"/>
          <w:strike w:val="0"/>
          <w:color w:val="000000"/>
          <w:u w:val="single"/>
        </w:rPr>
        <w:t>more</w:t>
      </w:r>
      <w:r>
        <w:rPr>
          <w:b w:val="0"/>
          <w:i w:val="0"/>
          <w:smallCaps w:val="0"/>
          <w:strike w:val="0"/>
          <w:color w:val="000000"/>
          <w:sz w:val="16"/>
          <w:u w:val="none"/>
        </w:rPr>
        <w:t xml:space="preserve"> </w:t>
      </w:r>
      <w:r>
        <w:rPr>
          <w:b w:val="0"/>
          <w:i w:val="0"/>
          <w:smallCaps w:val="0"/>
          <w:strike w:val="0"/>
          <w:color w:val="000000"/>
          <w:u w:val="single"/>
        </w:rPr>
        <w:t>than</w:t>
      </w:r>
      <w:r>
        <w:rPr>
          <w:b w:val="0"/>
          <w:i w:val="0"/>
          <w:smallCaps w:val="0"/>
          <w:strike w:val="0"/>
          <w:color w:val="000000"/>
          <w:sz w:val="16"/>
          <w:u w:val="none"/>
        </w:rPr>
        <w:t xml:space="preserve"> </w:t>
      </w:r>
      <w:r>
        <w:rPr>
          <w:b w:val="0"/>
          <w:i w:val="0"/>
          <w:smallCaps w:val="0"/>
          <w:strike w:val="0"/>
          <w:color w:val="000000"/>
          <w:u w:val="single"/>
        </w:rPr>
        <w:t>400</w:t>
      </w:r>
      <w:r>
        <w:rPr>
          <w:b w:val="0"/>
          <w:i w:val="0"/>
          <w:smallCaps w:val="0"/>
          <w:strike w:val="0"/>
          <w:color w:val="000000"/>
          <w:sz w:val="16"/>
          <w:u w:val="none"/>
        </w:rPr>
        <w:t xml:space="preserve"> </w:t>
      </w:r>
      <w:r>
        <w:rPr>
          <w:b w:val="0"/>
          <w:i w:val="0"/>
          <w:smallCaps w:val="0"/>
          <w:strike w:val="0"/>
          <w:color w:val="000000"/>
          <w:u w:val="single"/>
        </w:rPr>
        <w:t>million</w:t>
      </w:r>
      <w:r>
        <w:rPr>
          <w:b w:val="0"/>
          <w:i w:val="0"/>
          <w:smallCaps w:val="0"/>
          <w:strike w:val="0"/>
          <w:color w:val="000000"/>
          <w:sz w:val="16"/>
          <w:u w:val="none"/>
        </w:rPr>
        <w:t xml:space="preserve"> </w:t>
      </w:r>
      <w:r>
        <w:rPr>
          <w:b w:val="0"/>
          <w:i w:val="0"/>
          <w:smallCaps w:val="0"/>
          <w:strike w:val="0"/>
          <w:color w:val="000000"/>
          <w:u w:val="single"/>
        </w:rPr>
        <w:t>customers</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24</w:t>
      </w:r>
      <w:r>
        <w:rPr>
          <w:b w:val="0"/>
          <w:i w:val="0"/>
          <w:smallCaps w:val="0"/>
          <w:strike w:val="0"/>
          <w:color w:val="000000"/>
          <w:sz w:val="16"/>
          <w:u w:val="none"/>
        </w:rPr>
        <w:t xml:space="preserve"> </w:t>
      </w:r>
      <w:r>
        <w:rPr>
          <w:b w:val="0"/>
          <w:i w:val="0"/>
          <w:smallCaps w:val="0"/>
          <w:strike w:val="0"/>
          <w:color w:val="000000"/>
          <w:u w:val="single"/>
        </w:rPr>
        <w:t>countries.</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USA</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made</w:t>
      </w:r>
      <w:r>
        <w:rPr>
          <w:b w:val="0"/>
          <w:i w:val="0"/>
          <w:smallCaps w:val="0"/>
          <w:strike w:val="0"/>
          <w:color w:val="000000"/>
          <w:sz w:val="16"/>
          <w:u w:val="none"/>
        </w:rPr>
        <w:t xml:space="preserve"> </w:t>
      </w:r>
      <w:r>
        <w:rPr>
          <w:b w:val="0"/>
          <w:i w:val="0"/>
          <w:smallCaps w:val="0"/>
          <w:strike w:val="0"/>
          <w:color w:val="000000"/>
          <w:u w:val="single"/>
        </w:rPr>
        <w:t>up</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five</w:t>
      </w:r>
      <w:r>
        <w:rPr>
          <w:b w:val="0"/>
          <w:i w:val="0"/>
          <w:smallCaps w:val="0"/>
          <w:strike w:val="0"/>
          <w:color w:val="000000"/>
          <w:sz w:val="16"/>
          <w:u w:val="none"/>
        </w:rPr>
        <w:t xml:space="preserve"> </w:t>
      </w:r>
      <w:r>
        <w:rPr>
          <w:b w:val="0"/>
          <w:i w:val="0"/>
          <w:smallCaps w:val="0"/>
          <w:strike w:val="0"/>
          <w:color w:val="000000"/>
          <w:u w:val="single"/>
        </w:rPr>
        <w:t>different</w:t>
      </w:r>
      <w:r>
        <w:rPr>
          <w:b w:val="0"/>
          <w:i w:val="0"/>
          <w:smallCaps w:val="0"/>
          <w:strike w:val="0"/>
          <w:color w:val="000000"/>
          <w:sz w:val="16"/>
          <w:u w:val="none"/>
        </w:rPr>
        <w:t xml:space="preserve"> </w:t>
      </w:r>
      <w:r>
        <w:rPr>
          <w:b w:val="0"/>
          <w:i w:val="0"/>
          <w:smallCaps w:val="0"/>
          <w:strike w:val="0"/>
          <w:color w:val="000000"/>
          <w:u w:val="single"/>
        </w:rPr>
        <w:t>grids.</w:t>
      </w:r>
      <w:r>
        <w:rPr>
          <w:b w:val="0"/>
          <w:i w:val="0"/>
          <w:smallCaps w:val="0"/>
          <w:strike w:val="0"/>
          <w:color w:val="000000"/>
          <w:sz w:val="16"/>
          <w:u w:val="none"/>
        </w:rPr>
        <w:t xml:space="preserve">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there</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some</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seeking</w:t>
      </w:r>
      <w:r>
        <w:rPr>
          <w:b w:val="0"/>
          <w:i w:val="0"/>
          <w:smallCaps w:val="0"/>
          <w:strike w:val="0"/>
          <w:color w:val="000000"/>
          <w:sz w:val="16"/>
          <w:u w:val="none"/>
        </w:rPr>
        <w:t xml:space="preserve"> </w:t>
      </w:r>
      <w:r>
        <w:rPr>
          <w:b w:val="0"/>
          <w:i w:val="0"/>
          <w:smallCaps w:val="0"/>
          <w:strike w:val="0"/>
          <w:color w:val="000000"/>
          <w:u w:val="single"/>
        </w:rPr>
        <w:t>ways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anticipating</w:t>
      </w:r>
      <w:r>
        <w:rPr>
          <w:b w:val="0"/>
          <w:i w:val="0"/>
          <w:smallCaps w:val="0"/>
          <w:strike w:val="0"/>
          <w:color w:val="000000"/>
          <w:sz w:val="16"/>
          <w:u w:val="none"/>
        </w:rPr>
        <w:t xml:space="preserve"> </w:t>
      </w:r>
      <w:r>
        <w:rPr>
          <w:b w:val="0"/>
          <w:i w:val="0"/>
          <w:smallCaps w:val="0"/>
          <w:strike w:val="0"/>
          <w:color w:val="000000"/>
          <w:u w:val="single"/>
        </w:rPr>
        <w:t>potential</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failures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enlisting</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help</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artificial</w:t>
      </w:r>
      <w:r>
        <w:rPr>
          <w:b w:val="0"/>
          <w:i w:val="0"/>
          <w:smallCaps w:val="0"/>
          <w:strike w:val="0"/>
          <w:color w:val="000000"/>
          <w:sz w:val="16"/>
          <w:u w:val="none"/>
        </w:rPr>
        <w:t xml:space="preserve"> </w:t>
      </w:r>
      <w:r>
        <w:rPr>
          <w:b w:val="0"/>
          <w:i w:val="0"/>
          <w:smallCaps w:val="0"/>
          <w:strike w:val="0"/>
          <w:color w:val="000000"/>
          <w:u w:val="single"/>
        </w:rPr>
        <w:t>intelligence</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help</w:t>
      </w:r>
      <w:r>
        <w:rPr>
          <w:b w:val="0"/>
          <w:i w:val="0"/>
          <w:smallCaps w:val="0"/>
          <w:strike w:val="0"/>
          <w:color w:val="000000"/>
          <w:sz w:val="16"/>
          <w:u w:val="none"/>
        </w:rPr>
        <w:t xml:space="preserve"> </w:t>
      </w:r>
      <w:r>
        <w:rPr>
          <w:b w:val="0"/>
          <w:i w:val="0"/>
          <w:smallCaps w:val="0"/>
          <w:strike w:val="0"/>
          <w:color w:val="000000"/>
          <w:u w:val="single"/>
        </w:rPr>
        <w:t>them</w:t>
      </w:r>
      <w:r>
        <w:rPr>
          <w:b w:val="0"/>
          <w:i w:val="0"/>
          <w:smallCaps w:val="0"/>
          <w:strike w:val="0"/>
          <w:color w:val="000000"/>
          <w:sz w:val="16"/>
          <w:u w:val="none"/>
        </w:rPr>
        <w:t xml:space="preserve"> </w:t>
      </w:r>
      <w:r>
        <w:rPr>
          <w:b w:val="0"/>
          <w:i w:val="0"/>
          <w:smallCaps w:val="0"/>
          <w:strike w:val="0"/>
          <w:color w:val="000000"/>
          <w:u w:val="single"/>
        </w:rPr>
        <w:t>grapple</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highly</w:t>
      </w:r>
      <w:r>
        <w:rPr>
          <w:b w:val="0"/>
          <w:i w:val="0"/>
          <w:smallCaps w:val="0"/>
          <w:strike w:val="0"/>
          <w:color w:val="000000"/>
          <w:sz w:val="16"/>
          <w:u w:val="none"/>
        </w:rPr>
        <w:t xml:space="preserve"> </w:t>
      </w:r>
      <w:r>
        <w:rPr>
          <w:b w:val="0"/>
          <w:i w:val="0"/>
          <w:smallCaps w:val="0"/>
          <w:strike w:val="0"/>
          <w:color w:val="000000"/>
          <w:u w:val="single"/>
        </w:rPr>
        <w:t>complex</w:t>
      </w:r>
      <w:r>
        <w:rPr>
          <w:b w:val="0"/>
          <w:i w:val="0"/>
          <w:smallCaps w:val="0"/>
          <w:strike w:val="0"/>
          <w:color w:val="000000"/>
          <w:sz w:val="16"/>
          <w:u w:val="none"/>
        </w:rPr>
        <w:t xml:space="preserve"> </w:t>
      </w:r>
      <w:r>
        <w:rPr>
          <w:b w:val="0"/>
          <w:i w:val="0"/>
          <w:smallCaps w:val="0"/>
          <w:strike w:val="0"/>
          <w:color w:val="000000"/>
          <w:u w:val="single"/>
        </w:rPr>
        <w:t>problem</w:t>
      </w:r>
      <w:r>
        <w:rPr>
          <w:b w:val="0"/>
          <w:i w:val="0"/>
          <w:smallCaps w:val="0"/>
          <w:strike w:val="0"/>
          <w:color w:val="000000"/>
          <w:sz w:val="16"/>
          <w:u w:val="none"/>
        </w:rPr>
        <w:t>. When a power plant goes down, for example, it causes an abrupt spike in load on others on the network, which in turn slows down the generators at these plants and causes the frequency held on the grid to decrease</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risks</w:t>
      </w:r>
      <w:r>
        <w:rPr>
          <w:b w:val="0"/>
          <w:i w:val="0"/>
          <w:smallCaps w:val="0"/>
          <w:strike w:val="0"/>
          <w:color w:val="000000"/>
          <w:sz w:val="16"/>
          <w:u w:val="none"/>
        </w:rPr>
        <w:t xml:space="preserve"> </w:t>
      </w:r>
      <w:r>
        <w:rPr>
          <w:b w:val="0"/>
          <w:i w:val="0"/>
          <w:smallCaps w:val="0"/>
          <w:strike w:val="0"/>
          <w:color w:val="000000"/>
          <w:u w:val="single"/>
        </w:rPr>
        <w:t>destabilising</w:t>
      </w:r>
      <w:r>
        <w:rPr>
          <w:b w:val="0"/>
          <w:i w:val="0"/>
          <w:smallCaps w:val="0"/>
          <w:strike w:val="0"/>
          <w:color w:val="000000"/>
          <w:sz w:val="16"/>
          <w:u w:val="none"/>
        </w:rPr>
        <w:t xml:space="preserve"> </w:t>
      </w:r>
      <w:r>
        <w:rPr>
          <w:b w:val="0"/>
          <w:i w:val="0"/>
          <w:smallCaps w:val="0"/>
          <w:strike w:val="0"/>
          <w:color w:val="000000"/>
          <w:u w:val="single"/>
        </w:rPr>
        <w:t>the delicate balance that</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grids are held in</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operators</w:t>
      </w:r>
      <w:r>
        <w:rPr>
          <w:b w:val="0"/>
          <w:i w:val="0"/>
          <w:smallCaps w:val="0"/>
          <w:strike w:val="0"/>
          <w:color w:val="000000"/>
          <w:sz w:val="16"/>
          <w:u w:val="none"/>
        </w:rPr>
        <w:t xml:space="preserve"> </w:t>
      </w:r>
      <w:r>
        <w:rPr>
          <w:b w:val="0"/>
          <w:i w:val="0"/>
          <w:smallCaps w:val="0"/>
          <w:strike w:val="0"/>
          <w:color w:val="000000"/>
          <w:u w:val="single"/>
        </w:rPr>
        <w:t>have</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deploy</w:t>
      </w:r>
      <w:r>
        <w:rPr>
          <w:b w:val="0"/>
          <w:i w:val="0"/>
          <w:smallCaps w:val="0"/>
          <w:strike w:val="0"/>
          <w:color w:val="000000"/>
          <w:sz w:val="16"/>
          <w:u w:val="none"/>
        </w:rPr>
        <w:t xml:space="preserve"> </w:t>
      </w:r>
      <w:r>
        <w:rPr>
          <w:b w:val="0"/>
          <w:i w:val="0"/>
          <w:smallCaps w:val="0"/>
          <w:strike w:val="0"/>
          <w:color w:val="000000"/>
          <w:u w:val="single"/>
        </w:rPr>
        <w:t>countermeasures</w:t>
      </w:r>
      <w:r>
        <w:rPr>
          <w:b w:val="0"/>
          <w:i w:val="0"/>
          <w:smallCaps w:val="0"/>
          <w:strike w:val="0"/>
          <w:color w:val="000000"/>
          <w:sz w:val="16"/>
          <w:u w:val="none"/>
        </w:rPr>
        <w:t xml:space="preserve"> </w:t>
      </w:r>
      <w:r>
        <w:rPr>
          <w:b w:val="0"/>
          <w:i w:val="0"/>
          <w:smallCaps w:val="0"/>
          <w:strike w:val="0"/>
          <w:color w:val="000000"/>
          <w:u w:val="single"/>
        </w:rPr>
        <w:t>rapidly</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often</w:t>
      </w:r>
      <w:r>
        <w:rPr>
          <w:b w:val="0"/>
          <w:i w:val="0"/>
          <w:smallCaps w:val="0"/>
          <w:strike w:val="0"/>
          <w:color w:val="000000"/>
          <w:sz w:val="16"/>
          <w:u w:val="none"/>
        </w:rPr>
        <w:t xml:space="preserve"> </w:t>
      </w:r>
      <w:r>
        <w:rPr>
          <w:b w:val="0"/>
          <w:i w:val="0"/>
          <w:smallCaps w:val="0"/>
          <w:strike w:val="0"/>
          <w:color w:val="000000"/>
          <w:u w:val="single"/>
        </w:rPr>
        <w:t>within</w:t>
      </w:r>
      <w:r>
        <w:rPr>
          <w:b w:val="0"/>
          <w:i w:val="0"/>
          <w:smallCaps w:val="0"/>
          <w:strike w:val="0"/>
          <w:color w:val="000000"/>
          <w:sz w:val="16"/>
          <w:u w:val="none"/>
        </w:rPr>
        <w:t xml:space="preserve"> </w:t>
      </w:r>
      <w:r>
        <w:rPr>
          <w:b w:val="0"/>
          <w:i w:val="0"/>
          <w:smallCaps w:val="0"/>
          <w:strike w:val="0"/>
          <w:color w:val="000000"/>
          <w:u w:val="single"/>
        </w:rPr>
        <w:t>milliseconds</w:t>
      </w:r>
      <w:r>
        <w:rPr>
          <w:b w:val="0"/>
          <w:i w:val="0"/>
          <w:smallCaps w:val="0"/>
          <w:strike w:val="0"/>
          <w:color w:val="000000"/>
          <w:sz w:val="16"/>
          <w:u w:val="none"/>
        </w:rPr>
        <w:t xml:space="preserve"> </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prevent</w:t>
      </w:r>
      <w:r>
        <w:rPr>
          <w:b w:val="0"/>
          <w:i w:val="0"/>
          <w:smallCaps w:val="0"/>
          <w:strike w:val="0"/>
          <w:color w:val="000000"/>
          <w:sz w:val="16"/>
          <w:u w:val="none"/>
        </w:rPr>
        <w:t xml:space="preserve"> </w:t>
      </w:r>
      <w:r>
        <w:rPr>
          <w:b w:val="0"/>
          <w:i w:val="0"/>
          <w:smallCaps w:val="0"/>
          <w:strike w:val="0"/>
          <w:color w:val="000000"/>
          <w:u w:val="single"/>
        </w:rPr>
        <w:t>sections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grid</w:t>
      </w:r>
      <w:r>
        <w:rPr>
          <w:b w:val="0"/>
          <w:i w:val="0"/>
          <w:smallCaps w:val="0"/>
          <w:strike w:val="0"/>
          <w:color w:val="000000"/>
          <w:sz w:val="16"/>
          <w:u w:val="none"/>
        </w:rPr>
        <w:t xml:space="preserve"> </w:t>
      </w:r>
      <w:r>
        <w:rPr>
          <w:b w:val="0"/>
          <w:i w:val="0"/>
          <w:smallCaps w:val="0"/>
          <w:strike w:val="0"/>
          <w:color w:val="000000"/>
          <w:u w:val="single"/>
        </w:rPr>
        <w:t>being</w:t>
      </w:r>
      <w:r>
        <w:rPr>
          <w:b w:val="0"/>
          <w:i w:val="0"/>
          <w:smallCaps w:val="0"/>
          <w:strike w:val="0"/>
          <w:color w:val="000000"/>
          <w:sz w:val="16"/>
          <w:u w:val="none"/>
        </w:rPr>
        <w:t xml:space="preserve"> </w:t>
      </w:r>
      <w:r>
        <w:rPr>
          <w:b w:val="0"/>
          <w:i w:val="0"/>
          <w:smallCaps w:val="0"/>
          <w:strike w:val="0"/>
          <w:color w:val="000000"/>
          <w:u w:val="single"/>
        </w:rPr>
        <w:t>cut</w:t>
      </w:r>
      <w:r>
        <w:rPr>
          <w:b w:val="0"/>
          <w:i w:val="0"/>
          <w:smallCaps w:val="0"/>
          <w:strike w:val="0"/>
          <w:color w:val="000000"/>
          <w:sz w:val="16"/>
          <w:u w:val="none"/>
        </w:rPr>
        <w:t xml:space="preserve"> </w:t>
      </w:r>
      <w:r>
        <w:rPr>
          <w:b w:val="0"/>
          <w:i w:val="0"/>
          <w:smallCaps w:val="0"/>
          <w:strike w:val="0"/>
          <w:color w:val="000000"/>
          <w:u w:val="single"/>
        </w:rPr>
        <w:t>off.</w:t>
      </w:r>
      <w:r>
        <w:rPr>
          <w:b w:val="0"/>
          <w:i w:val="0"/>
          <w:smallCaps w:val="0"/>
          <w:strike w:val="0"/>
          <w:color w:val="000000"/>
          <w:sz w:val="16"/>
          <w:u w:val="none"/>
        </w:rPr>
        <w:t xml:space="preserve"> Researchers at the Fraunhofer Gesellschaft research institute in Ilmenau, Germany, recently revealed they are developing an AI system to and take steps to address them. The US Department of Energy is also funding $7m (£5.4m) of research into using artificial intelligence to not only that might lead to larger problems, but also to help find ways of keeping supplies constant in the event of a problem. General Electric is using machine learning to help analyse weather forecasts past outage history and information on the ground from its response crews to predict the impact that impending storms might have on its networks. It is also using it to predict where its repair crews might need to be so that downed lines can be restored more quickly. Power grids can also help to protect themselves by they have available so that supplies can be supplemented when generators do go off-line unexpectedly. </w:t>
      </w:r>
      <w:r>
        <w:rPr>
          <w:b w:val="0"/>
          <w:i w:val="0"/>
          <w:smallCaps w:val="0"/>
          <w:strike w:val="0"/>
          <w:color w:val="000000"/>
          <w:u w:val="single"/>
        </w:rPr>
        <w:t>But</w:t>
      </w:r>
      <w:r>
        <w:rPr>
          <w:b w:val="0"/>
          <w:i w:val="0"/>
          <w:smallCaps w:val="0"/>
          <w:strike w:val="0"/>
          <w:color w:val="000000"/>
          <w:sz w:val="16"/>
          <w:u w:val="none"/>
        </w:rPr>
        <w:t xml:space="preserve"> </w:t>
      </w:r>
      <w:r>
        <w:rPr>
          <w:b w:val="0"/>
          <w:i w:val="0"/>
          <w:smallCaps w:val="0"/>
          <w:strike w:val="0"/>
          <w:color w:val="000000"/>
          <w:u w:val="single"/>
        </w:rPr>
        <w:t>completely</w:t>
      </w:r>
      <w:r>
        <w:rPr>
          <w:b w:val="0"/>
          <w:i w:val="0"/>
          <w:smallCaps w:val="0"/>
          <w:strike w:val="0"/>
          <w:color w:val="000000"/>
          <w:sz w:val="16"/>
          <w:u w:val="none"/>
        </w:rPr>
        <w:t xml:space="preserve"> </w:t>
      </w:r>
      <w:r>
        <w:rPr>
          <w:b w:val="0"/>
          <w:i w:val="0"/>
          <w:smallCaps w:val="0"/>
          <w:strike w:val="0"/>
          <w:color w:val="000000"/>
          <w:u w:val="single"/>
        </w:rPr>
        <w:t>protecting</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networks</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failures</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almost</w:t>
      </w:r>
      <w:r>
        <w:rPr>
          <w:b w:val="0"/>
          <w:i w:val="0"/>
          <w:smallCaps w:val="0"/>
          <w:strike w:val="0"/>
          <w:color w:val="000000"/>
          <w:sz w:val="16"/>
          <w:u w:val="none"/>
        </w:rPr>
        <w:t xml:space="preserve"> </w:t>
      </w:r>
      <w:r>
        <w:rPr>
          <w:b w:val="0"/>
          <w:i w:val="0"/>
          <w:smallCaps w:val="0"/>
          <w:strike w:val="0"/>
          <w:color w:val="000000"/>
          <w:u w:val="single"/>
        </w:rPr>
        <w:t>impossible,</w:t>
      </w:r>
      <w:r>
        <w:rPr>
          <w:b w:val="0"/>
          <w:i w:val="0"/>
          <w:smallCaps w:val="0"/>
          <w:strike w:val="0"/>
          <w:color w:val="000000"/>
          <w:sz w:val="16"/>
          <w:u w:val="none"/>
        </w:rPr>
        <w:t xml:space="preserve"> </w:t>
      </w:r>
      <w:r>
        <w:rPr>
          <w:b w:val="0"/>
          <w:i w:val="0"/>
          <w:smallCaps w:val="0"/>
          <w:strike w:val="0"/>
          <w:color w:val="000000"/>
          <w:u w:val="single"/>
        </w:rPr>
        <w:t>says</w:t>
      </w:r>
      <w:r>
        <w:rPr>
          <w:b w:val="0"/>
          <w:i w:val="0"/>
          <w:smallCaps w:val="0"/>
          <w:strike w:val="0"/>
          <w:color w:val="000000"/>
          <w:sz w:val="16"/>
          <w:u w:val="none"/>
        </w:rPr>
        <w:t xml:space="preserve"> </w:t>
      </w:r>
      <w:r>
        <w:rPr>
          <w:b w:val="0"/>
          <w:i w:val="0"/>
          <w:smallCaps w:val="0"/>
          <w:strike w:val="0"/>
          <w:color w:val="000000"/>
          <w:u w:val="single"/>
        </w:rPr>
        <w:t>Mian.</w:t>
      </w:r>
      <w:r>
        <w:rPr>
          <w:b w:val="0"/>
          <w:i w:val="0"/>
          <w:smallCaps w:val="0"/>
          <w:strike w:val="0"/>
          <w:color w:val="000000"/>
          <w:sz w:val="16"/>
          <w:u w:val="none"/>
        </w:rPr>
        <w:t xml:space="preserve"> </w:t>
      </w:r>
      <w:r>
        <w:rPr>
          <w:b w:val="0"/>
          <w:i w:val="0"/>
          <w:smallCaps w:val="0"/>
          <w:strike w:val="0"/>
          <w:color w:val="000000"/>
          <w:u w:val="single"/>
        </w:rPr>
        <w:t>“We</w:t>
      </w:r>
      <w:r>
        <w:rPr>
          <w:b w:val="0"/>
          <w:i w:val="0"/>
          <w:smallCaps w:val="0"/>
          <w:strike w:val="0"/>
          <w:color w:val="000000"/>
          <w:sz w:val="16"/>
          <w:u w:val="none"/>
        </w:rPr>
        <w:t xml:space="preserve"> </w:t>
      </w:r>
      <w:r>
        <w:rPr>
          <w:b w:val="0"/>
          <w:i w:val="0"/>
          <w:smallCaps w:val="0"/>
          <w:strike w:val="0"/>
          <w:color w:val="000000"/>
          <w:u w:val="single"/>
        </w:rPr>
        <w:t>can’t</w:t>
      </w:r>
      <w:r>
        <w:rPr>
          <w:b w:val="0"/>
          <w:i w:val="0"/>
          <w:smallCaps w:val="0"/>
          <w:strike w:val="0"/>
          <w:color w:val="000000"/>
          <w:sz w:val="16"/>
          <w:u w:val="none"/>
        </w:rPr>
        <w:t xml:space="preserve"> </w:t>
      </w:r>
      <w:r>
        <w:rPr>
          <w:b w:val="0"/>
          <w:i w:val="0"/>
          <w:smallCaps w:val="0"/>
          <w:strike w:val="0"/>
          <w:color w:val="000000"/>
          <w:u w:val="single"/>
        </w:rPr>
        <w:t>necessarily</w:t>
      </w:r>
      <w:r>
        <w:rPr>
          <w:b w:val="0"/>
          <w:i w:val="0"/>
          <w:smallCaps w:val="0"/>
          <w:strike w:val="0"/>
          <w:color w:val="000000"/>
          <w:sz w:val="16"/>
          <w:u w:val="none"/>
        </w:rPr>
        <w:t xml:space="preserve"> </w:t>
      </w:r>
      <w:r>
        <w:rPr>
          <w:b w:val="0"/>
          <w:i w:val="0"/>
          <w:smallCaps w:val="0"/>
          <w:strike w:val="0"/>
          <w:color w:val="000000"/>
          <w:u w:val="single"/>
        </w:rPr>
        <w:t>design</w:t>
      </w:r>
      <w:r>
        <w:rPr>
          <w:b w:val="0"/>
          <w:i w:val="0"/>
          <w:smallCaps w:val="0"/>
          <w:strike w:val="0"/>
          <w:color w:val="000000"/>
          <w:sz w:val="16"/>
          <w:u w:val="none"/>
        </w:rPr>
        <w:t xml:space="preserve"> </w:t>
      </w:r>
      <w:r>
        <w:rPr>
          <w:b w:val="0"/>
          <w:i w:val="0"/>
          <w:smallCaps w:val="0"/>
          <w:strike w:val="0"/>
          <w:color w:val="000000"/>
          <w:u w:val="single"/>
        </w:rPr>
        <w:t>our</w:t>
      </w:r>
      <w:r>
        <w:rPr>
          <w:b w:val="0"/>
          <w:i w:val="0"/>
          <w:smallCaps w:val="0"/>
          <w:strike w:val="0"/>
          <w:color w:val="000000"/>
          <w:sz w:val="16"/>
          <w:u w:val="none"/>
        </w:rPr>
        <w:t xml:space="preserve"> </w:t>
      </w:r>
      <w:r>
        <w:rPr>
          <w:b w:val="0"/>
          <w:i w:val="0"/>
          <w:smallCaps w:val="0"/>
          <w:strike w:val="0"/>
          <w:color w:val="000000"/>
          <w:u w:val="single"/>
        </w:rPr>
        <w:t>systems</w:t>
      </w:r>
      <w:r>
        <w:rPr>
          <w:b w:val="0"/>
          <w:i w:val="0"/>
          <w:smallCaps w:val="0"/>
          <w:strike w:val="0"/>
          <w:color w:val="000000"/>
          <w:sz w:val="16"/>
          <w:u w:val="none"/>
        </w:rPr>
        <w:t xml:space="preserve"> </w:t>
      </w:r>
      <w:r>
        <w:rPr>
          <w:b w:val="0"/>
          <w:i w:val="0"/>
          <w:smallCaps w:val="0"/>
          <w:strike w:val="0"/>
          <w:color w:val="000000"/>
          <w:u w:val="single"/>
        </w:rPr>
        <w:t>so</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failures</w:t>
      </w:r>
      <w:r>
        <w:rPr>
          <w:b w:val="0"/>
          <w:i w:val="0"/>
          <w:smallCaps w:val="0"/>
          <w:strike w:val="0"/>
          <w:color w:val="000000"/>
          <w:sz w:val="16"/>
          <w:u w:val="none"/>
        </w:rPr>
        <w:t xml:space="preserve"> </w:t>
      </w:r>
      <w:r>
        <w:rPr>
          <w:b w:val="0"/>
          <w:i w:val="0"/>
          <w:smallCaps w:val="0"/>
          <w:strike w:val="0"/>
          <w:color w:val="000000"/>
          <w:u w:val="single"/>
        </w:rPr>
        <w:t>don’t</w:t>
      </w:r>
      <w:r>
        <w:rPr>
          <w:b w:val="0"/>
          <w:i w:val="0"/>
          <w:smallCaps w:val="0"/>
          <w:strike w:val="0"/>
          <w:color w:val="000000"/>
          <w:sz w:val="16"/>
          <w:u w:val="none"/>
        </w:rPr>
        <w:t xml:space="preserve"> </w:t>
      </w:r>
      <w:r>
        <w:rPr>
          <w:b w:val="0"/>
          <w:i w:val="0"/>
          <w:smallCaps w:val="0"/>
          <w:strike w:val="0"/>
          <w:color w:val="000000"/>
          <w:u w:val="single"/>
        </w:rPr>
        <w:t>happen,”</w:t>
      </w:r>
      <w:r>
        <w:rPr>
          <w:b w:val="0"/>
          <w:i w:val="0"/>
          <w:smallCaps w:val="0"/>
          <w:strike w:val="0"/>
          <w:color w:val="000000"/>
          <w:sz w:val="16"/>
          <w:u w:val="none"/>
        </w:rPr>
        <w:t xml:space="preserve"> </w:t>
      </w:r>
      <w:r>
        <w:rPr>
          <w:b w:val="0"/>
          <w:i w:val="0"/>
          <w:smallCaps w:val="0"/>
          <w:strike w:val="0"/>
          <w:color w:val="000000"/>
          <w:u w:val="single"/>
        </w:rPr>
        <w:t>she</w:t>
      </w:r>
      <w:r>
        <w:rPr>
          <w:b w:val="0"/>
          <w:i w:val="0"/>
          <w:smallCaps w:val="0"/>
          <w:strike w:val="0"/>
          <w:color w:val="000000"/>
          <w:sz w:val="16"/>
          <w:u w:val="none"/>
        </w:rPr>
        <w:t xml:space="preserve"> </w:t>
      </w:r>
      <w:r>
        <w:rPr>
          <w:b w:val="0"/>
          <w:i w:val="0"/>
          <w:smallCaps w:val="0"/>
          <w:strike w:val="0"/>
          <w:color w:val="000000"/>
          <w:u w:val="single"/>
        </w:rPr>
        <w:t>says</w:t>
      </w:r>
      <w:r>
        <w:rPr>
          <w:b w:val="0"/>
          <w:i w:val="0"/>
          <w:smallCaps w:val="0"/>
          <w:strike w:val="0"/>
          <w:color w:val="000000"/>
          <w:sz w:val="16"/>
          <w:u w:val="none"/>
        </w:rPr>
        <w:t>. “There’s so much complexity in our systems these failures can cascade and they can become much more widespread, which means the failure is quite often unavoidable. But what we can do is design our systems so that they can respond and recover quickly.” This is what the Resilience Shift is now trying to improve. It has been organising exercises in collaboration with the Electric Infrastructure Security Council (EIS) that help large organisations, universities, schools, community groups and even families prepare themselves for an event that might lead to mass power cuts for several days at a time. The Emergency All-sector Response Transnational Hazard Exercise, or Earth Ex, is an online exercise that allows people to rehearse the decisions they need to make and put in place the plans they need should the worst happen. () “We want people to be thinking about these things long before there is a problem,” says John Heltzel, director of resilience planning at the EIS. “</w:t>
      </w:r>
      <w:r>
        <w:rPr>
          <w:b w:val="0"/>
          <w:i w:val="0"/>
          <w:smallCaps w:val="0"/>
          <w:strike w:val="0"/>
          <w:color w:val="000000"/>
          <w:u w:val="single"/>
        </w:rPr>
        <w:t>It’s</w:t>
      </w:r>
      <w:r>
        <w:rPr>
          <w:b w:val="0"/>
          <w:i w:val="0"/>
          <w:smallCaps w:val="0"/>
          <w:strike w:val="0"/>
          <w:color w:val="000000"/>
          <w:sz w:val="16"/>
          <w:u w:val="none"/>
        </w:rPr>
        <w:t xml:space="preserve"> </w:t>
      </w:r>
      <w:r>
        <w:rPr>
          <w:b w:val="0"/>
          <w:i w:val="0"/>
          <w:smallCaps w:val="0"/>
          <w:strike w:val="0"/>
          <w:color w:val="000000"/>
          <w:u w:val="single"/>
        </w:rPr>
        <w:t>important</w:t>
      </w:r>
      <w:r>
        <w:rPr>
          <w:b w:val="0"/>
          <w:i w:val="0"/>
          <w:smallCaps w:val="0"/>
          <w:strike w:val="0"/>
          <w:color w:val="000000"/>
          <w:sz w:val="16"/>
          <w:u w:val="none"/>
        </w:rPr>
        <w:t xml:space="preserve"> </w:t>
      </w:r>
      <w:r>
        <w:rPr>
          <w:b w:val="0"/>
          <w:i w:val="0"/>
          <w:smallCaps w:val="0"/>
          <w:strike w:val="0"/>
          <w:color w:val="000000"/>
          <w:u w:val="single"/>
        </w:rPr>
        <w:t>because</w:t>
      </w:r>
      <w:r>
        <w:rPr>
          <w:b w:val="0"/>
          <w:i w:val="0"/>
          <w:smallCaps w:val="0"/>
          <w:strike w:val="0"/>
          <w:color w:val="000000"/>
          <w:sz w:val="16"/>
          <w:u w:val="none"/>
        </w:rPr>
        <w:t xml:space="preserve"> </w:t>
      </w:r>
      <w:r>
        <w:rPr>
          <w:b w:val="0"/>
          <w:i w:val="0"/>
          <w:smallCaps w:val="0"/>
          <w:strike w:val="0"/>
          <w:color w:val="000000"/>
          <w:u w:val="single"/>
        </w:rPr>
        <w:t>when the</w:t>
      </w:r>
      <w:r>
        <w:rPr>
          <w:b w:val="0"/>
          <w:i w:val="0"/>
          <w:smallCaps w:val="0"/>
          <w:strike w:val="0"/>
          <w:color w:val="000000"/>
          <w:sz w:val="16"/>
          <w:u w:val="none"/>
        </w:rPr>
        <w:t xml:space="preserve"> </w:t>
      </w:r>
      <w:r>
        <w:rPr>
          <w:b w:val="0"/>
          <w:i w:val="0"/>
          <w:smallCaps w:val="0"/>
          <w:strike w:val="0"/>
          <w:color w:val="000000"/>
          <w:u w:val="single"/>
        </w:rPr>
        <w:t>electricity</w:t>
      </w:r>
      <w:r>
        <w:rPr>
          <w:b w:val="0"/>
          <w:i w:val="0"/>
          <w:smallCaps w:val="0"/>
          <w:strike w:val="0"/>
          <w:color w:val="000000"/>
          <w:sz w:val="16"/>
          <w:u w:val="none"/>
        </w:rPr>
        <w:t xml:space="preserve"> </w:t>
      </w:r>
      <w:r>
        <w:rPr>
          <w:b w:val="0"/>
          <w:i w:val="0"/>
          <w:smallCaps w:val="0"/>
          <w:strike w:val="0"/>
          <w:color w:val="000000"/>
          <w:u w:val="single"/>
        </w:rPr>
        <w:t>grid fails, there is this risk of cascading impacts</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occur</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what</w:t>
      </w:r>
      <w:r>
        <w:rPr>
          <w:b w:val="0"/>
          <w:i w:val="0"/>
          <w:smallCaps w:val="0"/>
          <w:strike w:val="0"/>
          <w:color w:val="000000"/>
          <w:sz w:val="16"/>
          <w:u w:val="none"/>
        </w:rPr>
        <w:t xml:space="preserve"> </w:t>
      </w:r>
      <w:r>
        <w:rPr>
          <w:b w:val="0"/>
          <w:i w:val="0"/>
          <w:smallCaps w:val="0"/>
          <w:strike w:val="0"/>
          <w:color w:val="000000"/>
          <w:u w:val="single"/>
        </w:rPr>
        <w:t>might</w:t>
      </w:r>
      <w:r>
        <w:rPr>
          <w:b w:val="0"/>
          <w:i w:val="0"/>
          <w:smallCaps w:val="0"/>
          <w:strike w:val="0"/>
          <w:color w:val="000000"/>
          <w:sz w:val="16"/>
          <w:u w:val="none"/>
        </w:rPr>
        <w:t xml:space="preserve"> </w:t>
      </w:r>
      <w:r>
        <w:rPr>
          <w:b w:val="0"/>
          <w:i w:val="0"/>
          <w:smallCaps w:val="0"/>
          <w:strike w:val="0"/>
          <w:color w:val="000000"/>
          <w:u w:val="single"/>
        </w:rPr>
        <w:t>at</w:t>
      </w:r>
      <w:r>
        <w:rPr>
          <w:b w:val="0"/>
          <w:i w:val="0"/>
          <w:smallCaps w:val="0"/>
          <w:strike w:val="0"/>
          <w:color w:val="000000"/>
          <w:sz w:val="16"/>
          <w:u w:val="none"/>
        </w:rPr>
        <w:t xml:space="preserve"> </w:t>
      </w:r>
      <w:r>
        <w:rPr>
          <w:b w:val="0"/>
          <w:i w:val="0"/>
          <w:smallCaps w:val="0"/>
          <w:strike w:val="0"/>
          <w:color w:val="000000"/>
          <w:u w:val="single"/>
        </w:rPr>
        <w:t>first</w:t>
      </w:r>
      <w:r>
        <w:rPr>
          <w:b w:val="0"/>
          <w:i w:val="0"/>
          <w:smallCaps w:val="0"/>
          <w:strike w:val="0"/>
          <w:color w:val="000000"/>
          <w:sz w:val="16"/>
          <w:u w:val="none"/>
        </w:rPr>
        <w:t xml:space="preserve"> </w:t>
      </w:r>
      <w:r>
        <w:rPr>
          <w:b w:val="0"/>
          <w:i w:val="0"/>
          <w:smallCaps w:val="0"/>
          <w:strike w:val="0"/>
          <w:color w:val="000000"/>
          <w:u w:val="single"/>
        </w:rPr>
        <w:t>seem</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relatively</w:t>
      </w:r>
      <w:r>
        <w:rPr>
          <w:b w:val="0"/>
          <w:i w:val="0"/>
          <w:smallCaps w:val="0"/>
          <w:strike w:val="0"/>
          <w:color w:val="000000"/>
          <w:sz w:val="16"/>
          <w:u w:val="none"/>
        </w:rPr>
        <w:t xml:space="preserve"> </w:t>
      </w:r>
      <w:r>
        <w:rPr>
          <w:b w:val="0"/>
          <w:i w:val="0"/>
          <w:smallCaps w:val="0"/>
          <w:strike w:val="0"/>
          <w:color w:val="000000"/>
          <w:u w:val="single"/>
        </w:rPr>
        <w:t>minor</w:t>
      </w:r>
      <w:r>
        <w:rPr>
          <w:b w:val="0"/>
          <w:i w:val="0"/>
          <w:smallCaps w:val="0"/>
          <w:strike w:val="0"/>
          <w:color w:val="000000"/>
          <w:sz w:val="16"/>
          <w:u w:val="none"/>
        </w:rPr>
        <w:t xml:space="preserve"> </w:t>
      </w:r>
      <w:r>
        <w:rPr>
          <w:b w:val="0"/>
          <w:i w:val="0"/>
          <w:smallCaps w:val="0"/>
          <w:strike w:val="0"/>
          <w:color w:val="000000"/>
          <w:u w:val="single"/>
        </w:rPr>
        <w:t>event.</w:t>
      </w:r>
      <w:r>
        <w:rPr>
          <w:b w:val="0"/>
          <w:i w:val="0"/>
          <w:smallCaps w:val="0"/>
          <w:strike w:val="0"/>
          <w:color w:val="000000"/>
          <w:sz w:val="16"/>
          <w:u w:val="none"/>
        </w:rPr>
        <w:t xml:space="preserve">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cascade</w:t>
      </w:r>
      <w:r>
        <w:rPr>
          <w:b w:val="0"/>
          <w:i w:val="0"/>
          <w:smallCaps w:val="0"/>
          <w:strike w:val="0"/>
          <w:color w:val="000000"/>
          <w:sz w:val="16"/>
          <w:u w:val="none"/>
        </w:rPr>
        <w:t xml:space="preserve"> </w:t>
      </w:r>
      <w:r>
        <w:rPr>
          <w:b w:val="0"/>
          <w:i w:val="0"/>
          <w:smallCaps w:val="0"/>
          <w:strike w:val="0"/>
          <w:color w:val="000000"/>
          <w:u w:val="single"/>
        </w:rPr>
        <w:t>effect</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where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real</w:t>
      </w:r>
      <w:r>
        <w:rPr>
          <w:b w:val="0"/>
          <w:i w:val="0"/>
          <w:smallCaps w:val="0"/>
          <w:strike w:val="0"/>
          <w:color w:val="000000"/>
          <w:sz w:val="16"/>
          <w:u w:val="none"/>
        </w:rPr>
        <w:t xml:space="preserve"> </w:t>
      </w:r>
      <w:r>
        <w:rPr>
          <w:b w:val="0"/>
          <w:i w:val="0"/>
          <w:smallCaps w:val="0"/>
          <w:strike w:val="0"/>
          <w:color w:val="000000"/>
          <w:u w:val="single"/>
        </w:rPr>
        <w:t>damage</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be</w:t>
      </w:r>
      <w:r>
        <w:rPr>
          <w:b w:val="0"/>
          <w:i w:val="0"/>
          <w:smallCaps w:val="0"/>
          <w:strike w:val="0"/>
          <w:color w:val="000000"/>
          <w:sz w:val="16"/>
          <w:u w:val="none"/>
        </w:rPr>
        <w:t xml:space="preserve"> </w:t>
      </w:r>
      <w:r>
        <w:rPr>
          <w:b w:val="0"/>
          <w:i w:val="0"/>
          <w:smallCaps w:val="0"/>
          <w:strike w:val="0"/>
          <w:color w:val="000000"/>
          <w:u w:val="single"/>
        </w:rPr>
        <w:t>done.</w:t>
      </w:r>
      <w:r>
        <w:rPr>
          <w:b w:val="0"/>
          <w:i w:val="0"/>
          <w:smallCaps w:val="0"/>
          <w:strike w:val="0"/>
          <w:color w:val="000000"/>
          <w:sz w:val="16"/>
          <w:u w:val="none"/>
        </w:rPr>
        <w:t xml:space="preserve"> As the people of Venezuela have discovered, even basic service like water can stop when the power goes out. “It’s effectively [like going] back to the dark ages,” says Heltzel. A report by scientists at University College London mapped out how the , from the loss of health care provision and sanitation services to citizens trapped in lifts and disruption to transport systems. Then there are the social consequences that percolate out. as they provide opportunities for theft and fraud. The supply of cash and credit – particularly in our modern societies so reliant upon electronic and card payments – dry up meaning people have to rely on whatever cash they happen to have squirreled away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Communication networks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ability</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contact</w:t>
      </w:r>
      <w:r>
        <w:rPr>
          <w:b w:val="0"/>
          <w:i w:val="0"/>
          <w:smallCaps w:val="0"/>
          <w:strike w:val="0"/>
          <w:color w:val="000000"/>
          <w:sz w:val="16"/>
          <w:u w:val="none"/>
        </w:rPr>
        <w:t xml:space="preserve"> </w:t>
      </w:r>
      <w:r>
        <w:rPr>
          <w:b w:val="0"/>
          <w:i w:val="0"/>
          <w:smallCaps w:val="0"/>
          <w:strike w:val="0"/>
          <w:color w:val="000000"/>
          <w:u w:val="single"/>
        </w:rPr>
        <w:t>loved</w:t>
      </w:r>
      <w:r>
        <w:rPr>
          <w:b w:val="0"/>
          <w:i w:val="0"/>
          <w:smallCaps w:val="0"/>
          <w:strike w:val="0"/>
          <w:color w:val="000000"/>
          <w:sz w:val="16"/>
          <w:u w:val="none"/>
        </w:rPr>
        <w:t xml:space="preserve"> </w:t>
      </w:r>
      <w:r>
        <w:rPr>
          <w:b w:val="0"/>
          <w:i w:val="0"/>
          <w:smallCaps w:val="0"/>
          <w:strike w:val="0"/>
          <w:color w:val="000000"/>
          <w:u w:val="single"/>
        </w:rPr>
        <w:t>ones</w:t>
      </w:r>
      <w:r>
        <w:rPr>
          <w:b w:val="0"/>
          <w:i w:val="0"/>
          <w:smallCaps w:val="0"/>
          <w:strike w:val="0"/>
          <w:color w:val="000000"/>
          <w:sz w:val="16"/>
          <w:u w:val="none"/>
        </w:rPr>
        <w:t xml:space="preserve"> </w:t>
      </w:r>
      <w:r>
        <w:rPr>
          <w:b w:val="0"/>
          <w:i w:val="0"/>
          <w:smallCaps w:val="0"/>
          <w:strike w:val="0"/>
          <w:color w:val="000000"/>
          <w:u w:val="single"/>
        </w:rPr>
        <w:t>disappear</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while</w:t>
      </w:r>
      <w:r>
        <w:rPr>
          <w:b w:val="0"/>
          <w:i w:val="0"/>
          <w:smallCaps w:val="0"/>
          <w:strike w:val="0"/>
          <w:color w:val="000000"/>
          <w:sz w:val="16"/>
          <w:u w:val="none"/>
        </w:rPr>
        <w:t xml:space="preserve"> </w:t>
      </w:r>
      <w:r>
        <w:rPr>
          <w:b w:val="0"/>
          <w:i w:val="0"/>
          <w:smallCaps w:val="0"/>
          <w:strike w:val="0"/>
          <w:color w:val="000000"/>
          <w:u w:val="single"/>
        </w:rPr>
        <w:t>vulnerable</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like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elderly</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often</w:t>
      </w:r>
      <w:r>
        <w:rPr>
          <w:b w:val="0"/>
          <w:i w:val="0"/>
          <w:smallCaps w:val="0"/>
          <w:strike w:val="0"/>
          <w:color w:val="000000"/>
          <w:sz w:val="16"/>
          <w:u w:val="none"/>
        </w:rPr>
        <w:t xml:space="preserve"> </w:t>
      </w:r>
      <w:r>
        <w:rPr>
          <w:b w:val="0"/>
          <w:i w:val="0"/>
          <w:smallCaps w:val="0"/>
          <w:strike w:val="0"/>
          <w:color w:val="000000"/>
          <w:u w:val="single"/>
        </w:rPr>
        <w:t>left</w:t>
      </w:r>
      <w:r>
        <w:rPr>
          <w:b w:val="0"/>
          <w:i w:val="0"/>
          <w:smallCaps w:val="0"/>
          <w:strike w:val="0"/>
          <w:color w:val="000000"/>
          <w:sz w:val="16"/>
          <w:u w:val="none"/>
        </w:rPr>
        <w:t xml:space="preserve"> </w:t>
      </w:r>
      <w:r>
        <w:rPr>
          <w:b w:val="0"/>
          <w:i w:val="0"/>
          <w:smallCaps w:val="0"/>
          <w:strike w:val="0"/>
          <w:color w:val="000000"/>
          <w:u w:val="single"/>
        </w:rPr>
        <w:t>stranded</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their</w:t>
      </w:r>
      <w:r>
        <w:rPr>
          <w:b w:val="0"/>
          <w:i w:val="0"/>
          <w:smallCaps w:val="0"/>
          <w:strike w:val="0"/>
          <w:color w:val="000000"/>
          <w:sz w:val="16"/>
          <w:u w:val="none"/>
        </w:rPr>
        <w:t xml:space="preserve"> </w:t>
      </w:r>
      <w:r>
        <w:rPr>
          <w:b w:val="0"/>
          <w:i w:val="0"/>
          <w:smallCaps w:val="0"/>
          <w:strike w:val="0"/>
          <w:color w:val="000000"/>
          <w:u w:val="single"/>
        </w:rPr>
        <w:t>own</w:t>
      </w:r>
      <w:r>
        <w:rPr>
          <w:b w:val="0"/>
          <w:i w:val="0"/>
          <w:smallCaps w:val="0"/>
          <w:strike w:val="0"/>
          <w:color w:val="000000"/>
          <w:sz w:val="16"/>
          <w:u w:val="none"/>
        </w:rPr>
        <w:t xml:space="preserve"> </w:t>
      </w:r>
      <w:r>
        <w:rPr>
          <w:b w:val="0"/>
          <w:i w:val="0"/>
          <w:smallCaps w:val="0"/>
          <w:strike w:val="0"/>
          <w:color w:val="000000"/>
          <w:u w:val="single"/>
        </w:rPr>
        <w:t>homes.</w:t>
      </w:r>
      <w:r>
        <w:rPr>
          <w:b w:val="0"/>
          <w:i w:val="0"/>
          <w:smallCaps w:val="0"/>
          <w:strike w:val="0"/>
          <w:color w:val="000000"/>
          <w:sz w:val="16"/>
          <w:u w:val="none"/>
        </w:rPr>
        <w:t xml:space="preserve"> </w:t>
      </w:r>
      <w:r>
        <w:rPr>
          <w:b w:val="0"/>
          <w:i w:val="0"/>
          <w:smallCaps w:val="0"/>
          <w:strike w:val="0"/>
          <w:color w:val="000000"/>
          <w:u w:val="single"/>
        </w:rPr>
        <w:t>Businesses</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also</w:t>
      </w:r>
      <w:r>
        <w:rPr>
          <w:b w:val="0"/>
          <w:i w:val="0"/>
          <w:smallCaps w:val="0"/>
          <w:strike w:val="0"/>
          <w:color w:val="000000"/>
          <w:sz w:val="16"/>
          <w:u w:val="none"/>
        </w:rPr>
        <w:t xml:space="preserve"> </w:t>
      </w:r>
      <w:r>
        <w:rPr>
          <w:b w:val="0"/>
          <w:i w:val="0"/>
          <w:smallCaps w:val="0"/>
          <w:strike w:val="0"/>
          <w:color w:val="000000"/>
          <w:u w:val="single"/>
        </w:rPr>
        <w:t>left</w:t>
      </w:r>
      <w:r>
        <w:rPr>
          <w:b w:val="0"/>
          <w:i w:val="0"/>
          <w:smallCaps w:val="0"/>
          <w:strike w:val="0"/>
          <w:color w:val="000000"/>
          <w:sz w:val="16"/>
          <w:u w:val="none"/>
        </w:rPr>
        <w:t xml:space="preserve"> </w:t>
      </w:r>
      <w:r>
        <w:rPr>
          <w:b w:val="0"/>
          <w:i w:val="0"/>
          <w:smallCaps w:val="0"/>
          <w:strike w:val="0"/>
          <w:color w:val="000000"/>
          <w:u w:val="single"/>
        </w:rPr>
        <w:t>largely unable to operate, resulting in huge economic impacts</w:t>
      </w:r>
      <w:r>
        <w:rPr>
          <w:b w:val="0"/>
          <w:i w:val="0"/>
          <w:smallCaps w:val="0"/>
          <w:strike w:val="0"/>
          <w:color w:val="000000"/>
          <w:u w:val="single"/>
        </w:rPr>
        <w:t>.</w:t>
      </w:r>
      <w:r>
        <w:rPr>
          <w:b w:val="0"/>
          <w:i w:val="0"/>
          <w:smallCaps w:val="0"/>
          <w:strike w:val="0"/>
          <w:color w:val="000000"/>
          <w:sz w:val="16"/>
          <w:u w:val="none"/>
        </w:rPr>
        <w:t xml:space="preserve"> In 2004, the Department of Energy estimated the annual cost of power outages in the US . When two million customers in California had their supplies cut for two days in October this year, experts estimated the cost to the economy to be around $2.5bn (£1.9bn). Heltzel knows first hand the kind of chaos large-scale power outages can cause. He is a retired brigadier general who spent 33 years in the Kentucky National Guard and also served as the deputy commander of the Kentucky Joint Force Headquarters. In 2009, the state was hit by a series of ice storms that brought powerlines tumbling down under the weight of rime ice and snow building up on the wires. “On one day we got an ice storm, followed by a snow storm, followed by another ice storm,” recalls Heltzel. The build up of ice was so great it even brought down steel utility structures designed to withstand hurricane force winds and , according to a later Congressional hearing. “We lost power in all of western Kentucky,” says Heltzel. “From a state perspective, of 120 counties, we had 114 placed into a state of emergency. It meant that people were stuck in their houses and couldn't get to the stores to buy food. So, we had people that were going hungry and we had people whose wells were frozen over. They could not get water through the normal municipal water systems. At the same time the communications networks weren't working, so they could not call for help.” The Kentucky National Guard mobilised 12,000 soldiers and airmen to go door-to-door delivering food to people. They also requested emergency generators to get the water supply back up and running. Emergency communication stations were brought in from other states to restore the telephone and radio network. Even so, the hardest hit areas were . “We were flying people who managed the electricity grid up and down their power lines in our helicopters so they could assess how many poles and cables they needed,” says Heltzel. “But even with all the resources we brought to bear, it took four and half weeks for the last house to be reconnected.” Around 35 people in Kentucky and 30 in neighbouring states lost their lives. At least eight of the deaths were due to without proper ventilation. This is why Heltzel believes planning for a black sky event before one happens is so important. Organisations like hospitals, water suppliers and large companies can make sure they regularly service their back-up generators, and have a sufficient supply of fuel to keep them running. Churches and schools can make sure they have blankets on hand and other facilities to help those who might become stranded and need shelter. On an individual level, we can all take steps too. From simple things like having torches with plenty of spare batteries to hand, to ensuring we have adequate supplies of bottled water to fall back on – the EIS recommends having two weeks worth of water with two litres a day per person and one litre for pets. Keeping cupboards stocked with non-perishable foods like rice, pasta and canned vegetables, is also advised. But the Heltzel and his team also have some more unusual tips for families looking to prepare for a black sky event. Baby formula, for example, is a good source of nutrition even if you don’t have young children. A good supply of rubbish bags is also important – these can be tucked under the toilet seat if the water stops running, allowing you to bury your waste outside. Keeping a stash of emergency cash could also be a life saver. “One of the things we talk about for individuals and families is turning yourself from being a survivor into someone who can help with the restoration,” adds Heltzel. “We want people to be part of the solution rather than the problem. That might be being part of wider community efforts to build resilience or simply helping others who are not as prepared.” In Venezuela, the medical staff have become a perfect example of this. Following the first nationwide black outs, the number of deaths in hospitals have declined with each subsequent black out. Julio Castro, from Doctors for Health, puts this partly down to the shorter length of the power outages, but also to the preparations that hospital staff put in place. “Now they are aware of the problem they have put procedures in place,” says Castro. “They have made sure they have fuel and the back up generators are working. They have rotas for when they need to do manual ventilation and manual back ups for their equipment. “It is keeping people alive.”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