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Small businesses are the </w:t>
      </w:r>
      <w:r>
        <w:rPr>
          <w:b/>
          <w:i w:val="0"/>
          <w:smallCaps w:val="0"/>
          <w:strike w:val="0"/>
          <w:sz w:val="26"/>
          <w:u w:val="single"/>
        </w:rPr>
        <w:t>heart</w:t>
      </w:r>
      <w:r>
        <w:rPr>
          <w:b/>
          <w:i w:val="0"/>
          <w:smallCaps w:val="0"/>
          <w:strike w:val="0"/>
          <w:sz w:val="26"/>
          <w:u w:val="none"/>
        </w:rPr>
        <w:t xml:space="preserve"> of the </w:t>
      </w:r>
      <w:r>
        <w:rPr>
          <w:b/>
          <w:i w:val="0"/>
          <w:smallCaps w:val="0"/>
          <w:strike w:val="0"/>
          <w:sz w:val="26"/>
          <w:u w:val="single"/>
        </w:rPr>
        <w:t>economy</w:t>
      </w:r>
      <w:r>
        <w:rPr>
          <w:b/>
          <w:i w:val="0"/>
          <w:smallCaps w:val="0"/>
          <w:strike w:val="0"/>
          <w:sz w:val="26"/>
          <w:u w:val="none"/>
        </w:rPr>
        <w:t>.</w:t>
      </w:r>
    </w:p>
    <w:p>
      <w:pPr>
        <w:spacing w:after="80"/>
      </w:pPr>
      <w:r>
        <w:rPr>
          <w:b/>
          <w:i w:val="0"/>
          <w:smallCaps w:val="0"/>
          <w:strike w:val="0"/>
          <w:sz w:val="26"/>
          <w:u w:val="none"/>
        </w:rPr>
        <w:t>BA 20</w:t>
      </w:r>
      <w:r>
        <w:rPr>
          <w:b w:val="0"/>
          <w:i w:val="0"/>
          <w:smallCaps w:val="0"/>
          <w:strike w:val="0"/>
          <w:u w:val="none"/>
        </w:rPr>
        <w:t>, Better Accounting is a professional service for small businesses in need of help with their taxes, bookkeeping, and more</w:t>
      </w:r>
      <w:r>
        <w:rPr>
          <w:b w:val="0"/>
          <w:i w:val="0"/>
          <w:smallCaps w:val="0"/>
          <w:strike w:val="0"/>
          <w:u w:val="none"/>
        </w:rPr>
        <w:t xml:space="preserve">, </w:t>
      </w:r>
      <w:r>
        <w:rPr>
          <w:b w:val="0"/>
          <w:i w:val="0"/>
          <w:smallCaps w:val="0"/>
          <w:strike w:val="0"/>
          <w:u w:val="none"/>
        </w:rPr>
        <w:t>8-11-2020, The Importance of a Small Business, https://betteraccounting.com/small-businesses-are-the-backbone-of-the-economy/, Royer</w:t>
      </w:r>
    </w:p>
    <w:p>
      <w:pPr>
        <w:spacing w:after="60"/>
      </w:pPr>
      <w:r>
        <w:rPr>
          <w:b w:val="0"/>
          <w:i w:val="0"/>
          <w:smallCaps w:val="0"/>
          <w:strike w:val="0"/>
          <w:sz w:val="14"/>
          <w:u w:val="none"/>
        </w:rPr>
        <w:t xml:space="preserve">Small businesses don’t get a whole lot of attention in the business world. Business reporters seem to only give press to big businesses—their profit and loss data, their newest product, a corporate scandal. Yet, </w:t>
      </w:r>
      <w:r>
        <w:rPr>
          <w:b/>
          <w:i w:val="0"/>
          <w:smallCaps w:val="0"/>
          <w:strike w:val="0"/>
          <w:sz w:val="22"/>
          <w:highlight w:val="cyan"/>
          <w:u w:val="single"/>
        </w:rPr>
        <w:t>99 percent</w:t>
      </w:r>
      <w:r>
        <w:rPr>
          <w:b w:val="0"/>
          <w:i w:val="0"/>
          <w:smallCaps w:val="0"/>
          <w:strike w:val="0"/>
          <w:sz w:val="22"/>
          <w:highlight w:val="cyan"/>
          <w:u w:val="single"/>
        </w:rPr>
        <w:t xml:space="preserve"> of all businesses</w:t>
      </w:r>
      <w:r>
        <w:rPr>
          <w:b w:val="0"/>
          <w:i w:val="0"/>
          <w:smallCaps w:val="0"/>
          <w:strike w:val="0"/>
          <w:sz w:val="22"/>
          <w:u w:val="single"/>
        </w:rPr>
        <w:t xml:space="preserve"> in the United States </w:t>
      </w:r>
      <w:r>
        <w:rPr>
          <w:b w:val="0"/>
          <w:i w:val="0"/>
          <w:smallCaps w:val="0"/>
          <w:strike w:val="0"/>
          <w:sz w:val="22"/>
          <w:highlight w:val="cyan"/>
          <w:u w:val="single"/>
        </w:rPr>
        <w:t xml:space="preserve">are </w:t>
      </w:r>
      <w:r>
        <w:rPr>
          <w:b/>
          <w:i w:val="0"/>
          <w:smallCaps w:val="0"/>
          <w:strike w:val="0"/>
          <w:sz w:val="22"/>
          <w:highlight w:val="cyan"/>
          <w:u w:val="single"/>
        </w:rPr>
        <w:t>small businesses</w:t>
      </w:r>
      <w:r>
        <w:rPr>
          <w:b w:val="0"/>
          <w:i w:val="0"/>
          <w:smallCaps w:val="0"/>
          <w:strike w:val="0"/>
          <w:sz w:val="14"/>
          <w:u w:val="none"/>
        </w:rPr>
        <w:t xml:space="preserve">. </w:t>
      </w:r>
      <w:r>
        <w:rPr>
          <w:b w:val="0"/>
          <w:i w:val="0"/>
          <w:smallCaps w:val="0"/>
          <w:strike w:val="0"/>
          <w:sz w:val="22"/>
          <w:u w:val="single"/>
        </w:rPr>
        <w:t xml:space="preserve">Small businesses are the lifeblood that </w:t>
      </w:r>
      <w:r>
        <w:rPr>
          <w:b w:val="0"/>
          <w:i w:val="0"/>
          <w:smallCaps w:val="0"/>
          <w:strike w:val="0"/>
          <w:sz w:val="22"/>
          <w:highlight w:val="cyan"/>
          <w:u w:val="single"/>
        </w:rPr>
        <w:t xml:space="preserve">keeps the American </w:t>
      </w:r>
      <w:r>
        <w:rPr>
          <w:b/>
          <w:i w:val="0"/>
          <w:smallCaps w:val="0"/>
          <w:strike w:val="0"/>
          <w:sz w:val="22"/>
          <w:highlight w:val="cyan"/>
          <w:u w:val="single"/>
        </w:rPr>
        <w:t>economy</w:t>
      </w:r>
      <w:r>
        <w:rPr>
          <w:b w:val="0"/>
          <w:i w:val="0"/>
          <w:smallCaps w:val="0"/>
          <w:strike w:val="0"/>
          <w:sz w:val="22"/>
          <w:highlight w:val="cyan"/>
          <w:u w:val="single"/>
        </w:rPr>
        <w:t xml:space="preserve"> functioning</w:t>
      </w:r>
      <w:r>
        <w:rPr>
          <w:b w:val="0"/>
          <w:i w:val="0"/>
          <w:smallCaps w:val="0"/>
          <w:strike w:val="0"/>
          <w:sz w:val="14"/>
          <w:u w:val="none"/>
        </w:rPr>
        <w:t xml:space="preserve">.  </w:t>
      </w:r>
    </w:p>
    <w:p>
      <w:pPr>
        <w:spacing w:after="60"/>
      </w:pPr>
      <w:r>
        <w:rPr>
          <w:b w:val="0"/>
          <w:i w:val="0"/>
          <w:smallCaps w:val="0"/>
          <w:strike w:val="0"/>
          <w:sz w:val="14"/>
          <w:u w:val="none"/>
        </w:rPr>
        <w:t>Small Business: The Engine That Keeps the Machine Running</w:t>
      </w:r>
    </w:p>
    <w:p>
      <w:pPr>
        <w:spacing w:after="60"/>
      </w:pPr>
      <w:r>
        <w:rPr>
          <w:b w:val="0"/>
          <w:i w:val="0"/>
          <w:smallCaps w:val="0"/>
          <w:strike w:val="0"/>
          <w:sz w:val="14"/>
          <w:u w:val="none"/>
        </w:rPr>
        <w:t xml:space="preserve">According to a report issued by the Small Business Administration (SBA) in 2019, small businesses account for 44 percent of economic activity in the United States. Small businesses </w:t>
      </w:r>
      <w:r>
        <w:rPr>
          <w:b w:val="0"/>
          <w:i w:val="0"/>
          <w:smallCaps w:val="0"/>
          <w:strike w:val="0"/>
          <w:sz w:val="22"/>
          <w:highlight w:val="cyan"/>
          <w:u w:val="single"/>
        </w:rPr>
        <w:t xml:space="preserve">create </w:t>
      </w:r>
      <w:r>
        <w:rPr>
          <w:b/>
          <w:i w:val="0"/>
          <w:smallCaps w:val="0"/>
          <w:strike w:val="0"/>
          <w:sz w:val="22"/>
          <w:highlight w:val="cyan"/>
          <w:u w:val="single"/>
        </w:rPr>
        <w:t>two-thirds of new jobs</w:t>
      </w:r>
      <w:r>
        <w:rPr>
          <w:b w:val="0"/>
          <w:i w:val="0"/>
          <w:smallCaps w:val="0"/>
          <w:strike w:val="0"/>
          <w:sz w:val="14"/>
          <w:u w:val="none"/>
        </w:rPr>
        <w:t xml:space="preserve"> and deliver </w:t>
      </w:r>
      <w:r>
        <w:rPr>
          <w:b/>
          <w:i w:val="0"/>
          <w:smallCaps w:val="0"/>
          <w:strike w:val="0"/>
          <w:sz w:val="22"/>
          <w:highlight w:val="cyan"/>
          <w:u w:val="single"/>
        </w:rPr>
        <w:t>43.5 percent</w:t>
      </w:r>
      <w:r>
        <w:rPr>
          <w:b w:val="0"/>
          <w:i w:val="0"/>
          <w:smallCaps w:val="0"/>
          <w:strike w:val="0"/>
          <w:sz w:val="22"/>
          <w:highlight w:val="cyan"/>
          <w:u w:val="single"/>
        </w:rPr>
        <w:t xml:space="preserve"> of the United States’</w:t>
      </w:r>
      <w:r>
        <w:rPr>
          <w:b w:val="0"/>
          <w:i w:val="0"/>
          <w:smallCaps w:val="0"/>
          <w:strike w:val="0"/>
          <w:sz w:val="14"/>
          <w:u w:val="none"/>
        </w:rPr>
        <w:t xml:space="preserve"> gross domestic product (</w:t>
      </w:r>
      <w:r>
        <w:rPr>
          <w:b/>
          <w:i w:val="0"/>
          <w:smallCaps w:val="0"/>
          <w:strike w:val="0"/>
          <w:sz w:val="22"/>
          <w:highlight w:val="cyan"/>
          <w:u w:val="single"/>
        </w:rPr>
        <w:t>GDP</w:t>
      </w:r>
      <w:r>
        <w:rPr>
          <w:b w:val="0"/>
          <w:i w:val="0"/>
          <w:smallCaps w:val="0"/>
          <w:strike w:val="0"/>
          <w:sz w:val="14"/>
          <w:u w:val="none"/>
        </w:rPr>
        <w:t xml:space="preserve">). In addition to keeping the economy running, </w:t>
      </w:r>
      <w:r>
        <w:rPr>
          <w:b w:val="0"/>
          <w:i w:val="0"/>
          <w:smallCaps w:val="0"/>
          <w:strike w:val="0"/>
          <w:sz w:val="22"/>
          <w:highlight w:val="cyan"/>
          <w:u w:val="single"/>
        </w:rPr>
        <w:t>small businesses</w:t>
      </w:r>
      <w:r>
        <w:rPr>
          <w:b w:val="0"/>
          <w:i w:val="0"/>
          <w:smallCaps w:val="0"/>
          <w:strike w:val="0"/>
          <w:sz w:val="14"/>
          <w:u w:val="none"/>
        </w:rPr>
        <w:t xml:space="preserve"> also </w:t>
      </w:r>
      <w:r>
        <w:rPr>
          <w:b w:val="0"/>
          <w:i w:val="0"/>
          <w:smallCaps w:val="0"/>
          <w:strike w:val="0"/>
          <w:sz w:val="22"/>
          <w:highlight w:val="cyan"/>
          <w:u w:val="single"/>
        </w:rPr>
        <w:t xml:space="preserve">lead the way in </w:t>
      </w:r>
      <w:r>
        <w:rPr>
          <w:b/>
          <w:i w:val="0"/>
          <w:smallCaps w:val="0"/>
          <w:strike w:val="0"/>
          <w:sz w:val="22"/>
          <w:highlight w:val="cyan"/>
          <w:u w:val="single"/>
        </w:rPr>
        <w:t>innovation</w:t>
      </w:r>
      <w:r>
        <w:rPr>
          <w:b w:val="0"/>
          <w:i w:val="0"/>
          <w:smallCaps w:val="0"/>
          <w:strike w:val="0"/>
          <w:sz w:val="14"/>
          <w:u w:val="none"/>
        </w:rPr>
        <w:t xml:space="preserve">. Small businesses </w:t>
      </w:r>
      <w:r>
        <w:rPr>
          <w:b w:val="0"/>
          <w:i w:val="0"/>
          <w:smallCaps w:val="0"/>
          <w:strike w:val="0"/>
          <w:sz w:val="22"/>
          <w:highlight w:val="cyan"/>
          <w:u w:val="single"/>
        </w:rPr>
        <w:t xml:space="preserve">produce </w:t>
      </w:r>
      <w:r>
        <w:rPr>
          <w:b/>
          <w:i w:val="0"/>
          <w:smallCaps w:val="0"/>
          <w:strike w:val="0"/>
          <w:sz w:val="22"/>
          <w:highlight w:val="cyan"/>
          <w:u w:val="single"/>
        </w:rPr>
        <w:t>16 times</w:t>
      </w:r>
      <w:r>
        <w:rPr>
          <w:b w:val="0"/>
          <w:i w:val="0"/>
          <w:smallCaps w:val="0"/>
          <w:strike w:val="0"/>
          <w:sz w:val="22"/>
          <w:highlight w:val="cyan"/>
          <w:u w:val="single"/>
        </w:rPr>
        <w:t xml:space="preserve"> more </w:t>
      </w:r>
      <w:r>
        <w:rPr>
          <w:b/>
          <w:i w:val="0"/>
          <w:smallCaps w:val="0"/>
          <w:strike w:val="0"/>
          <w:sz w:val="22"/>
          <w:highlight w:val="cyan"/>
          <w:u w:val="single"/>
        </w:rPr>
        <w:t>new patents</w:t>
      </w:r>
      <w:r>
        <w:rPr>
          <w:b w:val="0"/>
          <w:i w:val="0"/>
          <w:smallCaps w:val="0"/>
          <w:strike w:val="0"/>
          <w:sz w:val="22"/>
          <w:highlight w:val="cyan"/>
          <w:u w:val="single"/>
        </w:rPr>
        <w:t xml:space="preserve"> per employee </w:t>
      </w:r>
      <w:r>
        <w:rPr>
          <w:b/>
          <w:i w:val="0"/>
          <w:smallCaps w:val="0"/>
          <w:strike w:val="0"/>
          <w:sz w:val="22"/>
          <w:highlight w:val="cyan"/>
          <w:u w:val="single"/>
        </w:rPr>
        <w:t>than large</w:t>
      </w:r>
      <w:r>
        <w:rPr>
          <w:b w:val="0"/>
          <w:i w:val="0"/>
          <w:smallCaps w:val="0"/>
          <w:strike w:val="0"/>
          <w:sz w:val="22"/>
          <w:highlight w:val="cyan"/>
          <w:u w:val="single"/>
        </w:rPr>
        <w:t xml:space="preserve"> patenting </w:t>
      </w:r>
      <w:r>
        <w:rPr>
          <w:b/>
          <w:i w:val="0"/>
          <w:smallCaps w:val="0"/>
          <w:strike w:val="0"/>
          <w:sz w:val="22"/>
          <w:highlight w:val="cyan"/>
          <w:u w:val="single"/>
        </w:rPr>
        <w:t>firms</w:t>
      </w:r>
      <w:r>
        <w:rPr>
          <w:b w:val="0"/>
          <w:i w:val="0"/>
          <w:smallCaps w:val="0"/>
          <w:strike w:val="0"/>
          <w:sz w:val="22"/>
          <w:highlight w:val="cyan"/>
          <w:u w:val="single"/>
        </w:rPr>
        <w:t xml:space="preserve"> do</w:t>
      </w:r>
      <w:r>
        <w:rPr>
          <w:b w:val="0"/>
          <w:i w:val="0"/>
          <w:smallCaps w:val="0"/>
          <w:strike w:val="0"/>
          <w:sz w:val="14"/>
          <w:u w:val="none"/>
        </w:rPr>
        <w:t>. Small tech startups with fewer than 5 employees account for a large number of these patents. Not only that</w:t>
      </w:r>
      <w:r>
        <w:rPr>
          <w:b w:val="0"/>
          <w:i w:val="0"/>
          <w:smallCaps w:val="0"/>
          <w:strike w:val="0"/>
          <w:sz w:val="14"/>
          <w:u w:val="none"/>
        </w:rPr>
        <w:t>, but small businesses reflect the diversity of the United States population in a way that the employee base of large corporations do not. 36 percent of small businesses are owned by women. 9 percent are owned by veterans. 14.6 percent of small businesses are owned by people of color. This includes 2.3 million Latinx business owners, 1.9 million black business owners and 1.6 million Asian business owners.</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